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02D40" w14:textId="097AF114" w:rsidR="00076894" w:rsidRDefault="00076894">
      <w:pPr>
        <w:pStyle w:val="Title"/>
      </w:pPr>
      <w:bookmarkStart w:id="0" w:name="_Hlk195527630"/>
    </w:p>
    <w:p w14:paraId="754DF120" w14:textId="4C7F5518" w:rsidR="003B2325" w:rsidRPr="00987010" w:rsidRDefault="005F4219">
      <w:pPr>
        <w:pStyle w:val="Title"/>
      </w:pPr>
      <w:r>
        <w:rPr>
          <w:noProof/>
        </w:rPr>
        <w:drawing>
          <wp:anchor distT="0" distB="0" distL="114300" distR="114300" simplePos="0" relativeHeight="251658240" behindDoc="0" locked="0" layoutInCell="1" allowOverlap="1" wp14:anchorId="538CFE8A" wp14:editId="6A9628EC">
            <wp:simplePos x="0" y="0"/>
            <wp:positionH relativeFrom="margin">
              <wp:posOffset>4400550</wp:posOffset>
            </wp:positionH>
            <wp:positionV relativeFrom="paragraph">
              <wp:posOffset>6350</wp:posOffset>
            </wp:positionV>
            <wp:extent cx="1600200" cy="885825"/>
            <wp:effectExtent l="0" t="0" r="0" b="9525"/>
            <wp:wrapSquare wrapText="bothSides"/>
            <wp:docPr id="107875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5C6" w:rsidRPr="00987010">
        <w:t>Voice-Controlled Smart Lighting System</w:t>
      </w:r>
    </w:p>
    <w:p w14:paraId="4A284306" w14:textId="77777777" w:rsidR="003B2325" w:rsidRPr="00987010" w:rsidRDefault="002555C6">
      <w:r w:rsidRPr="00987010">
        <w:t>Final Year Project</w:t>
      </w:r>
    </w:p>
    <w:p w14:paraId="05A01453" w14:textId="37B6D358" w:rsidR="003B2325" w:rsidRPr="00987010" w:rsidRDefault="002555C6">
      <w:r w:rsidRPr="00987010">
        <w:t xml:space="preserve">Student Name: </w:t>
      </w:r>
      <w:r w:rsidR="00F116E0" w:rsidRPr="00987010">
        <w:t>George Paizakis</w:t>
      </w:r>
    </w:p>
    <w:p w14:paraId="69387124" w14:textId="77777777" w:rsidR="003B2325" w:rsidRPr="00987010" w:rsidRDefault="002555C6">
      <w:r w:rsidRPr="00987010">
        <w:t>Supervisor: Murouj Aljamaeen</w:t>
      </w:r>
    </w:p>
    <w:p w14:paraId="35596CBD" w14:textId="39D7152F" w:rsidR="003B2325" w:rsidRPr="00987010" w:rsidRDefault="002555C6">
      <w:r w:rsidRPr="00987010">
        <w:t xml:space="preserve">Date: </w:t>
      </w:r>
      <w:r w:rsidR="00E04587">
        <w:t>02/05/2025</w:t>
      </w:r>
    </w:p>
    <w:bookmarkEnd w:id="0"/>
    <w:p w14:paraId="42AD4F66" w14:textId="77777777" w:rsidR="003B2325" w:rsidRPr="00987010" w:rsidRDefault="002555C6">
      <w:r w:rsidRPr="00987010">
        <w:br w:type="page"/>
      </w:r>
    </w:p>
    <w:p w14:paraId="0DCBD380" w14:textId="77777777" w:rsidR="003B2325" w:rsidRPr="00987010" w:rsidRDefault="002555C6">
      <w:pPr>
        <w:pStyle w:val="Heading1"/>
      </w:pPr>
      <w:bookmarkStart w:id="1" w:name="_Toc197053567"/>
      <w:r w:rsidRPr="00987010">
        <w:lastRenderedPageBreak/>
        <w:t>Abstract</w:t>
      </w:r>
      <w:bookmarkEnd w:id="1"/>
    </w:p>
    <w:p w14:paraId="55D75243" w14:textId="77777777" w:rsidR="00661ABA" w:rsidRPr="005D61CD" w:rsidRDefault="00661ABA" w:rsidP="00661ABA">
      <w:pPr>
        <w:jc w:val="both"/>
        <w:rPr>
          <w:sz w:val="24"/>
          <w:szCs w:val="24"/>
        </w:rPr>
      </w:pPr>
      <w:r w:rsidRPr="005D61CD">
        <w:rPr>
          <w:sz w:val="24"/>
          <w:szCs w:val="24"/>
        </w:rPr>
        <w:t>The advancement of smart home technologies has transformed how individuals interact with their environments, particularly through voice-controlled systems. Enhanced by Artificial Intelligence (AI) and the Internet of Things (IoT), these systems offer greater accessibility, convenience, personalization, and energy efficiency. This project addresses the growing need for intuitive, hands-free smart lighting solutions that assist users with mobility impairments or limited technical expertise.</w:t>
      </w:r>
    </w:p>
    <w:p w14:paraId="407BAB55" w14:textId="77777777" w:rsidR="00661ABA" w:rsidRPr="005D61CD" w:rsidRDefault="00661ABA" w:rsidP="00661ABA">
      <w:pPr>
        <w:jc w:val="both"/>
        <w:rPr>
          <w:sz w:val="24"/>
          <w:szCs w:val="24"/>
        </w:rPr>
      </w:pPr>
      <w:r w:rsidRPr="005D61CD">
        <w:rPr>
          <w:sz w:val="24"/>
          <w:szCs w:val="24"/>
        </w:rPr>
        <w:t>The objective was to develop a Voice-Controlled Smart Lighting System capable of interpreting simple spoken commands such as "on" and "off." By integrating speech recognition and Natural Language Processing (NLP) within an IoT framework, the project aimed to deliver a scalable, user-friendly solution for smart home environments, designed with future expansion in mind.</w:t>
      </w:r>
    </w:p>
    <w:p w14:paraId="6368B14C" w14:textId="77777777" w:rsidR="00661ABA" w:rsidRPr="005D61CD" w:rsidRDefault="00661ABA" w:rsidP="00661ABA">
      <w:pPr>
        <w:jc w:val="both"/>
        <w:rPr>
          <w:sz w:val="24"/>
          <w:szCs w:val="24"/>
        </w:rPr>
      </w:pPr>
      <w:r w:rsidRPr="005D61CD">
        <w:rPr>
          <w:sz w:val="24"/>
          <w:szCs w:val="24"/>
        </w:rPr>
        <w:t xml:space="preserve">Implemented using Python on Google </w:t>
      </w:r>
      <w:proofErr w:type="spellStart"/>
      <w:r w:rsidRPr="005D61CD">
        <w:rPr>
          <w:sz w:val="24"/>
          <w:szCs w:val="24"/>
        </w:rPr>
        <w:t>Colab</w:t>
      </w:r>
      <w:proofErr w:type="spellEnd"/>
      <w:r w:rsidRPr="005D61CD">
        <w:rPr>
          <w:sz w:val="24"/>
          <w:szCs w:val="24"/>
        </w:rPr>
        <w:t>, the system relied on the publicly available Speech Commands dataset to train its speech recognition model. Key methods included audio preprocessing using Mel Frequency Cepstral Coefficients (MFCCs), neural network training, and system evaluation based on accuracy, precision, recall, and confusion matrices to ensure comprehensive performance assessment.</w:t>
      </w:r>
    </w:p>
    <w:p w14:paraId="42668D25" w14:textId="3995D9A9" w:rsidR="00661ABA" w:rsidRPr="005D61CD" w:rsidRDefault="00661ABA" w:rsidP="00661ABA">
      <w:pPr>
        <w:jc w:val="both"/>
        <w:rPr>
          <w:sz w:val="24"/>
          <w:szCs w:val="24"/>
        </w:rPr>
      </w:pPr>
      <w:r w:rsidRPr="005D61CD">
        <w:rPr>
          <w:sz w:val="24"/>
          <w:szCs w:val="24"/>
        </w:rPr>
        <w:t>The final model achieved a recognition accuracy of approximately 8</w:t>
      </w:r>
      <w:r w:rsidR="00892CF7">
        <w:rPr>
          <w:sz w:val="24"/>
          <w:szCs w:val="24"/>
        </w:rPr>
        <w:t>5</w:t>
      </w:r>
      <w:r w:rsidRPr="005D61CD">
        <w:rPr>
          <w:sz w:val="24"/>
          <w:szCs w:val="24"/>
        </w:rPr>
        <w:t>%, demonstrating strong performance under controlled conditions. Although integration with a TP-Link Kasa smart bulb was attempted, real</w:t>
      </w:r>
      <w:r w:rsidR="00531471" w:rsidRPr="005D61CD">
        <w:rPr>
          <w:sz w:val="24"/>
          <w:szCs w:val="24"/>
        </w:rPr>
        <w:t xml:space="preserve"> </w:t>
      </w:r>
      <w:r w:rsidRPr="005D61CD">
        <w:rPr>
          <w:sz w:val="24"/>
          <w:szCs w:val="24"/>
        </w:rPr>
        <w:t xml:space="preserve">time hardware control was limited by network constraints within the cloud-based environment. </w:t>
      </w:r>
      <w:r w:rsidR="00E973AD" w:rsidRPr="005D61CD">
        <w:rPr>
          <w:sz w:val="24"/>
          <w:szCs w:val="24"/>
        </w:rPr>
        <w:t xml:space="preserve"> Despite these limitations, the simulation-based system successfully validated the design and core functionality.</w:t>
      </w:r>
    </w:p>
    <w:p w14:paraId="7341AACA" w14:textId="3A0BD88F" w:rsidR="00661ABA" w:rsidRPr="005D61CD" w:rsidRDefault="00661ABA" w:rsidP="00661ABA">
      <w:pPr>
        <w:jc w:val="both"/>
        <w:rPr>
          <w:sz w:val="24"/>
          <w:szCs w:val="24"/>
        </w:rPr>
      </w:pPr>
      <w:r w:rsidRPr="005D61CD">
        <w:rPr>
          <w:sz w:val="24"/>
          <w:szCs w:val="24"/>
        </w:rPr>
        <w:t xml:space="preserve">In conclusion, the project resulted in a modular and scalable prototype that showcases the practical potential of voice-controlled smart lighting. It establishes a strong foundation for future work focused on real-world deployment, broader command sets, </w:t>
      </w:r>
      <w:r w:rsidR="00676BCC" w:rsidRPr="005D61CD">
        <w:rPr>
          <w:sz w:val="24"/>
          <w:szCs w:val="24"/>
        </w:rPr>
        <w:t>edge-based</w:t>
      </w:r>
      <w:r w:rsidRPr="005D61CD">
        <w:rPr>
          <w:sz w:val="24"/>
          <w:szCs w:val="24"/>
        </w:rPr>
        <w:t xml:space="preserve"> implementation, and enhanced ethical considerations such as data privacy, security, and energy sustainability.</w:t>
      </w:r>
    </w:p>
    <w:p w14:paraId="074C791D" w14:textId="77777777" w:rsidR="00105FF9" w:rsidRDefault="00105FF9"/>
    <w:p w14:paraId="591FAAB3" w14:textId="77777777" w:rsidR="00105FF9" w:rsidRDefault="00105FF9"/>
    <w:p w14:paraId="0B6458FF" w14:textId="77777777" w:rsidR="00105FF9" w:rsidRDefault="00105FF9"/>
    <w:p w14:paraId="3D042211" w14:textId="77777777" w:rsidR="00105FF9" w:rsidRDefault="00105FF9"/>
    <w:p w14:paraId="1BCF14DF" w14:textId="77777777" w:rsidR="00105FF9" w:rsidRDefault="00105FF9" w:rsidP="00105FF9">
      <w:pPr>
        <w:pStyle w:val="Heading1"/>
      </w:pPr>
      <w:bookmarkStart w:id="2" w:name="_Toc197053568"/>
      <w:r>
        <w:lastRenderedPageBreak/>
        <w:t>Acknowledgements</w:t>
      </w:r>
      <w:bookmarkEnd w:id="2"/>
    </w:p>
    <w:p w14:paraId="72605F7D" w14:textId="77777777" w:rsidR="00105FF9" w:rsidRPr="005D61CD" w:rsidRDefault="00105FF9" w:rsidP="007A50ED">
      <w:pPr>
        <w:jc w:val="both"/>
        <w:rPr>
          <w:sz w:val="24"/>
          <w:szCs w:val="24"/>
        </w:rPr>
      </w:pPr>
      <w:r w:rsidRPr="005D61CD">
        <w:rPr>
          <w:sz w:val="24"/>
          <w:szCs w:val="24"/>
        </w:rPr>
        <w:t>First and foremost, I would like to express my deepest gratitude to my project supervisor, Murouj Aljamaeen, whose invaluable guidance, support, and encouragement were instrumental throughout every stage of this final year project. Her expertise, patience, and thoughtful feedback have played a vital role in shaping both the direction and quality of my work. I am sincerely thankful for her belief in my abilities and for consistently pushing me to achieve the best possible outcome.</w:t>
      </w:r>
    </w:p>
    <w:p w14:paraId="763C2C41" w14:textId="77777777" w:rsidR="00105FF9" w:rsidRPr="005D61CD" w:rsidRDefault="00105FF9" w:rsidP="007A50ED">
      <w:pPr>
        <w:jc w:val="both"/>
        <w:rPr>
          <w:sz w:val="24"/>
          <w:szCs w:val="24"/>
        </w:rPr>
      </w:pPr>
    </w:p>
    <w:p w14:paraId="7D7A9E8A" w14:textId="77777777" w:rsidR="00105FF9" w:rsidRPr="005D61CD" w:rsidRDefault="00105FF9" w:rsidP="007A50ED">
      <w:pPr>
        <w:jc w:val="both"/>
        <w:rPr>
          <w:sz w:val="24"/>
          <w:szCs w:val="24"/>
        </w:rPr>
      </w:pPr>
      <w:r w:rsidRPr="005D61CD">
        <w:rPr>
          <w:sz w:val="24"/>
          <w:szCs w:val="24"/>
        </w:rPr>
        <w:t>I would also like to extend heartfelt thanks to my mother, Esther, whose unwavering love, prayers, and support have been the foundation of my academic journey. Her strength and sacrifices continue to inspire me every day.</w:t>
      </w:r>
    </w:p>
    <w:p w14:paraId="642107BF" w14:textId="77777777" w:rsidR="00105FF9" w:rsidRPr="005D61CD" w:rsidRDefault="00105FF9" w:rsidP="007A50ED">
      <w:pPr>
        <w:jc w:val="both"/>
        <w:rPr>
          <w:sz w:val="24"/>
          <w:szCs w:val="24"/>
        </w:rPr>
      </w:pPr>
    </w:p>
    <w:p w14:paraId="62330EB7" w14:textId="77777777" w:rsidR="00105FF9" w:rsidRPr="005D61CD" w:rsidRDefault="00105FF9" w:rsidP="007A50ED">
      <w:pPr>
        <w:jc w:val="both"/>
        <w:rPr>
          <w:sz w:val="24"/>
          <w:szCs w:val="24"/>
        </w:rPr>
      </w:pPr>
      <w:r w:rsidRPr="005D61CD">
        <w:rPr>
          <w:sz w:val="24"/>
          <w:szCs w:val="24"/>
        </w:rPr>
        <w:t>To my sister, Priscilla, thank you for being my constant source of motivation and encouragement. Your understanding and moral support have helped me persevere during challenging moments.</w:t>
      </w:r>
    </w:p>
    <w:p w14:paraId="5BC864A3" w14:textId="77777777" w:rsidR="00105FF9" w:rsidRPr="005D61CD" w:rsidRDefault="00105FF9" w:rsidP="007A50ED">
      <w:pPr>
        <w:jc w:val="both"/>
        <w:rPr>
          <w:sz w:val="24"/>
          <w:szCs w:val="24"/>
        </w:rPr>
      </w:pPr>
    </w:p>
    <w:p w14:paraId="31C9991B" w14:textId="77777777" w:rsidR="00105FF9" w:rsidRPr="005D61CD" w:rsidRDefault="00105FF9" w:rsidP="007A50ED">
      <w:pPr>
        <w:jc w:val="both"/>
        <w:rPr>
          <w:sz w:val="24"/>
          <w:szCs w:val="24"/>
        </w:rPr>
      </w:pPr>
      <w:r w:rsidRPr="005D61CD">
        <w:rPr>
          <w:sz w:val="24"/>
          <w:szCs w:val="24"/>
        </w:rPr>
        <w:t>Lastly, I would like to acknowledge my work manager, Kieran, for his incredible flexibility and encouragement during this project. His understanding and support have allowed me to balance both work and study effectively, making it possible to dedicate the time and energy required for this achievement.</w:t>
      </w:r>
    </w:p>
    <w:p w14:paraId="1E037D1F" w14:textId="77777777" w:rsidR="00105FF9" w:rsidRPr="005D61CD" w:rsidRDefault="00105FF9" w:rsidP="007A50ED">
      <w:pPr>
        <w:jc w:val="both"/>
        <w:rPr>
          <w:sz w:val="24"/>
          <w:szCs w:val="24"/>
        </w:rPr>
      </w:pPr>
    </w:p>
    <w:p w14:paraId="06E3DFB6" w14:textId="77777777" w:rsidR="00105FF9" w:rsidRPr="00A40134" w:rsidRDefault="00105FF9" w:rsidP="007A50ED">
      <w:pPr>
        <w:jc w:val="both"/>
      </w:pPr>
      <w:r w:rsidRPr="005D61CD">
        <w:rPr>
          <w:sz w:val="24"/>
          <w:szCs w:val="24"/>
        </w:rPr>
        <w:t>To all of you, thank you for being an essential part of this journey. I could not have done it without you.</w:t>
      </w:r>
    </w:p>
    <w:p w14:paraId="5412C748" w14:textId="77777777" w:rsidR="00523E17" w:rsidRDefault="00E04587">
      <w:r w:rsidRPr="00D5524E">
        <w:br/>
      </w:r>
    </w:p>
    <w:p w14:paraId="5D4C5854" w14:textId="77777777" w:rsidR="00523E17" w:rsidRDefault="00523E17"/>
    <w:p w14:paraId="020923E7" w14:textId="77777777" w:rsidR="00523E17" w:rsidRDefault="00523E17"/>
    <w:p w14:paraId="786C844F" w14:textId="77777777" w:rsidR="00523E17" w:rsidRDefault="00523E17"/>
    <w:p w14:paraId="475F0BBC" w14:textId="77777777" w:rsidR="00523E17" w:rsidRDefault="00523E17"/>
    <w:p w14:paraId="794B6501" w14:textId="77777777" w:rsidR="00523E17" w:rsidRDefault="00523E17"/>
    <w:p w14:paraId="234AE7AF" w14:textId="77777777" w:rsidR="00523E17" w:rsidRPr="00987010" w:rsidRDefault="00523E17"/>
    <w:sdt>
      <w:sdtPr>
        <w:rPr>
          <w:rFonts w:asciiTheme="minorHAnsi" w:eastAsiaTheme="minorEastAsia" w:hAnsiTheme="minorHAnsi" w:cstheme="minorBidi"/>
          <w:b w:val="0"/>
          <w:bCs w:val="0"/>
          <w:color w:val="auto"/>
          <w:sz w:val="22"/>
          <w:szCs w:val="22"/>
        </w:rPr>
        <w:id w:val="758560716"/>
        <w:docPartObj>
          <w:docPartGallery w:val="Table of Contents"/>
          <w:docPartUnique/>
        </w:docPartObj>
      </w:sdtPr>
      <w:sdtEndPr>
        <w:rPr>
          <w:noProof/>
        </w:rPr>
      </w:sdtEndPr>
      <w:sdtContent>
        <w:p w14:paraId="6F73EF38" w14:textId="2DA7BA1A" w:rsidR="00523E17" w:rsidRDefault="00523E17">
          <w:pPr>
            <w:pStyle w:val="TOCHeading"/>
          </w:pPr>
          <w:r>
            <w:t>Contents</w:t>
          </w:r>
        </w:p>
        <w:p w14:paraId="1B89D06B" w14:textId="39D51C27" w:rsidR="00E40D7B" w:rsidRDefault="00523E17">
          <w:pPr>
            <w:pStyle w:val="TOC1"/>
            <w:tabs>
              <w:tab w:val="right" w:leader="dot" w:pos="8630"/>
            </w:tabs>
            <w:rPr>
              <w:noProof/>
              <w:kern w:val="2"/>
              <w:sz w:val="24"/>
              <w:szCs w:val="24"/>
              <w:lang w:eastAsia="en-GB"/>
              <w14:ligatures w14:val="standardContextual"/>
            </w:rPr>
          </w:pPr>
          <w:r>
            <w:fldChar w:fldCharType="begin"/>
          </w:r>
          <w:r>
            <w:instrText xml:space="preserve"> TOC \o "1-3" \h \z \u </w:instrText>
          </w:r>
          <w:r>
            <w:fldChar w:fldCharType="separate"/>
          </w:r>
          <w:hyperlink w:anchor="_Toc197053567" w:history="1">
            <w:r w:rsidR="00E40D7B" w:rsidRPr="005225DC">
              <w:rPr>
                <w:rStyle w:val="Hyperlink"/>
                <w:noProof/>
              </w:rPr>
              <w:t>Abstract</w:t>
            </w:r>
            <w:r w:rsidR="00E40D7B">
              <w:rPr>
                <w:noProof/>
                <w:webHidden/>
              </w:rPr>
              <w:tab/>
            </w:r>
            <w:r w:rsidR="00E40D7B">
              <w:rPr>
                <w:noProof/>
                <w:webHidden/>
              </w:rPr>
              <w:fldChar w:fldCharType="begin"/>
            </w:r>
            <w:r w:rsidR="00E40D7B">
              <w:rPr>
                <w:noProof/>
                <w:webHidden/>
              </w:rPr>
              <w:instrText xml:space="preserve"> PAGEREF _Toc197053567 \h </w:instrText>
            </w:r>
            <w:r w:rsidR="00E40D7B">
              <w:rPr>
                <w:noProof/>
                <w:webHidden/>
              </w:rPr>
            </w:r>
            <w:r w:rsidR="00E40D7B">
              <w:rPr>
                <w:noProof/>
                <w:webHidden/>
              </w:rPr>
              <w:fldChar w:fldCharType="separate"/>
            </w:r>
            <w:r w:rsidR="00E40D7B">
              <w:rPr>
                <w:noProof/>
                <w:webHidden/>
              </w:rPr>
              <w:t>2</w:t>
            </w:r>
            <w:r w:rsidR="00E40D7B">
              <w:rPr>
                <w:noProof/>
                <w:webHidden/>
              </w:rPr>
              <w:fldChar w:fldCharType="end"/>
            </w:r>
          </w:hyperlink>
        </w:p>
        <w:p w14:paraId="110D4861" w14:textId="6F7224F5" w:rsidR="00E40D7B" w:rsidRDefault="00E40D7B">
          <w:pPr>
            <w:pStyle w:val="TOC1"/>
            <w:tabs>
              <w:tab w:val="right" w:leader="dot" w:pos="8630"/>
            </w:tabs>
            <w:rPr>
              <w:noProof/>
              <w:kern w:val="2"/>
              <w:sz w:val="24"/>
              <w:szCs w:val="24"/>
              <w:lang w:eastAsia="en-GB"/>
              <w14:ligatures w14:val="standardContextual"/>
            </w:rPr>
          </w:pPr>
          <w:hyperlink w:anchor="_Toc197053568" w:history="1">
            <w:r w:rsidRPr="005225DC">
              <w:rPr>
                <w:rStyle w:val="Hyperlink"/>
                <w:noProof/>
              </w:rPr>
              <w:t>Acknowledgements</w:t>
            </w:r>
            <w:r>
              <w:rPr>
                <w:noProof/>
                <w:webHidden/>
              </w:rPr>
              <w:tab/>
            </w:r>
            <w:r>
              <w:rPr>
                <w:noProof/>
                <w:webHidden/>
              </w:rPr>
              <w:fldChar w:fldCharType="begin"/>
            </w:r>
            <w:r>
              <w:rPr>
                <w:noProof/>
                <w:webHidden/>
              </w:rPr>
              <w:instrText xml:space="preserve"> PAGEREF _Toc197053568 \h </w:instrText>
            </w:r>
            <w:r>
              <w:rPr>
                <w:noProof/>
                <w:webHidden/>
              </w:rPr>
            </w:r>
            <w:r>
              <w:rPr>
                <w:noProof/>
                <w:webHidden/>
              </w:rPr>
              <w:fldChar w:fldCharType="separate"/>
            </w:r>
            <w:r>
              <w:rPr>
                <w:noProof/>
                <w:webHidden/>
              </w:rPr>
              <w:t>3</w:t>
            </w:r>
            <w:r>
              <w:rPr>
                <w:noProof/>
                <w:webHidden/>
              </w:rPr>
              <w:fldChar w:fldCharType="end"/>
            </w:r>
          </w:hyperlink>
        </w:p>
        <w:p w14:paraId="459E6ADC" w14:textId="252D38A3" w:rsidR="00E40D7B" w:rsidRDefault="00E40D7B">
          <w:pPr>
            <w:pStyle w:val="TOC1"/>
            <w:tabs>
              <w:tab w:val="right" w:leader="dot" w:pos="8630"/>
            </w:tabs>
            <w:rPr>
              <w:noProof/>
              <w:kern w:val="2"/>
              <w:sz w:val="24"/>
              <w:szCs w:val="24"/>
              <w:lang w:eastAsia="en-GB"/>
              <w14:ligatures w14:val="standardContextual"/>
            </w:rPr>
          </w:pPr>
          <w:hyperlink w:anchor="_Toc197053569" w:history="1">
            <w:r w:rsidRPr="005225DC">
              <w:rPr>
                <w:rStyle w:val="Hyperlink"/>
                <w:noProof/>
              </w:rPr>
              <w:t>Abbreviations and Glossary</w:t>
            </w:r>
            <w:r>
              <w:rPr>
                <w:noProof/>
                <w:webHidden/>
              </w:rPr>
              <w:tab/>
            </w:r>
            <w:r>
              <w:rPr>
                <w:noProof/>
                <w:webHidden/>
              </w:rPr>
              <w:fldChar w:fldCharType="begin"/>
            </w:r>
            <w:r>
              <w:rPr>
                <w:noProof/>
                <w:webHidden/>
              </w:rPr>
              <w:instrText xml:space="preserve"> PAGEREF _Toc197053569 \h </w:instrText>
            </w:r>
            <w:r>
              <w:rPr>
                <w:noProof/>
                <w:webHidden/>
              </w:rPr>
            </w:r>
            <w:r>
              <w:rPr>
                <w:noProof/>
                <w:webHidden/>
              </w:rPr>
              <w:fldChar w:fldCharType="separate"/>
            </w:r>
            <w:r>
              <w:rPr>
                <w:noProof/>
                <w:webHidden/>
              </w:rPr>
              <w:t>6</w:t>
            </w:r>
            <w:r>
              <w:rPr>
                <w:noProof/>
                <w:webHidden/>
              </w:rPr>
              <w:fldChar w:fldCharType="end"/>
            </w:r>
          </w:hyperlink>
        </w:p>
        <w:p w14:paraId="6976478C" w14:textId="4C6D473C" w:rsidR="00E40D7B" w:rsidRDefault="00E40D7B">
          <w:pPr>
            <w:pStyle w:val="TOC1"/>
            <w:tabs>
              <w:tab w:val="right" w:leader="dot" w:pos="8630"/>
            </w:tabs>
            <w:rPr>
              <w:noProof/>
              <w:kern w:val="2"/>
              <w:sz w:val="24"/>
              <w:szCs w:val="24"/>
              <w:lang w:eastAsia="en-GB"/>
              <w14:ligatures w14:val="standardContextual"/>
            </w:rPr>
          </w:pPr>
          <w:hyperlink w:anchor="_Toc197053570" w:history="1">
            <w:r w:rsidRPr="005225DC">
              <w:rPr>
                <w:rStyle w:val="Hyperlink"/>
                <w:noProof/>
              </w:rPr>
              <w:t>CHAPTER 1 INTRODUCTION</w:t>
            </w:r>
            <w:r>
              <w:rPr>
                <w:noProof/>
                <w:webHidden/>
              </w:rPr>
              <w:tab/>
            </w:r>
            <w:r>
              <w:rPr>
                <w:noProof/>
                <w:webHidden/>
              </w:rPr>
              <w:fldChar w:fldCharType="begin"/>
            </w:r>
            <w:r>
              <w:rPr>
                <w:noProof/>
                <w:webHidden/>
              </w:rPr>
              <w:instrText xml:space="preserve"> PAGEREF _Toc197053570 \h </w:instrText>
            </w:r>
            <w:r>
              <w:rPr>
                <w:noProof/>
                <w:webHidden/>
              </w:rPr>
            </w:r>
            <w:r>
              <w:rPr>
                <w:noProof/>
                <w:webHidden/>
              </w:rPr>
              <w:fldChar w:fldCharType="separate"/>
            </w:r>
            <w:r>
              <w:rPr>
                <w:noProof/>
                <w:webHidden/>
              </w:rPr>
              <w:t>8</w:t>
            </w:r>
            <w:r>
              <w:rPr>
                <w:noProof/>
                <w:webHidden/>
              </w:rPr>
              <w:fldChar w:fldCharType="end"/>
            </w:r>
          </w:hyperlink>
        </w:p>
        <w:p w14:paraId="79A3A697" w14:textId="2C5F94AF" w:rsidR="00E40D7B" w:rsidRDefault="00E40D7B">
          <w:pPr>
            <w:pStyle w:val="TOC2"/>
            <w:tabs>
              <w:tab w:val="right" w:leader="dot" w:pos="8630"/>
            </w:tabs>
            <w:rPr>
              <w:noProof/>
              <w:kern w:val="2"/>
              <w:sz w:val="24"/>
              <w:szCs w:val="24"/>
              <w:lang w:eastAsia="en-GB"/>
              <w14:ligatures w14:val="standardContextual"/>
            </w:rPr>
          </w:pPr>
          <w:hyperlink w:anchor="_Toc197053571" w:history="1">
            <w:r w:rsidRPr="005225DC">
              <w:rPr>
                <w:rStyle w:val="Hyperlink"/>
                <w:noProof/>
              </w:rPr>
              <w:t>1.1 Introduction</w:t>
            </w:r>
            <w:r>
              <w:rPr>
                <w:noProof/>
                <w:webHidden/>
              </w:rPr>
              <w:tab/>
            </w:r>
            <w:r>
              <w:rPr>
                <w:noProof/>
                <w:webHidden/>
              </w:rPr>
              <w:fldChar w:fldCharType="begin"/>
            </w:r>
            <w:r>
              <w:rPr>
                <w:noProof/>
                <w:webHidden/>
              </w:rPr>
              <w:instrText xml:space="preserve"> PAGEREF _Toc197053571 \h </w:instrText>
            </w:r>
            <w:r>
              <w:rPr>
                <w:noProof/>
                <w:webHidden/>
              </w:rPr>
            </w:r>
            <w:r>
              <w:rPr>
                <w:noProof/>
                <w:webHidden/>
              </w:rPr>
              <w:fldChar w:fldCharType="separate"/>
            </w:r>
            <w:r>
              <w:rPr>
                <w:noProof/>
                <w:webHidden/>
              </w:rPr>
              <w:t>8</w:t>
            </w:r>
            <w:r>
              <w:rPr>
                <w:noProof/>
                <w:webHidden/>
              </w:rPr>
              <w:fldChar w:fldCharType="end"/>
            </w:r>
          </w:hyperlink>
        </w:p>
        <w:p w14:paraId="163ADBCE" w14:textId="45ABCE32" w:rsidR="00E40D7B" w:rsidRDefault="00E40D7B">
          <w:pPr>
            <w:pStyle w:val="TOC2"/>
            <w:tabs>
              <w:tab w:val="right" w:leader="dot" w:pos="8630"/>
            </w:tabs>
            <w:rPr>
              <w:noProof/>
              <w:kern w:val="2"/>
              <w:sz w:val="24"/>
              <w:szCs w:val="24"/>
              <w:lang w:eastAsia="en-GB"/>
              <w14:ligatures w14:val="standardContextual"/>
            </w:rPr>
          </w:pPr>
          <w:hyperlink w:anchor="_Toc197053572" w:history="1">
            <w:r w:rsidRPr="005225DC">
              <w:rPr>
                <w:rStyle w:val="Hyperlink"/>
                <w:noProof/>
              </w:rPr>
              <w:t>1.2 Research Background</w:t>
            </w:r>
            <w:r>
              <w:rPr>
                <w:noProof/>
                <w:webHidden/>
              </w:rPr>
              <w:tab/>
            </w:r>
            <w:r>
              <w:rPr>
                <w:noProof/>
                <w:webHidden/>
              </w:rPr>
              <w:fldChar w:fldCharType="begin"/>
            </w:r>
            <w:r>
              <w:rPr>
                <w:noProof/>
                <w:webHidden/>
              </w:rPr>
              <w:instrText xml:space="preserve"> PAGEREF _Toc197053572 \h </w:instrText>
            </w:r>
            <w:r>
              <w:rPr>
                <w:noProof/>
                <w:webHidden/>
              </w:rPr>
            </w:r>
            <w:r>
              <w:rPr>
                <w:noProof/>
                <w:webHidden/>
              </w:rPr>
              <w:fldChar w:fldCharType="separate"/>
            </w:r>
            <w:r>
              <w:rPr>
                <w:noProof/>
                <w:webHidden/>
              </w:rPr>
              <w:t>8</w:t>
            </w:r>
            <w:r>
              <w:rPr>
                <w:noProof/>
                <w:webHidden/>
              </w:rPr>
              <w:fldChar w:fldCharType="end"/>
            </w:r>
          </w:hyperlink>
        </w:p>
        <w:p w14:paraId="6B0F2581" w14:textId="5C6D9D26" w:rsidR="00E40D7B" w:rsidRDefault="00E40D7B">
          <w:pPr>
            <w:pStyle w:val="TOC2"/>
            <w:tabs>
              <w:tab w:val="right" w:leader="dot" w:pos="8630"/>
            </w:tabs>
            <w:rPr>
              <w:noProof/>
              <w:kern w:val="2"/>
              <w:sz w:val="24"/>
              <w:szCs w:val="24"/>
              <w:lang w:eastAsia="en-GB"/>
              <w14:ligatures w14:val="standardContextual"/>
            </w:rPr>
          </w:pPr>
          <w:hyperlink w:anchor="_Toc197053573" w:history="1">
            <w:r w:rsidRPr="005225DC">
              <w:rPr>
                <w:rStyle w:val="Hyperlink"/>
                <w:noProof/>
              </w:rPr>
              <w:t>1.3 Research Question</w:t>
            </w:r>
            <w:r>
              <w:rPr>
                <w:noProof/>
                <w:webHidden/>
              </w:rPr>
              <w:tab/>
            </w:r>
            <w:r>
              <w:rPr>
                <w:noProof/>
                <w:webHidden/>
              </w:rPr>
              <w:fldChar w:fldCharType="begin"/>
            </w:r>
            <w:r>
              <w:rPr>
                <w:noProof/>
                <w:webHidden/>
              </w:rPr>
              <w:instrText xml:space="preserve"> PAGEREF _Toc197053573 \h </w:instrText>
            </w:r>
            <w:r>
              <w:rPr>
                <w:noProof/>
                <w:webHidden/>
              </w:rPr>
            </w:r>
            <w:r>
              <w:rPr>
                <w:noProof/>
                <w:webHidden/>
              </w:rPr>
              <w:fldChar w:fldCharType="separate"/>
            </w:r>
            <w:r>
              <w:rPr>
                <w:noProof/>
                <w:webHidden/>
              </w:rPr>
              <w:t>9</w:t>
            </w:r>
            <w:r>
              <w:rPr>
                <w:noProof/>
                <w:webHidden/>
              </w:rPr>
              <w:fldChar w:fldCharType="end"/>
            </w:r>
          </w:hyperlink>
        </w:p>
        <w:p w14:paraId="3F1EC47E" w14:textId="66100463" w:rsidR="00E40D7B" w:rsidRDefault="00E40D7B">
          <w:pPr>
            <w:pStyle w:val="TOC2"/>
            <w:tabs>
              <w:tab w:val="right" w:leader="dot" w:pos="8630"/>
            </w:tabs>
            <w:rPr>
              <w:noProof/>
              <w:kern w:val="2"/>
              <w:sz w:val="24"/>
              <w:szCs w:val="24"/>
              <w:lang w:eastAsia="en-GB"/>
              <w14:ligatures w14:val="standardContextual"/>
            </w:rPr>
          </w:pPr>
          <w:hyperlink w:anchor="_Toc197053574" w:history="1">
            <w:r w:rsidRPr="005225DC">
              <w:rPr>
                <w:rStyle w:val="Hyperlink"/>
                <w:noProof/>
              </w:rPr>
              <w:t>1.4 Aim</w:t>
            </w:r>
            <w:r>
              <w:rPr>
                <w:noProof/>
                <w:webHidden/>
              </w:rPr>
              <w:tab/>
            </w:r>
            <w:r>
              <w:rPr>
                <w:noProof/>
                <w:webHidden/>
              </w:rPr>
              <w:fldChar w:fldCharType="begin"/>
            </w:r>
            <w:r>
              <w:rPr>
                <w:noProof/>
                <w:webHidden/>
              </w:rPr>
              <w:instrText xml:space="preserve"> PAGEREF _Toc197053574 \h </w:instrText>
            </w:r>
            <w:r>
              <w:rPr>
                <w:noProof/>
                <w:webHidden/>
              </w:rPr>
            </w:r>
            <w:r>
              <w:rPr>
                <w:noProof/>
                <w:webHidden/>
              </w:rPr>
              <w:fldChar w:fldCharType="separate"/>
            </w:r>
            <w:r>
              <w:rPr>
                <w:noProof/>
                <w:webHidden/>
              </w:rPr>
              <w:t>9</w:t>
            </w:r>
            <w:r>
              <w:rPr>
                <w:noProof/>
                <w:webHidden/>
              </w:rPr>
              <w:fldChar w:fldCharType="end"/>
            </w:r>
          </w:hyperlink>
        </w:p>
        <w:p w14:paraId="1A64EEB7" w14:textId="34A096DB" w:rsidR="00E40D7B" w:rsidRDefault="00E40D7B">
          <w:pPr>
            <w:pStyle w:val="TOC2"/>
            <w:tabs>
              <w:tab w:val="right" w:leader="dot" w:pos="8630"/>
            </w:tabs>
            <w:rPr>
              <w:noProof/>
              <w:kern w:val="2"/>
              <w:sz w:val="24"/>
              <w:szCs w:val="24"/>
              <w:lang w:eastAsia="en-GB"/>
              <w14:ligatures w14:val="standardContextual"/>
            </w:rPr>
          </w:pPr>
          <w:hyperlink w:anchor="_Toc197053575" w:history="1">
            <w:r w:rsidRPr="005225DC">
              <w:rPr>
                <w:rStyle w:val="Hyperlink"/>
                <w:noProof/>
              </w:rPr>
              <w:t>1.5 Objectives</w:t>
            </w:r>
            <w:r>
              <w:rPr>
                <w:noProof/>
                <w:webHidden/>
              </w:rPr>
              <w:tab/>
            </w:r>
            <w:r>
              <w:rPr>
                <w:noProof/>
                <w:webHidden/>
              </w:rPr>
              <w:fldChar w:fldCharType="begin"/>
            </w:r>
            <w:r>
              <w:rPr>
                <w:noProof/>
                <w:webHidden/>
              </w:rPr>
              <w:instrText xml:space="preserve"> PAGEREF _Toc197053575 \h </w:instrText>
            </w:r>
            <w:r>
              <w:rPr>
                <w:noProof/>
                <w:webHidden/>
              </w:rPr>
            </w:r>
            <w:r>
              <w:rPr>
                <w:noProof/>
                <w:webHidden/>
              </w:rPr>
              <w:fldChar w:fldCharType="separate"/>
            </w:r>
            <w:r>
              <w:rPr>
                <w:noProof/>
                <w:webHidden/>
              </w:rPr>
              <w:t>9</w:t>
            </w:r>
            <w:r>
              <w:rPr>
                <w:noProof/>
                <w:webHidden/>
              </w:rPr>
              <w:fldChar w:fldCharType="end"/>
            </w:r>
          </w:hyperlink>
        </w:p>
        <w:p w14:paraId="2D26AD43" w14:textId="574D2362" w:rsidR="00E40D7B" w:rsidRDefault="00E40D7B">
          <w:pPr>
            <w:pStyle w:val="TOC2"/>
            <w:tabs>
              <w:tab w:val="right" w:leader="dot" w:pos="8630"/>
            </w:tabs>
            <w:rPr>
              <w:noProof/>
              <w:kern w:val="2"/>
              <w:sz w:val="24"/>
              <w:szCs w:val="24"/>
              <w:lang w:eastAsia="en-GB"/>
              <w14:ligatures w14:val="standardContextual"/>
            </w:rPr>
          </w:pPr>
          <w:hyperlink w:anchor="_Toc197053576" w:history="1">
            <w:r w:rsidRPr="005225DC">
              <w:rPr>
                <w:rStyle w:val="Hyperlink"/>
                <w:noProof/>
              </w:rPr>
              <w:t>1.6 Deliverables</w:t>
            </w:r>
            <w:r>
              <w:rPr>
                <w:noProof/>
                <w:webHidden/>
              </w:rPr>
              <w:tab/>
            </w:r>
            <w:r>
              <w:rPr>
                <w:noProof/>
                <w:webHidden/>
              </w:rPr>
              <w:fldChar w:fldCharType="begin"/>
            </w:r>
            <w:r>
              <w:rPr>
                <w:noProof/>
                <w:webHidden/>
              </w:rPr>
              <w:instrText xml:space="preserve"> PAGEREF _Toc197053576 \h </w:instrText>
            </w:r>
            <w:r>
              <w:rPr>
                <w:noProof/>
                <w:webHidden/>
              </w:rPr>
            </w:r>
            <w:r>
              <w:rPr>
                <w:noProof/>
                <w:webHidden/>
              </w:rPr>
              <w:fldChar w:fldCharType="separate"/>
            </w:r>
            <w:r>
              <w:rPr>
                <w:noProof/>
                <w:webHidden/>
              </w:rPr>
              <w:t>10</w:t>
            </w:r>
            <w:r>
              <w:rPr>
                <w:noProof/>
                <w:webHidden/>
              </w:rPr>
              <w:fldChar w:fldCharType="end"/>
            </w:r>
          </w:hyperlink>
        </w:p>
        <w:p w14:paraId="3FD1A175" w14:textId="37798DF8" w:rsidR="00E40D7B" w:rsidRDefault="00E40D7B">
          <w:pPr>
            <w:pStyle w:val="TOC2"/>
            <w:tabs>
              <w:tab w:val="right" w:leader="dot" w:pos="8630"/>
            </w:tabs>
            <w:rPr>
              <w:noProof/>
              <w:kern w:val="2"/>
              <w:sz w:val="24"/>
              <w:szCs w:val="24"/>
              <w:lang w:eastAsia="en-GB"/>
              <w14:ligatures w14:val="standardContextual"/>
            </w:rPr>
          </w:pPr>
          <w:hyperlink w:anchor="_Toc197053577" w:history="1">
            <w:r w:rsidRPr="005225DC">
              <w:rPr>
                <w:rStyle w:val="Hyperlink"/>
                <w:noProof/>
              </w:rPr>
              <w:t>1.7 Structure of the report</w:t>
            </w:r>
            <w:r>
              <w:rPr>
                <w:noProof/>
                <w:webHidden/>
              </w:rPr>
              <w:tab/>
            </w:r>
            <w:r>
              <w:rPr>
                <w:noProof/>
                <w:webHidden/>
              </w:rPr>
              <w:fldChar w:fldCharType="begin"/>
            </w:r>
            <w:r>
              <w:rPr>
                <w:noProof/>
                <w:webHidden/>
              </w:rPr>
              <w:instrText xml:space="preserve"> PAGEREF _Toc197053577 \h </w:instrText>
            </w:r>
            <w:r>
              <w:rPr>
                <w:noProof/>
                <w:webHidden/>
              </w:rPr>
            </w:r>
            <w:r>
              <w:rPr>
                <w:noProof/>
                <w:webHidden/>
              </w:rPr>
              <w:fldChar w:fldCharType="separate"/>
            </w:r>
            <w:r>
              <w:rPr>
                <w:noProof/>
                <w:webHidden/>
              </w:rPr>
              <w:t>10</w:t>
            </w:r>
            <w:r>
              <w:rPr>
                <w:noProof/>
                <w:webHidden/>
              </w:rPr>
              <w:fldChar w:fldCharType="end"/>
            </w:r>
          </w:hyperlink>
        </w:p>
        <w:p w14:paraId="682BCF3B" w14:textId="43046B59" w:rsidR="00E40D7B" w:rsidRDefault="00E40D7B">
          <w:pPr>
            <w:pStyle w:val="TOC1"/>
            <w:tabs>
              <w:tab w:val="right" w:leader="dot" w:pos="8630"/>
            </w:tabs>
            <w:rPr>
              <w:noProof/>
              <w:kern w:val="2"/>
              <w:sz w:val="24"/>
              <w:szCs w:val="24"/>
              <w:lang w:eastAsia="en-GB"/>
              <w14:ligatures w14:val="standardContextual"/>
            </w:rPr>
          </w:pPr>
          <w:hyperlink w:anchor="_Toc197053578" w:history="1">
            <w:r w:rsidRPr="005225DC">
              <w:rPr>
                <w:rStyle w:val="Hyperlink"/>
                <w:noProof/>
              </w:rPr>
              <w:t>CHAPTER 2 RESEARCH METHODS</w:t>
            </w:r>
            <w:r>
              <w:rPr>
                <w:noProof/>
                <w:webHidden/>
              </w:rPr>
              <w:tab/>
            </w:r>
            <w:r>
              <w:rPr>
                <w:noProof/>
                <w:webHidden/>
              </w:rPr>
              <w:fldChar w:fldCharType="begin"/>
            </w:r>
            <w:r>
              <w:rPr>
                <w:noProof/>
                <w:webHidden/>
              </w:rPr>
              <w:instrText xml:space="preserve"> PAGEREF _Toc197053578 \h </w:instrText>
            </w:r>
            <w:r>
              <w:rPr>
                <w:noProof/>
                <w:webHidden/>
              </w:rPr>
            </w:r>
            <w:r>
              <w:rPr>
                <w:noProof/>
                <w:webHidden/>
              </w:rPr>
              <w:fldChar w:fldCharType="separate"/>
            </w:r>
            <w:r>
              <w:rPr>
                <w:noProof/>
                <w:webHidden/>
              </w:rPr>
              <w:t>12</w:t>
            </w:r>
            <w:r>
              <w:rPr>
                <w:noProof/>
                <w:webHidden/>
              </w:rPr>
              <w:fldChar w:fldCharType="end"/>
            </w:r>
          </w:hyperlink>
        </w:p>
        <w:p w14:paraId="73BA0071" w14:textId="76514883" w:rsidR="00E40D7B" w:rsidRDefault="00E40D7B">
          <w:pPr>
            <w:pStyle w:val="TOC2"/>
            <w:tabs>
              <w:tab w:val="right" w:leader="dot" w:pos="8630"/>
            </w:tabs>
            <w:rPr>
              <w:noProof/>
              <w:kern w:val="2"/>
              <w:sz w:val="24"/>
              <w:szCs w:val="24"/>
              <w:lang w:eastAsia="en-GB"/>
              <w14:ligatures w14:val="standardContextual"/>
            </w:rPr>
          </w:pPr>
          <w:hyperlink w:anchor="_Toc197053579" w:history="1">
            <w:r w:rsidRPr="005225DC">
              <w:rPr>
                <w:rStyle w:val="Hyperlink"/>
                <w:noProof/>
              </w:rPr>
              <w:t>2.1 Research Methodologies - Design Science Research Methodology (DSR)</w:t>
            </w:r>
            <w:r>
              <w:rPr>
                <w:noProof/>
                <w:webHidden/>
              </w:rPr>
              <w:tab/>
            </w:r>
            <w:r>
              <w:rPr>
                <w:noProof/>
                <w:webHidden/>
              </w:rPr>
              <w:fldChar w:fldCharType="begin"/>
            </w:r>
            <w:r>
              <w:rPr>
                <w:noProof/>
                <w:webHidden/>
              </w:rPr>
              <w:instrText xml:space="preserve"> PAGEREF _Toc197053579 \h </w:instrText>
            </w:r>
            <w:r>
              <w:rPr>
                <w:noProof/>
                <w:webHidden/>
              </w:rPr>
            </w:r>
            <w:r>
              <w:rPr>
                <w:noProof/>
                <w:webHidden/>
              </w:rPr>
              <w:fldChar w:fldCharType="separate"/>
            </w:r>
            <w:r>
              <w:rPr>
                <w:noProof/>
                <w:webHidden/>
              </w:rPr>
              <w:t>12</w:t>
            </w:r>
            <w:r>
              <w:rPr>
                <w:noProof/>
                <w:webHidden/>
              </w:rPr>
              <w:fldChar w:fldCharType="end"/>
            </w:r>
          </w:hyperlink>
        </w:p>
        <w:p w14:paraId="41AFF27A" w14:textId="18D92D6E" w:rsidR="00E40D7B" w:rsidRDefault="00E40D7B">
          <w:pPr>
            <w:pStyle w:val="TOC2"/>
            <w:tabs>
              <w:tab w:val="right" w:leader="dot" w:pos="8630"/>
            </w:tabs>
            <w:rPr>
              <w:noProof/>
              <w:kern w:val="2"/>
              <w:sz w:val="24"/>
              <w:szCs w:val="24"/>
              <w:lang w:eastAsia="en-GB"/>
              <w14:ligatures w14:val="standardContextual"/>
            </w:rPr>
          </w:pPr>
          <w:hyperlink w:anchor="_Toc197053580" w:history="1">
            <w:r w:rsidRPr="005225DC">
              <w:rPr>
                <w:rStyle w:val="Hyperlink"/>
                <w:rFonts w:ascii="Calibri" w:hAnsi="Calibri" w:cs="Calibri"/>
                <w:noProof/>
              </w:rPr>
              <w:t>2.2 Research Methods</w:t>
            </w:r>
            <w:r>
              <w:rPr>
                <w:noProof/>
                <w:webHidden/>
              </w:rPr>
              <w:tab/>
            </w:r>
            <w:r>
              <w:rPr>
                <w:noProof/>
                <w:webHidden/>
              </w:rPr>
              <w:fldChar w:fldCharType="begin"/>
            </w:r>
            <w:r>
              <w:rPr>
                <w:noProof/>
                <w:webHidden/>
              </w:rPr>
              <w:instrText xml:space="preserve"> PAGEREF _Toc197053580 \h </w:instrText>
            </w:r>
            <w:r>
              <w:rPr>
                <w:noProof/>
                <w:webHidden/>
              </w:rPr>
            </w:r>
            <w:r>
              <w:rPr>
                <w:noProof/>
                <w:webHidden/>
              </w:rPr>
              <w:fldChar w:fldCharType="separate"/>
            </w:r>
            <w:r>
              <w:rPr>
                <w:noProof/>
                <w:webHidden/>
              </w:rPr>
              <w:t>14</w:t>
            </w:r>
            <w:r>
              <w:rPr>
                <w:noProof/>
                <w:webHidden/>
              </w:rPr>
              <w:fldChar w:fldCharType="end"/>
            </w:r>
          </w:hyperlink>
        </w:p>
        <w:p w14:paraId="15F5FCE0" w14:textId="648B6AB2" w:rsidR="00E40D7B" w:rsidRDefault="00E40D7B">
          <w:pPr>
            <w:pStyle w:val="TOC3"/>
            <w:tabs>
              <w:tab w:val="right" w:leader="dot" w:pos="8630"/>
            </w:tabs>
            <w:rPr>
              <w:noProof/>
              <w:kern w:val="2"/>
              <w:sz w:val="24"/>
              <w:szCs w:val="24"/>
              <w:lang w:eastAsia="en-GB"/>
              <w14:ligatures w14:val="standardContextual"/>
            </w:rPr>
          </w:pPr>
          <w:hyperlink w:anchor="_Toc197053581" w:history="1">
            <w:r w:rsidRPr="005225DC">
              <w:rPr>
                <w:rStyle w:val="Hyperlink"/>
                <w:rFonts w:ascii="Calibri" w:hAnsi="Calibri" w:cs="Calibri"/>
                <w:noProof/>
              </w:rPr>
              <w:t>2.2.1 Dataset Acquisition</w:t>
            </w:r>
            <w:r>
              <w:rPr>
                <w:noProof/>
                <w:webHidden/>
              </w:rPr>
              <w:tab/>
            </w:r>
            <w:r>
              <w:rPr>
                <w:noProof/>
                <w:webHidden/>
              </w:rPr>
              <w:fldChar w:fldCharType="begin"/>
            </w:r>
            <w:r>
              <w:rPr>
                <w:noProof/>
                <w:webHidden/>
              </w:rPr>
              <w:instrText xml:space="preserve"> PAGEREF _Toc197053581 \h </w:instrText>
            </w:r>
            <w:r>
              <w:rPr>
                <w:noProof/>
                <w:webHidden/>
              </w:rPr>
            </w:r>
            <w:r>
              <w:rPr>
                <w:noProof/>
                <w:webHidden/>
              </w:rPr>
              <w:fldChar w:fldCharType="separate"/>
            </w:r>
            <w:r>
              <w:rPr>
                <w:noProof/>
                <w:webHidden/>
              </w:rPr>
              <w:t>14</w:t>
            </w:r>
            <w:r>
              <w:rPr>
                <w:noProof/>
                <w:webHidden/>
              </w:rPr>
              <w:fldChar w:fldCharType="end"/>
            </w:r>
          </w:hyperlink>
        </w:p>
        <w:p w14:paraId="18F2ECF4" w14:textId="13BE0F81" w:rsidR="00E40D7B" w:rsidRDefault="00E40D7B">
          <w:pPr>
            <w:pStyle w:val="TOC3"/>
            <w:tabs>
              <w:tab w:val="right" w:leader="dot" w:pos="8630"/>
            </w:tabs>
            <w:rPr>
              <w:noProof/>
              <w:kern w:val="2"/>
              <w:sz w:val="24"/>
              <w:szCs w:val="24"/>
              <w:lang w:eastAsia="en-GB"/>
              <w14:ligatures w14:val="standardContextual"/>
            </w:rPr>
          </w:pPr>
          <w:hyperlink w:anchor="_Toc197053582" w:history="1">
            <w:r w:rsidRPr="005225DC">
              <w:rPr>
                <w:rStyle w:val="Hyperlink"/>
                <w:rFonts w:ascii="Calibri" w:hAnsi="Calibri" w:cs="Calibri"/>
                <w:noProof/>
              </w:rPr>
              <w:t>2.2.2 Dataset Preparation and Preprocessing</w:t>
            </w:r>
            <w:r>
              <w:rPr>
                <w:noProof/>
                <w:webHidden/>
              </w:rPr>
              <w:tab/>
            </w:r>
            <w:r>
              <w:rPr>
                <w:noProof/>
                <w:webHidden/>
              </w:rPr>
              <w:fldChar w:fldCharType="begin"/>
            </w:r>
            <w:r>
              <w:rPr>
                <w:noProof/>
                <w:webHidden/>
              </w:rPr>
              <w:instrText xml:space="preserve"> PAGEREF _Toc197053582 \h </w:instrText>
            </w:r>
            <w:r>
              <w:rPr>
                <w:noProof/>
                <w:webHidden/>
              </w:rPr>
            </w:r>
            <w:r>
              <w:rPr>
                <w:noProof/>
                <w:webHidden/>
              </w:rPr>
              <w:fldChar w:fldCharType="separate"/>
            </w:r>
            <w:r>
              <w:rPr>
                <w:noProof/>
                <w:webHidden/>
              </w:rPr>
              <w:t>15</w:t>
            </w:r>
            <w:r>
              <w:rPr>
                <w:noProof/>
                <w:webHidden/>
              </w:rPr>
              <w:fldChar w:fldCharType="end"/>
            </w:r>
          </w:hyperlink>
        </w:p>
        <w:p w14:paraId="3A78FC5F" w14:textId="1E5723C9" w:rsidR="00E40D7B" w:rsidRDefault="00E40D7B">
          <w:pPr>
            <w:pStyle w:val="TOC3"/>
            <w:tabs>
              <w:tab w:val="right" w:leader="dot" w:pos="8630"/>
            </w:tabs>
            <w:rPr>
              <w:noProof/>
              <w:kern w:val="2"/>
              <w:sz w:val="24"/>
              <w:szCs w:val="24"/>
              <w:lang w:eastAsia="en-GB"/>
              <w14:ligatures w14:val="standardContextual"/>
            </w:rPr>
          </w:pPr>
          <w:hyperlink w:anchor="_Toc197053583" w:history="1">
            <w:r w:rsidRPr="005225DC">
              <w:rPr>
                <w:rStyle w:val="Hyperlink"/>
                <w:rFonts w:ascii="Calibri" w:hAnsi="Calibri" w:cs="Calibri"/>
                <w:noProof/>
              </w:rPr>
              <w:t>2.2.3 Model Architecture and Training</w:t>
            </w:r>
            <w:r>
              <w:rPr>
                <w:noProof/>
                <w:webHidden/>
              </w:rPr>
              <w:tab/>
            </w:r>
            <w:r>
              <w:rPr>
                <w:noProof/>
                <w:webHidden/>
              </w:rPr>
              <w:fldChar w:fldCharType="begin"/>
            </w:r>
            <w:r>
              <w:rPr>
                <w:noProof/>
                <w:webHidden/>
              </w:rPr>
              <w:instrText xml:space="preserve"> PAGEREF _Toc197053583 \h </w:instrText>
            </w:r>
            <w:r>
              <w:rPr>
                <w:noProof/>
                <w:webHidden/>
              </w:rPr>
            </w:r>
            <w:r>
              <w:rPr>
                <w:noProof/>
                <w:webHidden/>
              </w:rPr>
              <w:fldChar w:fldCharType="separate"/>
            </w:r>
            <w:r>
              <w:rPr>
                <w:noProof/>
                <w:webHidden/>
              </w:rPr>
              <w:t>15</w:t>
            </w:r>
            <w:r>
              <w:rPr>
                <w:noProof/>
                <w:webHidden/>
              </w:rPr>
              <w:fldChar w:fldCharType="end"/>
            </w:r>
          </w:hyperlink>
        </w:p>
        <w:p w14:paraId="4E769709" w14:textId="6C80F686" w:rsidR="00E40D7B" w:rsidRDefault="00E40D7B">
          <w:pPr>
            <w:pStyle w:val="TOC3"/>
            <w:tabs>
              <w:tab w:val="right" w:leader="dot" w:pos="8630"/>
            </w:tabs>
            <w:rPr>
              <w:noProof/>
              <w:kern w:val="2"/>
              <w:sz w:val="24"/>
              <w:szCs w:val="24"/>
              <w:lang w:eastAsia="en-GB"/>
              <w14:ligatures w14:val="standardContextual"/>
            </w:rPr>
          </w:pPr>
          <w:hyperlink w:anchor="_Toc197053584" w:history="1">
            <w:r w:rsidRPr="005225DC">
              <w:rPr>
                <w:rStyle w:val="Hyperlink"/>
                <w:rFonts w:ascii="Calibri" w:hAnsi="Calibri" w:cs="Calibri"/>
                <w:noProof/>
              </w:rPr>
              <w:t>2.2.4 Evaluation Metrics and Validation</w:t>
            </w:r>
            <w:r>
              <w:rPr>
                <w:noProof/>
                <w:webHidden/>
              </w:rPr>
              <w:tab/>
            </w:r>
            <w:r>
              <w:rPr>
                <w:noProof/>
                <w:webHidden/>
              </w:rPr>
              <w:fldChar w:fldCharType="begin"/>
            </w:r>
            <w:r>
              <w:rPr>
                <w:noProof/>
                <w:webHidden/>
              </w:rPr>
              <w:instrText xml:space="preserve"> PAGEREF _Toc197053584 \h </w:instrText>
            </w:r>
            <w:r>
              <w:rPr>
                <w:noProof/>
                <w:webHidden/>
              </w:rPr>
            </w:r>
            <w:r>
              <w:rPr>
                <w:noProof/>
                <w:webHidden/>
              </w:rPr>
              <w:fldChar w:fldCharType="separate"/>
            </w:r>
            <w:r>
              <w:rPr>
                <w:noProof/>
                <w:webHidden/>
              </w:rPr>
              <w:t>15</w:t>
            </w:r>
            <w:r>
              <w:rPr>
                <w:noProof/>
                <w:webHidden/>
              </w:rPr>
              <w:fldChar w:fldCharType="end"/>
            </w:r>
          </w:hyperlink>
        </w:p>
        <w:p w14:paraId="368D1BE5" w14:textId="32D8B6BF" w:rsidR="00E40D7B" w:rsidRDefault="00E40D7B">
          <w:pPr>
            <w:pStyle w:val="TOC3"/>
            <w:tabs>
              <w:tab w:val="right" w:leader="dot" w:pos="8630"/>
            </w:tabs>
            <w:rPr>
              <w:noProof/>
              <w:kern w:val="2"/>
              <w:sz w:val="24"/>
              <w:szCs w:val="24"/>
              <w:lang w:eastAsia="en-GB"/>
              <w14:ligatures w14:val="standardContextual"/>
            </w:rPr>
          </w:pPr>
          <w:hyperlink w:anchor="_Toc197053585" w:history="1">
            <w:r w:rsidRPr="005225DC">
              <w:rPr>
                <w:rStyle w:val="Hyperlink"/>
                <w:rFonts w:ascii="Calibri" w:hAnsi="Calibri" w:cs="Calibri"/>
                <w:noProof/>
              </w:rPr>
              <w:t>2.2.5 System Simulation and Integration Attempts</w:t>
            </w:r>
            <w:r>
              <w:rPr>
                <w:noProof/>
                <w:webHidden/>
              </w:rPr>
              <w:tab/>
            </w:r>
            <w:r>
              <w:rPr>
                <w:noProof/>
                <w:webHidden/>
              </w:rPr>
              <w:fldChar w:fldCharType="begin"/>
            </w:r>
            <w:r>
              <w:rPr>
                <w:noProof/>
                <w:webHidden/>
              </w:rPr>
              <w:instrText xml:space="preserve"> PAGEREF _Toc197053585 \h </w:instrText>
            </w:r>
            <w:r>
              <w:rPr>
                <w:noProof/>
                <w:webHidden/>
              </w:rPr>
            </w:r>
            <w:r>
              <w:rPr>
                <w:noProof/>
                <w:webHidden/>
              </w:rPr>
              <w:fldChar w:fldCharType="separate"/>
            </w:r>
            <w:r>
              <w:rPr>
                <w:noProof/>
                <w:webHidden/>
              </w:rPr>
              <w:t>16</w:t>
            </w:r>
            <w:r>
              <w:rPr>
                <w:noProof/>
                <w:webHidden/>
              </w:rPr>
              <w:fldChar w:fldCharType="end"/>
            </w:r>
          </w:hyperlink>
        </w:p>
        <w:p w14:paraId="5E74020C" w14:textId="63EDFD30" w:rsidR="00E40D7B" w:rsidRDefault="00E40D7B">
          <w:pPr>
            <w:pStyle w:val="TOC3"/>
            <w:tabs>
              <w:tab w:val="right" w:leader="dot" w:pos="8630"/>
            </w:tabs>
            <w:rPr>
              <w:noProof/>
              <w:kern w:val="2"/>
              <w:sz w:val="24"/>
              <w:szCs w:val="24"/>
              <w:lang w:eastAsia="en-GB"/>
              <w14:ligatures w14:val="standardContextual"/>
            </w:rPr>
          </w:pPr>
          <w:hyperlink w:anchor="_Toc197053586" w:history="1">
            <w:r w:rsidRPr="005225DC">
              <w:rPr>
                <w:rStyle w:val="Hyperlink"/>
                <w:rFonts w:ascii="Calibri" w:hAnsi="Calibri" w:cs="Calibri"/>
                <w:noProof/>
              </w:rPr>
              <w:t>2.2.6 Modularity and Extensibility</w:t>
            </w:r>
            <w:r>
              <w:rPr>
                <w:noProof/>
                <w:webHidden/>
              </w:rPr>
              <w:tab/>
            </w:r>
            <w:r>
              <w:rPr>
                <w:noProof/>
                <w:webHidden/>
              </w:rPr>
              <w:fldChar w:fldCharType="begin"/>
            </w:r>
            <w:r>
              <w:rPr>
                <w:noProof/>
                <w:webHidden/>
              </w:rPr>
              <w:instrText xml:space="preserve"> PAGEREF _Toc197053586 \h </w:instrText>
            </w:r>
            <w:r>
              <w:rPr>
                <w:noProof/>
                <w:webHidden/>
              </w:rPr>
            </w:r>
            <w:r>
              <w:rPr>
                <w:noProof/>
                <w:webHidden/>
              </w:rPr>
              <w:fldChar w:fldCharType="separate"/>
            </w:r>
            <w:r>
              <w:rPr>
                <w:noProof/>
                <w:webHidden/>
              </w:rPr>
              <w:t>16</w:t>
            </w:r>
            <w:r>
              <w:rPr>
                <w:noProof/>
                <w:webHidden/>
              </w:rPr>
              <w:fldChar w:fldCharType="end"/>
            </w:r>
          </w:hyperlink>
        </w:p>
        <w:p w14:paraId="237F68BE" w14:textId="0DE89F7E" w:rsidR="00E40D7B" w:rsidRDefault="00E40D7B">
          <w:pPr>
            <w:pStyle w:val="TOC3"/>
            <w:tabs>
              <w:tab w:val="right" w:leader="dot" w:pos="8630"/>
            </w:tabs>
            <w:rPr>
              <w:noProof/>
              <w:kern w:val="2"/>
              <w:sz w:val="24"/>
              <w:szCs w:val="24"/>
              <w:lang w:eastAsia="en-GB"/>
              <w14:ligatures w14:val="standardContextual"/>
            </w:rPr>
          </w:pPr>
          <w:hyperlink w:anchor="_Toc197053587" w:history="1">
            <w:r w:rsidRPr="005225DC">
              <w:rPr>
                <w:rStyle w:val="Hyperlink"/>
                <w:rFonts w:ascii="Calibri" w:hAnsi="Calibri" w:cs="Calibri"/>
                <w:noProof/>
              </w:rPr>
              <w:t>2.2.7 Ethical, Accessibility, and Sustainability Considerations</w:t>
            </w:r>
            <w:r>
              <w:rPr>
                <w:noProof/>
                <w:webHidden/>
              </w:rPr>
              <w:tab/>
            </w:r>
            <w:r>
              <w:rPr>
                <w:noProof/>
                <w:webHidden/>
              </w:rPr>
              <w:fldChar w:fldCharType="begin"/>
            </w:r>
            <w:r>
              <w:rPr>
                <w:noProof/>
                <w:webHidden/>
              </w:rPr>
              <w:instrText xml:space="preserve"> PAGEREF _Toc197053587 \h </w:instrText>
            </w:r>
            <w:r>
              <w:rPr>
                <w:noProof/>
                <w:webHidden/>
              </w:rPr>
            </w:r>
            <w:r>
              <w:rPr>
                <w:noProof/>
                <w:webHidden/>
              </w:rPr>
              <w:fldChar w:fldCharType="separate"/>
            </w:r>
            <w:r>
              <w:rPr>
                <w:noProof/>
                <w:webHidden/>
              </w:rPr>
              <w:t>16</w:t>
            </w:r>
            <w:r>
              <w:rPr>
                <w:noProof/>
                <w:webHidden/>
              </w:rPr>
              <w:fldChar w:fldCharType="end"/>
            </w:r>
          </w:hyperlink>
        </w:p>
        <w:p w14:paraId="69E20774" w14:textId="00BAB561" w:rsidR="00E40D7B" w:rsidRDefault="00E40D7B">
          <w:pPr>
            <w:pStyle w:val="TOC3"/>
            <w:tabs>
              <w:tab w:val="right" w:leader="dot" w:pos="8630"/>
            </w:tabs>
            <w:rPr>
              <w:noProof/>
              <w:kern w:val="2"/>
              <w:sz w:val="24"/>
              <w:szCs w:val="24"/>
              <w:lang w:eastAsia="en-GB"/>
              <w14:ligatures w14:val="standardContextual"/>
            </w:rPr>
          </w:pPr>
          <w:hyperlink w:anchor="_Toc197053588" w:history="1">
            <w:r w:rsidRPr="005225DC">
              <w:rPr>
                <w:rStyle w:val="Hyperlink"/>
                <w:rFonts w:ascii="Calibri" w:hAnsi="Calibri" w:cs="Calibri"/>
                <w:noProof/>
              </w:rPr>
              <w:t>2.2.8 Documentation</w:t>
            </w:r>
            <w:r>
              <w:rPr>
                <w:noProof/>
                <w:webHidden/>
              </w:rPr>
              <w:tab/>
            </w:r>
            <w:r>
              <w:rPr>
                <w:noProof/>
                <w:webHidden/>
              </w:rPr>
              <w:fldChar w:fldCharType="begin"/>
            </w:r>
            <w:r>
              <w:rPr>
                <w:noProof/>
                <w:webHidden/>
              </w:rPr>
              <w:instrText xml:space="preserve"> PAGEREF _Toc197053588 \h </w:instrText>
            </w:r>
            <w:r>
              <w:rPr>
                <w:noProof/>
                <w:webHidden/>
              </w:rPr>
            </w:r>
            <w:r>
              <w:rPr>
                <w:noProof/>
                <w:webHidden/>
              </w:rPr>
              <w:fldChar w:fldCharType="separate"/>
            </w:r>
            <w:r>
              <w:rPr>
                <w:noProof/>
                <w:webHidden/>
              </w:rPr>
              <w:t>17</w:t>
            </w:r>
            <w:r>
              <w:rPr>
                <w:noProof/>
                <w:webHidden/>
              </w:rPr>
              <w:fldChar w:fldCharType="end"/>
            </w:r>
          </w:hyperlink>
        </w:p>
        <w:p w14:paraId="1F44E374" w14:textId="49464C26" w:rsidR="00E40D7B" w:rsidRDefault="00E40D7B">
          <w:pPr>
            <w:pStyle w:val="TOC1"/>
            <w:tabs>
              <w:tab w:val="right" w:leader="dot" w:pos="8630"/>
            </w:tabs>
            <w:rPr>
              <w:noProof/>
              <w:kern w:val="2"/>
              <w:sz w:val="24"/>
              <w:szCs w:val="24"/>
              <w:lang w:eastAsia="en-GB"/>
              <w14:ligatures w14:val="standardContextual"/>
            </w:rPr>
          </w:pPr>
          <w:hyperlink w:anchor="_Toc197053589" w:history="1">
            <w:r w:rsidRPr="005225DC">
              <w:rPr>
                <w:rStyle w:val="Hyperlink"/>
                <w:noProof/>
              </w:rPr>
              <w:t>CHAPTER 3 LITERATURE REVIEW</w:t>
            </w:r>
            <w:r>
              <w:rPr>
                <w:noProof/>
                <w:webHidden/>
              </w:rPr>
              <w:tab/>
            </w:r>
            <w:r>
              <w:rPr>
                <w:noProof/>
                <w:webHidden/>
              </w:rPr>
              <w:fldChar w:fldCharType="begin"/>
            </w:r>
            <w:r>
              <w:rPr>
                <w:noProof/>
                <w:webHidden/>
              </w:rPr>
              <w:instrText xml:space="preserve"> PAGEREF _Toc197053589 \h </w:instrText>
            </w:r>
            <w:r>
              <w:rPr>
                <w:noProof/>
                <w:webHidden/>
              </w:rPr>
            </w:r>
            <w:r>
              <w:rPr>
                <w:noProof/>
                <w:webHidden/>
              </w:rPr>
              <w:fldChar w:fldCharType="separate"/>
            </w:r>
            <w:r>
              <w:rPr>
                <w:noProof/>
                <w:webHidden/>
              </w:rPr>
              <w:t>19</w:t>
            </w:r>
            <w:r>
              <w:rPr>
                <w:noProof/>
                <w:webHidden/>
              </w:rPr>
              <w:fldChar w:fldCharType="end"/>
            </w:r>
          </w:hyperlink>
        </w:p>
        <w:p w14:paraId="30D6ABB6" w14:textId="71F39A4E" w:rsidR="00E40D7B" w:rsidRDefault="00E40D7B">
          <w:pPr>
            <w:pStyle w:val="TOC2"/>
            <w:tabs>
              <w:tab w:val="right" w:leader="dot" w:pos="8630"/>
            </w:tabs>
            <w:rPr>
              <w:noProof/>
              <w:kern w:val="2"/>
              <w:sz w:val="24"/>
              <w:szCs w:val="24"/>
              <w:lang w:eastAsia="en-GB"/>
              <w14:ligatures w14:val="standardContextual"/>
            </w:rPr>
          </w:pPr>
          <w:hyperlink w:anchor="_Toc197053590" w:history="1">
            <w:r w:rsidRPr="005225DC">
              <w:rPr>
                <w:rStyle w:val="Hyperlink"/>
                <w:noProof/>
              </w:rPr>
              <w:t>3.1 Introduction</w:t>
            </w:r>
            <w:r>
              <w:rPr>
                <w:noProof/>
                <w:webHidden/>
              </w:rPr>
              <w:tab/>
            </w:r>
            <w:r>
              <w:rPr>
                <w:noProof/>
                <w:webHidden/>
              </w:rPr>
              <w:fldChar w:fldCharType="begin"/>
            </w:r>
            <w:r>
              <w:rPr>
                <w:noProof/>
                <w:webHidden/>
              </w:rPr>
              <w:instrText xml:space="preserve"> PAGEREF _Toc197053590 \h </w:instrText>
            </w:r>
            <w:r>
              <w:rPr>
                <w:noProof/>
                <w:webHidden/>
              </w:rPr>
            </w:r>
            <w:r>
              <w:rPr>
                <w:noProof/>
                <w:webHidden/>
              </w:rPr>
              <w:fldChar w:fldCharType="separate"/>
            </w:r>
            <w:r>
              <w:rPr>
                <w:noProof/>
                <w:webHidden/>
              </w:rPr>
              <w:t>19</w:t>
            </w:r>
            <w:r>
              <w:rPr>
                <w:noProof/>
                <w:webHidden/>
              </w:rPr>
              <w:fldChar w:fldCharType="end"/>
            </w:r>
          </w:hyperlink>
        </w:p>
        <w:p w14:paraId="36864567" w14:textId="2657EB8C" w:rsidR="00E40D7B" w:rsidRDefault="00E40D7B">
          <w:pPr>
            <w:pStyle w:val="TOC2"/>
            <w:tabs>
              <w:tab w:val="right" w:leader="dot" w:pos="8630"/>
            </w:tabs>
            <w:rPr>
              <w:noProof/>
              <w:kern w:val="2"/>
              <w:sz w:val="24"/>
              <w:szCs w:val="24"/>
              <w:lang w:eastAsia="en-GB"/>
              <w14:ligatures w14:val="standardContextual"/>
            </w:rPr>
          </w:pPr>
          <w:hyperlink w:anchor="_Toc197053591" w:history="1">
            <w:r w:rsidRPr="005225DC">
              <w:rPr>
                <w:rStyle w:val="Hyperlink"/>
                <w:noProof/>
              </w:rPr>
              <w:t>3.2 Core Enabling Technologies in Voice Controlled Smart Home Systems</w:t>
            </w:r>
            <w:r>
              <w:rPr>
                <w:noProof/>
                <w:webHidden/>
              </w:rPr>
              <w:tab/>
            </w:r>
            <w:r>
              <w:rPr>
                <w:noProof/>
                <w:webHidden/>
              </w:rPr>
              <w:fldChar w:fldCharType="begin"/>
            </w:r>
            <w:r>
              <w:rPr>
                <w:noProof/>
                <w:webHidden/>
              </w:rPr>
              <w:instrText xml:space="preserve"> PAGEREF _Toc197053591 \h </w:instrText>
            </w:r>
            <w:r>
              <w:rPr>
                <w:noProof/>
                <w:webHidden/>
              </w:rPr>
            </w:r>
            <w:r>
              <w:rPr>
                <w:noProof/>
                <w:webHidden/>
              </w:rPr>
              <w:fldChar w:fldCharType="separate"/>
            </w:r>
            <w:r>
              <w:rPr>
                <w:noProof/>
                <w:webHidden/>
              </w:rPr>
              <w:t>19</w:t>
            </w:r>
            <w:r>
              <w:rPr>
                <w:noProof/>
                <w:webHidden/>
              </w:rPr>
              <w:fldChar w:fldCharType="end"/>
            </w:r>
          </w:hyperlink>
        </w:p>
        <w:p w14:paraId="5821438D" w14:textId="6D1D15FE" w:rsidR="00E40D7B" w:rsidRDefault="00E40D7B">
          <w:pPr>
            <w:pStyle w:val="TOC3"/>
            <w:tabs>
              <w:tab w:val="right" w:leader="dot" w:pos="8630"/>
            </w:tabs>
            <w:rPr>
              <w:noProof/>
              <w:kern w:val="2"/>
              <w:sz w:val="24"/>
              <w:szCs w:val="24"/>
              <w:lang w:eastAsia="en-GB"/>
              <w14:ligatures w14:val="standardContextual"/>
            </w:rPr>
          </w:pPr>
          <w:hyperlink w:anchor="_Toc197053592" w:history="1">
            <w:r w:rsidRPr="005225DC">
              <w:rPr>
                <w:rStyle w:val="Hyperlink"/>
                <w:noProof/>
              </w:rPr>
              <w:t>3.2.1 Voice Recognition</w:t>
            </w:r>
            <w:r>
              <w:rPr>
                <w:noProof/>
                <w:webHidden/>
              </w:rPr>
              <w:tab/>
            </w:r>
            <w:r>
              <w:rPr>
                <w:noProof/>
                <w:webHidden/>
              </w:rPr>
              <w:fldChar w:fldCharType="begin"/>
            </w:r>
            <w:r>
              <w:rPr>
                <w:noProof/>
                <w:webHidden/>
              </w:rPr>
              <w:instrText xml:space="preserve"> PAGEREF _Toc197053592 \h </w:instrText>
            </w:r>
            <w:r>
              <w:rPr>
                <w:noProof/>
                <w:webHidden/>
              </w:rPr>
            </w:r>
            <w:r>
              <w:rPr>
                <w:noProof/>
                <w:webHidden/>
              </w:rPr>
              <w:fldChar w:fldCharType="separate"/>
            </w:r>
            <w:r>
              <w:rPr>
                <w:noProof/>
                <w:webHidden/>
              </w:rPr>
              <w:t>19</w:t>
            </w:r>
            <w:r>
              <w:rPr>
                <w:noProof/>
                <w:webHidden/>
              </w:rPr>
              <w:fldChar w:fldCharType="end"/>
            </w:r>
          </w:hyperlink>
        </w:p>
        <w:p w14:paraId="0F296ED6" w14:textId="22EBAF52" w:rsidR="00E40D7B" w:rsidRDefault="00E40D7B">
          <w:pPr>
            <w:pStyle w:val="TOC3"/>
            <w:tabs>
              <w:tab w:val="right" w:leader="dot" w:pos="8630"/>
            </w:tabs>
            <w:rPr>
              <w:noProof/>
              <w:kern w:val="2"/>
              <w:sz w:val="24"/>
              <w:szCs w:val="24"/>
              <w:lang w:eastAsia="en-GB"/>
              <w14:ligatures w14:val="standardContextual"/>
            </w:rPr>
          </w:pPr>
          <w:hyperlink w:anchor="_Toc197053593" w:history="1">
            <w:r w:rsidRPr="005225DC">
              <w:rPr>
                <w:rStyle w:val="Hyperlink"/>
                <w:noProof/>
                <w:lang w:val="en-US"/>
              </w:rPr>
              <w:t>3.2.2 Natural Language Processing (NLP)</w:t>
            </w:r>
            <w:r>
              <w:rPr>
                <w:noProof/>
                <w:webHidden/>
              </w:rPr>
              <w:tab/>
            </w:r>
            <w:r>
              <w:rPr>
                <w:noProof/>
                <w:webHidden/>
              </w:rPr>
              <w:fldChar w:fldCharType="begin"/>
            </w:r>
            <w:r>
              <w:rPr>
                <w:noProof/>
                <w:webHidden/>
              </w:rPr>
              <w:instrText xml:space="preserve"> PAGEREF _Toc197053593 \h </w:instrText>
            </w:r>
            <w:r>
              <w:rPr>
                <w:noProof/>
                <w:webHidden/>
              </w:rPr>
            </w:r>
            <w:r>
              <w:rPr>
                <w:noProof/>
                <w:webHidden/>
              </w:rPr>
              <w:fldChar w:fldCharType="separate"/>
            </w:r>
            <w:r>
              <w:rPr>
                <w:noProof/>
                <w:webHidden/>
              </w:rPr>
              <w:t>19</w:t>
            </w:r>
            <w:r>
              <w:rPr>
                <w:noProof/>
                <w:webHidden/>
              </w:rPr>
              <w:fldChar w:fldCharType="end"/>
            </w:r>
          </w:hyperlink>
        </w:p>
        <w:p w14:paraId="438DCFD3" w14:textId="712498DC" w:rsidR="00E40D7B" w:rsidRDefault="00E40D7B">
          <w:pPr>
            <w:pStyle w:val="TOC3"/>
            <w:tabs>
              <w:tab w:val="right" w:leader="dot" w:pos="8630"/>
            </w:tabs>
            <w:rPr>
              <w:noProof/>
              <w:kern w:val="2"/>
              <w:sz w:val="24"/>
              <w:szCs w:val="24"/>
              <w:lang w:eastAsia="en-GB"/>
              <w14:ligatures w14:val="standardContextual"/>
            </w:rPr>
          </w:pPr>
          <w:hyperlink w:anchor="_Toc197053594" w:history="1">
            <w:r w:rsidRPr="005225DC">
              <w:rPr>
                <w:rStyle w:val="Hyperlink"/>
                <w:noProof/>
                <w:lang w:val="en-US"/>
              </w:rPr>
              <w:t>3.2.3 IoT and Smart Light Technologies</w:t>
            </w:r>
            <w:r>
              <w:rPr>
                <w:noProof/>
                <w:webHidden/>
              </w:rPr>
              <w:tab/>
            </w:r>
            <w:r>
              <w:rPr>
                <w:noProof/>
                <w:webHidden/>
              </w:rPr>
              <w:fldChar w:fldCharType="begin"/>
            </w:r>
            <w:r>
              <w:rPr>
                <w:noProof/>
                <w:webHidden/>
              </w:rPr>
              <w:instrText xml:space="preserve"> PAGEREF _Toc197053594 \h </w:instrText>
            </w:r>
            <w:r>
              <w:rPr>
                <w:noProof/>
                <w:webHidden/>
              </w:rPr>
            </w:r>
            <w:r>
              <w:rPr>
                <w:noProof/>
                <w:webHidden/>
              </w:rPr>
              <w:fldChar w:fldCharType="separate"/>
            </w:r>
            <w:r>
              <w:rPr>
                <w:noProof/>
                <w:webHidden/>
              </w:rPr>
              <w:t>20</w:t>
            </w:r>
            <w:r>
              <w:rPr>
                <w:noProof/>
                <w:webHidden/>
              </w:rPr>
              <w:fldChar w:fldCharType="end"/>
            </w:r>
          </w:hyperlink>
        </w:p>
        <w:p w14:paraId="326AA174" w14:textId="5A48ADA7" w:rsidR="00E40D7B" w:rsidRDefault="00E40D7B">
          <w:pPr>
            <w:pStyle w:val="TOC2"/>
            <w:tabs>
              <w:tab w:val="right" w:leader="dot" w:pos="8630"/>
            </w:tabs>
            <w:rPr>
              <w:noProof/>
              <w:kern w:val="2"/>
              <w:sz w:val="24"/>
              <w:szCs w:val="24"/>
              <w:lang w:eastAsia="en-GB"/>
              <w14:ligatures w14:val="standardContextual"/>
            </w:rPr>
          </w:pPr>
          <w:hyperlink w:anchor="_Toc197053595" w:history="1">
            <w:r w:rsidRPr="005225DC">
              <w:rPr>
                <w:rStyle w:val="Hyperlink"/>
                <w:noProof/>
              </w:rPr>
              <w:t>3.3 Advanced Interaction</w:t>
            </w:r>
            <w:r>
              <w:rPr>
                <w:noProof/>
                <w:webHidden/>
              </w:rPr>
              <w:tab/>
            </w:r>
            <w:r>
              <w:rPr>
                <w:noProof/>
                <w:webHidden/>
              </w:rPr>
              <w:fldChar w:fldCharType="begin"/>
            </w:r>
            <w:r>
              <w:rPr>
                <w:noProof/>
                <w:webHidden/>
              </w:rPr>
              <w:instrText xml:space="preserve"> PAGEREF _Toc197053595 \h </w:instrText>
            </w:r>
            <w:r>
              <w:rPr>
                <w:noProof/>
                <w:webHidden/>
              </w:rPr>
            </w:r>
            <w:r>
              <w:rPr>
                <w:noProof/>
                <w:webHidden/>
              </w:rPr>
              <w:fldChar w:fldCharType="separate"/>
            </w:r>
            <w:r>
              <w:rPr>
                <w:noProof/>
                <w:webHidden/>
              </w:rPr>
              <w:t>20</w:t>
            </w:r>
            <w:r>
              <w:rPr>
                <w:noProof/>
                <w:webHidden/>
              </w:rPr>
              <w:fldChar w:fldCharType="end"/>
            </w:r>
          </w:hyperlink>
        </w:p>
        <w:p w14:paraId="3FC0A3C6" w14:textId="558AC08A" w:rsidR="00E40D7B" w:rsidRDefault="00E40D7B">
          <w:pPr>
            <w:pStyle w:val="TOC3"/>
            <w:tabs>
              <w:tab w:val="right" w:leader="dot" w:pos="8630"/>
            </w:tabs>
            <w:rPr>
              <w:noProof/>
              <w:kern w:val="2"/>
              <w:sz w:val="24"/>
              <w:szCs w:val="24"/>
              <w:lang w:eastAsia="en-GB"/>
              <w14:ligatures w14:val="standardContextual"/>
            </w:rPr>
          </w:pPr>
          <w:hyperlink w:anchor="_Toc197053596" w:history="1">
            <w:r w:rsidRPr="005225DC">
              <w:rPr>
                <w:rStyle w:val="Hyperlink"/>
                <w:noProof/>
                <w:lang w:val="en-US"/>
              </w:rPr>
              <w:t>3.3.1 Multimodal Interaction</w:t>
            </w:r>
            <w:r>
              <w:rPr>
                <w:noProof/>
                <w:webHidden/>
              </w:rPr>
              <w:tab/>
            </w:r>
            <w:r>
              <w:rPr>
                <w:noProof/>
                <w:webHidden/>
              </w:rPr>
              <w:fldChar w:fldCharType="begin"/>
            </w:r>
            <w:r>
              <w:rPr>
                <w:noProof/>
                <w:webHidden/>
              </w:rPr>
              <w:instrText xml:space="preserve"> PAGEREF _Toc197053596 \h </w:instrText>
            </w:r>
            <w:r>
              <w:rPr>
                <w:noProof/>
                <w:webHidden/>
              </w:rPr>
            </w:r>
            <w:r>
              <w:rPr>
                <w:noProof/>
                <w:webHidden/>
              </w:rPr>
              <w:fldChar w:fldCharType="separate"/>
            </w:r>
            <w:r>
              <w:rPr>
                <w:noProof/>
                <w:webHidden/>
              </w:rPr>
              <w:t>21</w:t>
            </w:r>
            <w:r>
              <w:rPr>
                <w:noProof/>
                <w:webHidden/>
              </w:rPr>
              <w:fldChar w:fldCharType="end"/>
            </w:r>
          </w:hyperlink>
        </w:p>
        <w:p w14:paraId="5C57CB74" w14:textId="7BABA44F" w:rsidR="00E40D7B" w:rsidRDefault="00E40D7B">
          <w:pPr>
            <w:pStyle w:val="TOC3"/>
            <w:tabs>
              <w:tab w:val="right" w:leader="dot" w:pos="8630"/>
            </w:tabs>
            <w:rPr>
              <w:noProof/>
              <w:kern w:val="2"/>
              <w:sz w:val="24"/>
              <w:szCs w:val="24"/>
              <w:lang w:eastAsia="en-GB"/>
              <w14:ligatures w14:val="standardContextual"/>
            </w:rPr>
          </w:pPr>
          <w:hyperlink w:anchor="_Toc197053597" w:history="1">
            <w:r w:rsidRPr="005225DC">
              <w:rPr>
                <w:rStyle w:val="Hyperlink"/>
                <w:noProof/>
              </w:rPr>
              <w:t>3.3.2 Voice Biometrics</w:t>
            </w:r>
            <w:r>
              <w:rPr>
                <w:noProof/>
                <w:webHidden/>
              </w:rPr>
              <w:tab/>
            </w:r>
            <w:r>
              <w:rPr>
                <w:noProof/>
                <w:webHidden/>
              </w:rPr>
              <w:fldChar w:fldCharType="begin"/>
            </w:r>
            <w:r>
              <w:rPr>
                <w:noProof/>
                <w:webHidden/>
              </w:rPr>
              <w:instrText xml:space="preserve"> PAGEREF _Toc197053597 \h </w:instrText>
            </w:r>
            <w:r>
              <w:rPr>
                <w:noProof/>
                <w:webHidden/>
              </w:rPr>
            </w:r>
            <w:r>
              <w:rPr>
                <w:noProof/>
                <w:webHidden/>
              </w:rPr>
              <w:fldChar w:fldCharType="separate"/>
            </w:r>
            <w:r>
              <w:rPr>
                <w:noProof/>
                <w:webHidden/>
              </w:rPr>
              <w:t>21</w:t>
            </w:r>
            <w:r>
              <w:rPr>
                <w:noProof/>
                <w:webHidden/>
              </w:rPr>
              <w:fldChar w:fldCharType="end"/>
            </w:r>
          </w:hyperlink>
        </w:p>
        <w:p w14:paraId="2F2509E4" w14:textId="5BE931AB" w:rsidR="00E40D7B" w:rsidRDefault="00E40D7B">
          <w:pPr>
            <w:pStyle w:val="TOC3"/>
            <w:tabs>
              <w:tab w:val="right" w:leader="dot" w:pos="8630"/>
            </w:tabs>
            <w:rPr>
              <w:noProof/>
              <w:kern w:val="2"/>
              <w:sz w:val="24"/>
              <w:szCs w:val="24"/>
              <w:lang w:eastAsia="en-GB"/>
              <w14:ligatures w14:val="standardContextual"/>
            </w:rPr>
          </w:pPr>
          <w:hyperlink w:anchor="_Toc197053598" w:history="1">
            <w:r w:rsidRPr="005225DC">
              <w:rPr>
                <w:rStyle w:val="Hyperlink"/>
                <w:noProof/>
                <w:lang w:val="en-US"/>
              </w:rPr>
              <w:t>3.3.3 Context Aware Interaction</w:t>
            </w:r>
            <w:r>
              <w:rPr>
                <w:noProof/>
                <w:webHidden/>
              </w:rPr>
              <w:tab/>
            </w:r>
            <w:r>
              <w:rPr>
                <w:noProof/>
                <w:webHidden/>
              </w:rPr>
              <w:fldChar w:fldCharType="begin"/>
            </w:r>
            <w:r>
              <w:rPr>
                <w:noProof/>
                <w:webHidden/>
              </w:rPr>
              <w:instrText xml:space="preserve"> PAGEREF _Toc197053598 \h </w:instrText>
            </w:r>
            <w:r>
              <w:rPr>
                <w:noProof/>
                <w:webHidden/>
              </w:rPr>
            </w:r>
            <w:r>
              <w:rPr>
                <w:noProof/>
                <w:webHidden/>
              </w:rPr>
              <w:fldChar w:fldCharType="separate"/>
            </w:r>
            <w:r>
              <w:rPr>
                <w:noProof/>
                <w:webHidden/>
              </w:rPr>
              <w:t>21</w:t>
            </w:r>
            <w:r>
              <w:rPr>
                <w:noProof/>
                <w:webHidden/>
              </w:rPr>
              <w:fldChar w:fldCharType="end"/>
            </w:r>
          </w:hyperlink>
        </w:p>
        <w:p w14:paraId="3AF9471F" w14:textId="0D08CE3B" w:rsidR="00E40D7B" w:rsidRDefault="00E40D7B">
          <w:pPr>
            <w:pStyle w:val="TOC3"/>
            <w:tabs>
              <w:tab w:val="right" w:leader="dot" w:pos="8630"/>
            </w:tabs>
            <w:rPr>
              <w:noProof/>
              <w:kern w:val="2"/>
              <w:sz w:val="24"/>
              <w:szCs w:val="24"/>
              <w:lang w:eastAsia="en-GB"/>
              <w14:ligatures w14:val="standardContextual"/>
            </w:rPr>
          </w:pPr>
          <w:hyperlink w:anchor="_Toc197053599" w:history="1">
            <w:r w:rsidRPr="005225DC">
              <w:rPr>
                <w:rStyle w:val="Hyperlink"/>
                <w:noProof/>
                <w:lang w:val="en-US"/>
              </w:rPr>
              <w:t>3.3.4 personalization techniques</w:t>
            </w:r>
            <w:r>
              <w:rPr>
                <w:noProof/>
                <w:webHidden/>
              </w:rPr>
              <w:tab/>
            </w:r>
            <w:r>
              <w:rPr>
                <w:noProof/>
                <w:webHidden/>
              </w:rPr>
              <w:fldChar w:fldCharType="begin"/>
            </w:r>
            <w:r>
              <w:rPr>
                <w:noProof/>
                <w:webHidden/>
              </w:rPr>
              <w:instrText xml:space="preserve"> PAGEREF _Toc197053599 \h </w:instrText>
            </w:r>
            <w:r>
              <w:rPr>
                <w:noProof/>
                <w:webHidden/>
              </w:rPr>
            </w:r>
            <w:r>
              <w:rPr>
                <w:noProof/>
                <w:webHidden/>
              </w:rPr>
              <w:fldChar w:fldCharType="separate"/>
            </w:r>
            <w:r>
              <w:rPr>
                <w:noProof/>
                <w:webHidden/>
              </w:rPr>
              <w:t>21</w:t>
            </w:r>
            <w:r>
              <w:rPr>
                <w:noProof/>
                <w:webHidden/>
              </w:rPr>
              <w:fldChar w:fldCharType="end"/>
            </w:r>
          </w:hyperlink>
        </w:p>
        <w:p w14:paraId="082A3B32" w14:textId="008128CB" w:rsidR="00E40D7B" w:rsidRDefault="00E40D7B">
          <w:pPr>
            <w:pStyle w:val="TOC2"/>
            <w:tabs>
              <w:tab w:val="right" w:leader="dot" w:pos="8630"/>
            </w:tabs>
            <w:rPr>
              <w:noProof/>
              <w:kern w:val="2"/>
              <w:sz w:val="24"/>
              <w:szCs w:val="24"/>
              <w:lang w:eastAsia="en-GB"/>
              <w14:ligatures w14:val="standardContextual"/>
            </w:rPr>
          </w:pPr>
          <w:hyperlink w:anchor="_Toc197053600" w:history="1">
            <w:r w:rsidRPr="005225DC">
              <w:rPr>
                <w:rStyle w:val="Hyperlink"/>
                <w:noProof/>
              </w:rPr>
              <w:t>3.4 System Performance Challenges</w:t>
            </w:r>
            <w:r>
              <w:rPr>
                <w:noProof/>
                <w:webHidden/>
              </w:rPr>
              <w:tab/>
            </w:r>
            <w:r>
              <w:rPr>
                <w:noProof/>
                <w:webHidden/>
              </w:rPr>
              <w:fldChar w:fldCharType="begin"/>
            </w:r>
            <w:r>
              <w:rPr>
                <w:noProof/>
                <w:webHidden/>
              </w:rPr>
              <w:instrText xml:space="preserve"> PAGEREF _Toc197053600 \h </w:instrText>
            </w:r>
            <w:r>
              <w:rPr>
                <w:noProof/>
                <w:webHidden/>
              </w:rPr>
            </w:r>
            <w:r>
              <w:rPr>
                <w:noProof/>
                <w:webHidden/>
              </w:rPr>
              <w:fldChar w:fldCharType="separate"/>
            </w:r>
            <w:r>
              <w:rPr>
                <w:noProof/>
                <w:webHidden/>
              </w:rPr>
              <w:t>21</w:t>
            </w:r>
            <w:r>
              <w:rPr>
                <w:noProof/>
                <w:webHidden/>
              </w:rPr>
              <w:fldChar w:fldCharType="end"/>
            </w:r>
          </w:hyperlink>
        </w:p>
        <w:p w14:paraId="572D92DA" w14:textId="64DB9408" w:rsidR="00E40D7B" w:rsidRDefault="00E40D7B">
          <w:pPr>
            <w:pStyle w:val="TOC3"/>
            <w:tabs>
              <w:tab w:val="right" w:leader="dot" w:pos="8630"/>
            </w:tabs>
            <w:rPr>
              <w:noProof/>
              <w:kern w:val="2"/>
              <w:sz w:val="24"/>
              <w:szCs w:val="24"/>
              <w:lang w:eastAsia="en-GB"/>
              <w14:ligatures w14:val="standardContextual"/>
            </w:rPr>
          </w:pPr>
          <w:hyperlink w:anchor="_Toc197053601" w:history="1">
            <w:r w:rsidRPr="005225DC">
              <w:rPr>
                <w:rStyle w:val="Hyperlink"/>
                <w:noProof/>
              </w:rPr>
              <w:t>3.4.1 Noise</w:t>
            </w:r>
            <w:r>
              <w:rPr>
                <w:noProof/>
                <w:webHidden/>
              </w:rPr>
              <w:tab/>
            </w:r>
            <w:r>
              <w:rPr>
                <w:noProof/>
                <w:webHidden/>
              </w:rPr>
              <w:fldChar w:fldCharType="begin"/>
            </w:r>
            <w:r>
              <w:rPr>
                <w:noProof/>
                <w:webHidden/>
              </w:rPr>
              <w:instrText xml:space="preserve"> PAGEREF _Toc197053601 \h </w:instrText>
            </w:r>
            <w:r>
              <w:rPr>
                <w:noProof/>
                <w:webHidden/>
              </w:rPr>
            </w:r>
            <w:r>
              <w:rPr>
                <w:noProof/>
                <w:webHidden/>
              </w:rPr>
              <w:fldChar w:fldCharType="separate"/>
            </w:r>
            <w:r>
              <w:rPr>
                <w:noProof/>
                <w:webHidden/>
              </w:rPr>
              <w:t>22</w:t>
            </w:r>
            <w:r>
              <w:rPr>
                <w:noProof/>
                <w:webHidden/>
              </w:rPr>
              <w:fldChar w:fldCharType="end"/>
            </w:r>
          </w:hyperlink>
        </w:p>
        <w:p w14:paraId="0A679D0D" w14:textId="7CCF0609" w:rsidR="00E40D7B" w:rsidRDefault="00E40D7B">
          <w:pPr>
            <w:pStyle w:val="TOC3"/>
            <w:tabs>
              <w:tab w:val="right" w:leader="dot" w:pos="8630"/>
            </w:tabs>
            <w:rPr>
              <w:noProof/>
              <w:kern w:val="2"/>
              <w:sz w:val="24"/>
              <w:szCs w:val="24"/>
              <w:lang w:eastAsia="en-GB"/>
              <w14:ligatures w14:val="standardContextual"/>
            </w:rPr>
          </w:pPr>
          <w:hyperlink w:anchor="_Toc197053602" w:history="1">
            <w:r w:rsidRPr="005225DC">
              <w:rPr>
                <w:rStyle w:val="Hyperlink"/>
                <w:noProof/>
              </w:rPr>
              <w:t>3.4.2 Language</w:t>
            </w:r>
            <w:r>
              <w:rPr>
                <w:noProof/>
                <w:webHidden/>
              </w:rPr>
              <w:tab/>
            </w:r>
            <w:r>
              <w:rPr>
                <w:noProof/>
                <w:webHidden/>
              </w:rPr>
              <w:fldChar w:fldCharType="begin"/>
            </w:r>
            <w:r>
              <w:rPr>
                <w:noProof/>
                <w:webHidden/>
              </w:rPr>
              <w:instrText xml:space="preserve"> PAGEREF _Toc197053602 \h </w:instrText>
            </w:r>
            <w:r>
              <w:rPr>
                <w:noProof/>
                <w:webHidden/>
              </w:rPr>
            </w:r>
            <w:r>
              <w:rPr>
                <w:noProof/>
                <w:webHidden/>
              </w:rPr>
              <w:fldChar w:fldCharType="separate"/>
            </w:r>
            <w:r>
              <w:rPr>
                <w:noProof/>
                <w:webHidden/>
              </w:rPr>
              <w:t>22</w:t>
            </w:r>
            <w:r>
              <w:rPr>
                <w:noProof/>
                <w:webHidden/>
              </w:rPr>
              <w:fldChar w:fldCharType="end"/>
            </w:r>
          </w:hyperlink>
        </w:p>
        <w:p w14:paraId="4400A5C2" w14:textId="7AA49BC5" w:rsidR="00E40D7B" w:rsidRDefault="00E40D7B">
          <w:pPr>
            <w:pStyle w:val="TOC3"/>
            <w:tabs>
              <w:tab w:val="right" w:leader="dot" w:pos="8630"/>
            </w:tabs>
            <w:rPr>
              <w:noProof/>
              <w:kern w:val="2"/>
              <w:sz w:val="24"/>
              <w:szCs w:val="24"/>
              <w:lang w:eastAsia="en-GB"/>
              <w14:ligatures w14:val="standardContextual"/>
            </w:rPr>
          </w:pPr>
          <w:hyperlink w:anchor="_Toc197053603" w:history="1">
            <w:r w:rsidRPr="005225DC">
              <w:rPr>
                <w:rStyle w:val="Hyperlink"/>
                <w:noProof/>
              </w:rPr>
              <w:t>3.4.3 Constraints</w:t>
            </w:r>
            <w:r>
              <w:rPr>
                <w:noProof/>
                <w:webHidden/>
              </w:rPr>
              <w:tab/>
            </w:r>
            <w:r>
              <w:rPr>
                <w:noProof/>
                <w:webHidden/>
              </w:rPr>
              <w:fldChar w:fldCharType="begin"/>
            </w:r>
            <w:r>
              <w:rPr>
                <w:noProof/>
                <w:webHidden/>
              </w:rPr>
              <w:instrText xml:space="preserve"> PAGEREF _Toc197053603 \h </w:instrText>
            </w:r>
            <w:r>
              <w:rPr>
                <w:noProof/>
                <w:webHidden/>
              </w:rPr>
            </w:r>
            <w:r>
              <w:rPr>
                <w:noProof/>
                <w:webHidden/>
              </w:rPr>
              <w:fldChar w:fldCharType="separate"/>
            </w:r>
            <w:r>
              <w:rPr>
                <w:noProof/>
                <w:webHidden/>
              </w:rPr>
              <w:t>22</w:t>
            </w:r>
            <w:r>
              <w:rPr>
                <w:noProof/>
                <w:webHidden/>
              </w:rPr>
              <w:fldChar w:fldCharType="end"/>
            </w:r>
          </w:hyperlink>
        </w:p>
        <w:p w14:paraId="67E3D97E" w14:textId="7B39D2D3" w:rsidR="00E40D7B" w:rsidRDefault="00E40D7B">
          <w:pPr>
            <w:pStyle w:val="TOC2"/>
            <w:tabs>
              <w:tab w:val="right" w:leader="dot" w:pos="8630"/>
            </w:tabs>
            <w:rPr>
              <w:noProof/>
              <w:kern w:val="2"/>
              <w:sz w:val="24"/>
              <w:szCs w:val="24"/>
              <w:lang w:eastAsia="en-GB"/>
              <w14:ligatures w14:val="standardContextual"/>
            </w:rPr>
          </w:pPr>
          <w:hyperlink w:anchor="_Toc197053604" w:history="1">
            <w:r w:rsidRPr="005225DC">
              <w:rPr>
                <w:rStyle w:val="Hyperlink"/>
                <w:noProof/>
              </w:rPr>
              <w:t>3.5 Privacy, Ethics, and Security</w:t>
            </w:r>
            <w:r>
              <w:rPr>
                <w:noProof/>
                <w:webHidden/>
              </w:rPr>
              <w:tab/>
            </w:r>
            <w:r>
              <w:rPr>
                <w:noProof/>
                <w:webHidden/>
              </w:rPr>
              <w:fldChar w:fldCharType="begin"/>
            </w:r>
            <w:r>
              <w:rPr>
                <w:noProof/>
                <w:webHidden/>
              </w:rPr>
              <w:instrText xml:space="preserve"> PAGEREF _Toc197053604 \h </w:instrText>
            </w:r>
            <w:r>
              <w:rPr>
                <w:noProof/>
                <w:webHidden/>
              </w:rPr>
            </w:r>
            <w:r>
              <w:rPr>
                <w:noProof/>
                <w:webHidden/>
              </w:rPr>
              <w:fldChar w:fldCharType="separate"/>
            </w:r>
            <w:r>
              <w:rPr>
                <w:noProof/>
                <w:webHidden/>
              </w:rPr>
              <w:t>22</w:t>
            </w:r>
            <w:r>
              <w:rPr>
                <w:noProof/>
                <w:webHidden/>
              </w:rPr>
              <w:fldChar w:fldCharType="end"/>
            </w:r>
          </w:hyperlink>
        </w:p>
        <w:p w14:paraId="2B1BA4B2" w14:textId="3BB992C2" w:rsidR="00E40D7B" w:rsidRDefault="00E40D7B">
          <w:pPr>
            <w:pStyle w:val="TOC2"/>
            <w:tabs>
              <w:tab w:val="right" w:leader="dot" w:pos="8630"/>
            </w:tabs>
            <w:rPr>
              <w:noProof/>
              <w:kern w:val="2"/>
              <w:sz w:val="24"/>
              <w:szCs w:val="24"/>
              <w:lang w:eastAsia="en-GB"/>
              <w14:ligatures w14:val="standardContextual"/>
            </w:rPr>
          </w:pPr>
          <w:hyperlink w:anchor="_Toc197053605" w:history="1">
            <w:r w:rsidRPr="005225DC">
              <w:rPr>
                <w:rStyle w:val="Hyperlink"/>
                <w:noProof/>
              </w:rPr>
              <w:t>3.6 Sustainability Considerations</w:t>
            </w:r>
            <w:r>
              <w:rPr>
                <w:noProof/>
                <w:webHidden/>
              </w:rPr>
              <w:tab/>
            </w:r>
            <w:r>
              <w:rPr>
                <w:noProof/>
                <w:webHidden/>
              </w:rPr>
              <w:fldChar w:fldCharType="begin"/>
            </w:r>
            <w:r>
              <w:rPr>
                <w:noProof/>
                <w:webHidden/>
              </w:rPr>
              <w:instrText xml:space="preserve"> PAGEREF _Toc197053605 \h </w:instrText>
            </w:r>
            <w:r>
              <w:rPr>
                <w:noProof/>
                <w:webHidden/>
              </w:rPr>
            </w:r>
            <w:r>
              <w:rPr>
                <w:noProof/>
                <w:webHidden/>
              </w:rPr>
              <w:fldChar w:fldCharType="separate"/>
            </w:r>
            <w:r>
              <w:rPr>
                <w:noProof/>
                <w:webHidden/>
              </w:rPr>
              <w:t>23</w:t>
            </w:r>
            <w:r>
              <w:rPr>
                <w:noProof/>
                <w:webHidden/>
              </w:rPr>
              <w:fldChar w:fldCharType="end"/>
            </w:r>
          </w:hyperlink>
        </w:p>
        <w:p w14:paraId="5E8A060C" w14:textId="058CE144" w:rsidR="00E40D7B" w:rsidRDefault="00E40D7B">
          <w:pPr>
            <w:pStyle w:val="TOC2"/>
            <w:tabs>
              <w:tab w:val="right" w:leader="dot" w:pos="8630"/>
            </w:tabs>
            <w:rPr>
              <w:noProof/>
              <w:kern w:val="2"/>
              <w:sz w:val="24"/>
              <w:szCs w:val="24"/>
              <w:lang w:eastAsia="en-GB"/>
              <w14:ligatures w14:val="standardContextual"/>
            </w:rPr>
          </w:pPr>
          <w:hyperlink w:anchor="_Toc197053606" w:history="1">
            <w:r w:rsidRPr="005225DC">
              <w:rPr>
                <w:rStyle w:val="Hyperlink"/>
                <w:noProof/>
              </w:rPr>
              <w:t>3.7 Comparative Analysis</w:t>
            </w:r>
            <w:r>
              <w:rPr>
                <w:noProof/>
                <w:webHidden/>
              </w:rPr>
              <w:tab/>
            </w:r>
            <w:r>
              <w:rPr>
                <w:noProof/>
                <w:webHidden/>
              </w:rPr>
              <w:fldChar w:fldCharType="begin"/>
            </w:r>
            <w:r>
              <w:rPr>
                <w:noProof/>
                <w:webHidden/>
              </w:rPr>
              <w:instrText xml:space="preserve"> PAGEREF _Toc197053606 \h </w:instrText>
            </w:r>
            <w:r>
              <w:rPr>
                <w:noProof/>
                <w:webHidden/>
              </w:rPr>
            </w:r>
            <w:r>
              <w:rPr>
                <w:noProof/>
                <w:webHidden/>
              </w:rPr>
              <w:fldChar w:fldCharType="separate"/>
            </w:r>
            <w:r>
              <w:rPr>
                <w:noProof/>
                <w:webHidden/>
              </w:rPr>
              <w:t>24</w:t>
            </w:r>
            <w:r>
              <w:rPr>
                <w:noProof/>
                <w:webHidden/>
              </w:rPr>
              <w:fldChar w:fldCharType="end"/>
            </w:r>
          </w:hyperlink>
        </w:p>
        <w:p w14:paraId="7016DBD7" w14:textId="42372BED" w:rsidR="00E40D7B" w:rsidRDefault="00E40D7B">
          <w:pPr>
            <w:pStyle w:val="TOC2"/>
            <w:tabs>
              <w:tab w:val="right" w:leader="dot" w:pos="8630"/>
            </w:tabs>
            <w:rPr>
              <w:noProof/>
              <w:kern w:val="2"/>
              <w:sz w:val="24"/>
              <w:szCs w:val="24"/>
              <w:lang w:eastAsia="en-GB"/>
              <w14:ligatures w14:val="standardContextual"/>
            </w:rPr>
          </w:pPr>
          <w:hyperlink w:anchor="_Toc197053607" w:history="1">
            <w:r w:rsidRPr="005225DC">
              <w:rPr>
                <w:rStyle w:val="Hyperlink"/>
                <w:noProof/>
              </w:rPr>
              <w:t>3.8 Research Gaps and Future Directions</w:t>
            </w:r>
            <w:r>
              <w:rPr>
                <w:noProof/>
                <w:webHidden/>
              </w:rPr>
              <w:tab/>
            </w:r>
            <w:r>
              <w:rPr>
                <w:noProof/>
                <w:webHidden/>
              </w:rPr>
              <w:fldChar w:fldCharType="begin"/>
            </w:r>
            <w:r>
              <w:rPr>
                <w:noProof/>
                <w:webHidden/>
              </w:rPr>
              <w:instrText xml:space="preserve"> PAGEREF _Toc197053607 \h </w:instrText>
            </w:r>
            <w:r>
              <w:rPr>
                <w:noProof/>
                <w:webHidden/>
              </w:rPr>
            </w:r>
            <w:r>
              <w:rPr>
                <w:noProof/>
                <w:webHidden/>
              </w:rPr>
              <w:fldChar w:fldCharType="separate"/>
            </w:r>
            <w:r>
              <w:rPr>
                <w:noProof/>
                <w:webHidden/>
              </w:rPr>
              <w:t>24</w:t>
            </w:r>
            <w:r>
              <w:rPr>
                <w:noProof/>
                <w:webHidden/>
              </w:rPr>
              <w:fldChar w:fldCharType="end"/>
            </w:r>
          </w:hyperlink>
        </w:p>
        <w:p w14:paraId="37FCAD02" w14:textId="3E938BF6" w:rsidR="00E40D7B" w:rsidRDefault="00E40D7B">
          <w:pPr>
            <w:pStyle w:val="TOC2"/>
            <w:tabs>
              <w:tab w:val="right" w:leader="dot" w:pos="8630"/>
            </w:tabs>
            <w:rPr>
              <w:noProof/>
              <w:kern w:val="2"/>
              <w:sz w:val="24"/>
              <w:szCs w:val="24"/>
              <w:lang w:eastAsia="en-GB"/>
              <w14:ligatures w14:val="standardContextual"/>
            </w:rPr>
          </w:pPr>
          <w:hyperlink w:anchor="_Toc197053608" w:history="1">
            <w:r w:rsidRPr="005225DC">
              <w:rPr>
                <w:rStyle w:val="Hyperlink"/>
                <w:noProof/>
              </w:rPr>
              <w:t>3.9 Conclusion</w:t>
            </w:r>
            <w:r>
              <w:rPr>
                <w:noProof/>
                <w:webHidden/>
              </w:rPr>
              <w:tab/>
            </w:r>
            <w:r>
              <w:rPr>
                <w:noProof/>
                <w:webHidden/>
              </w:rPr>
              <w:fldChar w:fldCharType="begin"/>
            </w:r>
            <w:r>
              <w:rPr>
                <w:noProof/>
                <w:webHidden/>
              </w:rPr>
              <w:instrText xml:space="preserve"> PAGEREF _Toc197053608 \h </w:instrText>
            </w:r>
            <w:r>
              <w:rPr>
                <w:noProof/>
                <w:webHidden/>
              </w:rPr>
            </w:r>
            <w:r>
              <w:rPr>
                <w:noProof/>
                <w:webHidden/>
              </w:rPr>
              <w:fldChar w:fldCharType="separate"/>
            </w:r>
            <w:r>
              <w:rPr>
                <w:noProof/>
                <w:webHidden/>
              </w:rPr>
              <w:t>26</w:t>
            </w:r>
            <w:r>
              <w:rPr>
                <w:noProof/>
                <w:webHidden/>
              </w:rPr>
              <w:fldChar w:fldCharType="end"/>
            </w:r>
          </w:hyperlink>
        </w:p>
        <w:p w14:paraId="738600C3" w14:textId="63D37569" w:rsidR="00E40D7B" w:rsidRDefault="00E40D7B">
          <w:pPr>
            <w:pStyle w:val="TOC1"/>
            <w:tabs>
              <w:tab w:val="right" w:leader="dot" w:pos="8630"/>
            </w:tabs>
            <w:rPr>
              <w:noProof/>
              <w:kern w:val="2"/>
              <w:sz w:val="24"/>
              <w:szCs w:val="24"/>
              <w:lang w:eastAsia="en-GB"/>
              <w14:ligatures w14:val="standardContextual"/>
            </w:rPr>
          </w:pPr>
          <w:hyperlink w:anchor="_Toc197053609" w:history="1">
            <w:r w:rsidRPr="005225DC">
              <w:rPr>
                <w:rStyle w:val="Hyperlink"/>
                <w:noProof/>
              </w:rPr>
              <w:t>CHAPTER 4 DESIGN OF ARTEFACT</w:t>
            </w:r>
            <w:r>
              <w:rPr>
                <w:noProof/>
                <w:webHidden/>
              </w:rPr>
              <w:tab/>
            </w:r>
            <w:r>
              <w:rPr>
                <w:noProof/>
                <w:webHidden/>
              </w:rPr>
              <w:fldChar w:fldCharType="begin"/>
            </w:r>
            <w:r>
              <w:rPr>
                <w:noProof/>
                <w:webHidden/>
              </w:rPr>
              <w:instrText xml:space="preserve"> PAGEREF _Toc197053609 \h </w:instrText>
            </w:r>
            <w:r>
              <w:rPr>
                <w:noProof/>
                <w:webHidden/>
              </w:rPr>
            </w:r>
            <w:r>
              <w:rPr>
                <w:noProof/>
                <w:webHidden/>
              </w:rPr>
              <w:fldChar w:fldCharType="separate"/>
            </w:r>
            <w:r>
              <w:rPr>
                <w:noProof/>
                <w:webHidden/>
              </w:rPr>
              <w:t>27</w:t>
            </w:r>
            <w:r>
              <w:rPr>
                <w:noProof/>
                <w:webHidden/>
              </w:rPr>
              <w:fldChar w:fldCharType="end"/>
            </w:r>
          </w:hyperlink>
        </w:p>
        <w:p w14:paraId="76D82D47" w14:textId="27A7BF64" w:rsidR="00E40D7B" w:rsidRDefault="00E40D7B">
          <w:pPr>
            <w:pStyle w:val="TOC2"/>
            <w:tabs>
              <w:tab w:val="right" w:leader="dot" w:pos="8630"/>
            </w:tabs>
            <w:rPr>
              <w:noProof/>
              <w:kern w:val="2"/>
              <w:sz w:val="24"/>
              <w:szCs w:val="24"/>
              <w:lang w:eastAsia="en-GB"/>
              <w14:ligatures w14:val="standardContextual"/>
            </w:rPr>
          </w:pPr>
          <w:hyperlink w:anchor="_Toc197053610" w:history="1">
            <w:r w:rsidRPr="005225DC">
              <w:rPr>
                <w:rStyle w:val="Hyperlink"/>
                <w:noProof/>
              </w:rPr>
              <w:t>Extended Design Considerations</w:t>
            </w:r>
            <w:r>
              <w:rPr>
                <w:noProof/>
                <w:webHidden/>
              </w:rPr>
              <w:tab/>
            </w:r>
            <w:r>
              <w:rPr>
                <w:noProof/>
                <w:webHidden/>
              </w:rPr>
              <w:fldChar w:fldCharType="begin"/>
            </w:r>
            <w:r>
              <w:rPr>
                <w:noProof/>
                <w:webHidden/>
              </w:rPr>
              <w:instrText xml:space="preserve"> PAGEREF _Toc197053610 \h </w:instrText>
            </w:r>
            <w:r>
              <w:rPr>
                <w:noProof/>
                <w:webHidden/>
              </w:rPr>
            </w:r>
            <w:r>
              <w:rPr>
                <w:noProof/>
                <w:webHidden/>
              </w:rPr>
              <w:fldChar w:fldCharType="separate"/>
            </w:r>
            <w:r>
              <w:rPr>
                <w:noProof/>
                <w:webHidden/>
              </w:rPr>
              <w:t>30</w:t>
            </w:r>
            <w:r>
              <w:rPr>
                <w:noProof/>
                <w:webHidden/>
              </w:rPr>
              <w:fldChar w:fldCharType="end"/>
            </w:r>
          </w:hyperlink>
        </w:p>
        <w:p w14:paraId="5E4DE11F" w14:textId="30A6B2E7" w:rsidR="00E40D7B" w:rsidRDefault="00E40D7B">
          <w:pPr>
            <w:pStyle w:val="TOC2"/>
            <w:tabs>
              <w:tab w:val="right" w:leader="dot" w:pos="8630"/>
            </w:tabs>
            <w:rPr>
              <w:noProof/>
              <w:kern w:val="2"/>
              <w:sz w:val="24"/>
              <w:szCs w:val="24"/>
              <w:lang w:eastAsia="en-GB"/>
              <w14:ligatures w14:val="standardContextual"/>
            </w:rPr>
          </w:pPr>
          <w:hyperlink w:anchor="_Toc197053611" w:history="1">
            <w:r w:rsidRPr="005225DC">
              <w:rPr>
                <w:rStyle w:val="Hyperlink"/>
                <w:noProof/>
              </w:rPr>
              <w:t>Security and Data Privacy</w:t>
            </w:r>
            <w:r>
              <w:rPr>
                <w:noProof/>
                <w:webHidden/>
              </w:rPr>
              <w:tab/>
            </w:r>
            <w:r>
              <w:rPr>
                <w:noProof/>
                <w:webHidden/>
              </w:rPr>
              <w:fldChar w:fldCharType="begin"/>
            </w:r>
            <w:r>
              <w:rPr>
                <w:noProof/>
                <w:webHidden/>
              </w:rPr>
              <w:instrText xml:space="preserve"> PAGEREF _Toc197053611 \h </w:instrText>
            </w:r>
            <w:r>
              <w:rPr>
                <w:noProof/>
                <w:webHidden/>
              </w:rPr>
            </w:r>
            <w:r>
              <w:rPr>
                <w:noProof/>
                <w:webHidden/>
              </w:rPr>
              <w:fldChar w:fldCharType="separate"/>
            </w:r>
            <w:r>
              <w:rPr>
                <w:noProof/>
                <w:webHidden/>
              </w:rPr>
              <w:t>32</w:t>
            </w:r>
            <w:r>
              <w:rPr>
                <w:noProof/>
                <w:webHidden/>
              </w:rPr>
              <w:fldChar w:fldCharType="end"/>
            </w:r>
          </w:hyperlink>
        </w:p>
        <w:p w14:paraId="6CC2447E" w14:textId="41D18268" w:rsidR="00E40D7B" w:rsidRDefault="00E40D7B">
          <w:pPr>
            <w:pStyle w:val="TOC2"/>
            <w:tabs>
              <w:tab w:val="right" w:leader="dot" w:pos="8630"/>
            </w:tabs>
            <w:rPr>
              <w:noProof/>
              <w:kern w:val="2"/>
              <w:sz w:val="24"/>
              <w:szCs w:val="24"/>
              <w:lang w:eastAsia="en-GB"/>
              <w14:ligatures w14:val="standardContextual"/>
            </w:rPr>
          </w:pPr>
          <w:hyperlink w:anchor="_Toc197053612" w:history="1">
            <w:r w:rsidRPr="005225DC">
              <w:rPr>
                <w:rStyle w:val="Hyperlink"/>
                <w:noProof/>
              </w:rPr>
              <w:t>Environmental Considerations</w:t>
            </w:r>
            <w:r>
              <w:rPr>
                <w:noProof/>
                <w:webHidden/>
              </w:rPr>
              <w:tab/>
            </w:r>
            <w:r>
              <w:rPr>
                <w:noProof/>
                <w:webHidden/>
              </w:rPr>
              <w:fldChar w:fldCharType="begin"/>
            </w:r>
            <w:r>
              <w:rPr>
                <w:noProof/>
                <w:webHidden/>
              </w:rPr>
              <w:instrText xml:space="preserve"> PAGEREF _Toc197053612 \h </w:instrText>
            </w:r>
            <w:r>
              <w:rPr>
                <w:noProof/>
                <w:webHidden/>
              </w:rPr>
            </w:r>
            <w:r>
              <w:rPr>
                <w:noProof/>
                <w:webHidden/>
              </w:rPr>
              <w:fldChar w:fldCharType="separate"/>
            </w:r>
            <w:r>
              <w:rPr>
                <w:noProof/>
                <w:webHidden/>
              </w:rPr>
              <w:t>33</w:t>
            </w:r>
            <w:r>
              <w:rPr>
                <w:noProof/>
                <w:webHidden/>
              </w:rPr>
              <w:fldChar w:fldCharType="end"/>
            </w:r>
          </w:hyperlink>
        </w:p>
        <w:p w14:paraId="73CA74A1" w14:textId="7315B3C4" w:rsidR="00E40D7B" w:rsidRDefault="00E40D7B">
          <w:pPr>
            <w:pStyle w:val="TOC1"/>
            <w:tabs>
              <w:tab w:val="right" w:leader="dot" w:pos="8630"/>
            </w:tabs>
            <w:rPr>
              <w:noProof/>
              <w:kern w:val="2"/>
              <w:sz w:val="24"/>
              <w:szCs w:val="24"/>
              <w:lang w:eastAsia="en-GB"/>
              <w14:ligatures w14:val="standardContextual"/>
            </w:rPr>
          </w:pPr>
          <w:hyperlink w:anchor="_Toc197053613" w:history="1">
            <w:r w:rsidRPr="005225DC">
              <w:rPr>
                <w:rStyle w:val="Hyperlink"/>
                <w:noProof/>
              </w:rPr>
              <w:t>CHAPTER 5 IMPLEMENTATION OF ARTEFACT</w:t>
            </w:r>
            <w:r>
              <w:rPr>
                <w:noProof/>
                <w:webHidden/>
              </w:rPr>
              <w:tab/>
            </w:r>
            <w:r>
              <w:rPr>
                <w:noProof/>
                <w:webHidden/>
              </w:rPr>
              <w:fldChar w:fldCharType="begin"/>
            </w:r>
            <w:r>
              <w:rPr>
                <w:noProof/>
                <w:webHidden/>
              </w:rPr>
              <w:instrText xml:space="preserve"> PAGEREF _Toc197053613 \h </w:instrText>
            </w:r>
            <w:r>
              <w:rPr>
                <w:noProof/>
                <w:webHidden/>
              </w:rPr>
            </w:r>
            <w:r>
              <w:rPr>
                <w:noProof/>
                <w:webHidden/>
              </w:rPr>
              <w:fldChar w:fldCharType="separate"/>
            </w:r>
            <w:r>
              <w:rPr>
                <w:noProof/>
                <w:webHidden/>
              </w:rPr>
              <w:t>34</w:t>
            </w:r>
            <w:r>
              <w:rPr>
                <w:noProof/>
                <w:webHidden/>
              </w:rPr>
              <w:fldChar w:fldCharType="end"/>
            </w:r>
          </w:hyperlink>
        </w:p>
        <w:p w14:paraId="38E94331" w14:textId="364DDD96" w:rsidR="00E40D7B" w:rsidRDefault="00E40D7B">
          <w:pPr>
            <w:pStyle w:val="TOC1"/>
            <w:tabs>
              <w:tab w:val="right" w:leader="dot" w:pos="8630"/>
            </w:tabs>
            <w:rPr>
              <w:noProof/>
              <w:kern w:val="2"/>
              <w:sz w:val="24"/>
              <w:szCs w:val="24"/>
              <w:lang w:eastAsia="en-GB"/>
              <w14:ligatures w14:val="standardContextual"/>
            </w:rPr>
          </w:pPr>
          <w:hyperlink w:anchor="_Toc197053614" w:history="1">
            <w:r w:rsidRPr="005225DC">
              <w:rPr>
                <w:rStyle w:val="Hyperlink"/>
                <w:noProof/>
              </w:rPr>
              <w:t>CHAPTER 6 EVALUATION</w:t>
            </w:r>
            <w:r>
              <w:rPr>
                <w:noProof/>
                <w:webHidden/>
              </w:rPr>
              <w:tab/>
            </w:r>
            <w:r>
              <w:rPr>
                <w:noProof/>
                <w:webHidden/>
              </w:rPr>
              <w:fldChar w:fldCharType="begin"/>
            </w:r>
            <w:r>
              <w:rPr>
                <w:noProof/>
                <w:webHidden/>
              </w:rPr>
              <w:instrText xml:space="preserve"> PAGEREF _Toc197053614 \h </w:instrText>
            </w:r>
            <w:r>
              <w:rPr>
                <w:noProof/>
                <w:webHidden/>
              </w:rPr>
            </w:r>
            <w:r>
              <w:rPr>
                <w:noProof/>
                <w:webHidden/>
              </w:rPr>
              <w:fldChar w:fldCharType="separate"/>
            </w:r>
            <w:r>
              <w:rPr>
                <w:noProof/>
                <w:webHidden/>
              </w:rPr>
              <w:t>45</w:t>
            </w:r>
            <w:r>
              <w:rPr>
                <w:noProof/>
                <w:webHidden/>
              </w:rPr>
              <w:fldChar w:fldCharType="end"/>
            </w:r>
          </w:hyperlink>
        </w:p>
        <w:p w14:paraId="67C38EA2" w14:textId="04F80685" w:rsidR="00E40D7B" w:rsidRDefault="00E40D7B">
          <w:pPr>
            <w:pStyle w:val="TOC2"/>
            <w:tabs>
              <w:tab w:val="right" w:leader="dot" w:pos="8630"/>
            </w:tabs>
            <w:rPr>
              <w:noProof/>
              <w:kern w:val="2"/>
              <w:sz w:val="24"/>
              <w:szCs w:val="24"/>
              <w:lang w:eastAsia="en-GB"/>
              <w14:ligatures w14:val="standardContextual"/>
            </w:rPr>
          </w:pPr>
          <w:hyperlink w:anchor="_Toc197053615" w:history="1">
            <w:r w:rsidRPr="005225DC">
              <w:rPr>
                <w:rStyle w:val="Hyperlink"/>
                <w:noProof/>
              </w:rPr>
              <w:t>Evaluation Methodology</w:t>
            </w:r>
            <w:r>
              <w:rPr>
                <w:noProof/>
                <w:webHidden/>
              </w:rPr>
              <w:tab/>
            </w:r>
            <w:r>
              <w:rPr>
                <w:noProof/>
                <w:webHidden/>
              </w:rPr>
              <w:fldChar w:fldCharType="begin"/>
            </w:r>
            <w:r>
              <w:rPr>
                <w:noProof/>
                <w:webHidden/>
              </w:rPr>
              <w:instrText xml:space="preserve"> PAGEREF _Toc197053615 \h </w:instrText>
            </w:r>
            <w:r>
              <w:rPr>
                <w:noProof/>
                <w:webHidden/>
              </w:rPr>
            </w:r>
            <w:r>
              <w:rPr>
                <w:noProof/>
                <w:webHidden/>
              </w:rPr>
              <w:fldChar w:fldCharType="separate"/>
            </w:r>
            <w:r>
              <w:rPr>
                <w:noProof/>
                <w:webHidden/>
              </w:rPr>
              <w:t>45</w:t>
            </w:r>
            <w:r>
              <w:rPr>
                <w:noProof/>
                <w:webHidden/>
              </w:rPr>
              <w:fldChar w:fldCharType="end"/>
            </w:r>
          </w:hyperlink>
        </w:p>
        <w:p w14:paraId="5443C2E7" w14:textId="58CD31BC" w:rsidR="00E40D7B" w:rsidRDefault="00E40D7B">
          <w:pPr>
            <w:pStyle w:val="TOC2"/>
            <w:tabs>
              <w:tab w:val="right" w:leader="dot" w:pos="8630"/>
            </w:tabs>
            <w:rPr>
              <w:noProof/>
              <w:kern w:val="2"/>
              <w:sz w:val="24"/>
              <w:szCs w:val="24"/>
              <w:lang w:eastAsia="en-GB"/>
              <w14:ligatures w14:val="standardContextual"/>
            </w:rPr>
          </w:pPr>
          <w:hyperlink w:anchor="_Toc197053616" w:history="1">
            <w:r w:rsidRPr="005225DC">
              <w:rPr>
                <w:rStyle w:val="Hyperlink"/>
                <w:noProof/>
              </w:rPr>
              <w:t>Speech Recognition Model Evaluation</w:t>
            </w:r>
            <w:r>
              <w:rPr>
                <w:noProof/>
                <w:webHidden/>
              </w:rPr>
              <w:tab/>
            </w:r>
            <w:r>
              <w:rPr>
                <w:noProof/>
                <w:webHidden/>
              </w:rPr>
              <w:fldChar w:fldCharType="begin"/>
            </w:r>
            <w:r>
              <w:rPr>
                <w:noProof/>
                <w:webHidden/>
              </w:rPr>
              <w:instrText xml:space="preserve"> PAGEREF _Toc197053616 \h </w:instrText>
            </w:r>
            <w:r>
              <w:rPr>
                <w:noProof/>
                <w:webHidden/>
              </w:rPr>
            </w:r>
            <w:r>
              <w:rPr>
                <w:noProof/>
                <w:webHidden/>
              </w:rPr>
              <w:fldChar w:fldCharType="separate"/>
            </w:r>
            <w:r>
              <w:rPr>
                <w:noProof/>
                <w:webHidden/>
              </w:rPr>
              <w:t>46</w:t>
            </w:r>
            <w:r>
              <w:rPr>
                <w:noProof/>
                <w:webHidden/>
              </w:rPr>
              <w:fldChar w:fldCharType="end"/>
            </w:r>
          </w:hyperlink>
        </w:p>
        <w:p w14:paraId="469900E4" w14:textId="2E6282BD" w:rsidR="00E40D7B" w:rsidRDefault="00E40D7B">
          <w:pPr>
            <w:pStyle w:val="TOC2"/>
            <w:tabs>
              <w:tab w:val="right" w:leader="dot" w:pos="8630"/>
            </w:tabs>
            <w:rPr>
              <w:noProof/>
              <w:kern w:val="2"/>
              <w:sz w:val="24"/>
              <w:szCs w:val="24"/>
              <w:lang w:eastAsia="en-GB"/>
              <w14:ligatures w14:val="standardContextual"/>
            </w:rPr>
          </w:pPr>
          <w:hyperlink w:anchor="_Toc197053617" w:history="1">
            <w:r w:rsidRPr="005225DC">
              <w:rPr>
                <w:rStyle w:val="Hyperlink"/>
                <w:noProof/>
              </w:rPr>
              <w:t>Preprocessing Pipeline Evaluation</w:t>
            </w:r>
            <w:r>
              <w:rPr>
                <w:noProof/>
                <w:webHidden/>
              </w:rPr>
              <w:tab/>
            </w:r>
            <w:r>
              <w:rPr>
                <w:noProof/>
                <w:webHidden/>
              </w:rPr>
              <w:fldChar w:fldCharType="begin"/>
            </w:r>
            <w:r>
              <w:rPr>
                <w:noProof/>
                <w:webHidden/>
              </w:rPr>
              <w:instrText xml:space="preserve"> PAGEREF _Toc197053617 \h </w:instrText>
            </w:r>
            <w:r>
              <w:rPr>
                <w:noProof/>
                <w:webHidden/>
              </w:rPr>
            </w:r>
            <w:r>
              <w:rPr>
                <w:noProof/>
                <w:webHidden/>
              </w:rPr>
              <w:fldChar w:fldCharType="separate"/>
            </w:r>
            <w:r>
              <w:rPr>
                <w:noProof/>
                <w:webHidden/>
              </w:rPr>
              <w:t>48</w:t>
            </w:r>
            <w:r>
              <w:rPr>
                <w:noProof/>
                <w:webHidden/>
              </w:rPr>
              <w:fldChar w:fldCharType="end"/>
            </w:r>
          </w:hyperlink>
        </w:p>
        <w:p w14:paraId="76C41706" w14:textId="20C49433" w:rsidR="00E40D7B" w:rsidRDefault="00E40D7B">
          <w:pPr>
            <w:pStyle w:val="TOC2"/>
            <w:tabs>
              <w:tab w:val="right" w:leader="dot" w:pos="8630"/>
            </w:tabs>
            <w:rPr>
              <w:noProof/>
              <w:kern w:val="2"/>
              <w:sz w:val="24"/>
              <w:szCs w:val="24"/>
              <w:lang w:eastAsia="en-GB"/>
              <w14:ligatures w14:val="standardContextual"/>
            </w:rPr>
          </w:pPr>
          <w:hyperlink w:anchor="_Toc197053618" w:history="1">
            <w:r w:rsidRPr="005225DC">
              <w:rPr>
                <w:rStyle w:val="Hyperlink"/>
                <w:noProof/>
              </w:rPr>
              <w:t>Simulated Smart Lighting Evaluation</w:t>
            </w:r>
            <w:r>
              <w:rPr>
                <w:noProof/>
                <w:webHidden/>
              </w:rPr>
              <w:tab/>
            </w:r>
            <w:r>
              <w:rPr>
                <w:noProof/>
                <w:webHidden/>
              </w:rPr>
              <w:fldChar w:fldCharType="begin"/>
            </w:r>
            <w:r>
              <w:rPr>
                <w:noProof/>
                <w:webHidden/>
              </w:rPr>
              <w:instrText xml:space="preserve"> PAGEREF _Toc197053618 \h </w:instrText>
            </w:r>
            <w:r>
              <w:rPr>
                <w:noProof/>
                <w:webHidden/>
              </w:rPr>
            </w:r>
            <w:r>
              <w:rPr>
                <w:noProof/>
                <w:webHidden/>
              </w:rPr>
              <w:fldChar w:fldCharType="separate"/>
            </w:r>
            <w:r>
              <w:rPr>
                <w:noProof/>
                <w:webHidden/>
              </w:rPr>
              <w:t>51</w:t>
            </w:r>
            <w:r>
              <w:rPr>
                <w:noProof/>
                <w:webHidden/>
              </w:rPr>
              <w:fldChar w:fldCharType="end"/>
            </w:r>
          </w:hyperlink>
        </w:p>
        <w:p w14:paraId="5BB4261B" w14:textId="19DAF9C5" w:rsidR="00E40D7B" w:rsidRDefault="00E40D7B">
          <w:pPr>
            <w:pStyle w:val="TOC2"/>
            <w:tabs>
              <w:tab w:val="right" w:leader="dot" w:pos="8630"/>
            </w:tabs>
            <w:rPr>
              <w:noProof/>
              <w:kern w:val="2"/>
              <w:sz w:val="24"/>
              <w:szCs w:val="24"/>
              <w:lang w:eastAsia="en-GB"/>
              <w14:ligatures w14:val="standardContextual"/>
            </w:rPr>
          </w:pPr>
          <w:hyperlink w:anchor="_Toc197053619" w:history="1">
            <w:r w:rsidRPr="005225DC">
              <w:rPr>
                <w:rStyle w:val="Hyperlink"/>
                <w:noProof/>
              </w:rPr>
              <w:t>System Scalability and Performance Considerations</w:t>
            </w:r>
            <w:r>
              <w:rPr>
                <w:noProof/>
                <w:webHidden/>
              </w:rPr>
              <w:tab/>
            </w:r>
            <w:r>
              <w:rPr>
                <w:noProof/>
                <w:webHidden/>
              </w:rPr>
              <w:fldChar w:fldCharType="begin"/>
            </w:r>
            <w:r>
              <w:rPr>
                <w:noProof/>
                <w:webHidden/>
              </w:rPr>
              <w:instrText xml:space="preserve"> PAGEREF _Toc197053619 \h </w:instrText>
            </w:r>
            <w:r>
              <w:rPr>
                <w:noProof/>
                <w:webHidden/>
              </w:rPr>
            </w:r>
            <w:r>
              <w:rPr>
                <w:noProof/>
                <w:webHidden/>
              </w:rPr>
              <w:fldChar w:fldCharType="separate"/>
            </w:r>
            <w:r>
              <w:rPr>
                <w:noProof/>
                <w:webHidden/>
              </w:rPr>
              <w:t>52</w:t>
            </w:r>
            <w:r>
              <w:rPr>
                <w:noProof/>
                <w:webHidden/>
              </w:rPr>
              <w:fldChar w:fldCharType="end"/>
            </w:r>
          </w:hyperlink>
        </w:p>
        <w:p w14:paraId="2926CD6D" w14:textId="06585CF2" w:rsidR="00E40D7B" w:rsidRDefault="00E40D7B">
          <w:pPr>
            <w:pStyle w:val="TOC1"/>
            <w:tabs>
              <w:tab w:val="right" w:leader="dot" w:pos="8630"/>
            </w:tabs>
            <w:rPr>
              <w:noProof/>
              <w:kern w:val="2"/>
              <w:sz w:val="24"/>
              <w:szCs w:val="24"/>
              <w:lang w:eastAsia="en-GB"/>
              <w14:ligatures w14:val="standardContextual"/>
            </w:rPr>
          </w:pPr>
          <w:hyperlink w:anchor="_Toc197053620" w:history="1">
            <w:r w:rsidRPr="005225DC">
              <w:rPr>
                <w:rStyle w:val="Hyperlink"/>
                <w:noProof/>
              </w:rPr>
              <w:t>CHAPTER 7 CONCLUSION AND FUTURE WORK</w:t>
            </w:r>
            <w:r>
              <w:rPr>
                <w:noProof/>
                <w:webHidden/>
              </w:rPr>
              <w:tab/>
            </w:r>
            <w:r>
              <w:rPr>
                <w:noProof/>
                <w:webHidden/>
              </w:rPr>
              <w:fldChar w:fldCharType="begin"/>
            </w:r>
            <w:r>
              <w:rPr>
                <w:noProof/>
                <w:webHidden/>
              </w:rPr>
              <w:instrText xml:space="preserve"> PAGEREF _Toc197053620 \h </w:instrText>
            </w:r>
            <w:r>
              <w:rPr>
                <w:noProof/>
                <w:webHidden/>
              </w:rPr>
            </w:r>
            <w:r>
              <w:rPr>
                <w:noProof/>
                <w:webHidden/>
              </w:rPr>
              <w:fldChar w:fldCharType="separate"/>
            </w:r>
            <w:r>
              <w:rPr>
                <w:noProof/>
                <w:webHidden/>
              </w:rPr>
              <w:t>54</w:t>
            </w:r>
            <w:r>
              <w:rPr>
                <w:noProof/>
                <w:webHidden/>
              </w:rPr>
              <w:fldChar w:fldCharType="end"/>
            </w:r>
          </w:hyperlink>
        </w:p>
        <w:p w14:paraId="50A38C7D" w14:textId="595FA49A" w:rsidR="00E40D7B" w:rsidRDefault="00E40D7B">
          <w:pPr>
            <w:pStyle w:val="TOC1"/>
            <w:tabs>
              <w:tab w:val="right" w:leader="dot" w:pos="8630"/>
            </w:tabs>
            <w:rPr>
              <w:noProof/>
              <w:kern w:val="2"/>
              <w:sz w:val="24"/>
              <w:szCs w:val="24"/>
              <w:lang w:eastAsia="en-GB"/>
              <w14:ligatures w14:val="standardContextual"/>
            </w:rPr>
          </w:pPr>
          <w:hyperlink w:anchor="_Toc197053621" w:history="1">
            <w:r w:rsidRPr="005225DC">
              <w:rPr>
                <w:rStyle w:val="Hyperlink"/>
                <w:noProof/>
              </w:rPr>
              <w:t>REFERENCE LIST</w:t>
            </w:r>
            <w:r>
              <w:rPr>
                <w:noProof/>
                <w:webHidden/>
              </w:rPr>
              <w:tab/>
            </w:r>
            <w:r>
              <w:rPr>
                <w:noProof/>
                <w:webHidden/>
              </w:rPr>
              <w:fldChar w:fldCharType="begin"/>
            </w:r>
            <w:r>
              <w:rPr>
                <w:noProof/>
                <w:webHidden/>
              </w:rPr>
              <w:instrText xml:space="preserve"> PAGEREF _Toc197053621 \h </w:instrText>
            </w:r>
            <w:r>
              <w:rPr>
                <w:noProof/>
                <w:webHidden/>
              </w:rPr>
            </w:r>
            <w:r>
              <w:rPr>
                <w:noProof/>
                <w:webHidden/>
              </w:rPr>
              <w:fldChar w:fldCharType="separate"/>
            </w:r>
            <w:r>
              <w:rPr>
                <w:noProof/>
                <w:webHidden/>
              </w:rPr>
              <w:t>58</w:t>
            </w:r>
            <w:r>
              <w:rPr>
                <w:noProof/>
                <w:webHidden/>
              </w:rPr>
              <w:fldChar w:fldCharType="end"/>
            </w:r>
          </w:hyperlink>
        </w:p>
        <w:p w14:paraId="2D517299" w14:textId="7AC96EBE" w:rsidR="00E40D7B" w:rsidRDefault="00E40D7B">
          <w:pPr>
            <w:pStyle w:val="TOC1"/>
            <w:tabs>
              <w:tab w:val="right" w:leader="dot" w:pos="8630"/>
            </w:tabs>
            <w:rPr>
              <w:noProof/>
              <w:kern w:val="2"/>
              <w:sz w:val="24"/>
              <w:szCs w:val="24"/>
              <w:lang w:eastAsia="en-GB"/>
              <w14:ligatures w14:val="standardContextual"/>
            </w:rPr>
          </w:pPr>
          <w:hyperlink w:anchor="_Toc197053622" w:history="1">
            <w:r w:rsidRPr="005225DC">
              <w:rPr>
                <w:rStyle w:val="Hyperlink"/>
                <w:noProof/>
              </w:rPr>
              <w:t>APPENDICIES</w:t>
            </w:r>
            <w:r>
              <w:rPr>
                <w:noProof/>
                <w:webHidden/>
              </w:rPr>
              <w:tab/>
            </w:r>
            <w:r>
              <w:rPr>
                <w:noProof/>
                <w:webHidden/>
              </w:rPr>
              <w:fldChar w:fldCharType="begin"/>
            </w:r>
            <w:r>
              <w:rPr>
                <w:noProof/>
                <w:webHidden/>
              </w:rPr>
              <w:instrText xml:space="preserve"> PAGEREF _Toc197053622 \h </w:instrText>
            </w:r>
            <w:r>
              <w:rPr>
                <w:noProof/>
                <w:webHidden/>
              </w:rPr>
            </w:r>
            <w:r>
              <w:rPr>
                <w:noProof/>
                <w:webHidden/>
              </w:rPr>
              <w:fldChar w:fldCharType="separate"/>
            </w:r>
            <w:r>
              <w:rPr>
                <w:noProof/>
                <w:webHidden/>
              </w:rPr>
              <w:t>62</w:t>
            </w:r>
            <w:r>
              <w:rPr>
                <w:noProof/>
                <w:webHidden/>
              </w:rPr>
              <w:fldChar w:fldCharType="end"/>
            </w:r>
          </w:hyperlink>
        </w:p>
        <w:p w14:paraId="4DAD1DEC" w14:textId="28A63399" w:rsidR="00523E17" w:rsidRDefault="00523E17">
          <w:r>
            <w:rPr>
              <w:b/>
              <w:bCs/>
              <w:noProof/>
            </w:rPr>
            <w:fldChar w:fldCharType="end"/>
          </w:r>
        </w:p>
      </w:sdtContent>
    </w:sdt>
    <w:p w14:paraId="53F36072" w14:textId="77777777" w:rsidR="00492055" w:rsidRDefault="00492055"/>
    <w:p w14:paraId="05289C39" w14:textId="77777777" w:rsidR="002555C6" w:rsidRDefault="002555C6"/>
    <w:p w14:paraId="0730062E" w14:textId="77777777" w:rsidR="002555C6" w:rsidRDefault="002555C6"/>
    <w:p w14:paraId="6A782409" w14:textId="77777777" w:rsidR="002555C6" w:rsidRDefault="002555C6"/>
    <w:p w14:paraId="34E709FD" w14:textId="77777777" w:rsidR="002555C6" w:rsidRDefault="002555C6"/>
    <w:p w14:paraId="15940C33" w14:textId="77777777" w:rsidR="005D61CD" w:rsidRDefault="005D61CD"/>
    <w:p w14:paraId="2530A934" w14:textId="1EF4728B" w:rsidR="00517A7E" w:rsidRPr="00517A7E" w:rsidRDefault="00492055" w:rsidP="002D5D5C">
      <w:pPr>
        <w:pStyle w:val="Heading1"/>
      </w:pPr>
      <w:bookmarkStart w:id="3" w:name="_Toc197053569"/>
      <w:r>
        <w:t>A</w:t>
      </w:r>
      <w:r w:rsidR="00517A7E">
        <w:t>bbreviations and Glossary</w:t>
      </w:r>
      <w:bookmarkEnd w:id="3"/>
    </w:p>
    <w:tbl>
      <w:tblPr>
        <w:tblStyle w:val="TableGrid"/>
        <w:tblW w:w="0" w:type="auto"/>
        <w:tblLook w:val="04A0" w:firstRow="1" w:lastRow="0" w:firstColumn="1" w:lastColumn="0" w:noHBand="0" w:noVBand="1"/>
      </w:tblPr>
      <w:tblGrid>
        <w:gridCol w:w="2405"/>
        <w:gridCol w:w="6225"/>
      </w:tblGrid>
      <w:tr w:rsidR="002555C6" w:rsidRPr="005D61CD" w14:paraId="23114A42" w14:textId="77777777" w:rsidTr="00941D2F">
        <w:tc>
          <w:tcPr>
            <w:tcW w:w="2405" w:type="dxa"/>
            <w:vAlign w:val="center"/>
          </w:tcPr>
          <w:p w14:paraId="5CF9270B" w14:textId="77777777" w:rsidR="002555C6" w:rsidRPr="005D61CD" w:rsidRDefault="002555C6" w:rsidP="00941D2F">
            <w:pPr>
              <w:jc w:val="center"/>
              <w:rPr>
                <w:sz w:val="24"/>
                <w:szCs w:val="24"/>
              </w:rPr>
            </w:pPr>
            <w:r w:rsidRPr="005D61CD">
              <w:rPr>
                <w:sz w:val="24"/>
                <w:szCs w:val="24"/>
              </w:rPr>
              <w:t>Abbreviation</w:t>
            </w:r>
          </w:p>
        </w:tc>
        <w:tc>
          <w:tcPr>
            <w:tcW w:w="6225" w:type="dxa"/>
            <w:vAlign w:val="center"/>
          </w:tcPr>
          <w:p w14:paraId="5D5BBA92" w14:textId="77777777" w:rsidR="002555C6" w:rsidRPr="005D61CD" w:rsidRDefault="002555C6" w:rsidP="00941D2F">
            <w:pPr>
              <w:jc w:val="center"/>
              <w:rPr>
                <w:sz w:val="24"/>
                <w:szCs w:val="24"/>
              </w:rPr>
            </w:pPr>
            <w:r w:rsidRPr="005D61CD">
              <w:rPr>
                <w:sz w:val="24"/>
                <w:szCs w:val="24"/>
              </w:rPr>
              <w:t>Definition</w:t>
            </w:r>
          </w:p>
        </w:tc>
      </w:tr>
      <w:tr w:rsidR="002555C6" w:rsidRPr="005D61CD" w14:paraId="7F978CE5" w14:textId="77777777" w:rsidTr="00941D2F">
        <w:tc>
          <w:tcPr>
            <w:tcW w:w="2405" w:type="dxa"/>
            <w:vAlign w:val="center"/>
          </w:tcPr>
          <w:p w14:paraId="695A89EF" w14:textId="77777777" w:rsidR="002555C6" w:rsidRPr="005D61CD" w:rsidRDefault="002555C6" w:rsidP="00941D2F">
            <w:pPr>
              <w:rPr>
                <w:sz w:val="24"/>
                <w:szCs w:val="24"/>
              </w:rPr>
            </w:pPr>
            <w:r w:rsidRPr="005D61CD">
              <w:rPr>
                <w:sz w:val="24"/>
                <w:szCs w:val="24"/>
              </w:rPr>
              <w:t>AI</w:t>
            </w:r>
          </w:p>
        </w:tc>
        <w:tc>
          <w:tcPr>
            <w:tcW w:w="6225" w:type="dxa"/>
            <w:vAlign w:val="center"/>
          </w:tcPr>
          <w:p w14:paraId="516A8C5C" w14:textId="77777777" w:rsidR="002555C6" w:rsidRPr="005D61CD" w:rsidRDefault="002555C6" w:rsidP="00941D2F">
            <w:pPr>
              <w:rPr>
                <w:sz w:val="24"/>
                <w:szCs w:val="24"/>
              </w:rPr>
            </w:pPr>
            <w:r w:rsidRPr="005D61CD">
              <w:rPr>
                <w:sz w:val="24"/>
                <w:szCs w:val="24"/>
              </w:rPr>
              <w:t>Artificial Intelligence – The simulation of human intelligence in machines.</w:t>
            </w:r>
          </w:p>
        </w:tc>
      </w:tr>
      <w:tr w:rsidR="002555C6" w:rsidRPr="005D61CD" w14:paraId="100914E4" w14:textId="77777777" w:rsidTr="00941D2F">
        <w:tc>
          <w:tcPr>
            <w:tcW w:w="2405" w:type="dxa"/>
            <w:vAlign w:val="center"/>
          </w:tcPr>
          <w:p w14:paraId="74052779" w14:textId="77777777" w:rsidR="002555C6" w:rsidRPr="005D61CD" w:rsidRDefault="002555C6" w:rsidP="00941D2F">
            <w:pPr>
              <w:rPr>
                <w:sz w:val="24"/>
                <w:szCs w:val="24"/>
              </w:rPr>
            </w:pPr>
            <w:r w:rsidRPr="005D61CD">
              <w:rPr>
                <w:sz w:val="24"/>
                <w:szCs w:val="24"/>
              </w:rPr>
              <w:t>API</w:t>
            </w:r>
          </w:p>
        </w:tc>
        <w:tc>
          <w:tcPr>
            <w:tcW w:w="6225" w:type="dxa"/>
            <w:vAlign w:val="center"/>
          </w:tcPr>
          <w:p w14:paraId="04C83795" w14:textId="77777777" w:rsidR="002555C6" w:rsidRPr="005D61CD" w:rsidRDefault="002555C6" w:rsidP="00941D2F">
            <w:pPr>
              <w:rPr>
                <w:sz w:val="24"/>
                <w:szCs w:val="24"/>
              </w:rPr>
            </w:pPr>
            <w:r w:rsidRPr="005D61CD">
              <w:rPr>
                <w:sz w:val="24"/>
                <w:szCs w:val="24"/>
              </w:rPr>
              <w:t>Application Programming Interface – A set of tools for building software applications.</w:t>
            </w:r>
          </w:p>
        </w:tc>
      </w:tr>
      <w:tr w:rsidR="002555C6" w:rsidRPr="005D61CD" w14:paraId="3EE0D21A" w14:textId="77777777" w:rsidTr="00941D2F">
        <w:tc>
          <w:tcPr>
            <w:tcW w:w="2405" w:type="dxa"/>
            <w:vAlign w:val="center"/>
          </w:tcPr>
          <w:p w14:paraId="4773266D" w14:textId="77777777" w:rsidR="002555C6" w:rsidRPr="005D61CD" w:rsidRDefault="002555C6" w:rsidP="00941D2F">
            <w:pPr>
              <w:rPr>
                <w:sz w:val="24"/>
                <w:szCs w:val="24"/>
              </w:rPr>
            </w:pPr>
            <w:r w:rsidRPr="005D61CD">
              <w:rPr>
                <w:sz w:val="24"/>
                <w:szCs w:val="24"/>
              </w:rPr>
              <w:t>CNN</w:t>
            </w:r>
          </w:p>
        </w:tc>
        <w:tc>
          <w:tcPr>
            <w:tcW w:w="6225" w:type="dxa"/>
            <w:vAlign w:val="center"/>
          </w:tcPr>
          <w:p w14:paraId="2795F4E6" w14:textId="77777777" w:rsidR="002555C6" w:rsidRPr="005D61CD" w:rsidRDefault="002555C6" w:rsidP="00941D2F">
            <w:pPr>
              <w:rPr>
                <w:sz w:val="24"/>
                <w:szCs w:val="24"/>
              </w:rPr>
            </w:pPr>
            <w:r w:rsidRPr="005D61CD">
              <w:rPr>
                <w:sz w:val="24"/>
                <w:szCs w:val="24"/>
              </w:rPr>
              <w:t>Convolutional Neural Network – A type of deep learning model primarily used for pattern recognition.</w:t>
            </w:r>
          </w:p>
        </w:tc>
      </w:tr>
      <w:tr w:rsidR="002555C6" w:rsidRPr="005D61CD" w14:paraId="3D205F12" w14:textId="77777777" w:rsidTr="00941D2F">
        <w:tc>
          <w:tcPr>
            <w:tcW w:w="2405" w:type="dxa"/>
            <w:vAlign w:val="center"/>
          </w:tcPr>
          <w:p w14:paraId="51E91246" w14:textId="77777777" w:rsidR="002555C6" w:rsidRPr="005D61CD" w:rsidRDefault="002555C6" w:rsidP="00941D2F">
            <w:pPr>
              <w:rPr>
                <w:sz w:val="24"/>
                <w:szCs w:val="24"/>
              </w:rPr>
            </w:pPr>
            <w:r w:rsidRPr="005D61CD">
              <w:rPr>
                <w:sz w:val="24"/>
                <w:szCs w:val="24"/>
              </w:rPr>
              <w:t>CSV</w:t>
            </w:r>
          </w:p>
        </w:tc>
        <w:tc>
          <w:tcPr>
            <w:tcW w:w="6225" w:type="dxa"/>
            <w:vAlign w:val="center"/>
          </w:tcPr>
          <w:p w14:paraId="756EF7AB" w14:textId="77777777" w:rsidR="002555C6" w:rsidRPr="005D61CD" w:rsidRDefault="002555C6" w:rsidP="00941D2F">
            <w:pPr>
              <w:rPr>
                <w:sz w:val="24"/>
                <w:szCs w:val="24"/>
              </w:rPr>
            </w:pPr>
            <w:r w:rsidRPr="005D61CD">
              <w:rPr>
                <w:sz w:val="24"/>
                <w:szCs w:val="24"/>
              </w:rPr>
              <w:t>Comma-Separated Values – A file format used to store tabular data.</w:t>
            </w:r>
          </w:p>
        </w:tc>
      </w:tr>
      <w:tr w:rsidR="002555C6" w:rsidRPr="005D61CD" w14:paraId="0BBEF041" w14:textId="77777777" w:rsidTr="00941D2F">
        <w:tc>
          <w:tcPr>
            <w:tcW w:w="2405" w:type="dxa"/>
            <w:vAlign w:val="center"/>
          </w:tcPr>
          <w:p w14:paraId="1DEC0A6F" w14:textId="77777777" w:rsidR="002555C6" w:rsidRPr="005D61CD" w:rsidRDefault="002555C6" w:rsidP="00941D2F">
            <w:pPr>
              <w:rPr>
                <w:sz w:val="24"/>
                <w:szCs w:val="24"/>
              </w:rPr>
            </w:pPr>
            <w:r w:rsidRPr="005D61CD">
              <w:rPr>
                <w:sz w:val="24"/>
                <w:szCs w:val="24"/>
              </w:rPr>
              <w:t>DL</w:t>
            </w:r>
          </w:p>
        </w:tc>
        <w:tc>
          <w:tcPr>
            <w:tcW w:w="6225" w:type="dxa"/>
            <w:vAlign w:val="center"/>
          </w:tcPr>
          <w:p w14:paraId="03591673" w14:textId="77777777" w:rsidR="002555C6" w:rsidRPr="005D61CD" w:rsidRDefault="002555C6" w:rsidP="00941D2F">
            <w:pPr>
              <w:rPr>
                <w:sz w:val="24"/>
                <w:szCs w:val="24"/>
              </w:rPr>
            </w:pPr>
            <w:r w:rsidRPr="005D61CD">
              <w:rPr>
                <w:sz w:val="24"/>
                <w:szCs w:val="24"/>
              </w:rPr>
              <w:t>Deep Learning – A subset of machine learning involving neural networks with multiple layers.</w:t>
            </w:r>
          </w:p>
        </w:tc>
      </w:tr>
      <w:tr w:rsidR="002555C6" w:rsidRPr="005D61CD" w14:paraId="56C22DFB" w14:textId="77777777" w:rsidTr="00941D2F">
        <w:tc>
          <w:tcPr>
            <w:tcW w:w="2405" w:type="dxa"/>
            <w:vAlign w:val="center"/>
          </w:tcPr>
          <w:p w14:paraId="3713A31D" w14:textId="77777777" w:rsidR="002555C6" w:rsidRPr="005D61CD" w:rsidRDefault="002555C6" w:rsidP="00941D2F">
            <w:pPr>
              <w:rPr>
                <w:sz w:val="24"/>
                <w:szCs w:val="24"/>
              </w:rPr>
            </w:pPr>
            <w:r w:rsidRPr="005D61CD">
              <w:rPr>
                <w:sz w:val="24"/>
                <w:szCs w:val="24"/>
              </w:rPr>
              <w:t>GUI</w:t>
            </w:r>
          </w:p>
        </w:tc>
        <w:tc>
          <w:tcPr>
            <w:tcW w:w="6225" w:type="dxa"/>
            <w:vAlign w:val="center"/>
          </w:tcPr>
          <w:p w14:paraId="07655D8A" w14:textId="77777777" w:rsidR="002555C6" w:rsidRPr="005D61CD" w:rsidRDefault="002555C6" w:rsidP="00941D2F">
            <w:pPr>
              <w:rPr>
                <w:sz w:val="24"/>
                <w:szCs w:val="24"/>
              </w:rPr>
            </w:pPr>
            <w:r w:rsidRPr="005D61CD">
              <w:rPr>
                <w:sz w:val="24"/>
                <w:szCs w:val="24"/>
              </w:rPr>
              <w:t>Graphical User Interface – A visual interface allowing users to interact with the system.</w:t>
            </w:r>
          </w:p>
        </w:tc>
      </w:tr>
      <w:tr w:rsidR="002555C6" w:rsidRPr="005D61CD" w14:paraId="3C4009EC" w14:textId="77777777" w:rsidTr="00941D2F">
        <w:tc>
          <w:tcPr>
            <w:tcW w:w="2405" w:type="dxa"/>
            <w:vAlign w:val="center"/>
          </w:tcPr>
          <w:p w14:paraId="726ACE85" w14:textId="77777777" w:rsidR="002555C6" w:rsidRPr="005D61CD" w:rsidRDefault="002555C6" w:rsidP="00941D2F">
            <w:pPr>
              <w:rPr>
                <w:sz w:val="24"/>
                <w:szCs w:val="24"/>
              </w:rPr>
            </w:pPr>
            <w:r w:rsidRPr="005D61CD">
              <w:rPr>
                <w:sz w:val="24"/>
                <w:szCs w:val="24"/>
              </w:rPr>
              <w:t>IoT</w:t>
            </w:r>
          </w:p>
        </w:tc>
        <w:tc>
          <w:tcPr>
            <w:tcW w:w="6225" w:type="dxa"/>
            <w:vAlign w:val="center"/>
          </w:tcPr>
          <w:p w14:paraId="0681CA71" w14:textId="77777777" w:rsidR="002555C6" w:rsidRPr="005D61CD" w:rsidRDefault="002555C6" w:rsidP="00941D2F">
            <w:pPr>
              <w:rPr>
                <w:sz w:val="24"/>
                <w:szCs w:val="24"/>
              </w:rPr>
            </w:pPr>
            <w:r w:rsidRPr="005D61CD">
              <w:rPr>
                <w:sz w:val="24"/>
                <w:szCs w:val="24"/>
              </w:rPr>
              <w:t>Internet of Things – A network of physical devices connected to the internet, capable of collecting and exchanging data.</w:t>
            </w:r>
          </w:p>
        </w:tc>
      </w:tr>
      <w:tr w:rsidR="002555C6" w:rsidRPr="005D61CD" w14:paraId="03B258EA" w14:textId="77777777" w:rsidTr="00941D2F">
        <w:tc>
          <w:tcPr>
            <w:tcW w:w="2405" w:type="dxa"/>
            <w:vAlign w:val="center"/>
          </w:tcPr>
          <w:p w14:paraId="7FC97766" w14:textId="77777777" w:rsidR="002555C6" w:rsidRPr="005D61CD" w:rsidRDefault="002555C6" w:rsidP="00941D2F">
            <w:pPr>
              <w:rPr>
                <w:sz w:val="24"/>
                <w:szCs w:val="24"/>
              </w:rPr>
            </w:pPr>
            <w:r w:rsidRPr="005D61CD">
              <w:rPr>
                <w:sz w:val="24"/>
                <w:szCs w:val="24"/>
              </w:rPr>
              <w:t>KASA</w:t>
            </w:r>
          </w:p>
        </w:tc>
        <w:tc>
          <w:tcPr>
            <w:tcW w:w="6225" w:type="dxa"/>
            <w:vAlign w:val="center"/>
          </w:tcPr>
          <w:p w14:paraId="6EF68DFF" w14:textId="77777777" w:rsidR="002555C6" w:rsidRPr="005D61CD" w:rsidRDefault="002555C6" w:rsidP="00941D2F">
            <w:pPr>
              <w:rPr>
                <w:sz w:val="24"/>
                <w:szCs w:val="24"/>
              </w:rPr>
            </w:pPr>
            <w:r w:rsidRPr="005D61CD">
              <w:rPr>
                <w:sz w:val="24"/>
                <w:szCs w:val="24"/>
              </w:rPr>
              <w:t>A TP-Link smart device brand that offers remote-controlled smart lighting solutions.</w:t>
            </w:r>
          </w:p>
        </w:tc>
      </w:tr>
      <w:tr w:rsidR="002555C6" w:rsidRPr="005D61CD" w14:paraId="0F4CEEA6" w14:textId="77777777" w:rsidTr="00941D2F">
        <w:tc>
          <w:tcPr>
            <w:tcW w:w="2405" w:type="dxa"/>
            <w:vAlign w:val="center"/>
          </w:tcPr>
          <w:p w14:paraId="6C09C46C" w14:textId="77777777" w:rsidR="002555C6" w:rsidRPr="005D61CD" w:rsidRDefault="002555C6" w:rsidP="00941D2F">
            <w:pPr>
              <w:rPr>
                <w:sz w:val="24"/>
                <w:szCs w:val="24"/>
              </w:rPr>
            </w:pPr>
            <w:proofErr w:type="spellStart"/>
            <w:r w:rsidRPr="005D61CD">
              <w:rPr>
                <w:sz w:val="24"/>
                <w:szCs w:val="24"/>
              </w:rPr>
              <w:t>Librosa</w:t>
            </w:r>
            <w:proofErr w:type="spellEnd"/>
          </w:p>
        </w:tc>
        <w:tc>
          <w:tcPr>
            <w:tcW w:w="6225" w:type="dxa"/>
            <w:vAlign w:val="center"/>
          </w:tcPr>
          <w:p w14:paraId="4DC16502" w14:textId="1E50EB38" w:rsidR="002555C6" w:rsidRPr="005D61CD" w:rsidRDefault="002555C6" w:rsidP="00941D2F">
            <w:pPr>
              <w:rPr>
                <w:sz w:val="24"/>
                <w:szCs w:val="24"/>
              </w:rPr>
            </w:pPr>
            <w:r w:rsidRPr="005D61CD">
              <w:rPr>
                <w:sz w:val="24"/>
                <w:szCs w:val="24"/>
              </w:rPr>
              <w:t xml:space="preserve">A Python library for </w:t>
            </w:r>
            <w:r w:rsidR="00A63EB1" w:rsidRPr="005D61CD">
              <w:rPr>
                <w:sz w:val="24"/>
                <w:szCs w:val="24"/>
              </w:rPr>
              <w:t>analysing</w:t>
            </w:r>
            <w:r w:rsidRPr="005D61CD">
              <w:rPr>
                <w:sz w:val="24"/>
                <w:szCs w:val="24"/>
              </w:rPr>
              <w:t xml:space="preserve"> and processing audio signals.</w:t>
            </w:r>
          </w:p>
        </w:tc>
      </w:tr>
      <w:tr w:rsidR="002555C6" w:rsidRPr="005D61CD" w14:paraId="1B6A37E3" w14:textId="77777777" w:rsidTr="00941D2F">
        <w:tc>
          <w:tcPr>
            <w:tcW w:w="2405" w:type="dxa"/>
            <w:vAlign w:val="center"/>
          </w:tcPr>
          <w:p w14:paraId="156BFF85" w14:textId="77777777" w:rsidR="002555C6" w:rsidRPr="005D61CD" w:rsidRDefault="002555C6" w:rsidP="00941D2F">
            <w:pPr>
              <w:rPr>
                <w:sz w:val="24"/>
                <w:szCs w:val="24"/>
              </w:rPr>
            </w:pPr>
            <w:r w:rsidRPr="005D61CD">
              <w:rPr>
                <w:sz w:val="24"/>
                <w:szCs w:val="24"/>
              </w:rPr>
              <w:t>MFCC</w:t>
            </w:r>
          </w:p>
        </w:tc>
        <w:tc>
          <w:tcPr>
            <w:tcW w:w="6225" w:type="dxa"/>
            <w:vAlign w:val="center"/>
          </w:tcPr>
          <w:p w14:paraId="6B36410B" w14:textId="77777777" w:rsidR="002555C6" w:rsidRPr="005D61CD" w:rsidRDefault="002555C6" w:rsidP="00941D2F">
            <w:pPr>
              <w:rPr>
                <w:sz w:val="24"/>
                <w:szCs w:val="24"/>
              </w:rPr>
            </w:pPr>
            <w:r w:rsidRPr="005D61CD">
              <w:rPr>
                <w:sz w:val="24"/>
                <w:szCs w:val="24"/>
              </w:rPr>
              <w:t>Mel-Frequency Cepstral Coefficients – A representation of the short-term power spectrum of sound, used for speech recognition.</w:t>
            </w:r>
          </w:p>
        </w:tc>
      </w:tr>
      <w:tr w:rsidR="002555C6" w:rsidRPr="005D61CD" w14:paraId="38C614FB" w14:textId="77777777" w:rsidTr="00941D2F">
        <w:tc>
          <w:tcPr>
            <w:tcW w:w="2405" w:type="dxa"/>
            <w:vAlign w:val="center"/>
          </w:tcPr>
          <w:p w14:paraId="54EEC0BA" w14:textId="77777777" w:rsidR="002555C6" w:rsidRPr="005D61CD" w:rsidRDefault="002555C6" w:rsidP="00941D2F">
            <w:pPr>
              <w:rPr>
                <w:sz w:val="24"/>
                <w:szCs w:val="24"/>
              </w:rPr>
            </w:pPr>
            <w:r w:rsidRPr="005D61CD">
              <w:rPr>
                <w:sz w:val="24"/>
                <w:szCs w:val="24"/>
              </w:rPr>
              <w:t>NLP</w:t>
            </w:r>
          </w:p>
        </w:tc>
        <w:tc>
          <w:tcPr>
            <w:tcW w:w="6225" w:type="dxa"/>
            <w:vAlign w:val="center"/>
          </w:tcPr>
          <w:p w14:paraId="6664816D" w14:textId="77777777" w:rsidR="002555C6" w:rsidRPr="005D61CD" w:rsidRDefault="002555C6" w:rsidP="00941D2F">
            <w:pPr>
              <w:rPr>
                <w:sz w:val="24"/>
                <w:szCs w:val="24"/>
              </w:rPr>
            </w:pPr>
            <w:r w:rsidRPr="005D61CD">
              <w:rPr>
                <w:sz w:val="24"/>
                <w:szCs w:val="24"/>
              </w:rPr>
              <w:t>Natural Language Processing – A branch of AI that enables machines to understand and respond to human language.</w:t>
            </w:r>
          </w:p>
        </w:tc>
      </w:tr>
      <w:tr w:rsidR="002555C6" w:rsidRPr="005D61CD" w14:paraId="240EB0E8" w14:textId="77777777" w:rsidTr="00941D2F">
        <w:tc>
          <w:tcPr>
            <w:tcW w:w="2405" w:type="dxa"/>
            <w:vAlign w:val="center"/>
          </w:tcPr>
          <w:p w14:paraId="221FA79E" w14:textId="77777777" w:rsidR="002555C6" w:rsidRPr="005D61CD" w:rsidRDefault="002555C6" w:rsidP="00941D2F">
            <w:pPr>
              <w:rPr>
                <w:sz w:val="24"/>
                <w:szCs w:val="24"/>
              </w:rPr>
            </w:pPr>
            <w:r w:rsidRPr="005D61CD">
              <w:rPr>
                <w:sz w:val="24"/>
                <w:szCs w:val="24"/>
              </w:rPr>
              <w:t>SR</w:t>
            </w:r>
          </w:p>
        </w:tc>
        <w:tc>
          <w:tcPr>
            <w:tcW w:w="6225" w:type="dxa"/>
            <w:vAlign w:val="center"/>
          </w:tcPr>
          <w:p w14:paraId="336E2859" w14:textId="77777777" w:rsidR="002555C6" w:rsidRPr="005D61CD" w:rsidRDefault="002555C6" w:rsidP="00941D2F">
            <w:pPr>
              <w:rPr>
                <w:sz w:val="24"/>
                <w:szCs w:val="24"/>
              </w:rPr>
            </w:pPr>
            <w:r w:rsidRPr="005D61CD">
              <w:rPr>
                <w:sz w:val="24"/>
                <w:szCs w:val="24"/>
              </w:rPr>
              <w:t>Sampling Rate – The number of samples of audio carried per second.</w:t>
            </w:r>
          </w:p>
        </w:tc>
      </w:tr>
      <w:tr w:rsidR="002555C6" w:rsidRPr="005D61CD" w14:paraId="26B2D0CB" w14:textId="77777777" w:rsidTr="00941D2F">
        <w:tc>
          <w:tcPr>
            <w:tcW w:w="2405" w:type="dxa"/>
            <w:vAlign w:val="center"/>
          </w:tcPr>
          <w:p w14:paraId="62A56E33" w14:textId="77777777" w:rsidR="002555C6" w:rsidRPr="005D61CD" w:rsidRDefault="002555C6" w:rsidP="00941D2F">
            <w:pPr>
              <w:rPr>
                <w:sz w:val="24"/>
                <w:szCs w:val="24"/>
              </w:rPr>
            </w:pPr>
            <w:r w:rsidRPr="005D61CD">
              <w:rPr>
                <w:sz w:val="24"/>
                <w:szCs w:val="24"/>
              </w:rPr>
              <w:t>TF/</w:t>
            </w:r>
            <w:proofErr w:type="spellStart"/>
            <w:r w:rsidRPr="005D61CD">
              <w:rPr>
                <w:sz w:val="24"/>
                <w:szCs w:val="24"/>
              </w:rPr>
              <w:t>Keras</w:t>
            </w:r>
            <w:proofErr w:type="spellEnd"/>
          </w:p>
        </w:tc>
        <w:tc>
          <w:tcPr>
            <w:tcW w:w="6225" w:type="dxa"/>
            <w:vAlign w:val="center"/>
          </w:tcPr>
          <w:p w14:paraId="7F818406" w14:textId="61B4207D" w:rsidR="002555C6" w:rsidRPr="005D61CD" w:rsidRDefault="002555C6" w:rsidP="00941D2F">
            <w:pPr>
              <w:rPr>
                <w:sz w:val="24"/>
                <w:szCs w:val="24"/>
              </w:rPr>
            </w:pPr>
            <w:r w:rsidRPr="005D61CD">
              <w:rPr>
                <w:sz w:val="24"/>
                <w:szCs w:val="24"/>
              </w:rPr>
              <w:t>TensorFlow/</w:t>
            </w:r>
            <w:proofErr w:type="spellStart"/>
            <w:r w:rsidRPr="005D61CD">
              <w:rPr>
                <w:sz w:val="24"/>
                <w:szCs w:val="24"/>
              </w:rPr>
              <w:t>Keras</w:t>
            </w:r>
            <w:proofErr w:type="spellEnd"/>
            <w:r w:rsidRPr="005D61CD">
              <w:rPr>
                <w:sz w:val="24"/>
                <w:szCs w:val="24"/>
              </w:rPr>
              <w:t xml:space="preserve"> – Open-source libraries used for machine learning and neural network </w:t>
            </w:r>
            <w:r w:rsidR="00A63EB1" w:rsidRPr="005D61CD">
              <w:rPr>
                <w:sz w:val="24"/>
                <w:szCs w:val="24"/>
              </w:rPr>
              <w:t>modelling</w:t>
            </w:r>
            <w:r w:rsidRPr="005D61CD">
              <w:rPr>
                <w:sz w:val="24"/>
                <w:szCs w:val="24"/>
              </w:rPr>
              <w:t>.</w:t>
            </w:r>
          </w:p>
        </w:tc>
      </w:tr>
      <w:tr w:rsidR="002555C6" w:rsidRPr="005D61CD" w14:paraId="312C5F74" w14:textId="77777777" w:rsidTr="00941D2F">
        <w:tc>
          <w:tcPr>
            <w:tcW w:w="2405" w:type="dxa"/>
            <w:vAlign w:val="center"/>
          </w:tcPr>
          <w:p w14:paraId="3500C3E7" w14:textId="77777777" w:rsidR="002555C6" w:rsidRPr="005D61CD" w:rsidRDefault="002555C6" w:rsidP="00941D2F">
            <w:pPr>
              <w:rPr>
                <w:sz w:val="24"/>
                <w:szCs w:val="24"/>
              </w:rPr>
            </w:pPr>
            <w:r w:rsidRPr="005D61CD">
              <w:rPr>
                <w:sz w:val="24"/>
                <w:szCs w:val="24"/>
              </w:rPr>
              <w:t>TP-Link</w:t>
            </w:r>
          </w:p>
        </w:tc>
        <w:tc>
          <w:tcPr>
            <w:tcW w:w="6225" w:type="dxa"/>
            <w:vAlign w:val="center"/>
          </w:tcPr>
          <w:p w14:paraId="79684BAF" w14:textId="77777777" w:rsidR="002555C6" w:rsidRPr="005D61CD" w:rsidRDefault="002555C6" w:rsidP="00941D2F">
            <w:pPr>
              <w:rPr>
                <w:sz w:val="24"/>
                <w:szCs w:val="24"/>
              </w:rPr>
            </w:pPr>
            <w:r w:rsidRPr="005D61CD">
              <w:rPr>
                <w:sz w:val="24"/>
                <w:szCs w:val="24"/>
              </w:rPr>
              <w:t>A manufacturer of smart home and networking products.</w:t>
            </w:r>
          </w:p>
        </w:tc>
      </w:tr>
      <w:tr w:rsidR="002555C6" w:rsidRPr="005D61CD" w14:paraId="7DF094D7" w14:textId="77777777" w:rsidTr="00941D2F">
        <w:tc>
          <w:tcPr>
            <w:tcW w:w="2405" w:type="dxa"/>
            <w:vAlign w:val="center"/>
          </w:tcPr>
          <w:p w14:paraId="0E56A7C1" w14:textId="77777777" w:rsidR="002555C6" w:rsidRPr="005D61CD" w:rsidRDefault="002555C6" w:rsidP="00941D2F">
            <w:pPr>
              <w:rPr>
                <w:sz w:val="24"/>
                <w:szCs w:val="24"/>
              </w:rPr>
            </w:pPr>
            <w:r w:rsidRPr="005D61CD">
              <w:rPr>
                <w:sz w:val="24"/>
                <w:szCs w:val="24"/>
              </w:rPr>
              <w:t>WAV</w:t>
            </w:r>
          </w:p>
        </w:tc>
        <w:tc>
          <w:tcPr>
            <w:tcW w:w="6225" w:type="dxa"/>
            <w:vAlign w:val="center"/>
          </w:tcPr>
          <w:p w14:paraId="2D6E5CF3" w14:textId="77777777" w:rsidR="002555C6" w:rsidRPr="005D61CD" w:rsidRDefault="002555C6" w:rsidP="00941D2F">
            <w:pPr>
              <w:rPr>
                <w:sz w:val="24"/>
                <w:szCs w:val="24"/>
              </w:rPr>
            </w:pPr>
            <w:r w:rsidRPr="005D61CD">
              <w:rPr>
                <w:sz w:val="24"/>
                <w:szCs w:val="24"/>
              </w:rPr>
              <w:t>Waveform Audio File Format – A common audio file format used in this project.</w:t>
            </w:r>
          </w:p>
        </w:tc>
      </w:tr>
    </w:tbl>
    <w:p w14:paraId="6DD7522C" w14:textId="370B9F84" w:rsidR="003B2325" w:rsidRDefault="00E04587">
      <w:r w:rsidRPr="00987010">
        <w:br w:type="page"/>
      </w:r>
    </w:p>
    <w:p w14:paraId="78784A95" w14:textId="3BFE41E7" w:rsidR="003B2325" w:rsidRPr="00987010" w:rsidRDefault="004E4D8F" w:rsidP="004E4D8F">
      <w:pPr>
        <w:pStyle w:val="Heading1"/>
      </w:pPr>
      <w:bookmarkStart w:id="4" w:name="_Toc197053570"/>
      <w:r>
        <w:lastRenderedPageBreak/>
        <w:t>CHAPTER 1 INTRODUCTION</w:t>
      </w:r>
      <w:bookmarkEnd w:id="4"/>
    </w:p>
    <w:p w14:paraId="1BF99D3E" w14:textId="77777777" w:rsidR="008B1018" w:rsidRPr="008B1018" w:rsidRDefault="008B1018" w:rsidP="008B2D37">
      <w:pPr>
        <w:pStyle w:val="Heading2"/>
      </w:pPr>
      <w:bookmarkStart w:id="5" w:name="_Toc197053571"/>
      <w:r w:rsidRPr="008B1018">
        <w:t>1.1 Introduction</w:t>
      </w:r>
      <w:bookmarkEnd w:id="5"/>
    </w:p>
    <w:p w14:paraId="521203A0" w14:textId="2E3D8F8B" w:rsidR="008B1018" w:rsidRDefault="008B1018" w:rsidP="00D31BEC">
      <w:pPr>
        <w:jc w:val="both"/>
        <w:rPr>
          <w:rFonts w:ascii="Calibri" w:hAnsi="Calibri" w:cs="Calibri"/>
          <w:sz w:val="24"/>
          <w:szCs w:val="24"/>
        </w:rPr>
      </w:pPr>
      <w:r w:rsidRPr="005D61CD">
        <w:rPr>
          <w:rFonts w:ascii="Calibri" w:hAnsi="Calibri" w:cs="Calibri"/>
          <w:sz w:val="24"/>
          <w:szCs w:val="24"/>
        </w:rPr>
        <w:t xml:space="preserve">The advancement of smart home technologies has transformed how individuals interact with their living environments. Voice-controlled systems, empowered by Artificial Intelligence (AI), Natural Language Processing (NLP), and the Internet of Things (IoT), have redefined accessibility, convenience, personalization, and energy efficiency. This </w:t>
      </w:r>
      <w:r w:rsidR="00985E2B" w:rsidRPr="005D61CD">
        <w:rPr>
          <w:rFonts w:ascii="Calibri" w:hAnsi="Calibri" w:cs="Calibri"/>
          <w:sz w:val="24"/>
          <w:szCs w:val="24"/>
        </w:rPr>
        <w:t>project</w:t>
      </w:r>
      <w:r w:rsidRPr="005D61CD">
        <w:rPr>
          <w:rFonts w:ascii="Calibri" w:hAnsi="Calibri" w:cs="Calibri"/>
          <w:sz w:val="24"/>
          <w:szCs w:val="24"/>
        </w:rPr>
        <w:t xml:space="preserve"> focuses on the development of a Voice-Controlled Smart Lighting System, combining speech recognition and IoT principles to offer intuitive, </w:t>
      </w:r>
      <w:r w:rsidR="0081243D" w:rsidRPr="005D61CD">
        <w:rPr>
          <w:rFonts w:ascii="Calibri" w:hAnsi="Calibri" w:cs="Calibri"/>
          <w:sz w:val="24"/>
          <w:szCs w:val="24"/>
        </w:rPr>
        <w:t>hands-free</w:t>
      </w:r>
      <w:r w:rsidRPr="005D61CD">
        <w:rPr>
          <w:rFonts w:ascii="Calibri" w:hAnsi="Calibri" w:cs="Calibri"/>
          <w:sz w:val="24"/>
          <w:szCs w:val="24"/>
        </w:rPr>
        <w:t xml:space="preserve"> interaction. The project emphasizes the technical, ethical, and practical challenges of designing a voice</w:t>
      </w:r>
      <w:r w:rsidR="007B75AA" w:rsidRPr="005D61CD">
        <w:rPr>
          <w:rFonts w:ascii="Calibri" w:hAnsi="Calibri" w:cs="Calibri"/>
          <w:sz w:val="24"/>
          <w:szCs w:val="24"/>
        </w:rPr>
        <w:t xml:space="preserve"> </w:t>
      </w:r>
      <w:r w:rsidRPr="005D61CD">
        <w:rPr>
          <w:rFonts w:ascii="Calibri" w:hAnsi="Calibri" w:cs="Calibri"/>
          <w:sz w:val="24"/>
          <w:szCs w:val="24"/>
        </w:rPr>
        <w:t xml:space="preserve">activated system for smart lighting control. It contributes to professional knowledge by demonstrating how machine learning, </w:t>
      </w:r>
      <w:r w:rsidR="00E06E98" w:rsidRPr="005D61CD">
        <w:rPr>
          <w:rFonts w:ascii="Calibri" w:hAnsi="Calibri" w:cs="Calibri"/>
          <w:sz w:val="24"/>
          <w:szCs w:val="24"/>
        </w:rPr>
        <w:t>voice</w:t>
      </w:r>
      <w:r w:rsidRPr="005D61CD">
        <w:rPr>
          <w:rFonts w:ascii="Calibri" w:hAnsi="Calibri" w:cs="Calibri"/>
          <w:sz w:val="24"/>
          <w:szCs w:val="24"/>
        </w:rPr>
        <w:t xml:space="preserve"> processing, and smart device integration can solve real-world problems, particularly in improving accessibility and energy management.</w:t>
      </w:r>
    </w:p>
    <w:p w14:paraId="017F94AC" w14:textId="77777777" w:rsidR="005D61CD" w:rsidRPr="005D61CD" w:rsidRDefault="005D61CD" w:rsidP="00D31BEC">
      <w:pPr>
        <w:jc w:val="both"/>
        <w:rPr>
          <w:rFonts w:ascii="Calibri" w:hAnsi="Calibri" w:cs="Calibri"/>
          <w:sz w:val="24"/>
          <w:szCs w:val="24"/>
        </w:rPr>
      </w:pPr>
    </w:p>
    <w:p w14:paraId="1822027F" w14:textId="77777777" w:rsidR="008B1018" w:rsidRPr="008B1018" w:rsidRDefault="008B1018" w:rsidP="008B2D37">
      <w:pPr>
        <w:pStyle w:val="Heading2"/>
      </w:pPr>
      <w:bookmarkStart w:id="6" w:name="_Toc197053572"/>
      <w:r w:rsidRPr="008B1018">
        <w:t>1.2 Research Background</w:t>
      </w:r>
      <w:bookmarkEnd w:id="6"/>
    </w:p>
    <w:p w14:paraId="6BC66ECB" w14:textId="785CEBF5" w:rsidR="008B1018" w:rsidRPr="005D61CD" w:rsidRDefault="008B1018" w:rsidP="00D31BEC">
      <w:pPr>
        <w:jc w:val="both"/>
        <w:rPr>
          <w:rFonts w:ascii="Calibri" w:hAnsi="Calibri" w:cs="Calibri"/>
          <w:sz w:val="24"/>
          <w:szCs w:val="24"/>
        </w:rPr>
      </w:pPr>
      <w:r w:rsidRPr="005D61CD">
        <w:rPr>
          <w:rFonts w:ascii="Calibri" w:hAnsi="Calibri" w:cs="Calibri"/>
          <w:sz w:val="24"/>
          <w:szCs w:val="24"/>
        </w:rPr>
        <w:t>Voice</w:t>
      </w:r>
      <w:r w:rsidR="007B75AA" w:rsidRPr="005D61CD">
        <w:rPr>
          <w:rFonts w:ascii="Calibri" w:hAnsi="Calibri" w:cs="Calibri"/>
          <w:sz w:val="24"/>
          <w:szCs w:val="24"/>
        </w:rPr>
        <w:t xml:space="preserve"> </w:t>
      </w:r>
      <w:r w:rsidRPr="005D61CD">
        <w:rPr>
          <w:rFonts w:ascii="Calibri" w:hAnsi="Calibri" w:cs="Calibri"/>
          <w:sz w:val="24"/>
          <w:szCs w:val="24"/>
        </w:rPr>
        <w:t xml:space="preserve">activated home automation systems have experienced remarkable growth over the past decade, </w:t>
      </w:r>
      <w:r w:rsidR="00AE3A68" w:rsidRPr="005D61CD">
        <w:rPr>
          <w:rFonts w:ascii="Calibri" w:hAnsi="Calibri" w:cs="Calibri"/>
          <w:sz w:val="24"/>
          <w:szCs w:val="24"/>
        </w:rPr>
        <w:t>motivated</w:t>
      </w:r>
      <w:r w:rsidRPr="005D61CD">
        <w:rPr>
          <w:rFonts w:ascii="Calibri" w:hAnsi="Calibri" w:cs="Calibri"/>
          <w:sz w:val="24"/>
          <w:szCs w:val="24"/>
        </w:rPr>
        <w:t xml:space="preserve"> by the success of commercial products like Amazon Alexa, Google Assistant, and Apple’s Siri</w:t>
      </w:r>
      <w:r w:rsidR="00B332F4" w:rsidRPr="005D61CD">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YmE0YTM5NTAtMTAwMC00NGNiLWI2MDUtM2EzNDE4MWNkNmYw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
          <w:id w:val="1574320788"/>
          <w:placeholder>
            <w:docPart w:val="58BAAEAF09E24A07A0F7D6D169813B45"/>
          </w:placeholder>
        </w:sdtPr>
        <w:sdtEndPr/>
        <w:sdtContent>
          <w:r w:rsidR="00CB3963" w:rsidRPr="00CB3963">
            <w:rPr>
              <w:rFonts w:ascii="Calibri" w:hAnsi="Calibri" w:cs="Calibri"/>
              <w:color w:val="000000"/>
              <w:sz w:val="24"/>
              <w:szCs w:val="24"/>
            </w:rPr>
            <w:t>(Somesh et al., 2020)</w:t>
          </w:r>
        </w:sdtContent>
      </w:sdt>
      <w:r w:rsidRPr="005D61CD">
        <w:rPr>
          <w:rFonts w:ascii="Calibri" w:hAnsi="Calibri" w:cs="Calibri"/>
          <w:sz w:val="24"/>
          <w:szCs w:val="24"/>
        </w:rPr>
        <w:t>. These technologies have established user expectations for natural, hands-free control of everyday devices. Lighting automation is a core functionality of such systems, offering immediate benefits in convenience, security, and energy savings.</w:t>
      </w:r>
    </w:p>
    <w:p w14:paraId="3695457A" w14:textId="6CF40D6E" w:rsidR="008B1018" w:rsidRPr="005D61CD" w:rsidRDefault="008B1018" w:rsidP="00D31BEC">
      <w:pPr>
        <w:jc w:val="both"/>
        <w:rPr>
          <w:rFonts w:ascii="Calibri" w:hAnsi="Calibri" w:cs="Calibri"/>
          <w:sz w:val="24"/>
          <w:szCs w:val="24"/>
        </w:rPr>
      </w:pPr>
      <w:r w:rsidRPr="005D61CD">
        <w:rPr>
          <w:rFonts w:ascii="Calibri" w:hAnsi="Calibri" w:cs="Calibri"/>
          <w:sz w:val="24"/>
          <w:szCs w:val="24"/>
        </w:rPr>
        <w:t>However, despite widespread adoption, significant technical challenges persist. Speech recognition systems must deal with variations in accents, pronunciations, noise interference, and command ambiguity</w:t>
      </w:r>
      <w:r w:rsidR="00273AA6" w:rsidRPr="005D61CD">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"/>
          <w:id w:val="755251154"/>
          <w:placeholder>
            <w:docPart w:val="58BAAEAF09E24A07A0F7D6D169813B45"/>
          </w:placeholder>
        </w:sdtPr>
        <w:sdtEndPr/>
        <w:sdtContent>
          <w:r w:rsidR="00CB3963" w:rsidRPr="00CB3963">
            <w:rPr>
              <w:rFonts w:eastAsia="Times New Roman"/>
              <w:color w:val="000000"/>
              <w:sz w:val="24"/>
            </w:rPr>
            <w:t>(Graham &amp; Roll, 2024)</w:t>
          </w:r>
        </w:sdtContent>
      </w:sdt>
      <w:r w:rsidRPr="005D61CD">
        <w:rPr>
          <w:rFonts w:ascii="Calibri" w:hAnsi="Calibri" w:cs="Calibri"/>
          <w:sz w:val="24"/>
          <w:szCs w:val="24"/>
        </w:rPr>
        <w:t>. Many commercial systems rely heavily on cloud-based processing, raising concerns about latency, privacy, and security</w:t>
      </w:r>
      <w:r w:rsidR="00913170" w:rsidRPr="005D61CD">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"/>
          <w:id w:val="-469446581"/>
          <w:placeholder>
            <w:docPart w:val="58BAAEAF09E24A07A0F7D6D169813B45"/>
          </w:placeholder>
        </w:sdtPr>
        <w:sdtEndPr/>
        <w:sdtContent>
          <w:r w:rsidR="00CB3963" w:rsidRPr="00CB3963">
            <w:rPr>
              <w:rFonts w:ascii="Calibri" w:hAnsi="Calibri" w:cs="Calibri"/>
              <w:color w:val="000000"/>
              <w:sz w:val="24"/>
              <w:szCs w:val="24"/>
            </w:rPr>
            <w:t>(Li et al., 2021)</w:t>
          </w:r>
        </w:sdtContent>
      </w:sdt>
      <w:r w:rsidRPr="005D61CD">
        <w:rPr>
          <w:rFonts w:ascii="Calibri" w:hAnsi="Calibri" w:cs="Calibri"/>
          <w:sz w:val="24"/>
          <w:szCs w:val="24"/>
        </w:rPr>
        <w:t>. Users may be hesitant to share continuous voice data with cloud servers, fearing potential misuse or breaches.</w:t>
      </w:r>
    </w:p>
    <w:p w14:paraId="17972A2C" w14:textId="035C68F5" w:rsidR="008B1018" w:rsidRPr="005D61CD" w:rsidRDefault="008B1018" w:rsidP="00D31BEC">
      <w:pPr>
        <w:jc w:val="both"/>
        <w:rPr>
          <w:rFonts w:ascii="Calibri" w:hAnsi="Calibri" w:cs="Calibri"/>
          <w:sz w:val="24"/>
          <w:szCs w:val="24"/>
        </w:rPr>
      </w:pPr>
      <w:r w:rsidRPr="005D61CD">
        <w:rPr>
          <w:rFonts w:ascii="Calibri" w:hAnsi="Calibri" w:cs="Calibri"/>
          <w:sz w:val="24"/>
          <w:szCs w:val="24"/>
        </w:rPr>
        <w:t xml:space="preserve">Additionally, </w:t>
      </w:r>
      <w:r w:rsidR="00BF14CF" w:rsidRPr="005D61CD">
        <w:rPr>
          <w:rFonts w:ascii="Calibri" w:hAnsi="Calibri" w:cs="Calibri"/>
          <w:sz w:val="24"/>
          <w:szCs w:val="24"/>
        </w:rPr>
        <w:t>most</w:t>
      </w:r>
      <w:r w:rsidRPr="005D61CD">
        <w:rPr>
          <w:rFonts w:ascii="Calibri" w:hAnsi="Calibri" w:cs="Calibri"/>
          <w:sz w:val="24"/>
          <w:szCs w:val="24"/>
        </w:rPr>
        <w:t xml:space="preserve"> voice</w:t>
      </w:r>
      <w:r w:rsidR="001A2074" w:rsidRPr="005D61CD">
        <w:rPr>
          <w:rFonts w:ascii="Calibri" w:hAnsi="Calibri" w:cs="Calibri"/>
          <w:sz w:val="24"/>
          <w:szCs w:val="24"/>
        </w:rPr>
        <w:t xml:space="preserve"> </w:t>
      </w:r>
      <w:r w:rsidRPr="005D61CD">
        <w:rPr>
          <w:rFonts w:ascii="Calibri" w:hAnsi="Calibri" w:cs="Calibri"/>
          <w:sz w:val="24"/>
          <w:szCs w:val="24"/>
        </w:rPr>
        <w:t>activated systems are built with general</w:t>
      </w:r>
      <w:r w:rsidR="001A2074" w:rsidRPr="005D61CD">
        <w:rPr>
          <w:rFonts w:ascii="Calibri" w:hAnsi="Calibri" w:cs="Calibri"/>
          <w:sz w:val="24"/>
          <w:szCs w:val="24"/>
        </w:rPr>
        <w:t xml:space="preserve"> </w:t>
      </w:r>
      <w:r w:rsidRPr="005D61CD">
        <w:rPr>
          <w:rFonts w:ascii="Calibri" w:hAnsi="Calibri" w:cs="Calibri"/>
          <w:sz w:val="24"/>
          <w:szCs w:val="24"/>
        </w:rPr>
        <w:t xml:space="preserve">purpose commands and often lack customization for specific environments or needs, particularly for users with disabilities. </w:t>
      </w:r>
      <w:r w:rsidR="00037E07" w:rsidRPr="005D61CD">
        <w:rPr>
          <w:rFonts w:ascii="Calibri" w:hAnsi="Calibri" w:cs="Calibri"/>
          <w:sz w:val="24"/>
          <w:szCs w:val="24"/>
        </w:rPr>
        <w:t xml:space="preserve">According to </w:t>
      </w:r>
      <w:sdt>
        <w:sdtPr>
          <w:rPr>
            <w:rFonts w:ascii="Calibri" w:hAnsi="Calibri" w:cs="Calibri"/>
            <w:color w:val="000000"/>
            <w:sz w:val="24"/>
            <w:szCs w:val="24"/>
          </w:rPr>
          <w:tag w:val="MENDELEY_CITATION_v3_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"/>
          <w:id w:val="1034310962"/>
          <w:placeholder>
            <w:docPart w:val="7A7EAFDB329B40A38FDA5FEC20273B2C"/>
          </w:placeholder>
        </w:sdtPr>
        <w:sdtEndPr/>
        <w:sdtContent>
          <w:proofErr w:type="spellStart"/>
          <w:r w:rsidR="00CB3963" w:rsidRPr="00CB3963">
            <w:rPr>
              <w:rFonts w:ascii="Calibri" w:hAnsi="Calibri" w:cs="Calibri"/>
              <w:color w:val="000000"/>
              <w:sz w:val="24"/>
              <w:szCs w:val="24"/>
            </w:rPr>
            <w:t>Parsafar</w:t>
          </w:r>
          <w:proofErr w:type="spellEnd"/>
          <w:r w:rsidR="00CB3963" w:rsidRPr="00CB3963">
            <w:rPr>
              <w:rFonts w:ascii="Calibri" w:hAnsi="Calibri" w:cs="Calibri"/>
              <w:color w:val="000000"/>
              <w:sz w:val="24"/>
              <w:szCs w:val="24"/>
            </w:rPr>
            <w:t xml:space="preserve"> et al. (2024),</w:t>
          </w:r>
        </w:sdtContent>
      </w:sdt>
      <w:r w:rsidRPr="005D61CD">
        <w:rPr>
          <w:rFonts w:ascii="Calibri" w:hAnsi="Calibri" w:cs="Calibri"/>
          <w:color w:val="000000"/>
          <w:sz w:val="24"/>
          <w:szCs w:val="24"/>
        </w:rPr>
        <w:t xml:space="preserve"> </w:t>
      </w:r>
      <w:r w:rsidRPr="005D61CD">
        <w:rPr>
          <w:rFonts w:ascii="Calibri" w:hAnsi="Calibri" w:cs="Calibri"/>
          <w:sz w:val="24"/>
          <w:szCs w:val="24"/>
        </w:rPr>
        <w:t>effective smart home systems must prioritize inclusivity, local processing capabilities, and adaptability to different use cases.</w:t>
      </w:r>
    </w:p>
    <w:p w14:paraId="1D398D17" w14:textId="234F98D5" w:rsidR="008B1018" w:rsidRPr="005D61CD" w:rsidRDefault="008B1018" w:rsidP="00D31BEC">
      <w:pPr>
        <w:jc w:val="both"/>
        <w:rPr>
          <w:rFonts w:ascii="Calibri" w:hAnsi="Calibri" w:cs="Calibri"/>
          <w:sz w:val="24"/>
          <w:szCs w:val="24"/>
        </w:rPr>
      </w:pPr>
      <w:r w:rsidRPr="005D61CD">
        <w:rPr>
          <w:rFonts w:ascii="Calibri" w:hAnsi="Calibri" w:cs="Calibri"/>
          <w:sz w:val="24"/>
          <w:szCs w:val="24"/>
        </w:rPr>
        <w:t>Emerging trends also highlight a shift towards edge</w:t>
      </w:r>
      <w:r w:rsidR="003507F0" w:rsidRPr="005D61CD">
        <w:rPr>
          <w:rFonts w:ascii="Calibri" w:hAnsi="Calibri" w:cs="Calibri"/>
          <w:sz w:val="24"/>
          <w:szCs w:val="24"/>
        </w:rPr>
        <w:t xml:space="preserve"> </w:t>
      </w:r>
      <w:r w:rsidRPr="005D61CD">
        <w:rPr>
          <w:rFonts w:ascii="Calibri" w:hAnsi="Calibri" w:cs="Calibri"/>
          <w:sz w:val="24"/>
          <w:szCs w:val="24"/>
        </w:rPr>
        <w:t>computing models, where speech processing occurs closer to the user device rather than on centralized cloud servers. Edge</w:t>
      </w:r>
      <w:r w:rsidR="003507F0" w:rsidRPr="005D61CD">
        <w:rPr>
          <w:rFonts w:ascii="Calibri" w:hAnsi="Calibri" w:cs="Calibri"/>
          <w:sz w:val="24"/>
          <w:szCs w:val="24"/>
        </w:rPr>
        <w:t xml:space="preserve"> </w:t>
      </w:r>
      <w:r w:rsidRPr="005D61CD">
        <w:rPr>
          <w:rFonts w:ascii="Calibri" w:hAnsi="Calibri" w:cs="Calibri"/>
          <w:sz w:val="24"/>
          <w:szCs w:val="24"/>
        </w:rPr>
        <w:t xml:space="preserve">based systems promise enhanced privacy, lower latency, and reduced network </w:t>
      </w:r>
      <w:r w:rsidRPr="005D61CD">
        <w:rPr>
          <w:rFonts w:ascii="Calibri" w:hAnsi="Calibri" w:cs="Calibri"/>
          <w:sz w:val="24"/>
          <w:szCs w:val="24"/>
        </w:rPr>
        <w:lastRenderedPageBreak/>
        <w:t>dependency, which are crucial for ensuring consistent performance in environments with limited internet connectivity</w:t>
      </w:r>
      <w:sdt>
        <w:sdtPr>
          <w:rPr>
            <w:rFonts w:ascii="Calibri" w:hAnsi="Calibri" w:cs="Calibri"/>
            <w:color w:val="000000"/>
            <w:sz w:val="24"/>
            <w:szCs w:val="24"/>
          </w:rPr>
          <w:tag w:val="MENDELEY_CITATION_v3_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"/>
          <w:id w:val="-1893879005"/>
          <w:placeholder>
            <w:docPart w:val="06895D9E254544179731309D3B7257E5"/>
          </w:placeholder>
        </w:sdtPr>
        <w:sdtEndPr/>
        <w:sdtContent>
          <w:r w:rsidR="00CB3963" w:rsidRPr="00CB3963">
            <w:rPr>
              <w:rFonts w:ascii="Calibri" w:hAnsi="Calibri" w:cs="Calibri"/>
              <w:color w:val="000000"/>
              <w:sz w:val="24"/>
              <w:szCs w:val="24"/>
            </w:rPr>
            <w:t>(</w:t>
          </w:r>
          <w:proofErr w:type="spellStart"/>
          <w:r w:rsidR="00CB3963" w:rsidRPr="00CB3963">
            <w:rPr>
              <w:rFonts w:ascii="Calibri" w:hAnsi="Calibri" w:cs="Calibri"/>
              <w:color w:val="000000"/>
              <w:sz w:val="24"/>
              <w:szCs w:val="24"/>
            </w:rPr>
            <w:t>Netinant</w:t>
          </w:r>
          <w:proofErr w:type="spellEnd"/>
          <w:r w:rsidR="00CB3963" w:rsidRPr="00CB3963">
            <w:rPr>
              <w:rFonts w:ascii="Calibri" w:hAnsi="Calibri" w:cs="Calibri"/>
              <w:color w:val="000000"/>
              <w:sz w:val="24"/>
              <w:szCs w:val="24"/>
            </w:rPr>
            <w:t xml:space="preserve"> et al., 2024)</w:t>
          </w:r>
        </w:sdtContent>
      </w:sdt>
      <w:r w:rsidRPr="005D61CD">
        <w:rPr>
          <w:rFonts w:ascii="Calibri" w:hAnsi="Calibri" w:cs="Calibri"/>
          <w:sz w:val="24"/>
          <w:szCs w:val="24"/>
        </w:rPr>
        <w:t>. This project considers such developments and lays a foundation for future exploration into decentralized voice-controlled systems.</w:t>
      </w:r>
    </w:p>
    <w:p w14:paraId="43E65A30" w14:textId="31FD0E05" w:rsidR="008B1018" w:rsidRDefault="008B1018" w:rsidP="00D31BEC">
      <w:pPr>
        <w:jc w:val="both"/>
        <w:rPr>
          <w:rFonts w:ascii="Calibri" w:hAnsi="Calibri" w:cs="Calibri"/>
          <w:sz w:val="24"/>
          <w:szCs w:val="24"/>
        </w:rPr>
      </w:pPr>
      <w:r w:rsidRPr="005D61CD">
        <w:rPr>
          <w:rFonts w:ascii="Calibri" w:hAnsi="Calibri" w:cs="Calibri"/>
          <w:sz w:val="24"/>
          <w:szCs w:val="24"/>
        </w:rPr>
        <w:t>Within this context, this project aims to build a modular, scalable Voice-Controlled Smart Lighting System addressing challenges related to real</w:t>
      </w:r>
      <w:r w:rsidR="003507F0" w:rsidRPr="005D61CD">
        <w:rPr>
          <w:rFonts w:ascii="Calibri" w:hAnsi="Calibri" w:cs="Calibri"/>
          <w:sz w:val="24"/>
          <w:szCs w:val="24"/>
        </w:rPr>
        <w:t xml:space="preserve"> </w:t>
      </w:r>
      <w:r w:rsidRPr="005D61CD">
        <w:rPr>
          <w:rFonts w:ascii="Calibri" w:hAnsi="Calibri" w:cs="Calibri"/>
          <w:sz w:val="24"/>
          <w:szCs w:val="24"/>
        </w:rPr>
        <w:t>time command interpretation, modular design, privacy awareness, and ease of use. The project offers an opportunity to explore lightweight, efficient models suitable for home environments without dependency on powerful cloud services.</w:t>
      </w:r>
    </w:p>
    <w:p w14:paraId="79E99D02" w14:textId="77777777" w:rsidR="005D61CD" w:rsidRPr="005D61CD" w:rsidRDefault="005D61CD" w:rsidP="00D31BEC">
      <w:pPr>
        <w:jc w:val="both"/>
        <w:rPr>
          <w:rFonts w:ascii="Calibri" w:hAnsi="Calibri" w:cs="Calibri"/>
          <w:sz w:val="24"/>
          <w:szCs w:val="24"/>
        </w:rPr>
      </w:pPr>
    </w:p>
    <w:p w14:paraId="771EAB11" w14:textId="77777777" w:rsidR="008B1018" w:rsidRPr="008B1018" w:rsidRDefault="008B1018" w:rsidP="008B2D37">
      <w:pPr>
        <w:pStyle w:val="Heading2"/>
      </w:pPr>
      <w:bookmarkStart w:id="7" w:name="_Toc197053573"/>
      <w:r w:rsidRPr="008B1018">
        <w:t>1.3 Research Question</w:t>
      </w:r>
      <w:bookmarkEnd w:id="7"/>
    </w:p>
    <w:p w14:paraId="6E959DE3" w14:textId="77777777" w:rsidR="008B1018" w:rsidRDefault="008B1018" w:rsidP="00D31BEC">
      <w:pPr>
        <w:jc w:val="both"/>
        <w:rPr>
          <w:rFonts w:asciiTheme="majorHAnsi" w:hAnsiTheme="majorHAnsi" w:cstheme="majorHAnsi"/>
          <w:sz w:val="24"/>
          <w:szCs w:val="24"/>
        </w:rPr>
      </w:pPr>
      <w:r w:rsidRPr="005D61CD">
        <w:rPr>
          <w:rFonts w:asciiTheme="majorHAnsi" w:hAnsiTheme="majorHAnsi" w:cstheme="majorHAnsi"/>
          <w:sz w:val="24"/>
          <w:szCs w:val="24"/>
        </w:rPr>
        <w:t>How can a voice-controlled smart lighting system be developed to accurately interpret simple spoken commands and control IoT-enabled smart bulbs efficiently, reliably, and securely within a smart home environment?</w:t>
      </w:r>
    </w:p>
    <w:p w14:paraId="2FA620CB" w14:textId="77777777" w:rsidR="005D61CD" w:rsidRPr="005D61CD" w:rsidRDefault="005D61CD" w:rsidP="00D31BEC">
      <w:pPr>
        <w:jc w:val="both"/>
        <w:rPr>
          <w:rFonts w:asciiTheme="majorHAnsi" w:hAnsiTheme="majorHAnsi" w:cstheme="majorHAnsi"/>
          <w:sz w:val="24"/>
          <w:szCs w:val="24"/>
        </w:rPr>
      </w:pPr>
    </w:p>
    <w:p w14:paraId="7CD71143" w14:textId="77777777" w:rsidR="008B1018" w:rsidRPr="008B1018" w:rsidRDefault="008B1018" w:rsidP="008B2D37">
      <w:pPr>
        <w:pStyle w:val="Heading2"/>
      </w:pPr>
      <w:bookmarkStart w:id="8" w:name="_Toc197053574"/>
      <w:r w:rsidRPr="008B1018">
        <w:t>1.4 Aim</w:t>
      </w:r>
      <w:bookmarkEnd w:id="8"/>
    </w:p>
    <w:p w14:paraId="6A2EBA3A" w14:textId="77777777" w:rsidR="0094682E" w:rsidRDefault="0094682E" w:rsidP="005D61CD">
      <w:pPr>
        <w:jc w:val="both"/>
        <w:rPr>
          <w:rFonts w:ascii="Calibri" w:hAnsi="Calibri" w:cs="Calibri"/>
          <w:sz w:val="24"/>
          <w:szCs w:val="24"/>
        </w:rPr>
      </w:pPr>
      <w:r w:rsidRPr="005D61CD">
        <w:rPr>
          <w:rFonts w:ascii="Calibri" w:hAnsi="Calibri" w:cs="Calibri"/>
          <w:sz w:val="24"/>
          <w:szCs w:val="24"/>
        </w:rPr>
        <w:t>The aim of this project is to research the fields of speech recognition, natural language processing, and IoT integration; to design, develop, implement, train, and test a modular Voice-Controlled Smart Lighting System using machine learning and Python technologies; and to evaluate its performance in terms of recognition accuracy, system responsiveness, security considerations, and practical deployment feasibility.</w:t>
      </w:r>
    </w:p>
    <w:p w14:paraId="5AD9DB16" w14:textId="77777777" w:rsidR="005D61CD" w:rsidRPr="005D61CD" w:rsidRDefault="005D61CD" w:rsidP="005D61CD">
      <w:pPr>
        <w:jc w:val="both"/>
        <w:rPr>
          <w:rFonts w:ascii="Calibri" w:hAnsi="Calibri" w:cs="Calibri"/>
          <w:b/>
          <w:bCs/>
          <w:sz w:val="24"/>
          <w:szCs w:val="24"/>
        </w:rPr>
      </w:pPr>
    </w:p>
    <w:p w14:paraId="569141D5" w14:textId="27C9221F" w:rsidR="008B1018" w:rsidRPr="008B1018" w:rsidRDefault="008B1018" w:rsidP="00EB7ECA">
      <w:pPr>
        <w:pStyle w:val="Heading2"/>
      </w:pPr>
      <w:bookmarkStart w:id="9" w:name="_Toc197053575"/>
      <w:r w:rsidRPr="008B1018">
        <w:t>1.5 Objectives</w:t>
      </w:r>
      <w:bookmarkEnd w:id="9"/>
    </w:p>
    <w:p w14:paraId="1D976B70"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conduct a comprehensive literature review on speech recognition, NLP, IoT frameworks, and smart home automation technologies.</w:t>
      </w:r>
    </w:p>
    <w:p w14:paraId="5501601C"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investigate and select suitable machine learning models for speech command classification.</w:t>
      </w:r>
    </w:p>
    <w:p w14:paraId="30D0E365"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design a modular system architecture that integrates voice processing, NLP parsing, and IoT device control.</w:t>
      </w:r>
    </w:p>
    <w:p w14:paraId="58B06FA2"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develop and train a speech recognition model utilizing MFCC feature extraction and the Speech Commands dataset.</w:t>
      </w:r>
    </w:p>
    <w:p w14:paraId="03B780CF" w14:textId="133F482A"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lastRenderedPageBreak/>
        <w:t xml:space="preserve">To </w:t>
      </w:r>
      <w:r w:rsidR="0057478D">
        <w:rPr>
          <w:rFonts w:ascii="Calibri" w:hAnsi="Calibri" w:cs="Calibri"/>
          <w:sz w:val="24"/>
          <w:szCs w:val="24"/>
        </w:rPr>
        <w:t>assess the feasibility of real</w:t>
      </w:r>
      <w:r w:rsidR="00DF5FA3">
        <w:rPr>
          <w:rFonts w:ascii="Calibri" w:hAnsi="Calibri" w:cs="Calibri"/>
          <w:sz w:val="24"/>
          <w:szCs w:val="24"/>
        </w:rPr>
        <w:t>-time smart bulb integration</w:t>
      </w:r>
      <w:r w:rsidRPr="005D61CD">
        <w:rPr>
          <w:rFonts w:ascii="Calibri" w:hAnsi="Calibri" w:cs="Calibri"/>
          <w:sz w:val="24"/>
          <w:szCs w:val="24"/>
        </w:rPr>
        <w:t>.</w:t>
      </w:r>
    </w:p>
    <w:p w14:paraId="31D52857"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evaluate the system’s performance using metrics such as accuracy, precision, recall, and confusion matrices.</w:t>
      </w:r>
    </w:p>
    <w:p w14:paraId="597972B6" w14:textId="77777777" w:rsidR="008B1018" w:rsidRPr="005D61CD" w:rsidRDefault="008B1018" w:rsidP="00D31BEC">
      <w:pPr>
        <w:numPr>
          <w:ilvl w:val="0"/>
          <w:numId w:val="13"/>
        </w:numPr>
        <w:jc w:val="both"/>
        <w:rPr>
          <w:rFonts w:ascii="Calibri" w:hAnsi="Calibri" w:cs="Calibri"/>
          <w:sz w:val="24"/>
          <w:szCs w:val="24"/>
        </w:rPr>
      </w:pPr>
      <w:r w:rsidRPr="005D61CD">
        <w:rPr>
          <w:rFonts w:ascii="Calibri" w:hAnsi="Calibri" w:cs="Calibri"/>
          <w:sz w:val="24"/>
          <w:szCs w:val="24"/>
        </w:rPr>
        <w:t>To explore ethical considerations around data privacy and secure communication in smart home systems.</w:t>
      </w:r>
    </w:p>
    <w:p w14:paraId="2332998B" w14:textId="77777777" w:rsidR="008B1018" w:rsidRPr="005D61CD" w:rsidRDefault="008B1018" w:rsidP="00D31BEC">
      <w:pPr>
        <w:numPr>
          <w:ilvl w:val="0"/>
          <w:numId w:val="13"/>
        </w:numPr>
        <w:jc w:val="both"/>
        <w:rPr>
          <w:sz w:val="24"/>
          <w:szCs w:val="24"/>
        </w:rPr>
      </w:pPr>
      <w:r w:rsidRPr="005D61CD">
        <w:rPr>
          <w:rFonts w:ascii="Calibri" w:hAnsi="Calibri" w:cs="Calibri"/>
          <w:sz w:val="24"/>
          <w:szCs w:val="24"/>
        </w:rPr>
        <w:t>To produce detailed documentation of the system's design, implementation, evaluation, and potential for future extension.</w:t>
      </w:r>
    </w:p>
    <w:p w14:paraId="751914E8" w14:textId="77777777" w:rsidR="00FB2460" w:rsidRPr="008B1018" w:rsidRDefault="00FB2460" w:rsidP="00FB2460">
      <w:pPr>
        <w:jc w:val="both"/>
      </w:pPr>
    </w:p>
    <w:p w14:paraId="673932C6" w14:textId="77777777" w:rsidR="008B1018" w:rsidRPr="008B1018" w:rsidRDefault="008B1018" w:rsidP="00EB7ECA">
      <w:pPr>
        <w:pStyle w:val="Heading2"/>
      </w:pPr>
      <w:bookmarkStart w:id="10" w:name="_Toc197053576"/>
      <w:r w:rsidRPr="008B1018">
        <w:t>1.6 Deliverables</w:t>
      </w:r>
      <w:bookmarkEnd w:id="10"/>
    </w:p>
    <w:p w14:paraId="185DC87F" w14:textId="10A0D4BE" w:rsidR="008B1018" w:rsidRPr="005D61CD" w:rsidRDefault="008B1018" w:rsidP="00D31BEC">
      <w:pPr>
        <w:numPr>
          <w:ilvl w:val="0"/>
          <w:numId w:val="14"/>
        </w:numPr>
        <w:jc w:val="both"/>
        <w:rPr>
          <w:rFonts w:ascii="Calibri" w:hAnsi="Calibri" w:cs="Calibri"/>
          <w:sz w:val="24"/>
          <w:szCs w:val="24"/>
        </w:rPr>
      </w:pPr>
      <w:r w:rsidRPr="005D61CD">
        <w:rPr>
          <w:rFonts w:ascii="Calibri" w:hAnsi="Calibri" w:cs="Calibri"/>
          <w:sz w:val="24"/>
          <w:szCs w:val="24"/>
        </w:rPr>
        <w:t>A literature review summarizing current research in voice recognition, NLP, and smart home IoT systems.</w:t>
      </w:r>
    </w:p>
    <w:p w14:paraId="60E17F8F" w14:textId="050E4974" w:rsidR="008B1018" w:rsidRPr="005D61CD" w:rsidRDefault="008B1018" w:rsidP="00D31BEC">
      <w:pPr>
        <w:numPr>
          <w:ilvl w:val="0"/>
          <w:numId w:val="14"/>
        </w:numPr>
        <w:jc w:val="both"/>
        <w:rPr>
          <w:rFonts w:ascii="Calibri" w:hAnsi="Calibri" w:cs="Calibri"/>
          <w:sz w:val="24"/>
          <w:szCs w:val="24"/>
        </w:rPr>
      </w:pPr>
      <w:r w:rsidRPr="005D61CD">
        <w:rPr>
          <w:rFonts w:ascii="Calibri" w:hAnsi="Calibri" w:cs="Calibri"/>
          <w:sz w:val="24"/>
          <w:szCs w:val="24"/>
        </w:rPr>
        <w:t xml:space="preserve">A working voice-controlled smart lighting system built using Python and Google </w:t>
      </w:r>
      <w:proofErr w:type="spellStart"/>
      <w:r w:rsidRPr="005D61CD">
        <w:rPr>
          <w:rFonts w:ascii="Calibri" w:hAnsi="Calibri" w:cs="Calibri"/>
          <w:sz w:val="24"/>
          <w:szCs w:val="24"/>
        </w:rPr>
        <w:t>Colab</w:t>
      </w:r>
      <w:proofErr w:type="spellEnd"/>
      <w:r w:rsidRPr="005D61CD">
        <w:rPr>
          <w:rFonts w:ascii="Calibri" w:hAnsi="Calibri" w:cs="Calibri"/>
          <w:sz w:val="24"/>
          <w:szCs w:val="24"/>
        </w:rPr>
        <w:t>.</w:t>
      </w:r>
    </w:p>
    <w:p w14:paraId="45E77F78" w14:textId="77777777" w:rsidR="008B1018" w:rsidRPr="005D61CD" w:rsidRDefault="008B1018" w:rsidP="00D31BEC">
      <w:pPr>
        <w:numPr>
          <w:ilvl w:val="0"/>
          <w:numId w:val="14"/>
        </w:numPr>
        <w:jc w:val="both"/>
        <w:rPr>
          <w:rFonts w:ascii="Calibri" w:hAnsi="Calibri" w:cs="Calibri"/>
          <w:sz w:val="24"/>
          <w:szCs w:val="24"/>
        </w:rPr>
      </w:pPr>
      <w:r w:rsidRPr="005D61CD">
        <w:rPr>
          <w:rFonts w:ascii="Calibri" w:hAnsi="Calibri" w:cs="Calibri"/>
          <w:sz w:val="24"/>
          <w:szCs w:val="24"/>
        </w:rPr>
        <w:t>A trained machine learning model capable of recognizing a core set of lighting commands with high accuracy.</w:t>
      </w:r>
    </w:p>
    <w:p w14:paraId="14FEB14D" w14:textId="77777777" w:rsidR="008B1018" w:rsidRPr="005D61CD" w:rsidRDefault="008B1018" w:rsidP="00D31BEC">
      <w:pPr>
        <w:numPr>
          <w:ilvl w:val="0"/>
          <w:numId w:val="14"/>
        </w:numPr>
        <w:jc w:val="both"/>
        <w:rPr>
          <w:rFonts w:ascii="Calibri" w:hAnsi="Calibri" w:cs="Calibri"/>
          <w:sz w:val="24"/>
          <w:szCs w:val="24"/>
        </w:rPr>
      </w:pPr>
      <w:r w:rsidRPr="005D61CD">
        <w:rPr>
          <w:rFonts w:ascii="Calibri" w:hAnsi="Calibri" w:cs="Calibri"/>
          <w:sz w:val="24"/>
          <w:szCs w:val="24"/>
        </w:rPr>
        <w:t>A critical evaluation of system performance, including comprehensive performance metrics.</w:t>
      </w:r>
    </w:p>
    <w:p w14:paraId="09E49983" w14:textId="42454B6B" w:rsidR="008B1018" w:rsidRPr="005D61CD" w:rsidRDefault="008B1018" w:rsidP="00D31BEC">
      <w:pPr>
        <w:numPr>
          <w:ilvl w:val="0"/>
          <w:numId w:val="14"/>
        </w:numPr>
        <w:jc w:val="both"/>
        <w:rPr>
          <w:rFonts w:ascii="Calibri" w:hAnsi="Calibri" w:cs="Calibri"/>
        </w:rPr>
      </w:pPr>
      <w:r w:rsidRPr="005D61CD">
        <w:rPr>
          <w:rFonts w:ascii="Calibri" w:hAnsi="Calibri" w:cs="Calibri"/>
          <w:sz w:val="24"/>
          <w:szCs w:val="24"/>
        </w:rPr>
        <w:t xml:space="preserve">A </w:t>
      </w:r>
      <w:r w:rsidR="004B5C46" w:rsidRPr="005D61CD">
        <w:rPr>
          <w:rFonts w:ascii="Calibri" w:hAnsi="Calibri" w:cs="Calibri"/>
          <w:sz w:val="24"/>
          <w:szCs w:val="24"/>
        </w:rPr>
        <w:t>well-documented</w:t>
      </w:r>
      <w:r w:rsidRPr="005D61CD">
        <w:rPr>
          <w:rFonts w:ascii="Calibri" w:hAnsi="Calibri" w:cs="Calibri"/>
          <w:sz w:val="24"/>
          <w:szCs w:val="24"/>
        </w:rPr>
        <w:t xml:space="preserve"> </w:t>
      </w:r>
      <w:r w:rsidR="00B36815" w:rsidRPr="005D61CD">
        <w:rPr>
          <w:rFonts w:ascii="Calibri" w:hAnsi="Calibri" w:cs="Calibri"/>
          <w:sz w:val="24"/>
          <w:szCs w:val="24"/>
        </w:rPr>
        <w:t>final report</w:t>
      </w:r>
      <w:r w:rsidRPr="005D61CD">
        <w:rPr>
          <w:rFonts w:ascii="Calibri" w:hAnsi="Calibri" w:cs="Calibri"/>
          <w:sz w:val="24"/>
          <w:szCs w:val="24"/>
        </w:rPr>
        <w:t xml:space="preserve"> covering all stages from research and design to implementation and evaluation.</w:t>
      </w:r>
    </w:p>
    <w:p w14:paraId="642D3C57" w14:textId="09133062" w:rsidR="001B0A9C" w:rsidRPr="008B1018" w:rsidRDefault="001B0A9C" w:rsidP="00FB2460">
      <w:pPr>
        <w:jc w:val="both"/>
      </w:pPr>
    </w:p>
    <w:p w14:paraId="031AB08E" w14:textId="35D0A15F" w:rsidR="008B1018" w:rsidRPr="008B1018" w:rsidRDefault="008B1018" w:rsidP="00EB7ECA">
      <w:pPr>
        <w:pStyle w:val="Heading2"/>
      </w:pPr>
      <w:bookmarkStart w:id="11" w:name="_Toc197053577"/>
      <w:r w:rsidRPr="008B1018">
        <w:t>1.</w:t>
      </w:r>
      <w:r w:rsidR="005D61CD">
        <w:t>7</w:t>
      </w:r>
      <w:r w:rsidRPr="008B1018">
        <w:t xml:space="preserve"> Structure of the </w:t>
      </w:r>
      <w:r w:rsidR="004F518C">
        <w:t>report</w:t>
      </w:r>
      <w:bookmarkEnd w:id="11"/>
    </w:p>
    <w:p w14:paraId="6163E6FB" w14:textId="52356775" w:rsidR="002115C4" w:rsidRDefault="004B776F" w:rsidP="005D61CD">
      <w:pPr>
        <w:jc w:val="both"/>
        <w:rPr>
          <w:rFonts w:ascii="Calibri" w:hAnsi="Calibri" w:cs="Calibri"/>
          <w:sz w:val="24"/>
          <w:szCs w:val="24"/>
        </w:rPr>
      </w:pPr>
      <w:r w:rsidRPr="005D61CD">
        <w:rPr>
          <w:rFonts w:ascii="Calibri" w:hAnsi="Calibri" w:cs="Calibri"/>
          <w:sz w:val="24"/>
          <w:szCs w:val="24"/>
        </w:rPr>
        <w:t xml:space="preserve">This project explores the development of a voice-controlled smart lighting system, with each chapter contributing to the project’s progression from concept to evaluation. Chapter 1 </w:t>
      </w:r>
      <w:r w:rsidR="1370A3E7" w:rsidRPr="11CC6380">
        <w:rPr>
          <w:rFonts w:ascii="Calibri" w:hAnsi="Calibri" w:cs="Calibri"/>
          <w:sz w:val="24"/>
          <w:szCs w:val="24"/>
        </w:rPr>
        <w:t>introduce</w:t>
      </w:r>
      <w:r w:rsidR="778D95F6" w:rsidRPr="11CC6380">
        <w:rPr>
          <w:rFonts w:ascii="Calibri" w:hAnsi="Calibri" w:cs="Calibri"/>
          <w:sz w:val="24"/>
          <w:szCs w:val="24"/>
        </w:rPr>
        <w:t>d</w:t>
      </w:r>
      <w:r w:rsidRPr="005D61CD">
        <w:rPr>
          <w:rFonts w:ascii="Calibri" w:hAnsi="Calibri" w:cs="Calibri"/>
          <w:sz w:val="24"/>
          <w:szCs w:val="24"/>
        </w:rPr>
        <w:t xml:space="preserve"> the research, outlining the scope, aims, objectives, deliverables</w:t>
      </w:r>
      <w:r w:rsidR="000C5C21" w:rsidRPr="005D61CD">
        <w:rPr>
          <w:rFonts w:ascii="Calibri" w:hAnsi="Calibri" w:cs="Calibri"/>
          <w:sz w:val="24"/>
          <w:szCs w:val="24"/>
        </w:rPr>
        <w:t>.</w:t>
      </w:r>
      <w:r w:rsidR="009D274F" w:rsidRPr="005D61CD">
        <w:rPr>
          <w:rFonts w:ascii="Calibri" w:hAnsi="Calibri" w:cs="Calibri"/>
          <w:sz w:val="24"/>
          <w:szCs w:val="24"/>
        </w:rPr>
        <w:t xml:space="preserve"> </w:t>
      </w:r>
      <w:r w:rsidRPr="005D61CD">
        <w:rPr>
          <w:rFonts w:ascii="Calibri" w:hAnsi="Calibri" w:cs="Calibri"/>
          <w:sz w:val="24"/>
          <w:szCs w:val="24"/>
        </w:rPr>
        <w:t>Chapter 2 critically examines existing literature on speech recognition, IoT frameworks, and natural language processing, forming the theoretical foundation for the work. Chapter 3 presents the research methods</w:t>
      </w:r>
      <w:r w:rsidR="009D274F" w:rsidRPr="005D61CD">
        <w:rPr>
          <w:rFonts w:ascii="Calibri" w:hAnsi="Calibri" w:cs="Calibri"/>
          <w:sz w:val="24"/>
          <w:szCs w:val="24"/>
        </w:rPr>
        <w:t xml:space="preserve"> and methodologies</w:t>
      </w:r>
      <w:r w:rsidRPr="005D61CD">
        <w:rPr>
          <w:rFonts w:ascii="Calibri" w:hAnsi="Calibri" w:cs="Calibri"/>
          <w:sz w:val="24"/>
          <w:szCs w:val="24"/>
        </w:rPr>
        <w:t>, detailing</w:t>
      </w:r>
      <w:r w:rsidR="00F4030D" w:rsidRPr="005D61CD">
        <w:rPr>
          <w:rFonts w:ascii="Calibri" w:hAnsi="Calibri" w:cs="Calibri"/>
          <w:sz w:val="24"/>
          <w:szCs w:val="24"/>
        </w:rPr>
        <w:t xml:space="preserve"> the methodology </w:t>
      </w:r>
      <w:r w:rsidR="005D61CD" w:rsidRPr="005D61CD">
        <w:rPr>
          <w:rFonts w:ascii="Calibri" w:hAnsi="Calibri" w:cs="Calibri"/>
          <w:sz w:val="24"/>
          <w:szCs w:val="24"/>
        </w:rPr>
        <w:t>selection, dataset</w:t>
      </w:r>
      <w:r w:rsidRPr="005D61CD">
        <w:rPr>
          <w:rFonts w:ascii="Calibri" w:hAnsi="Calibri" w:cs="Calibri"/>
          <w:sz w:val="24"/>
          <w:szCs w:val="24"/>
        </w:rPr>
        <w:t xml:space="preserve"> selection, feature extraction, model design, and evaluation metrics. Chapter 4 focuses on the architectural design of the system, including component interactions and data flow. Chapter 5 covers the implementation process, documenting training, testing, and system integration. Chapter 6 evaluates the system through quantitative performance metrics and qualitative analysis, while Chapter 7 offers a </w:t>
      </w:r>
      <w:r w:rsidRPr="005D61CD">
        <w:rPr>
          <w:rFonts w:ascii="Calibri" w:hAnsi="Calibri" w:cs="Calibri"/>
          <w:sz w:val="24"/>
          <w:szCs w:val="24"/>
        </w:rPr>
        <w:lastRenderedPageBreak/>
        <w:t>concluding reflection on the project’s outcomes, future potential, and personal learning. This structured approach provides both academic rigour and practical insight, laying the groundwork for a thorough exploration of the challenges and opportunities in smart home automation.</w:t>
      </w:r>
    </w:p>
    <w:p w14:paraId="7CED4537" w14:textId="77777777" w:rsidR="005D61CD" w:rsidRDefault="005D61CD" w:rsidP="005D61CD">
      <w:pPr>
        <w:jc w:val="both"/>
        <w:rPr>
          <w:rFonts w:ascii="Calibri" w:hAnsi="Calibri" w:cs="Calibri"/>
          <w:sz w:val="24"/>
          <w:szCs w:val="24"/>
        </w:rPr>
      </w:pPr>
    </w:p>
    <w:p w14:paraId="44106699" w14:textId="77777777" w:rsidR="005D61CD" w:rsidRDefault="005D61CD" w:rsidP="005D61CD">
      <w:pPr>
        <w:jc w:val="both"/>
        <w:rPr>
          <w:rFonts w:ascii="Calibri" w:hAnsi="Calibri" w:cs="Calibri"/>
          <w:sz w:val="24"/>
          <w:szCs w:val="24"/>
        </w:rPr>
      </w:pPr>
    </w:p>
    <w:p w14:paraId="6F13480A" w14:textId="77777777" w:rsidR="005D61CD" w:rsidRDefault="005D61CD" w:rsidP="005D61CD">
      <w:pPr>
        <w:jc w:val="both"/>
        <w:rPr>
          <w:rFonts w:ascii="Calibri" w:hAnsi="Calibri" w:cs="Calibri"/>
          <w:sz w:val="24"/>
          <w:szCs w:val="24"/>
        </w:rPr>
      </w:pPr>
    </w:p>
    <w:p w14:paraId="3DBC6F57" w14:textId="77777777" w:rsidR="005D61CD" w:rsidRDefault="005D61CD" w:rsidP="005D61CD">
      <w:pPr>
        <w:jc w:val="both"/>
        <w:rPr>
          <w:rFonts w:ascii="Calibri" w:hAnsi="Calibri" w:cs="Calibri"/>
          <w:sz w:val="24"/>
          <w:szCs w:val="24"/>
        </w:rPr>
      </w:pPr>
    </w:p>
    <w:p w14:paraId="2FFB892B" w14:textId="77777777" w:rsidR="005D61CD" w:rsidRDefault="005D61CD" w:rsidP="005D61CD">
      <w:pPr>
        <w:jc w:val="both"/>
        <w:rPr>
          <w:rFonts w:ascii="Calibri" w:hAnsi="Calibri" w:cs="Calibri"/>
          <w:sz w:val="24"/>
          <w:szCs w:val="24"/>
        </w:rPr>
      </w:pPr>
    </w:p>
    <w:p w14:paraId="65A9FEC1" w14:textId="77777777" w:rsidR="005D61CD" w:rsidRDefault="005D61CD" w:rsidP="005D61CD">
      <w:pPr>
        <w:jc w:val="both"/>
        <w:rPr>
          <w:rFonts w:ascii="Calibri" w:hAnsi="Calibri" w:cs="Calibri"/>
          <w:sz w:val="24"/>
          <w:szCs w:val="24"/>
        </w:rPr>
      </w:pPr>
    </w:p>
    <w:p w14:paraId="053517CE" w14:textId="77777777" w:rsidR="005D61CD" w:rsidRDefault="005D61CD" w:rsidP="005D61CD">
      <w:pPr>
        <w:jc w:val="both"/>
        <w:rPr>
          <w:rFonts w:ascii="Calibri" w:hAnsi="Calibri" w:cs="Calibri"/>
          <w:sz w:val="24"/>
          <w:szCs w:val="24"/>
        </w:rPr>
      </w:pPr>
    </w:p>
    <w:p w14:paraId="606BA874" w14:textId="77777777" w:rsidR="005D61CD" w:rsidRDefault="005D61CD" w:rsidP="005D61CD">
      <w:pPr>
        <w:jc w:val="both"/>
        <w:rPr>
          <w:rFonts w:ascii="Calibri" w:hAnsi="Calibri" w:cs="Calibri"/>
          <w:sz w:val="24"/>
          <w:szCs w:val="24"/>
        </w:rPr>
      </w:pPr>
    </w:p>
    <w:p w14:paraId="7A731ADC" w14:textId="77777777" w:rsidR="005D61CD" w:rsidRDefault="005D61CD" w:rsidP="005D61CD">
      <w:pPr>
        <w:jc w:val="both"/>
        <w:rPr>
          <w:rFonts w:ascii="Calibri" w:hAnsi="Calibri" w:cs="Calibri"/>
          <w:sz w:val="24"/>
          <w:szCs w:val="24"/>
        </w:rPr>
      </w:pPr>
    </w:p>
    <w:p w14:paraId="515448E3" w14:textId="77777777" w:rsidR="005D61CD" w:rsidRDefault="005D61CD" w:rsidP="005D61CD">
      <w:pPr>
        <w:jc w:val="both"/>
        <w:rPr>
          <w:rFonts w:ascii="Calibri" w:hAnsi="Calibri" w:cs="Calibri"/>
          <w:sz w:val="24"/>
          <w:szCs w:val="24"/>
        </w:rPr>
      </w:pPr>
    </w:p>
    <w:p w14:paraId="3D844334" w14:textId="77777777" w:rsidR="005D61CD" w:rsidRDefault="005D61CD" w:rsidP="005D61CD">
      <w:pPr>
        <w:jc w:val="both"/>
        <w:rPr>
          <w:rFonts w:ascii="Calibri" w:hAnsi="Calibri" w:cs="Calibri"/>
          <w:sz w:val="24"/>
          <w:szCs w:val="24"/>
        </w:rPr>
      </w:pPr>
    </w:p>
    <w:p w14:paraId="73584F32" w14:textId="77777777" w:rsidR="005D61CD" w:rsidRDefault="005D61CD" w:rsidP="005D61CD">
      <w:pPr>
        <w:jc w:val="both"/>
        <w:rPr>
          <w:rFonts w:ascii="Calibri" w:hAnsi="Calibri" w:cs="Calibri"/>
          <w:sz w:val="24"/>
          <w:szCs w:val="24"/>
        </w:rPr>
      </w:pPr>
    </w:p>
    <w:p w14:paraId="2D4BF31B" w14:textId="77777777" w:rsidR="005D61CD" w:rsidRDefault="005D61CD" w:rsidP="005D61CD">
      <w:pPr>
        <w:jc w:val="both"/>
        <w:rPr>
          <w:rFonts w:ascii="Calibri" w:hAnsi="Calibri" w:cs="Calibri"/>
          <w:sz w:val="24"/>
          <w:szCs w:val="24"/>
        </w:rPr>
      </w:pPr>
    </w:p>
    <w:p w14:paraId="5EC076F9" w14:textId="77777777" w:rsidR="005D61CD" w:rsidRDefault="005D61CD" w:rsidP="005D61CD">
      <w:pPr>
        <w:jc w:val="both"/>
        <w:rPr>
          <w:rFonts w:ascii="Calibri" w:hAnsi="Calibri" w:cs="Calibri"/>
          <w:sz w:val="24"/>
          <w:szCs w:val="24"/>
        </w:rPr>
      </w:pPr>
    </w:p>
    <w:p w14:paraId="75047A90" w14:textId="77777777" w:rsidR="005D61CD" w:rsidRDefault="005D61CD" w:rsidP="005D61CD">
      <w:pPr>
        <w:jc w:val="both"/>
        <w:rPr>
          <w:rFonts w:ascii="Calibri" w:hAnsi="Calibri" w:cs="Calibri"/>
          <w:sz w:val="24"/>
          <w:szCs w:val="24"/>
        </w:rPr>
      </w:pPr>
    </w:p>
    <w:p w14:paraId="4BB4597E" w14:textId="77777777" w:rsidR="005D61CD" w:rsidRDefault="005D61CD" w:rsidP="005D61CD">
      <w:pPr>
        <w:jc w:val="both"/>
        <w:rPr>
          <w:rFonts w:ascii="Calibri" w:hAnsi="Calibri" w:cs="Calibri"/>
          <w:sz w:val="24"/>
          <w:szCs w:val="24"/>
        </w:rPr>
      </w:pPr>
    </w:p>
    <w:p w14:paraId="2920C42F" w14:textId="77777777" w:rsidR="005D61CD" w:rsidRDefault="005D61CD" w:rsidP="005D61CD">
      <w:pPr>
        <w:jc w:val="both"/>
        <w:rPr>
          <w:rFonts w:ascii="Calibri" w:hAnsi="Calibri" w:cs="Calibri"/>
          <w:sz w:val="24"/>
          <w:szCs w:val="24"/>
        </w:rPr>
      </w:pPr>
    </w:p>
    <w:p w14:paraId="18402DC4" w14:textId="77777777" w:rsidR="005D61CD" w:rsidRDefault="005D61CD" w:rsidP="005D61CD">
      <w:pPr>
        <w:jc w:val="both"/>
        <w:rPr>
          <w:rFonts w:ascii="Calibri" w:hAnsi="Calibri" w:cs="Calibri"/>
          <w:sz w:val="24"/>
          <w:szCs w:val="24"/>
        </w:rPr>
      </w:pPr>
    </w:p>
    <w:p w14:paraId="3921C814" w14:textId="77777777" w:rsidR="005D61CD" w:rsidRDefault="005D61CD" w:rsidP="005D61CD">
      <w:pPr>
        <w:jc w:val="both"/>
        <w:rPr>
          <w:rFonts w:ascii="Calibri" w:hAnsi="Calibri" w:cs="Calibri"/>
          <w:sz w:val="24"/>
          <w:szCs w:val="24"/>
        </w:rPr>
      </w:pPr>
    </w:p>
    <w:p w14:paraId="26D77FB4" w14:textId="77777777" w:rsidR="00B7716E" w:rsidRDefault="00B7716E" w:rsidP="005D61CD">
      <w:pPr>
        <w:jc w:val="both"/>
        <w:rPr>
          <w:rFonts w:ascii="Calibri" w:hAnsi="Calibri" w:cs="Calibri"/>
          <w:sz w:val="24"/>
          <w:szCs w:val="24"/>
        </w:rPr>
      </w:pPr>
    </w:p>
    <w:p w14:paraId="6836B3B9" w14:textId="77777777" w:rsidR="00B7716E" w:rsidRDefault="00B7716E" w:rsidP="005D61CD">
      <w:pPr>
        <w:jc w:val="both"/>
        <w:rPr>
          <w:rFonts w:ascii="Calibri" w:hAnsi="Calibri" w:cs="Calibri"/>
          <w:sz w:val="24"/>
          <w:szCs w:val="24"/>
        </w:rPr>
      </w:pPr>
    </w:p>
    <w:p w14:paraId="6BDD1575" w14:textId="77777777" w:rsidR="00B7716E" w:rsidRPr="00987010" w:rsidRDefault="00B7716E" w:rsidP="00B7716E">
      <w:pPr>
        <w:pStyle w:val="Heading1"/>
      </w:pPr>
      <w:bookmarkStart w:id="12" w:name="_Toc197053578"/>
      <w:r>
        <w:lastRenderedPageBreak/>
        <w:t>CHAPTER 2 RESEARCH METHODS</w:t>
      </w:r>
      <w:bookmarkEnd w:id="12"/>
    </w:p>
    <w:p w14:paraId="629AADFA" w14:textId="5909148C" w:rsidR="00B7716E" w:rsidRDefault="00D775D4" w:rsidP="00E871B0">
      <w:pPr>
        <w:jc w:val="both"/>
      </w:pPr>
      <w:r w:rsidRPr="00D775D4">
        <w:rPr>
          <w:rFonts w:ascii="Calibri" w:hAnsi="Calibri" w:cs="Calibri"/>
          <w:sz w:val="24"/>
          <w:szCs w:val="24"/>
        </w:rPr>
        <w:t>This chapter presents the research strategy and practical methods used to develop the Voice-Controlled Smart Lighting System. It introduces the Design Science Research (DSR) methodology as the guiding framework, structured around six key phases. The chapter then explains the specific techniques applied, such as dataset preparation, audio processing, model development, system simulation, and IoT integration attempts. Ethical, accessibility, and sustainability considerations are also addressed to ensure the project reflects responsible and inclusive technology design principles.</w:t>
      </w:r>
    </w:p>
    <w:p w14:paraId="631140F6" w14:textId="5C9D5B50" w:rsidR="00B7716E" w:rsidRDefault="00BC46B0" w:rsidP="00B7716E">
      <w:pPr>
        <w:pStyle w:val="Heading2"/>
      </w:pPr>
      <w:bookmarkStart w:id="13" w:name="_Toc197053579"/>
      <w:r>
        <w:t xml:space="preserve">2.1 </w:t>
      </w:r>
      <w:r w:rsidR="00B7716E">
        <w:t>Research Methodolog</w:t>
      </w:r>
      <w:r>
        <w:t>ies</w:t>
      </w:r>
      <w:r w:rsidR="00B7716E">
        <w:t xml:space="preserve"> - Design Science Research Methodology (DSR)</w:t>
      </w:r>
      <w:bookmarkEnd w:id="13"/>
    </w:p>
    <w:p w14:paraId="5824CF82" w14:textId="68930071" w:rsidR="002F5A54" w:rsidRPr="009D0F78" w:rsidRDefault="009B4A46" w:rsidP="002F5A54">
      <w:pPr>
        <w:rPr>
          <w:rFonts w:ascii="Calibri" w:hAnsi="Calibri" w:cs="Calibri"/>
          <w:sz w:val="24"/>
          <w:szCs w:val="24"/>
        </w:rPr>
      </w:pPr>
      <w:r w:rsidRPr="009B4A46">
        <w:rPr>
          <w:rFonts w:ascii="Calibri" w:hAnsi="Calibri" w:cs="Calibri"/>
          <w:sz w:val="24"/>
          <w:szCs w:val="24"/>
        </w:rPr>
        <w:t>This project adopts the Design Science Research (DSR) methodology, a well</w:t>
      </w:r>
      <w:r>
        <w:rPr>
          <w:rFonts w:ascii="Calibri" w:hAnsi="Calibri" w:cs="Calibri"/>
          <w:sz w:val="24"/>
          <w:szCs w:val="24"/>
        </w:rPr>
        <w:t>-</w:t>
      </w:r>
      <w:r w:rsidRPr="009B4A46">
        <w:rPr>
          <w:rFonts w:ascii="Calibri" w:hAnsi="Calibri" w:cs="Calibri"/>
          <w:sz w:val="24"/>
          <w:szCs w:val="24"/>
        </w:rPr>
        <w:t>established and structured framework frequently used in computing and engineering fields. DSR is designed to support the systematic development of innovative artefacts that address real-world challenges by combining practical implementation with theoretical insight. It is particularly well</w:t>
      </w:r>
      <w:r>
        <w:rPr>
          <w:rFonts w:ascii="Calibri" w:hAnsi="Calibri" w:cs="Calibri"/>
          <w:sz w:val="24"/>
          <w:szCs w:val="24"/>
        </w:rPr>
        <w:t xml:space="preserve"> </w:t>
      </w:r>
      <w:r w:rsidRPr="009B4A46">
        <w:rPr>
          <w:rFonts w:ascii="Calibri" w:hAnsi="Calibri" w:cs="Calibri"/>
          <w:sz w:val="24"/>
          <w:szCs w:val="24"/>
        </w:rPr>
        <w:t>suited for projects focused on building functional systems or prototypes, as it encourages iterative refinement, evaluation, and reflection. By balancing the creation of a tangible solution with the generation of new understanding, DSR ensures that the research contributes meaningfully to both academic knowledge and practical application</w:t>
      </w:r>
      <w:r w:rsidR="00DF5FA3">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"/>
          <w:id w:val="1469699284"/>
          <w:placeholder>
            <w:docPart w:val="3CEC3A1AB827468495E92C266D077C4C"/>
          </w:placeholder>
        </w:sdtPr>
        <w:sdtEndPr/>
        <w:sdtContent>
          <w:r w:rsidR="00F564B6" w:rsidRPr="00F564B6">
            <w:rPr>
              <w:rFonts w:ascii="Calibri" w:hAnsi="Calibri" w:cs="Calibri"/>
              <w:color w:val="000000"/>
              <w:sz w:val="24"/>
              <w:szCs w:val="24"/>
            </w:rPr>
            <w:t>(van der Merwe et al., 2017)</w:t>
          </w:r>
        </w:sdtContent>
      </w:sdt>
      <w:r w:rsidR="002F5A54" w:rsidRPr="009D0F78">
        <w:rPr>
          <w:rFonts w:ascii="Calibri" w:hAnsi="Calibri" w:cs="Calibri"/>
          <w:sz w:val="24"/>
          <w:szCs w:val="24"/>
        </w:rPr>
        <w:t>.</w:t>
      </w:r>
    </w:p>
    <w:p w14:paraId="173985D2" w14:textId="096B22D6" w:rsidR="002F5A54" w:rsidRPr="009D0F78" w:rsidRDefault="00177641" w:rsidP="002F5A54">
      <w:pPr>
        <w:jc w:val="both"/>
        <w:rPr>
          <w:rFonts w:ascii="Calibri" w:hAnsi="Calibri" w:cs="Calibri"/>
          <w:sz w:val="24"/>
          <w:szCs w:val="24"/>
        </w:rPr>
      </w:pPr>
      <w:r w:rsidRPr="00177641">
        <w:rPr>
          <w:rFonts w:ascii="Calibri" w:hAnsi="Calibri" w:cs="Calibri"/>
          <w:sz w:val="24"/>
          <w:szCs w:val="24"/>
        </w:rPr>
        <w:t>The Design Science Research (DSR) methodology generally consists of six stages which have been adapted in this project to suit the development of the voice-controlled smart lighting system. The sections below describe how each phase of the DSR framework was implemented within the context of this project</w:t>
      </w:r>
      <w:r w:rsidR="002F5A54" w:rsidRPr="009D0F78">
        <w:rPr>
          <w:rFonts w:ascii="Calibri" w:hAnsi="Calibri" w:cs="Calibri"/>
          <w:sz w:val="24"/>
          <w:szCs w:val="24"/>
        </w:rPr>
        <w:t>:</w:t>
      </w:r>
    </w:p>
    <w:p w14:paraId="14CF89BB" w14:textId="77777777" w:rsidR="002F5A54" w:rsidRPr="009D0F78" w:rsidRDefault="002F5A54" w:rsidP="002F5A54">
      <w:pPr>
        <w:pStyle w:val="ListParagraph"/>
        <w:numPr>
          <w:ilvl w:val="0"/>
          <w:numId w:val="23"/>
        </w:numPr>
        <w:spacing w:after="160" w:line="259" w:lineRule="auto"/>
        <w:rPr>
          <w:rFonts w:ascii="Calibri" w:hAnsi="Calibri" w:cs="Calibri"/>
          <w:sz w:val="24"/>
          <w:szCs w:val="24"/>
        </w:rPr>
      </w:pPr>
      <w:r w:rsidRPr="009D0F78">
        <w:rPr>
          <w:rFonts w:ascii="Calibri" w:hAnsi="Calibri" w:cs="Calibri"/>
          <w:sz w:val="24"/>
          <w:szCs w:val="24"/>
        </w:rPr>
        <w:t>Problem Identification and Motivation:</w:t>
      </w:r>
    </w:p>
    <w:p w14:paraId="78E38680" w14:textId="1E16421F" w:rsidR="002F5A54" w:rsidRPr="009D0F78" w:rsidRDefault="00505222" w:rsidP="002F5A54">
      <w:pPr>
        <w:ind w:left="709"/>
        <w:jc w:val="both"/>
        <w:rPr>
          <w:rFonts w:ascii="Calibri" w:hAnsi="Calibri" w:cs="Calibri"/>
          <w:sz w:val="24"/>
          <w:szCs w:val="24"/>
        </w:rPr>
      </w:pPr>
      <w:r w:rsidRPr="00505222">
        <w:rPr>
          <w:rFonts w:ascii="Calibri" w:hAnsi="Calibri" w:cs="Calibri"/>
          <w:sz w:val="24"/>
          <w:szCs w:val="24"/>
        </w:rPr>
        <w:t>Smart home technologies continue to advance rapidly; however, many existing voice-controlled systems face key limitations. These include insufficient personalization, dependence on cloud-based processing</w:t>
      </w:r>
      <w:r>
        <w:rPr>
          <w:rFonts w:ascii="Calibri" w:hAnsi="Calibri" w:cs="Calibri"/>
          <w:sz w:val="24"/>
          <w:szCs w:val="24"/>
        </w:rPr>
        <w:t xml:space="preserve"> </w:t>
      </w:r>
      <w:r w:rsidRPr="00505222">
        <w:rPr>
          <w:rFonts w:ascii="Calibri" w:hAnsi="Calibri" w:cs="Calibri"/>
          <w:sz w:val="24"/>
          <w:szCs w:val="24"/>
        </w:rPr>
        <w:t>which can compromise privacy and introduce latency</w:t>
      </w:r>
      <w:r>
        <w:rPr>
          <w:rFonts w:ascii="Calibri" w:hAnsi="Calibri" w:cs="Calibri"/>
          <w:sz w:val="24"/>
          <w:szCs w:val="24"/>
        </w:rPr>
        <w:t xml:space="preserve"> </w:t>
      </w:r>
      <w:r w:rsidRPr="00505222">
        <w:rPr>
          <w:rFonts w:ascii="Calibri" w:hAnsi="Calibri" w:cs="Calibri"/>
          <w:sz w:val="24"/>
          <w:szCs w:val="24"/>
        </w:rPr>
        <w:t>and unreliable performance in noisy settings. These challenges highlighted the need for a lightweight, privacy</w:t>
      </w:r>
      <w:r>
        <w:rPr>
          <w:rFonts w:ascii="Calibri" w:hAnsi="Calibri" w:cs="Calibri"/>
          <w:sz w:val="24"/>
          <w:szCs w:val="24"/>
        </w:rPr>
        <w:t xml:space="preserve"> </w:t>
      </w:r>
      <w:r w:rsidRPr="00505222">
        <w:rPr>
          <w:rFonts w:ascii="Calibri" w:hAnsi="Calibri" w:cs="Calibri"/>
          <w:sz w:val="24"/>
          <w:szCs w:val="24"/>
        </w:rPr>
        <w:t>conscious solution capable of performing offline voice command recognition for simple lighting control</w:t>
      </w:r>
      <w:r w:rsidR="002F5A54" w:rsidRPr="009D0F78">
        <w:rPr>
          <w:rFonts w:ascii="Calibri" w:hAnsi="Calibri" w:cs="Calibri"/>
          <w:sz w:val="24"/>
          <w:szCs w:val="24"/>
        </w:rPr>
        <w:t>.</w:t>
      </w:r>
    </w:p>
    <w:p w14:paraId="4BABC5D9" w14:textId="77777777" w:rsidR="002F5A54" w:rsidRPr="009D0F78" w:rsidRDefault="002F5A54" w:rsidP="002F5A54">
      <w:pPr>
        <w:pStyle w:val="ListParagraph"/>
        <w:numPr>
          <w:ilvl w:val="0"/>
          <w:numId w:val="23"/>
        </w:numPr>
        <w:spacing w:after="160" w:line="259" w:lineRule="auto"/>
        <w:jc w:val="both"/>
        <w:rPr>
          <w:rFonts w:ascii="Calibri" w:hAnsi="Calibri" w:cs="Calibri"/>
          <w:sz w:val="24"/>
          <w:szCs w:val="24"/>
        </w:rPr>
      </w:pPr>
      <w:r w:rsidRPr="009D0F78">
        <w:rPr>
          <w:rFonts w:ascii="Calibri" w:hAnsi="Calibri" w:cs="Calibri"/>
          <w:sz w:val="24"/>
          <w:szCs w:val="24"/>
        </w:rPr>
        <w:t>Define Objectives for a Solution</w:t>
      </w:r>
    </w:p>
    <w:p w14:paraId="17D1FEA9" w14:textId="344A7192" w:rsidR="002F5A54" w:rsidRPr="009D0F78" w:rsidRDefault="00BD0044" w:rsidP="002F5A54">
      <w:pPr>
        <w:ind w:left="709"/>
        <w:jc w:val="both"/>
        <w:rPr>
          <w:rFonts w:ascii="Calibri" w:hAnsi="Calibri" w:cs="Calibri"/>
          <w:sz w:val="24"/>
          <w:szCs w:val="24"/>
        </w:rPr>
      </w:pPr>
      <w:r w:rsidRPr="00BD0044">
        <w:rPr>
          <w:rFonts w:ascii="Calibri" w:hAnsi="Calibri" w:cs="Calibri"/>
          <w:sz w:val="24"/>
          <w:szCs w:val="24"/>
        </w:rPr>
        <w:t>The main goal was to create a working prototype capable of controlling smart lighting through simple voice commands</w:t>
      </w:r>
      <w:r>
        <w:rPr>
          <w:rFonts w:ascii="Calibri" w:hAnsi="Calibri" w:cs="Calibri"/>
          <w:sz w:val="24"/>
          <w:szCs w:val="24"/>
        </w:rPr>
        <w:t xml:space="preserve"> </w:t>
      </w:r>
      <w:r w:rsidRPr="00BD0044">
        <w:rPr>
          <w:rFonts w:ascii="Calibri" w:hAnsi="Calibri" w:cs="Calibri"/>
          <w:sz w:val="24"/>
          <w:szCs w:val="24"/>
        </w:rPr>
        <w:t>specifically “on” and “off”</w:t>
      </w:r>
      <w:r>
        <w:rPr>
          <w:rFonts w:ascii="Calibri" w:hAnsi="Calibri" w:cs="Calibri"/>
          <w:sz w:val="24"/>
          <w:szCs w:val="24"/>
        </w:rPr>
        <w:t xml:space="preserve"> </w:t>
      </w:r>
      <w:r w:rsidRPr="00BD0044">
        <w:rPr>
          <w:rFonts w:ascii="Calibri" w:hAnsi="Calibri" w:cs="Calibri"/>
          <w:sz w:val="24"/>
          <w:szCs w:val="24"/>
        </w:rPr>
        <w:t xml:space="preserve">while ensuring the system remains efficient, scalable, and easy to use. Core requirements included achieving high classification accuracy, robustness to background noise, a </w:t>
      </w:r>
      <w:r w:rsidRPr="00BD0044">
        <w:rPr>
          <w:rFonts w:ascii="Calibri" w:hAnsi="Calibri" w:cs="Calibri"/>
          <w:sz w:val="24"/>
          <w:szCs w:val="24"/>
        </w:rPr>
        <w:lastRenderedPageBreak/>
        <w:t>modular and extensible design, and compatibility with low</w:t>
      </w:r>
      <w:r>
        <w:rPr>
          <w:rFonts w:ascii="Calibri" w:hAnsi="Calibri" w:cs="Calibri"/>
          <w:sz w:val="24"/>
          <w:szCs w:val="24"/>
        </w:rPr>
        <w:t xml:space="preserve"> </w:t>
      </w:r>
      <w:r w:rsidRPr="00BD0044">
        <w:rPr>
          <w:rFonts w:ascii="Calibri" w:hAnsi="Calibri" w:cs="Calibri"/>
          <w:sz w:val="24"/>
          <w:szCs w:val="24"/>
        </w:rPr>
        <w:t>power hardware for real-world deployment</w:t>
      </w:r>
      <w:r w:rsidR="002F5A54" w:rsidRPr="009D0F78">
        <w:rPr>
          <w:rFonts w:ascii="Calibri" w:hAnsi="Calibri" w:cs="Calibri"/>
          <w:sz w:val="24"/>
          <w:szCs w:val="24"/>
        </w:rPr>
        <w:t>.</w:t>
      </w:r>
    </w:p>
    <w:p w14:paraId="6E23514A" w14:textId="77777777" w:rsidR="002F5A54" w:rsidRPr="009D0F78" w:rsidRDefault="002F5A54" w:rsidP="002F5A54">
      <w:pPr>
        <w:pStyle w:val="ListParagraph"/>
        <w:numPr>
          <w:ilvl w:val="0"/>
          <w:numId w:val="23"/>
        </w:numPr>
        <w:spacing w:after="160" w:line="259" w:lineRule="auto"/>
        <w:rPr>
          <w:rFonts w:ascii="Calibri" w:hAnsi="Calibri" w:cs="Calibri"/>
          <w:sz w:val="24"/>
          <w:szCs w:val="24"/>
        </w:rPr>
      </w:pPr>
      <w:r w:rsidRPr="009D0F78">
        <w:rPr>
          <w:rFonts w:ascii="Calibri" w:hAnsi="Calibri" w:cs="Calibri"/>
          <w:sz w:val="24"/>
          <w:szCs w:val="24"/>
        </w:rPr>
        <w:t>Design and Development of the Artefact</w:t>
      </w:r>
    </w:p>
    <w:p w14:paraId="5BF2710D" w14:textId="2DA2C858" w:rsidR="002F5A54" w:rsidRPr="009D0F78" w:rsidRDefault="000B0B11" w:rsidP="002F5A54">
      <w:pPr>
        <w:ind w:left="709"/>
        <w:jc w:val="both"/>
        <w:rPr>
          <w:rFonts w:ascii="Calibri" w:hAnsi="Calibri" w:cs="Calibri"/>
          <w:sz w:val="24"/>
          <w:szCs w:val="24"/>
        </w:rPr>
      </w:pPr>
      <w:r w:rsidRPr="000B0B11">
        <w:rPr>
          <w:rFonts w:ascii="Calibri" w:hAnsi="Calibri" w:cs="Calibri"/>
          <w:sz w:val="24"/>
          <w:szCs w:val="24"/>
        </w:rPr>
        <w:t xml:space="preserve">The prototype was developed in Python using the Google </w:t>
      </w:r>
      <w:proofErr w:type="spellStart"/>
      <w:r w:rsidRPr="000B0B11">
        <w:rPr>
          <w:rFonts w:ascii="Calibri" w:hAnsi="Calibri" w:cs="Calibri"/>
          <w:sz w:val="24"/>
          <w:szCs w:val="24"/>
        </w:rPr>
        <w:t>Colab</w:t>
      </w:r>
      <w:proofErr w:type="spellEnd"/>
      <w:r w:rsidRPr="000B0B11">
        <w:rPr>
          <w:rFonts w:ascii="Calibri" w:hAnsi="Calibri" w:cs="Calibri"/>
          <w:sz w:val="24"/>
          <w:szCs w:val="24"/>
        </w:rPr>
        <w:t xml:space="preserve"> environment, incorporating libraries such as TensorFlow, </w:t>
      </w:r>
      <w:proofErr w:type="spellStart"/>
      <w:r w:rsidRPr="000B0B11">
        <w:rPr>
          <w:rFonts w:ascii="Calibri" w:hAnsi="Calibri" w:cs="Calibri"/>
          <w:sz w:val="24"/>
          <w:szCs w:val="24"/>
        </w:rPr>
        <w:t>Keras</w:t>
      </w:r>
      <w:proofErr w:type="spellEnd"/>
      <w:r w:rsidRPr="000B0B11">
        <w:rPr>
          <w:rFonts w:ascii="Calibri" w:hAnsi="Calibri" w:cs="Calibri"/>
          <w:sz w:val="24"/>
          <w:szCs w:val="24"/>
        </w:rPr>
        <w:t xml:space="preserve">, </w:t>
      </w:r>
      <w:proofErr w:type="spellStart"/>
      <w:r w:rsidRPr="000B0B11">
        <w:rPr>
          <w:rFonts w:ascii="Calibri" w:hAnsi="Calibri" w:cs="Calibri"/>
          <w:sz w:val="24"/>
          <w:szCs w:val="24"/>
        </w:rPr>
        <w:t>Librosa</w:t>
      </w:r>
      <w:proofErr w:type="spellEnd"/>
      <w:r w:rsidRPr="000B0B11">
        <w:rPr>
          <w:rFonts w:ascii="Calibri" w:hAnsi="Calibri" w:cs="Calibri"/>
          <w:sz w:val="24"/>
          <w:szCs w:val="24"/>
        </w:rPr>
        <w:t xml:space="preserve">, and Scikit-learn. Voice commands from the Google Speech Commands Dataset were </w:t>
      </w:r>
      <w:r w:rsidR="00450B0F" w:rsidRPr="000B0B11">
        <w:rPr>
          <w:rFonts w:ascii="Calibri" w:hAnsi="Calibri" w:cs="Calibri"/>
          <w:sz w:val="24"/>
          <w:szCs w:val="24"/>
        </w:rPr>
        <w:t>pre-processed</w:t>
      </w:r>
      <w:r w:rsidRPr="000B0B11">
        <w:rPr>
          <w:rFonts w:ascii="Calibri" w:hAnsi="Calibri" w:cs="Calibri"/>
          <w:sz w:val="24"/>
          <w:szCs w:val="24"/>
        </w:rPr>
        <w:t xml:space="preserve"> using Mel-Frequency Cepstral Coefficients (MFCCs) to extract relevant features. A Convolutional Neural Network (CNN), enhanced with dense layers and dropout for regularization, was trained to classify the commands. The system’s architecture is designed to be flexible, allowing for future upgrades such as multiclass command recognition and integration with IoT APIs.</w:t>
      </w:r>
    </w:p>
    <w:p w14:paraId="7EE7F296" w14:textId="77777777" w:rsidR="002F5A54" w:rsidRPr="009D0F78" w:rsidRDefault="002F5A54" w:rsidP="002F5A54">
      <w:pPr>
        <w:pStyle w:val="ListParagraph"/>
        <w:numPr>
          <w:ilvl w:val="0"/>
          <w:numId w:val="23"/>
        </w:numPr>
        <w:spacing w:after="160" w:line="259" w:lineRule="auto"/>
        <w:rPr>
          <w:rFonts w:ascii="Calibri" w:hAnsi="Calibri" w:cs="Calibri"/>
          <w:sz w:val="24"/>
          <w:szCs w:val="24"/>
        </w:rPr>
      </w:pPr>
      <w:r w:rsidRPr="009D0F78">
        <w:rPr>
          <w:rFonts w:ascii="Calibri" w:hAnsi="Calibri" w:cs="Calibri"/>
          <w:sz w:val="24"/>
          <w:szCs w:val="24"/>
        </w:rPr>
        <w:t>Demonstration</w:t>
      </w:r>
    </w:p>
    <w:p w14:paraId="23524FCB" w14:textId="14BE4748" w:rsidR="002F5A54" w:rsidRPr="009D0F78" w:rsidRDefault="00450B0F" w:rsidP="002F5A54">
      <w:pPr>
        <w:ind w:left="709"/>
        <w:jc w:val="both"/>
        <w:rPr>
          <w:rFonts w:ascii="Calibri" w:hAnsi="Calibri" w:cs="Calibri"/>
          <w:sz w:val="24"/>
          <w:szCs w:val="24"/>
        </w:rPr>
      </w:pPr>
      <w:r w:rsidRPr="00450B0F">
        <w:rPr>
          <w:rFonts w:ascii="Calibri" w:hAnsi="Calibri" w:cs="Calibri"/>
          <w:sz w:val="24"/>
          <w:szCs w:val="24"/>
        </w:rPr>
        <w:t xml:space="preserve">While full physical integration with a TP-Link Kasa smart bulb was not possible due to networking limitations within the </w:t>
      </w:r>
      <w:proofErr w:type="spellStart"/>
      <w:r w:rsidRPr="00450B0F">
        <w:rPr>
          <w:rFonts w:ascii="Calibri" w:hAnsi="Calibri" w:cs="Calibri"/>
          <w:sz w:val="24"/>
          <w:szCs w:val="24"/>
        </w:rPr>
        <w:t>Colab</w:t>
      </w:r>
      <w:proofErr w:type="spellEnd"/>
      <w:r w:rsidRPr="00450B0F">
        <w:rPr>
          <w:rFonts w:ascii="Calibri" w:hAnsi="Calibri" w:cs="Calibri"/>
          <w:sz w:val="24"/>
          <w:szCs w:val="24"/>
        </w:rPr>
        <w:t xml:space="preserve"> environment, the system was effectively demonstrated using simulated lighting control. The end-to-end pipeline</w:t>
      </w:r>
      <w:r>
        <w:rPr>
          <w:rFonts w:ascii="Calibri" w:hAnsi="Calibri" w:cs="Calibri"/>
          <w:sz w:val="24"/>
          <w:szCs w:val="24"/>
        </w:rPr>
        <w:t xml:space="preserve"> </w:t>
      </w:r>
      <w:r w:rsidRPr="00450B0F">
        <w:rPr>
          <w:rFonts w:ascii="Calibri" w:hAnsi="Calibri" w:cs="Calibri"/>
          <w:sz w:val="24"/>
          <w:szCs w:val="24"/>
        </w:rPr>
        <w:t>from audio input to prediction and simulated command execution</w:t>
      </w:r>
      <w:r>
        <w:rPr>
          <w:rFonts w:ascii="Calibri" w:hAnsi="Calibri" w:cs="Calibri"/>
          <w:sz w:val="24"/>
          <w:szCs w:val="24"/>
        </w:rPr>
        <w:t xml:space="preserve"> </w:t>
      </w:r>
      <w:r w:rsidRPr="00450B0F">
        <w:rPr>
          <w:rFonts w:ascii="Calibri" w:hAnsi="Calibri" w:cs="Calibri"/>
          <w:sz w:val="24"/>
          <w:szCs w:val="24"/>
        </w:rPr>
        <w:t xml:space="preserve">functioned successfully and was validated in </w:t>
      </w:r>
      <w:proofErr w:type="spellStart"/>
      <w:r w:rsidRPr="00450B0F">
        <w:rPr>
          <w:rFonts w:ascii="Calibri" w:hAnsi="Calibri" w:cs="Calibri"/>
          <w:sz w:val="24"/>
          <w:szCs w:val="24"/>
        </w:rPr>
        <w:t>Colab</w:t>
      </w:r>
      <w:proofErr w:type="spellEnd"/>
      <w:r w:rsidRPr="00450B0F">
        <w:rPr>
          <w:rFonts w:ascii="Calibri" w:hAnsi="Calibri" w:cs="Calibri"/>
          <w:sz w:val="24"/>
          <w:szCs w:val="24"/>
        </w:rPr>
        <w:t>. Additionally, local testing scripts were developed to support future hardware deployment</w:t>
      </w:r>
      <w:r w:rsidR="002F5A54" w:rsidRPr="009D0F78">
        <w:rPr>
          <w:rFonts w:ascii="Calibri" w:hAnsi="Calibri" w:cs="Calibri"/>
          <w:sz w:val="24"/>
          <w:szCs w:val="24"/>
        </w:rPr>
        <w:t>.</w:t>
      </w:r>
    </w:p>
    <w:p w14:paraId="27CBD66B" w14:textId="77777777" w:rsidR="002F5A54" w:rsidRPr="009D0F78" w:rsidRDefault="002F5A54" w:rsidP="002F5A54">
      <w:pPr>
        <w:pStyle w:val="ListParagraph"/>
        <w:numPr>
          <w:ilvl w:val="0"/>
          <w:numId w:val="23"/>
        </w:numPr>
        <w:spacing w:after="160" w:line="259" w:lineRule="auto"/>
        <w:rPr>
          <w:rFonts w:ascii="Calibri" w:hAnsi="Calibri" w:cs="Calibri"/>
          <w:sz w:val="24"/>
          <w:szCs w:val="24"/>
        </w:rPr>
      </w:pPr>
      <w:r w:rsidRPr="009D0F78">
        <w:rPr>
          <w:rFonts w:ascii="Calibri" w:hAnsi="Calibri" w:cs="Calibri"/>
          <w:sz w:val="24"/>
          <w:szCs w:val="24"/>
        </w:rPr>
        <w:t>Evaluation</w:t>
      </w:r>
    </w:p>
    <w:p w14:paraId="51ED9F23" w14:textId="6DB9FC9E" w:rsidR="002F5A54" w:rsidRPr="009D0F78" w:rsidRDefault="00184C40" w:rsidP="002F5A54">
      <w:pPr>
        <w:ind w:left="709"/>
        <w:jc w:val="both"/>
        <w:rPr>
          <w:rFonts w:ascii="Calibri" w:hAnsi="Calibri" w:cs="Calibri"/>
          <w:sz w:val="24"/>
          <w:szCs w:val="24"/>
        </w:rPr>
      </w:pPr>
      <w:r w:rsidRPr="00184C40">
        <w:rPr>
          <w:rFonts w:ascii="Calibri" w:hAnsi="Calibri" w:cs="Calibri"/>
          <w:sz w:val="24"/>
          <w:szCs w:val="24"/>
        </w:rPr>
        <w:t>Quantitative evaluation involved measuring classification accuracy (85%), analysing confusion matrices, and reviewing loss and accuracy curves. The model was tested in both clean and noisy audio environments to assess robustness. Additional evaluation covered preprocessing effectiveness, system responsiveness, and simulation performance. Qualitative feedback was obtained through internal testing of user interaction and overall usability</w:t>
      </w:r>
      <w:r w:rsidR="002F5A54" w:rsidRPr="009D0F78">
        <w:rPr>
          <w:rFonts w:ascii="Calibri" w:hAnsi="Calibri" w:cs="Calibri"/>
          <w:sz w:val="24"/>
          <w:szCs w:val="24"/>
        </w:rPr>
        <w:t>.</w:t>
      </w:r>
    </w:p>
    <w:p w14:paraId="23FEDA82" w14:textId="77777777" w:rsidR="002F5A54" w:rsidRPr="009D0F78" w:rsidRDefault="002F5A54" w:rsidP="002F5A54">
      <w:pPr>
        <w:pStyle w:val="ListParagraph"/>
        <w:numPr>
          <w:ilvl w:val="0"/>
          <w:numId w:val="23"/>
        </w:numPr>
        <w:spacing w:after="160" w:line="259" w:lineRule="auto"/>
        <w:rPr>
          <w:rFonts w:ascii="Calibri" w:hAnsi="Calibri" w:cs="Calibri"/>
          <w:sz w:val="24"/>
          <w:szCs w:val="24"/>
        </w:rPr>
      </w:pPr>
      <w:r w:rsidRPr="009D0F78">
        <w:rPr>
          <w:rFonts w:ascii="Calibri" w:hAnsi="Calibri" w:cs="Calibri"/>
          <w:sz w:val="24"/>
          <w:szCs w:val="24"/>
        </w:rPr>
        <w:t>Communication of Findings</w:t>
      </w:r>
    </w:p>
    <w:p w14:paraId="03116A13" w14:textId="6CB1A144" w:rsidR="002F5A54" w:rsidRPr="009D0F78" w:rsidRDefault="001B04DE" w:rsidP="002F5A54">
      <w:pPr>
        <w:ind w:left="709"/>
        <w:jc w:val="both"/>
        <w:rPr>
          <w:rFonts w:ascii="Calibri" w:hAnsi="Calibri" w:cs="Calibri"/>
          <w:sz w:val="24"/>
          <w:szCs w:val="24"/>
        </w:rPr>
      </w:pPr>
      <w:r w:rsidRPr="001B04DE">
        <w:rPr>
          <w:rFonts w:ascii="Calibri" w:hAnsi="Calibri" w:cs="Calibri"/>
          <w:sz w:val="24"/>
          <w:szCs w:val="24"/>
        </w:rPr>
        <w:t>This report documents all stages of development, along with results and key lessons learned, including design diagrams, performance evaluations, and acknowledged limitations. It also highlights potential areas for future enhancement, such as implementing real-time streaming, enabling multilingual voice recognition, and achieving complete IoT integration</w:t>
      </w:r>
      <w:r w:rsidR="002F5A54" w:rsidRPr="009D0F78">
        <w:rPr>
          <w:rFonts w:ascii="Calibri" w:hAnsi="Calibri" w:cs="Calibri"/>
          <w:sz w:val="24"/>
          <w:szCs w:val="24"/>
        </w:rPr>
        <w:t>.</w:t>
      </w:r>
    </w:p>
    <w:p w14:paraId="4E1EFAE5" w14:textId="110E72A3" w:rsidR="002F5A54" w:rsidRPr="009D0F78" w:rsidRDefault="00B0227C" w:rsidP="002F5A54">
      <w:pPr>
        <w:jc w:val="both"/>
        <w:rPr>
          <w:rFonts w:ascii="Calibri" w:hAnsi="Calibri" w:cs="Calibri"/>
          <w:sz w:val="24"/>
          <w:szCs w:val="24"/>
        </w:rPr>
      </w:pPr>
      <w:r w:rsidRPr="00B0227C">
        <w:rPr>
          <w:rFonts w:ascii="Calibri" w:hAnsi="Calibri" w:cs="Calibri"/>
          <w:sz w:val="24"/>
          <w:szCs w:val="24"/>
        </w:rPr>
        <w:t xml:space="preserve">Applying the Design Science Research (DSR) methodology provided a structured yet adaptable framework, allowing the project to accommodate technical adjustments </w:t>
      </w:r>
      <w:r w:rsidRPr="00B0227C">
        <w:rPr>
          <w:rFonts w:ascii="Calibri" w:hAnsi="Calibri" w:cs="Calibri"/>
          <w:sz w:val="24"/>
          <w:szCs w:val="24"/>
        </w:rPr>
        <w:lastRenderedPageBreak/>
        <w:t>without losing sight of its core research objectives. This approach supported an iterative, test</w:t>
      </w:r>
      <w:r>
        <w:rPr>
          <w:rFonts w:ascii="Calibri" w:hAnsi="Calibri" w:cs="Calibri"/>
          <w:sz w:val="24"/>
          <w:szCs w:val="24"/>
        </w:rPr>
        <w:t>-driven</w:t>
      </w:r>
      <w:r w:rsidRPr="00B0227C">
        <w:rPr>
          <w:rFonts w:ascii="Calibri" w:hAnsi="Calibri" w:cs="Calibri"/>
          <w:sz w:val="24"/>
          <w:szCs w:val="24"/>
        </w:rPr>
        <w:t xml:space="preserve"> development process that effectively balanced academic rigor with practical implementation needs</w:t>
      </w:r>
      <w:r w:rsidR="002F5A54" w:rsidRPr="009D0F78">
        <w:rPr>
          <w:rFonts w:ascii="Calibri" w:hAnsi="Calibri" w:cs="Calibri"/>
          <w:sz w:val="24"/>
          <w:szCs w:val="24"/>
        </w:rPr>
        <w:t>.</w:t>
      </w:r>
    </w:p>
    <w:p w14:paraId="720F82F5" w14:textId="77777777" w:rsidR="00B7716E" w:rsidRPr="00987010" w:rsidRDefault="00B7716E" w:rsidP="00B7716E">
      <w:r>
        <w:rPr>
          <w:noProof/>
        </w:rPr>
        <w:drawing>
          <wp:inline distT="0" distB="0" distL="0" distR="0" wp14:anchorId="43C6A3BC" wp14:editId="3684386B">
            <wp:extent cx="5486400" cy="5491480"/>
            <wp:effectExtent l="0" t="0" r="0" b="0"/>
            <wp:docPr id="1415359497" name="Picture 10" descr="A diagram of a science research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59497" name="Picture 10" descr="A diagram of a science research metho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91480"/>
                    </a:xfrm>
                    <a:prstGeom prst="rect">
                      <a:avLst/>
                    </a:prstGeom>
                    <a:noFill/>
                    <a:ln>
                      <a:noFill/>
                    </a:ln>
                  </pic:spPr>
                </pic:pic>
              </a:graphicData>
            </a:graphic>
          </wp:inline>
        </w:drawing>
      </w:r>
    </w:p>
    <w:p w14:paraId="7C5A5023" w14:textId="77777777" w:rsidR="004D610C" w:rsidRPr="009D0F78" w:rsidRDefault="004D610C" w:rsidP="004D610C">
      <w:pPr>
        <w:pStyle w:val="Heading2"/>
        <w:rPr>
          <w:rFonts w:ascii="Calibri" w:hAnsi="Calibri" w:cs="Calibri"/>
        </w:rPr>
      </w:pPr>
      <w:bookmarkStart w:id="14" w:name="_Toc197053580"/>
      <w:r w:rsidRPr="009D0F78">
        <w:rPr>
          <w:rFonts w:ascii="Calibri" w:hAnsi="Calibri" w:cs="Calibri"/>
        </w:rPr>
        <w:t>2.2 Research Methods</w:t>
      </w:r>
      <w:bookmarkEnd w:id="14"/>
    </w:p>
    <w:p w14:paraId="2FC13C56" w14:textId="65294D23" w:rsidR="004D610C" w:rsidRPr="009D0F78" w:rsidRDefault="001577C0" w:rsidP="004D610C">
      <w:pPr>
        <w:jc w:val="both"/>
        <w:rPr>
          <w:rFonts w:ascii="Calibri" w:hAnsi="Calibri" w:cs="Calibri"/>
          <w:sz w:val="24"/>
          <w:szCs w:val="24"/>
        </w:rPr>
      </w:pPr>
      <w:r w:rsidRPr="001577C0">
        <w:rPr>
          <w:rFonts w:ascii="Calibri" w:hAnsi="Calibri" w:cs="Calibri"/>
          <w:sz w:val="24"/>
          <w:szCs w:val="24"/>
        </w:rPr>
        <w:t>This section details the tools, datasets, and implementation strategies employed in building the voice-controlled smart lighting system, all structured in accordance with the Design Science Research (DSR) methodology</w:t>
      </w:r>
      <w:r w:rsidR="004D610C" w:rsidRPr="009D0F78">
        <w:rPr>
          <w:rFonts w:ascii="Calibri" w:hAnsi="Calibri" w:cs="Calibri"/>
          <w:sz w:val="24"/>
          <w:szCs w:val="24"/>
        </w:rPr>
        <w:t>.</w:t>
      </w:r>
    </w:p>
    <w:p w14:paraId="1B1B5D58" w14:textId="77777777" w:rsidR="00C8692C" w:rsidRPr="009D0F78" w:rsidRDefault="00C8692C" w:rsidP="00C8692C">
      <w:pPr>
        <w:pStyle w:val="Heading3"/>
        <w:rPr>
          <w:rFonts w:ascii="Calibri" w:hAnsi="Calibri" w:cs="Calibri"/>
        </w:rPr>
      </w:pPr>
      <w:bookmarkStart w:id="15" w:name="_Toc197053581"/>
      <w:r w:rsidRPr="009D0F78">
        <w:rPr>
          <w:rFonts w:ascii="Calibri" w:hAnsi="Calibri" w:cs="Calibri"/>
        </w:rPr>
        <w:t>2.2.1 Dataset Acquisition</w:t>
      </w:r>
      <w:bookmarkEnd w:id="15"/>
    </w:p>
    <w:p w14:paraId="1211575A" w14:textId="67D0B8DA" w:rsidR="0076610F" w:rsidRPr="00783857" w:rsidRDefault="00FB02FE" w:rsidP="00B7716E">
      <w:pPr>
        <w:jc w:val="both"/>
        <w:rPr>
          <w:rFonts w:asciiTheme="majorHAnsi" w:hAnsiTheme="majorHAnsi" w:cstheme="majorHAnsi"/>
          <w:sz w:val="24"/>
          <w:szCs w:val="24"/>
        </w:rPr>
      </w:pPr>
      <w:r w:rsidRPr="00783857">
        <w:rPr>
          <w:rFonts w:asciiTheme="majorHAnsi" w:hAnsiTheme="majorHAnsi" w:cstheme="majorHAnsi"/>
          <w:sz w:val="24"/>
          <w:szCs w:val="24"/>
        </w:rPr>
        <w:t xml:space="preserve">The dataset used was the Google Speech Commands Dataset, containing thousands of one-second audio clips of spoken words like “on” and “off.” It was downloaded and stored </w:t>
      </w:r>
      <w:r w:rsidRPr="00783857">
        <w:rPr>
          <w:rFonts w:asciiTheme="majorHAnsi" w:hAnsiTheme="majorHAnsi" w:cstheme="majorHAnsi"/>
          <w:sz w:val="24"/>
          <w:szCs w:val="24"/>
        </w:rPr>
        <w:lastRenderedPageBreak/>
        <w:t>in Google Drive for accessibility. This dataset enabled voice command classification and provided a reliable foundation for training and validating the speech recognition model</w:t>
      </w:r>
      <w:r w:rsidR="00AB3FD7">
        <w:rPr>
          <w:rFonts w:asciiTheme="majorHAnsi" w:hAnsiTheme="majorHAnsi" w:cstheme="majorHAnsi"/>
          <w:sz w:val="24"/>
          <w:szCs w:val="24"/>
        </w:rPr>
        <w:t>.</w:t>
      </w:r>
    </w:p>
    <w:p w14:paraId="3E50CD1F" w14:textId="77777777" w:rsidR="0076610F" w:rsidRPr="009D0F78" w:rsidRDefault="0076610F" w:rsidP="0076610F">
      <w:pPr>
        <w:pStyle w:val="Heading3"/>
        <w:rPr>
          <w:rFonts w:ascii="Calibri" w:hAnsi="Calibri" w:cs="Calibri"/>
        </w:rPr>
      </w:pPr>
      <w:bookmarkStart w:id="16" w:name="_Toc197053582"/>
      <w:r w:rsidRPr="009D0F78">
        <w:rPr>
          <w:rFonts w:ascii="Calibri" w:hAnsi="Calibri" w:cs="Calibri"/>
        </w:rPr>
        <w:t>2.2.2 Dataset Preparation and Preprocessing</w:t>
      </w:r>
      <w:bookmarkEnd w:id="16"/>
    </w:p>
    <w:p w14:paraId="3CD9E54B" w14:textId="08204B72" w:rsidR="0076610F" w:rsidRPr="009D0F78" w:rsidRDefault="00422CC0" w:rsidP="0076610F">
      <w:pPr>
        <w:jc w:val="both"/>
        <w:rPr>
          <w:rFonts w:ascii="Calibri" w:hAnsi="Calibri" w:cs="Calibri"/>
          <w:sz w:val="24"/>
          <w:szCs w:val="24"/>
        </w:rPr>
      </w:pPr>
      <w:r w:rsidRPr="00422CC0">
        <w:rPr>
          <w:rFonts w:ascii="Calibri" w:hAnsi="Calibri" w:cs="Calibri"/>
          <w:sz w:val="24"/>
          <w:szCs w:val="24"/>
        </w:rPr>
        <w:t>The system was developed using the Google Speech Commands Dataset, which comprises thousands of one-second audio recordings of frequently used English words. For this project, only two target classes</w:t>
      </w:r>
      <w:r>
        <w:rPr>
          <w:rFonts w:ascii="Calibri" w:hAnsi="Calibri" w:cs="Calibri"/>
          <w:sz w:val="24"/>
          <w:szCs w:val="24"/>
        </w:rPr>
        <w:t xml:space="preserve"> </w:t>
      </w:r>
      <w:r w:rsidRPr="00422CC0">
        <w:rPr>
          <w:rFonts w:ascii="Calibri" w:hAnsi="Calibri" w:cs="Calibri"/>
          <w:sz w:val="24"/>
          <w:szCs w:val="24"/>
        </w:rPr>
        <w:t>“on” and “off”</w:t>
      </w:r>
      <w:r>
        <w:rPr>
          <w:rFonts w:ascii="Calibri" w:hAnsi="Calibri" w:cs="Calibri"/>
          <w:sz w:val="24"/>
          <w:szCs w:val="24"/>
        </w:rPr>
        <w:t xml:space="preserve"> </w:t>
      </w:r>
      <w:r w:rsidRPr="00422CC0">
        <w:rPr>
          <w:rFonts w:ascii="Calibri" w:hAnsi="Calibri" w:cs="Calibri"/>
          <w:sz w:val="24"/>
          <w:szCs w:val="24"/>
        </w:rPr>
        <w:t>were selected to enable a focused investigation into binary speech classification specifically tailored to smart lighting control.</w:t>
      </w:r>
    </w:p>
    <w:p w14:paraId="0E3E4F95" w14:textId="77777777" w:rsidR="0076610F" w:rsidRPr="009D0F78" w:rsidRDefault="0076610F" w:rsidP="0076610F">
      <w:pPr>
        <w:jc w:val="both"/>
        <w:rPr>
          <w:rFonts w:ascii="Calibri" w:hAnsi="Calibri" w:cs="Calibri"/>
          <w:sz w:val="24"/>
          <w:szCs w:val="24"/>
        </w:rPr>
      </w:pPr>
      <w:r w:rsidRPr="009D0F78">
        <w:rPr>
          <w:rFonts w:ascii="Calibri" w:hAnsi="Calibri" w:cs="Calibri"/>
          <w:sz w:val="24"/>
          <w:szCs w:val="24"/>
        </w:rPr>
        <w:t>Audio files were:</w:t>
      </w:r>
    </w:p>
    <w:p w14:paraId="077FB8BC" w14:textId="77777777" w:rsidR="0076610F" w:rsidRPr="009D0F78" w:rsidRDefault="0076610F" w:rsidP="0076610F">
      <w:pPr>
        <w:pStyle w:val="ListParagraph"/>
        <w:numPr>
          <w:ilvl w:val="0"/>
          <w:numId w:val="23"/>
        </w:numPr>
        <w:spacing w:after="160" w:line="259" w:lineRule="auto"/>
        <w:jc w:val="both"/>
        <w:rPr>
          <w:rFonts w:ascii="Calibri" w:hAnsi="Calibri" w:cs="Calibri"/>
          <w:sz w:val="24"/>
          <w:szCs w:val="24"/>
        </w:rPr>
      </w:pPr>
      <w:r w:rsidRPr="009D0F78">
        <w:rPr>
          <w:rFonts w:ascii="Calibri" w:hAnsi="Calibri" w:cs="Calibri"/>
          <w:sz w:val="24"/>
          <w:szCs w:val="24"/>
        </w:rPr>
        <w:t>Resampled to a uniform rate (16,000 Hz).</w:t>
      </w:r>
    </w:p>
    <w:p w14:paraId="49DEC137" w14:textId="77777777" w:rsidR="0076610F" w:rsidRPr="009D0F78" w:rsidRDefault="0076610F" w:rsidP="0076610F">
      <w:pPr>
        <w:pStyle w:val="ListParagraph"/>
        <w:numPr>
          <w:ilvl w:val="0"/>
          <w:numId w:val="23"/>
        </w:numPr>
        <w:spacing w:after="160" w:line="259" w:lineRule="auto"/>
        <w:jc w:val="both"/>
        <w:rPr>
          <w:rFonts w:ascii="Calibri" w:hAnsi="Calibri" w:cs="Calibri"/>
          <w:sz w:val="24"/>
          <w:szCs w:val="24"/>
        </w:rPr>
      </w:pPr>
      <w:r w:rsidRPr="009D0F78">
        <w:rPr>
          <w:rFonts w:ascii="Calibri" w:hAnsi="Calibri" w:cs="Calibri"/>
          <w:sz w:val="24"/>
          <w:szCs w:val="24"/>
        </w:rPr>
        <w:t>Trimmed or padded to exactly one second.</w:t>
      </w:r>
    </w:p>
    <w:p w14:paraId="01A72850" w14:textId="77777777" w:rsidR="0076610F" w:rsidRPr="009D0F78" w:rsidRDefault="0076610F" w:rsidP="0076610F">
      <w:pPr>
        <w:pStyle w:val="ListParagraph"/>
        <w:numPr>
          <w:ilvl w:val="0"/>
          <w:numId w:val="23"/>
        </w:numPr>
        <w:spacing w:after="160" w:line="259" w:lineRule="auto"/>
        <w:jc w:val="both"/>
        <w:rPr>
          <w:rFonts w:ascii="Calibri" w:hAnsi="Calibri" w:cs="Calibri"/>
          <w:sz w:val="24"/>
          <w:szCs w:val="24"/>
        </w:rPr>
      </w:pPr>
      <w:r w:rsidRPr="009D0F78">
        <w:rPr>
          <w:rFonts w:ascii="Calibri" w:hAnsi="Calibri" w:cs="Calibri"/>
          <w:sz w:val="24"/>
          <w:szCs w:val="24"/>
        </w:rPr>
        <w:t>Normalized for volume consistency.</w:t>
      </w:r>
    </w:p>
    <w:p w14:paraId="04C22390" w14:textId="77777777" w:rsidR="0076610F" w:rsidRPr="009D0F78" w:rsidRDefault="0076610F" w:rsidP="0076610F">
      <w:pPr>
        <w:pStyle w:val="ListParagraph"/>
        <w:numPr>
          <w:ilvl w:val="0"/>
          <w:numId w:val="23"/>
        </w:numPr>
        <w:spacing w:after="160" w:line="259" w:lineRule="auto"/>
        <w:jc w:val="both"/>
        <w:rPr>
          <w:rFonts w:ascii="Calibri" w:hAnsi="Calibri" w:cs="Calibri"/>
          <w:sz w:val="24"/>
          <w:szCs w:val="24"/>
        </w:rPr>
      </w:pPr>
      <w:r w:rsidRPr="009D0F78">
        <w:rPr>
          <w:rFonts w:ascii="Calibri" w:hAnsi="Calibri" w:cs="Calibri"/>
          <w:sz w:val="24"/>
          <w:szCs w:val="24"/>
        </w:rPr>
        <w:t xml:space="preserve">Converted into MFCCs using the </w:t>
      </w:r>
      <w:proofErr w:type="spellStart"/>
      <w:r w:rsidRPr="009D0F78">
        <w:rPr>
          <w:rFonts w:ascii="Calibri" w:hAnsi="Calibri" w:cs="Calibri"/>
          <w:sz w:val="24"/>
          <w:szCs w:val="24"/>
        </w:rPr>
        <w:t>Librosa</w:t>
      </w:r>
      <w:proofErr w:type="spellEnd"/>
      <w:r w:rsidRPr="009D0F78">
        <w:rPr>
          <w:rFonts w:ascii="Calibri" w:hAnsi="Calibri" w:cs="Calibri"/>
          <w:sz w:val="24"/>
          <w:szCs w:val="24"/>
        </w:rPr>
        <w:t xml:space="preserve"> library.</w:t>
      </w:r>
    </w:p>
    <w:p w14:paraId="26DAFC05" w14:textId="1FFC03A9" w:rsidR="0076610F" w:rsidRPr="009D0F78" w:rsidRDefault="00397F1F" w:rsidP="0076610F">
      <w:pPr>
        <w:jc w:val="both"/>
        <w:rPr>
          <w:rFonts w:ascii="Calibri" w:hAnsi="Calibri" w:cs="Calibri"/>
          <w:sz w:val="24"/>
          <w:szCs w:val="24"/>
        </w:rPr>
      </w:pPr>
      <w:r w:rsidRPr="00397F1F">
        <w:rPr>
          <w:rFonts w:ascii="Calibri" w:hAnsi="Calibri" w:cs="Calibri"/>
          <w:sz w:val="24"/>
          <w:szCs w:val="24"/>
        </w:rPr>
        <w:t>To enhance model robustness, synthetic noise was introduced into select training samples. Any corrupted or invalid files were removed from the dataset. MFCC features were extracted and saved as NumPy arrays, while all labels were one-hot encoded to ensure compatibility with the classification model</w:t>
      </w:r>
      <w:r w:rsidR="0076610F" w:rsidRPr="009D0F78">
        <w:rPr>
          <w:rFonts w:ascii="Calibri" w:hAnsi="Calibri" w:cs="Calibri"/>
          <w:sz w:val="24"/>
          <w:szCs w:val="24"/>
        </w:rPr>
        <w:t>.</w:t>
      </w:r>
    </w:p>
    <w:p w14:paraId="39098CDA" w14:textId="77777777" w:rsidR="004050C7" w:rsidRPr="009D0F78" w:rsidRDefault="004050C7" w:rsidP="004050C7">
      <w:pPr>
        <w:pStyle w:val="Heading3"/>
        <w:rPr>
          <w:rFonts w:ascii="Calibri" w:hAnsi="Calibri" w:cs="Calibri"/>
        </w:rPr>
      </w:pPr>
      <w:bookmarkStart w:id="17" w:name="_Toc197053583"/>
      <w:r w:rsidRPr="009D0F78">
        <w:rPr>
          <w:rFonts w:ascii="Calibri" w:hAnsi="Calibri" w:cs="Calibri"/>
        </w:rPr>
        <w:t>2.2.3 Model Architecture and Training</w:t>
      </w:r>
      <w:bookmarkEnd w:id="17"/>
    </w:p>
    <w:p w14:paraId="3E6D5A97" w14:textId="77777777" w:rsidR="004050C7" w:rsidRPr="009D0F78" w:rsidRDefault="004050C7" w:rsidP="004050C7">
      <w:pPr>
        <w:jc w:val="both"/>
        <w:rPr>
          <w:rFonts w:ascii="Calibri" w:hAnsi="Calibri" w:cs="Calibri"/>
          <w:sz w:val="24"/>
          <w:szCs w:val="24"/>
        </w:rPr>
      </w:pPr>
      <w:r w:rsidRPr="009D0F78">
        <w:rPr>
          <w:rFonts w:ascii="Calibri" w:hAnsi="Calibri" w:cs="Calibri"/>
          <w:sz w:val="24"/>
          <w:szCs w:val="24"/>
        </w:rPr>
        <w:t xml:space="preserve">The classification model was implemented using TensorFlow and </w:t>
      </w:r>
      <w:proofErr w:type="spellStart"/>
      <w:r w:rsidRPr="009D0F78">
        <w:rPr>
          <w:rFonts w:ascii="Calibri" w:hAnsi="Calibri" w:cs="Calibri"/>
          <w:sz w:val="24"/>
          <w:szCs w:val="24"/>
        </w:rPr>
        <w:t>Keras</w:t>
      </w:r>
      <w:proofErr w:type="spellEnd"/>
      <w:r w:rsidRPr="009D0F78">
        <w:rPr>
          <w:rFonts w:ascii="Calibri" w:hAnsi="Calibri" w:cs="Calibri"/>
          <w:sz w:val="24"/>
          <w:szCs w:val="24"/>
        </w:rPr>
        <w:t>. Its architecture included:</w:t>
      </w:r>
    </w:p>
    <w:p w14:paraId="04393311" w14:textId="77777777" w:rsidR="004050C7" w:rsidRPr="009D0F78" w:rsidRDefault="004050C7" w:rsidP="004050C7">
      <w:pPr>
        <w:pStyle w:val="ListParagraph"/>
        <w:numPr>
          <w:ilvl w:val="0"/>
          <w:numId w:val="24"/>
        </w:numPr>
        <w:spacing w:after="160" w:line="259" w:lineRule="auto"/>
        <w:jc w:val="both"/>
        <w:rPr>
          <w:rFonts w:ascii="Calibri" w:hAnsi="Calibri" w:cs="Calibri"/>
          <w:sz w:val="24"/>
          <w:szCs w:val="24"/>
        </w:rPr>
      </w:pPr>
      <w:r w:rsidRPr="009D0F78">
        <w:rPr>
          <w:rFonts w:ascii="Calibri" w:hAnsi="Calibri" w:cs="Calibri"/>
          <w:sz w:val="24"/>
          <w:szCs w:val="24"/>
        </w:rPr>
        <w:t>Multiple convolutional layers for extracting spatial features.</w:t>
      </w:r>
    </w:p>
    <w:p w14:paraId="2168CF58" w14:textId="77777777" w:rsidR="004050C7" w:rsidRPr="009D0F78" w:rsidRDefault="004050C7" w:rsidP="004050C7">
      <w:pPr>
        <w:pStyle w:val="ListParagraph"/>
        <w:numPr>
          <w:ilvl w:val="0"/>
          <w:numId w:val="24"/>
        </w:numPr>
        <w:spacing w:after="160" w:line="259" w:lineRule="auto"/>
        <w:jc w:val="both"/>
        <w:rPr>
          <w:rFonts w:ascii="Calibri" w:hAnsi="Calibri" w:cs="Calibri"/>
          <w:sz w:val="24"/>
          <w:szCs w:val="24"/>
        </w:rPr>
      </w:pPr>
      <w:r w:rsidRPr="009D0F78">
        <w:rPr>
          <w:rFonts w:ascii="Calibri" w:hAnsi="Calibri" w:cs="Calibri"/>
          <w:sz w:val="24"/>
          <w:szCs w:val="24"/>
        </w:rPr>
        <w:t>Pooling layers for dimensionality reduction.</w:t>
      </w:r>
    </w:p>
    <w:p w14:paraId="4CE73756" w14:textId="77777777" w:rsidR="004050C7" w:rsidRPr="009D0F78" w:rsidRDefault="004050C7" w:rsidP="004050C7">
      <w:pPr>
        <w:pStyle w:val="ListParagraph"/>
        <w:numPr>
          <w:ilvl w:val="0"/>
          <w:numId w:val="24"/>
        </w:numPr>
        <w:spacing w:after="160" w:line="259" w:lineRule="auto"/>
        <w:jc w:val="both"/>
        <w:rPr>
          <w:rFonts w:ascii="Calibri" w:hAnsi="Calibri" w:cs="Calibri"/>
          <w:sz w:val="24"/>
          <w:szCs w:val="24"/>
        </w:rPr>
      </w:pPr>
      <w:r w:rsidRPr="009D0F78">
        <w:rPr>
          <w:rFonts w:ascii="Calibri" w:hAnsi="Calibri" w:cs="Calibri"/>
          <w:sz w:val="24"/>
          <w:szCs w:val="24"/>
        </w:rPr>
        <w:t>Dense layers for decision-making.</w:t>
      </w:r>
    </w:p>
    <w:p w14:paraId="5D42CC4F" w14:textId="77777777" w:rsidR="004050C7" w:rsidRPr="009D0F78" w:rsidRDefault="004050C7" w:rsidP="004050C7">
      <w:pPr>
        <w:pStyle w:val="ListParagraph"/>
        <w:numPr>
          <w:ilvl w:val="0"/>
          <w:numId w:val="24"/>
        </w:numPr>
        <w:spacing w:after="160" w:line="259" w:lineRule="auto"/>
        <w:jc w:val="both"/>
        <w:rPr>
          <w:rFonts w:ascii="Calibri" w:hAnsi="Calibri" w:cs="Calibri"/>
          <w:sz w:val="24"/>
          <w:szCs w:val="24"/>
        </w:rPr>
      </w:pPr>
      <w:r w:rsidRPr="009D0F78">
        <w:rPr>
          <w:rFonts w:ascii="Calibri" w:hAnsi="Calibri" w:cs="Calibri"/>
          <w:sz w:val="24"/>
          <w:szCs w:val="24"/>
        </w:rPr>
        <w:t>Dropout to prevent overfitting.</w:t>
      </w:r>
    </w:p>
    <w:p w14:paraId="66A4EC61" w14:textId="77777777" w:rsidR="004050C7" w:rsidRPr="009D0F78" w:rsidRDefault="004050C7" w:rsidP="004050C7">
      <w:pPr>
        <w:pStyle w:val="ListParagraph"/>
        <w:numPr>
          <w:ilvl w:val="0"/>
          <w:numId w:val="24"/>
        </w:numPr>
        <w:spacing w:after="160" w:line="259" w:lineRule="auto"/>
        <w:jc w:val="both"/>
        <w:rPr>
          <w:rFonts w:ascii="Calibri" w:hAnsi="Calibri" w:cs="Calibri"/>
          <w:sz w:val="24"/>
          <w:szCs w:val="24"/>
        </w:rPr>
      </w:pPr>
      <w:r w:rsidRPr="009D0F78">
        <w:rPr>
          <w:rFonts w:ascii="Calibri" w:hAnsi="Calibri" w:cs="Calibri"/>
          <w:sz w:val="24"/>
          <w:szCs w:val="24"/>
        </w:rPr>
        <w:t>Categorical cross-entropy as the loss function.</w:t>
      </w:r>
    </w:p>
    <w:p w14:paraId="600D44D7" w14:textId="77777777" w:rsidR="004050C7" w:rsidRPr="009D0F78" w:rsidRDefault="004050C7" w:rsidP="004050C7">
      <w:pPr>
        <w:jc w:val="both"/>
        <w:rPr>
          <w:rFonts w:ascii="Calibri" w:hAnsi="Calibri" w:cs="Calibri"/>
          <w:sz w:val="24"/>
          <w:szCs w:val="24"/>
        </w:rPr>
      </w:pPr>
      <w:r w:rsidRPr="009D0F78">
        <w:rPr>
          <w:rFonts w:ascii="Calibri" w:hAnsi="Calibri" w:cs="Calibri"/>
          <w:sz w:val="24"/>
          <w:szCs w:val="24"/>
        </w:rPr>
        <w:t>Training was conducted with:</w:t>
      </w:r>
    </w:p>
    <w:p w14:paraId="7816D2C1" w14:textId="77777777" w:rsidR="004050C7" w:rsidRPr="009D0F78" w:rsidRDefault="004050C7" w:rsidP="004050C7">
      <w:pPr>
        <w:pStyle w:val="ListParagraph"/>
        <w:numPr>
          <w:ilvl w:val="0"/>
          <w:numId w:val="25"/>
        </w:numPr>
        <w:spacing w:after="160" w:line="259" w:lineRule="auto"/>
        <w:jc w:val="both"/>
        <w:rPr>
          <w:rFonts w:ascii="Calibri" w:hAnsi="Calibri" w:cs="Calibri"/>
          <w:sz w:val="24"/>
          <w:szCs w:val="24"/>
        </w:rPr>
      </w:pPr>
      <w:r w:rsidRPr="009D0F78">
        <w:rPr>
          <w:rFonts w:ascii="Calibri" w:hAnsi="Calibri" w:cs="Calibri"/>
          <w:sz w:val="24"/>
          <w:szCs w:val="24"/>
        </w:rPr>
        <w:t>An 80/20 training/testing split using stratified sampling.</w:t>
      </w:r>
    </w:p>
    <w:p w14:paraId="1EA03079" w14:textId="77777777" w:rsidR="004050C7" w:rsidRPr="009D0F78" w:rsidRDefault="004050C7" w:rsidP="004050C7">
      <w:pPr>
        <w:pStyle w:val="ListParagraph"/>
        <w:numPr>
          <w:ilvl w:val="0"/>
          <w:numId w:val="25"/>
        </w:numPr>
        <w:spacing w:after="160" w:line="259" w:lineRule="auto"/>
        <w:jc w:val="both"/>
        <w:rPr>
          <w:rFonts w:ascii="Calibri" w:hAnsi="Calibri" w:cs="Calibri"/>
          <w:sz w:val="24"/>
          <w:szCs w:val="24"/>
        </w:rPr>
      </w:pPr>
      <w:r w:rsidRPr="009D0F78">
        <w:rPr>
          <w:rFonts w:ascii="Calibri" w:hAnsi="Calibri" w:cs="Calibri"/>
          <w:sz w:val="24"/>
          <w:szCs w:val="24"/>
        </w:rPr>
        <w:t>Early stopping to prevent overtraining.</w:t>
      </w:r>
    </w:p>
    <w:p w14:paraId="02705D44" w14:textId="77777777" w:rsidR="004050C7" w:rsidRPr="009D0F78" w:rsidRDefault="004050C7" w:rsidP="004050C7">
      <w:pPr>
        <w:pStyle w:val="ListParagraph"/>
        <w:numPr>
          <w:ilvl w:val="0"/>
          <w:numId w:val="25"/>
        </w:numPr>
        <w:spacing w:after="160" w:line="259" w:lineRule="auto"/>
        <w:jc w:val="both"/>
        <w:rPr>
          <w:rFonts w:ascii="Calibri" w:hAnsi="Calibri" w:cs="Calibri"/>
          <w:sz w:val="24"/>
          <w:szCs w:val="24"/>
        </w:rPr>
      </w:pPr>
      <w:r w:rsidRPr="009D0F78">
        <w:rPr>
          <w:rFonts w:ascii="Calibri" w:hAnsi="Calibri" w:cs="Calibri"/>
          <w:sz w:val="24"/>
          <w:szCs w:val="24"/>
        </w:rPr>
        <w:t xml:space="preserve">GPU acceleration on Google </w:t>
      </w:r>
      <w:proofErr w:type="spellStart"/>
      <w:r w:rsidRPr="009D0F78">
        <w:rPr>
          <w:rFonts w:ascii="Calibri" w:hAnsi="Calibri" w:cs="Calibri"/>
          <w:sz w:val="24"/>
          <w:szCs w:val="24"/>
        </w:rPr>
        <w:t>Colab</w:t>
      </w:r>
      <w:proofErr w:type="spellEnd"/>
      <w:r w:rsidRPr="009D0F78">
        <w:rPr>
          <w:rFonts w:ascii="Calibri" w:hAnsi="Calibri" w:cs="Calibri"/>
          <w:sz w:val="24"/>
          <w:szCs w:val="24"/>
        </w:rPr>
        <w:t>.</w:t>
      </w:r>
    </w:p>
    <w:p w14:paraId="2BB69BDF" w14:textId="77777777" w:rsidR="004050C7" w:rsidRPr="009D0F78" w:rsidRDefault="004050C7" w:rsidP="004050C7">
      <w:pPr>
        <w:jc w:val="both"/>
        <w:rPr>
          <w:rFonts w:ascii="Calibri" w:hAnsi="Calibri" w:cs="Calibri"/>
          <w:sz w:val="24"/>
          <w:szCs w:val="24"/>
        </w:rPr>
      </w:pPr>
      <w:r w:rsidRPr="009D0F78">
        <w:rPr>
          <w:rFonts w:ascii="Calibri" w:hAnsi="Calibri" w:cs="Calibri"/>
          <w:sz w:val="24"/>
          <w:szCs w:val="24"/>
        </w:rPr>
        <w:t>The model typically converged within 20–40 epochs, achieving ~85% accuracy on the test set.</w:t>
      </w:r>
    </w:p>
    <w:p w14:paraId="4B2D2FAB" w14:textId="77777777" w:rsidR="003F72D3" w:rsidRPr="009D0F78" w:rsidRDefault="003F72D3" w:rsidP="003F72D3">
      <w:pPr>
        <w:pStyle w:val="Heading3"/>
        <w:rPr>
          <w:rFonts w:ascii="Calibri" w:hAnsi="Calibri" w:cs="Calibri"/>
        </w:rPr>
      </w:pPr>
      <w:bookmarkStart w:id="18" w:name="_Toc197053584"/>
      <w:r w:rsidRPr="009D0F78">
        <w:rPr>
          <w:rFonts w:ascii="Calibri" w:hAnsi="Calibri" w:cs="Calibri"/>
        </w:rPr>
        <w:t>2.2.4 Evaluation Metrics and Validation</w:t>
      </w:r>
      <w:bookmarkEnd w:id="18"/>
    </w:p>
    <w:p w14:paraId="1F8A9BF3" w14:textId="77777777" w:rsidR="003F72D3" w:rsidRPr="009D0F78" w:rsidRDefault="003F72D3" w:rsidP="003F72D3">
      <w:pPr>
        <w:jc w:val="both"/>
        <w:rPr>
          <w:rFonts w:ascii="Calibri" w:hAnsi="Calibri" w:cs="Calibri"/>
          <w:sz w:val="24"/>
          <w:szCs w:val="24"/>
        </w:rPr>
      </w:pPr>
      <w:r w:rsidRPr="009D0F78">
        <w:rPr>
          <w:rFonts w:ascii="Calibri" w:hAnsi="Calibri" w:cs="Calibri"/>
          <w:sz w:val="24"/>
          <w:szCs w:val="24"/>
        </w:rPr>
        <w:t>Evaluation included:</w:t>
      </w:r>
    </w:p>
    <w:p w14:paraId="238D712D" w14:textId="77777777" w:rsidR="003F72D3" w:rsidRPr="009D0F78" w:rsidRDefault="003F72D3" w:rsidP="003F72D3">
      <w:pPr>
        <w:pStyle w:val="ListParagraph"/>
        <w:numPr>
          <w:ilvl w:val="0"/>
          <w:numId w:val="26"/>
        </w:numPr>
        <w:spacing w:after="160" w:line="259" w:lineRule="auto"/>
        <w:jc w:val="both"/>
        <w:rPr>
          <w:rFonts w:ascii="Calibri" w:hAnsi="Calibri" w:cs="Calibri"/>
          <w:sz w:val="24"/>
          <w:szCs w:val="24"/>
        </w:rPr>
      </w:pPr>
      <w:r w:rsidRPr="009D0F78">
        <w:rPr>
          <w:rFonts w:ascii="Calibri" w:hAnsi="Calibri" w:cs="Calibri"/>
          <w:sz w:val="24"/>
          <w:szCs w:val="24"/>
        </w:rPr>
        <w:lastRenderedPageBreak/>
        <w:t>Accuracy, precision, and recall metrics.</w:t>
      </w:r>
    </w:p>
    <w:p w14:paraId="043B9229" w14:textId="77777777" w:rsidR="003F72D3" w:rsidRPr="009D0F78" w:rsidRDefault="003F72D3" w:rsidP="003F72D3">
      <w:pPr>
        <w:pStyle w:val="ListParagraph"/>
        <w:numPr>
          <w:ilvl w:val="0"/>
          <w:numId w:val="26"/>
        </w:numPr>
        <w:spacing w:after="160" w:line="259" w:lineRule="auto"/>
        <w:jc w:val="both"/>
        <w:rPr>
          <w:rFonts w:ascii="Calibri" w:hAnsi="Calibri" w:cs="Calibri"/>
          <w:sz w:val="24"/>
          <w:szCs w:val="24"/>
        </w:rPr>
      </w:pPr>
      <w:r w:rsidRPr="009D0F78">
        <w:rPr>
          <w:rFonts w:ascii="Calibri" w:hAnsi="Calibri" w:cs="Calibri"/>
          <w:sz w:val="24"/>
          <w:szCs w:val="24"/>
        </w:rPr>
        <w:t>Confusion matrix analysis to study misclassifications.</w:t>
      </w:r>
    </w:p>
    <w:p w14:paraId="7C62D4F4" w14:textId="77777777" w:rsidR="003F72D3" w:rsidRPr="009D0F78" w:rsidRDefault="003F72D3" w:rsidP="003F72D3">
      <w:pPr>
        <w:pStyle w:val="ListParagraph"/>
        <w:numPr>
          <w:ilvl w:val="0"/>
          <w:numId w:val="26"/>
        </w:numPr>
        <w:spacing w:after="160" w:line="259" w:lineRule="auto"/>
        <w:jc w:val="both"/>
        <w:rPr>
          <w:rFonts w:ascii="Calibri" w:hAnsi="Calibri" w:cs="Calibri"/>
          <w:sz w:val="24"/>
          <w:szCs w:val="24"/>
        </w:rPr>
      </w:pPr>
      <w:r w:rsidRPr="009D0F78">
        <w:rPr>
          <w:rFonts w:ascii="Calibri" w:hAnsi="Calibri" w:cs="Calibri"/>
          <w:sz w:val="24"/>
          <w:szCs w:val="24"/>
        </w:rPr>
        <w:t>Training and validation loss/accuracy curves to monitor learning behaviour.</w:t>
      </w:r>
    </w:p>
    <w:p w14:paraId="76909F54" w14:textId="77777777" w:rsidR="003F72D3" w:rsidRPr="009D0F78" w:rsidRDefault="003F72D3" w:rsidP="003F72D3">
      <w:pPr>
        <w:jc w:val="both"/>
        <w:rPr>
          <w:rFonts w:ascii="Calibri" w:hAnsi="Calibri" w:cs="Calibri"/>
          <w:sz w:val="24"/>
          <w:szCs w:val="24"/>
        </w:rPr>
      </w:pPr>
      <w:r w:rsidRPr="009D0F78">
        <w:rPr>
          <w:rFonts w:ascii="Calibri" w:hAnsi="Calibri" w:cs="Calibri"/>
          <w:sz w:val="24"/>
          <w:szCs w:val="24"/>
        </w:rPr>
        <w:t>Visualizations using Matplotlib allowed clear tracking of training progress and detection of overfitting.</w:t>
      </w:r>
    </w:p>
    <w:p w14:paraId="253D621D" w14:textId="77777777" w:rsidR="003F72D3" w:rsidRPr="009D0F78" w:rsidRDefault="003F72D3" w:rsidP="003F72D3">
      <w:pPr>
        <w:pStyle w:val="Heading3"/>
        <w:rPr>
          <w:rFonts w:ascii="Calibri" w:hAnsi="Calibri" w:cs="Calibri"/>
        </w:rPr>
      </w:pPr>
      <w:bookmarkStart w:id="19" w:name="_Toc197053585"/>
      <w:r w:rsidRPr="009D0F78">
        <w:rPr>
          <w:rFonts w:ascii="Calibri" w:hAnsi="Calibri" w:cs="Calibri"/>
        </w:rPr>
        <w:t>2.2.5 System Simulation and Integration Attempts</w:t>
      </w:r>
      <w:bookmarkEnd w:id="19"/>
    </w:p>
    <w:p w14:paraId="3EE9AB1B" w14:textId="3EB0AEB7" w:rsidR="003F72D3" w:rsidRPr="009D0F78" w:rsidRDefault="009D3310" w:rsidP="003F72D3">
      <w:pPr>
        <w:jc w:val="both"/>
        <w:rPr>
          <w:rFonts w:ascii="Calibri" w:hAnsi="Calibri" w:cs="Calibri"/>
          <w:sz w:val="24"/>
          <w:szCs w:val="24"/>
        </w:rPr>
      </w:pPr>
      <w:r w:rsidRPr="009D3310">
        <w:rPr>
          <w:rFonts w:ascii="Calibri" w:hAnsi="Calibri" w:cs="Calibri"/>
          <w:sz w:val="24"/>
          <w:szCs w:val="24"/>
        </w:rPr>
        <w:t>The objective was to transmit real-time “on” or “off” commands to a TP-Link Kasa smart bulb using the python-</w:t>
      </w:r>
      <w:proofErr w:type="spellStart"/>
      <w:r w:rsidRPr="009D3310">
        <w:rPr>
          <w:rFonts w:ascii="Calibri" w:hAnsi="Calibri" w:cs="Calibri"/>
          <w:sz w:val="24"/>
          <w:szCs w:val="24"/>
        </w:rPr>
        <w:t>kasa</w:t>
      </w:r>
      <w:proofErr w:type="spellEnd"/>
      <w:r w:rsidRPr="009D3310">
        <w:rPr>
          <w:rFonts w:ascii="Calibri" w:hAnsi="Calibri" w:cs="Calibri"/>
          <w:sz w:val="24"/>
          <w:szCs w:val="24"/>
        </w:rPr>
        <w:t xml:space="preserve"> library. However, network limitations within the Google </w:t>
      </w:r>
      <w:proofErr w:type="spellStart"/>
      <w:r w:rsidRPr="009D3310">
        <w:rPr>
          <w:rFonts w:ascii="Calibri" w:hAnsi="Calibri" w:cs="Calibri"/>
          <w:sz w:val="24"/>
          <w:szCs w:val="24"/>
        </w:rPr>
        <w:t>Colab</w:t>
      </w:r>
      <w:proofErr w:type="spellEnd"/>
      <w:r w:rsidRPr="009D3310">
        <w:rPr>
          <w:rFonts w:ascii="Calibri" w:hAnsi="Calibri" w:cs="Calibri"/>
          <w:sz w:val="24"/>
          <w:szCs w:val="24"/>
        </w:rPr>
        <w:t xml:space="preserve"> environment prevented the connection from being established</w:t>
      </w:r>
      <w:r w:rsidR="00576F97" w:rsidRPr="00576F97">
        <w:rPr>
          <w:rFonts w:ascii="Calibri" w:hAnsi="Calibri" w:cs="Calibri"/>
          <w:sz w:val="24"/>
          <w:szCs w:val="24"/>
        </w:rPr>
        <w:t>. Despite this, the system</w:t>
      </w:r>
      <w:r w:rsidR="003F72D3" w:rsidRPr="009D0F78">
        <w:rPr>
          <w:rFonts w:ascii="Calibri" w:hAnsi="Calibri" w:cs="Calibri"/>
          <w:sz w:val="24"/>
          <w:szCs w:val="24"/>
        </w:rPr>
        <w:t>:</w:t>
      </w:r>
    </w:p>
    <w:p w14:paraId="255609F8" w14:textId="650A959D" w:rsidR="003F72D3" w:rsidRPr="009D0F78" w:rsidRDefault="006459DE" w:rsidP="003F72D3">
      <w:pPr>
        <w:pStyle w:val="ListParagraph"/>
        <w:numPr>
          <w:ilvl w:val="0"/>
          <w:numId w:val="22"/>
        </w:numPr>
        <w:spacing w:after="160" w:line="259" w:lineRule="auto"/>
        <w:jc w:val="both"/>
        <w:rPr>
          <w:rFonts w:ascii="Calibri" w:hAnsi="Calibri" w:cs="Calibri"/>
          <w:sz w:val="24"/>
          <w:szCs w:val="24"/>
        </w:rPr>
      </w:pPr>
      <w:r w:rsidRPr="006459DE">
        <w:rPr>
          <w:rFonts w:ascii="Calibri" w:hAnsi="Calibri" w:cs="Calibri"/>
          <w:sz w:val="24"/>
          <w:szCs w:val="24"/>
        </w:rPr>
        <w:t>Successfully simulated command execution based on classified voice input</w:t>
      </w:r>
      <w:r w:rsidR="003F72D3" w:rsidRPr="009D0F78">
        <w:rPr>
          <w:rFonts w:ascii="Calibri" w:hAnsi="Calibri" w:cs="Calibri"/>
          <w:sz w:val="24"/>
          <w:szCs w:val="24"/>
        </w:rPr>
        <w:t>.</w:t>
      </w:r>
    </w:p>
    <w:p w14:paraId="70C93CCB" w14:textId="77777777" w:rsidR="003F72D3" w:rsidRPr="009D0F78" w:rsidRDefault="003F72D3" w:rsidP="003F72D3">
      <w:pPr>
        <w:pStyle w:val="ListParagraph"/>
        <w:numPr>
          <w:ilvl w:val="0"/>
          <w:numId w:val="22"/>
        </w:numPr>
        <w:spacing w:after="160" w:line="259" w:lineRule="auto"/>
        <w:jc w:val="both"/>
        <w:rPr>
          <w:rFonts w:ascii="Calibri" w:hAnsi="Calibri" w:cs="Calibri"/>
          <w:sz w:val="24"/>
          <w:szCs w:val="24"/>
        </w:rPr>
      </w:pPr>
      <w:r w:rsidRPr="009D0F78">
        <w:rPr>
          <w:rFonts w:ascii="Calibri" w:hAnsi="Calibri" w:cs="Calibri"/>
          <w:sz w:val="24"/>
          <w:szCs w:val="24"/>
        </w:rPr>
        <w:t>Logged actions to mimic bulb behaviour.</w:t>
      </w:r>
    </w:p>
    <w:p w14:paraId="732E1F72" w14:textId="5963B0D2" w:rsidR="003F72D3" w:rsidRPr="009D0F78" w:rsidRDefault="005A1CC7" w:rsidP="003F72D3">
      <w:pPr>
        <w:pStyle w:val="ListParagraph"/>
        <w:numPr>
          <w:ilvl w:val="0"/>
          <w:numId w:val="22"/>
        </w:numPr>
        <w:spacing w:after="160" w:line="259" w:lineRule="auto"/>
        <w:jc w:val="both"/>
        <w:rPr>
          <w:rFonts w:ascii="Calibri" w:hAnsi="Calibri" w:cs="Calibri"/>
          <w:sz w:val="24"/>
          <w:szCs w:val="24"/>
        </w:rPr>
      </w:pPr>
      <w:r w:rsidRPr="005A1CC7">
        <w:rPr>
          <w:rFonts w:ascii="Calibri" w:hAnsi="Calibri" w:cs="Calibri"/>
          <w:sz w:val="24"/>
          <w:szCs w:val="24"/>
        </w:rPr>
        <w:t>Designed with a modular structure to support future integration on local systems or Raspberry Pi devices</w:t>
      </w:r>
      <w:r w:rsidR="003F72D3" w:rsidRPr="009D0F78">
        <w:rPr>
          <w:rFonts w:ascii="Calibri" w:hAnsi="Calibri" w:cs="Calibri"/>
          <w:sz w:val="24"/>
          <w:szCs w:val="24"/>
        </w:rPr>
        <w:t>.</w:t>
      </w:r>
    </w:p>
    <w:p w14:paraId="4B79413D" w14:textId="7E5B8BE8" w:rsidR="003F72D3" w:rsidRPr="009D0F78" w:rsidRDefault="00755921" w:rsidP="003F72D3">
      <w:pPr>
        <w:jc w:val="both"/>
        <w:rPr>
          <w:rFonts w:ascii="Calibri" w:hAnsi="Calibri" w:cs="Calibri"/>
          <w:sz w:val="24"/>
          <w:szCs w:val="24"/>
        </w:rPr>
      </w:pPr>
      <w:r w:rsidRPr="00755921">
        <w:rPr>
          <w:rFonts w:ascii="Calibri" w:hAnsi="Calibri" w:cs="Calibri"/>
          <w:sz w:val="24"/>
          <w:szCs w:val="24"/>
        </w:rPr>
        <w:t>All control routines were built in a modular format, allowing for easy replacement, updates, or future extensions</w:t>
      </w:r>
      <w:r w:rsidR="003F72D3" w:rsidRPr="009D0F78">
        <w:rPr>
          <w:rFonts w:ascii="Calibri" w:hAnsi="Calibri" w:cs="Calibri"/>
          <w:sz w:val="24"/>
          <w:szCs w:val="24"/>
        </w:rPr>
        <w:t>.</w:t>
      </w:r>
    </w:p>
    <w:p w14:paraId="05C89F80" w14:textId="77777777" w:rsidR="003F72D3" w:rsidRPr="009D0F78" w:rsidRDefault="003F72D3" w:rsidP="003F72D3">
      <w:pPr>
        <w:pStyle w:val="Heading3"/>
        <w:rPr>
          <w:rFonts w:ascii="Calibri" w:hAnsi="Calibri" w:cs="Calibri"/>
        </w:rPr>
      </w:pPr>
      <w:bookmarkStart w:id="20" w:name="_Toc197053586"/>
      <w:r w:rsidRPr="009D0F78">
        <w:rPr>
          <w:rFonts w:ascii="Calibri" w:hAnsi="Calibri" w:cs="Calibri"/>
        </w:rPr>
        <w:t>2.2.6 Modularity and Extensibility</w:t>
      </w:r>
      <w:bookmarkEnd w:id="20"/>
    </w:p>
    <w:p w14:paraId="7C9B98E9" w14:textId="63AE304C" w:rsidR="003F72D3" w:rsidRPr="009D0F78" w:rsidRDefault="00C013C7" w:rsidP="003F72D3">
      <w:pPr>
        <w:jc w:val="both"/>
        <w:rPr>
          <w:rFonts w:ascii="Calibri" w:hAnsi="Calibri" w:cs="Calibri"/>
          <w:sz w:val="24"/>
          <w:szCs w:val="24"/>
        </w:rPr>
      </w:pPr>
      <w:r w:rsidRPr="00C013C7">
        <w:rPr>
          <w:rFonts w:ascii="Calibri" w:hAnsi="Calibri" w:cs="Calibri"/>
          <w:sz w:val="24"/>
          <w:szCs w:val="24"/>
        </w:rPr>
        <w:t>The system adopted a modular design pattern, featuring independent components for</w:t>
      </w:r>
      <w:r w:rsidR="003F72D3" w:rsidRPr="009D0F78">
        <w:rPr>
          <w:rFonts w:ascii="Calibri" w:hAnsi="Calibri" w:cs="Calibri"/>
          <w:sz w:val="24"/>
          <w:szCs w:val="24"/>
        </w:rPr>
        <w:t>:</w:t>
      </w:r>
    </w:p>
    <w:p w14:paraId="7846114F" w14:textId="77777777" w:rsidR="003F72D3" w:rsidRPr="009D0F78" w:rsidRDefault="003F72D3" w:rsidP="003F72D3">
      <w:pPr>
        <w:pStyle w:val="ListParagraph"/>
        <w:numPr>
          <w:ilvl w:val="0"/>
          <w:numId w:val="27"/>
        </w:numPr>
        <w:spacing w:after="160" w:line="259" w:lineRule="auto"/>
        <w:jc w:val="both"/>
        <w:rPr>
          <w:rFonts w:ascii="Calibri" w:hAnsi="Calibri" w:cs="Calibri"/>
          <w:sz w:val="24"/>
          <w:szCs w:val="24"/>
        </w:rPr>
      </w:pPr>
      <w:r w:rsidRPr="009D0F78">
        <w:rPr>
          <w:rFonts w:ascii="Calibri" w:hAnsi="Calibri" w:cs="Calibri"/>
          <w:sz w:val="24"/>
          <w:szCs w:val="24"/>
        </w:rPr>
        <w:t>Audio input and preprocessing</w:t>
      </w:r>
    </w:p>
    <w:p w14:paraId="33130ED8" w14:textId="77777777" w:rsidR="003F72D3" w:rsidRPr="009D0F78" w:rsidRDefault="003F72D3" w:rsidP="003F72D3">
      <w:pPr>
        <w:pStyle w:val="ListParagraph"/>
        <w:numPr>
          <w:ilvl w:val="0"/>
          <w:numId w:val="27"/>
        </w:numPr>
        <w:spacing w:after="160" w:line="259" w:lineRule="auto"/>
        <w:jc w:val="both"/>
        <w:rPr>
          <w:rFonts w:ascii="Calibri" w:hAnsi="Calibri" w:cs="Calibri"/>
          <w:sz w:val="24"/>
          <w:szCs w:val="24"/>
        </w:rPr>
      </w:pPr>
      <w:r w:rsidRPr="009D0F78">
        <w:rPr>
          <w:rFonts w:ascii="Calibri" w:hAnsi="Calibri" w:cs="Calibri"/>
          <w:sz w:val="24"/>
          <w:szCs w:val="24"/>
        </w:rPr>
        <w:t>Feature extraction (MFCCs)</w:t>
      </w:r>
    </w:p>
    <w:p w14:paraId="7D2D33C8" w14:textId="77777777" w:rsidR="003F72D3" w:rsidRPr="009D0F78" w:rsidRDefault="003F72D3" w:rsidP="003F72D3">
      <w:pPr>
        <w:pStyle w:val="ListParagraph"/>
        <w:numPr>
          <w:ilvl w:val="0"/>
          <w:numId w:val="27"/>
        </w:numPr>
        <w:spacing w:after="160" w:line="259" w:lineRule="auto"/>
        <w:jc w:val="both"/>
        <w:rPr>
          <w:rFonts w:ascii="Calibri" w:hAnsi="Calibri" w:cs="Calibri"/>
          <w:sz w:val="24"/>
          <w:szCs w:val="24"/>
        </w:rPr>
      </w:pPr>
      <w:r w:rsidRPr="009D0F78">
        <w:rPr>
          <w:rFonts w:ascii="Calibri" w:hAnsi="Calibri" w:cs="Calibri"/>
          <w:sz w:val="24"/>
          <w:szCs w:val="24"/>
        </w:rPr>
        <w:t>Speech classification (CNN)</w:t>
      </w:r>
    </w:p>
    <w:p w14:paraId="4A286C27" w14:textId="77777777" w:rsidR="003F72D3" w:rsidRPr="009D0F78" w:rsidRDefault="003F72D3" w:rsidP="003F72D3">
      <w:pPr>
        <w:pStyle w:val="ListParagraph"/>
        <w:numPr>
          <w:ilvl w:val="0"/>
          <w:numId w:val="27"/>
        </w:numPr>
        <w:spacing w:after="160" w:line="259" w:lineRule="auto"/>
        <w:jc w:val="both"/>
        <w:rPr>
          <w:rFonts w:ascii="Calibri" w:hAnsi="Calibri" w:cs="Calibri"/>
          <w:sz w:val="24"/>
          <w:szCs w:val="24"/>
        </w:rPr>
      </w:pPr>
      <w:r w:rsidRPr="009D0F78">
        <w:rPr>
          <w:rFonts w:ascii="Calibri" w:hAnsi="Calibri" w:cs="Calibri"/>
          <w:sz w:val="24"/>
          <w:szCs w:val="24"/>
        </w:rPr>
        <w:t>Command simulation and IoT interaction</w:t>
      </w:r>
    </w:p>
    <w:p w14:paraId="0BC9EE9C" w14:textId="77777777" w:rsidR="003F72D3" w:rsidRPr="009D0F78" w:rsidRDefault="003F72D3" w:rsidP="003F72D3">
      <w:pPr>
        <w:jc w:val="both"/>
        <w:rPr>
          <w:rFonts w:ascii="Calibri" w:hAnsi="Calibri" w:cs="Calibri"/>
          <w:sz w:val="24"/>
          <w:szCs w:val="24"/>
        </w:rPr>
      </w:pPr>
      <w:r w:rsidRPr="009D0F78">
        <w:rPr>
          <w:rFonts w:ascii="Calibri" w:hAnsi="Calibri" w:cs="Calibri"/>
          <w:sz w:val="24"/>
          <w:szCs w:val="24"/>
        </w:rPr>
        <w:t>This structure allows future expansion, including:</w:t>
      </w:r>
    </w:p>
    <w:p w14:paraId="5CD3935D" w14:textId="77777777" w:rsidR="003F72D3" w:rsidRPr="009D0F78" w:rsidRDefault="003F72D3" w:rsidP="003F72D3">
      <w:pPr>
        <w:pStyle w:val="ListParagraph"/>
        <w:numPr>
          <w:ilvl w:val="0"/>
          <w:numId w:val="28"/>
        </w:numPr>
        <w:spacing w:after="160" w:line="259" w:lineRule="auto"/>
        <w:jc w:val="both"/>
        <w:rPr>
          <w:rFonts w:ascii="Calibri" w:hAnsi="Calibri" w:cs="Calibri"/>
          <w:sz w:val="24"/>
          <w:szCs w:val="24"/>
        </w:rPr>
      </w:pPr>
      <w:r w:rsidRPr="009D0F78">
        <w:rPr>
          <w:rFonts w:ascii="Calibri" w:hAnsi="Calibri" w:cs="Calibri"/>
          <w:sz w:val="24"/>
          <w:szCs w:val="24"/>
        </w:rPr>
        <w:t>Multiclass support (e.g., "dim", "brighter", "</w:t>
      </w:r>
      <w:proofErr w:type="spellStart"/>
      <w:r w:rsidRPr="009D0F78">
        <w:rPr>
          <w:rFonts w:ascii="Calibri" w:hAnsi="Calibri" w:cs="Calibri"/>
          <w:sz w:val="24"/>
          <w:szCs w:val="24"/>
        </w:rPr>
        <w:t>color</w:t>
      </w:r>
      <w:proofErr w:type="spellEnd"/>
      <w:r w:rsidRPr="009D0F78">
        <w:rPr>
          <w:rFonts w:ascii="Calibri" w:hAnsi="Calibri" w:cs="Calibri"/>
          <w:sz w:val="24"/>
          <w:szCs w:val="24"/>
        </w:rPr>
        <w:t>").</w:t>
      </w:r>
    </w:p>
    <w:p w14:paraId="3BC93592" w14:textId="77777777" w:rsidR="003F72D3" w:rsidRPr="009D0F78" w:rsidRDefault="003F72D3" w:rsidP="003F72D3">
      <w:pPr>
        <w:pStyle w:val="ListParagraph"/>
        <w:numPr>
          <w:ilvl w:val="0"/>
          <w:numId w:val="28"/>
        </w:numPr>
        <w:spacing w:after="160" w:line="259" w:lineRule="auto"/>
        <w:jc w:val="both"/>
        <w:rPr>
          <w:rFonts w:ascii="Calibri" w:hAnsi="Calibri" w:cs="Calibri"/>
          <w:sz w:val="24"/>
          <w:szCs w:val="24"/>
        </w:rPr>
      </w:pPr>
      <w:r w:rsidRPr="009D0F78">
        <w:rPr>
          <w:rFonts w:ascii="Calibri" w:hAnsi="Calibri" w:cs="Calibri"/>
          <w:sz w:val="24"/>
          <w:szCs w:val="24"/>
        </w:rPr>
        <w:t>Real-time streaming input.</w:t>
      </w:r>
    </w:p>
    <w:p w14:paraId="3118F343" w14:textId="77777777" w:rsidR="003F72D3" w:rsidRPr="009D0F78" w:rsidRDefault="003F72D3" w:rsidP="003F72D3">
      <w:pPr>
        <w:pStyle w:val="ListParagraph"/>
        <w:numPr>
          <w:ilvl w:val="0"/>
          <w:numId w:val="28"/>
        </w:numPr>
        <w:spacing w:after="160" w:line="259" w:lineRule="auto"/>
        <w:jc w:val="both"/>
        <w:rPr>
          <w:rFonts w:ascii="Calibri" w:hAnsi="Calibri" w:cs="Calibri"/>
          <w:sz w:val="24"/>
          <w:szCs w:val="24"/>
        </w:rPr>
      </w:pPr>
      <w:r w:rsidRPr="009D0F78">
        <w:rPr>
          <w:rFonts w:ascii="Calibri" w:hAnsi="Calibri" w:cs="Calibri"/>
          <w:sz w:val="24"/>
          <w:szCs w:val="24"/>
        </w:rPr>
        <w:t>GUI or mobile interface integration.</w:t>
      </w:r>
    </w:p>
    <w:p w14:paraId="25392749" w14:textId="77777777" w:rsidR="003F72D3" w:rsidRPr="009D0F78" w:rsidRDefault="003F72D3" w:rsidP="003F72D3">
      <w:pPr>
        <w:pStyle w:val="ListParagraph"/>
        <w:numPr>
          <w:ilvl w:val="0"/>
          <w:numId w:val="28"/>
        </w:numPr>
        <w:spacing w:after="160" w:line="259" w:lineRule="auto"/>
        <w:jc w:val="both"/>
        <w:rPr>
          <w:rFonts w:ascii="Calibri" w:hAnsi="Calibri" w:cs="Calibri"/>
          <w:sz w:val="24"/>
          <w:szCs w:val="24"/>
        </w:rPr>
      </w:pPr>
      <w:r w:rsidRPr="009D0F78">
        <w:rPr>
          <w:rFonts w:ascii="Calibri" w:hAnsi="Calibri" w:cs="Calibri"/>
          <w:sz w:val="24"/>
          <w:szCs w:val="24"/>
        </w:rPr>
        <w:t>Personalized user profiles or speaker verification.</w:t>
      </w:r>
    </w:p>
    <w:p w14:paraId="1CA4DC1C" w14:textId="77777777" w:rsidR="003F72D3" w:rsidRPr="009D0F78" w:rsidRDefault="003F72D3" w:rsidP="003F72D3">
      <w:pPr>
        <w:pStyle w:val="Heading3"/>
        <w:rPr>
          <w:rFonts w:ascii="Calibri" w:hAnsi="Calibri" w:cs="Calibri"/>
        </w:rPr>
      </w:pPr>
      <w:bookmarkStart w:id="21" w:name="_Toc197053587"/>
      <w:r w:rsidRPr="009D0F78">
        <w:rPr>
          <w:rFonts w:ascii="Calibri" w:hAnsi="Calibri" w:cs="Calibri"/>
        </w:rPr>
        <w:t>2.2.7 Ethical, Accessibility, and Sustainability Considerations</w:t>
      </w:r>
      <w:bookmarkEnd w:id="21"/>
    </w:p>
    <w:p w14:paraId="7B9CE7AC" w14:textId="6CBFE1C8" w:rsidR="003F72D3" w:rsidRPr="009D0F78" w:rsidRDefault="00E27D8E" w:rsidP="003F72D3">
      <w:pPr>
        <w:jc w:val="both"/>
        <w:rPr>
          <w:rFonts w:ascii="Calibri" w:hAnsi="Calibri" w:cs="Calibri"/>
          <w:sz w:val="24"/>
          <w:szCs w:val="24"/>
        </w:rPr>
      </w:pPr>
      <w:r w:rsidRPr="00E27D8E">
        <w:rPr>
          <w:rFonts w:ascii="Calibri" w:hAnsi="Calibri" w:cs="Calibri"/>
          <w:sz w:val="24"/>
          <w:szCs w:val="24"/>
        </w:rPr>
        <w:t>No personal or biometric data was gathered throughout the development process. The use of a publicly available dataset guaranteed adherence to ethical guidelines. All data processing occurred locally within the development environment, and no audio files were transmitted to external servers</w:t>
      </w:r>
      <w:r w:rsidR="003F72D3" w:rsidRPr="009D0F78">
        <w:rPr>
          <w:rFonts w:ascii="Calibri" w:hAnsi="Calibri" w:cs="Calibri"/>
          <w:sz w:val="24"/>
          <w:szCs w:val="24"/>
        </w:rPr>
        <w:t>.</w:t>
      </w:r>
    </w:p>
    <w:p w14:paraId="4D70B8F4" w14:textId="0BB38202" w:rsidR="003F72D3" w:rsidRPr="009D0F78" w:rsidRDefault="00135272" w:rsidP="003F72D3">
      <w:pPr>
        <w:jc w:val="both"/>
        <w:rPr>
          <w:rFonts w:ascii="Calibri" w:hAnsi="Calibri" w:cs="Calibri"/>
          <w:sz w:val="24"/>
          <w:szCs w:val="24"/>
        </w:rPr>
      </w:pPr>
      <w:r w:rsidRPr="00135272">
        <w:rPr>
          <w:rFonts w:ascii="Calibri" w:hAnsi="Calibri" w:cs="Calibri"/>
          <w:sz w:val="24"/>
          <w:szCs w:val="24"/>
        </w:rPr>
        <w:t xml:space="preserve">The system enhances accessibility by enabling voice-based interaction, benefiting users with limited mobility. However, challenges remain for individuals with strong accents or </w:t>
      </w:r>
      <w:r w:rsidRPr="00135272">
        <w:rPr>
          <w:rFonts w:ascii="Calibri" w:hAnsi="Calibri" w:cs="Calibri"/>
          <w:sz w:val="24"/>
          <w:szCs w:val="24"/>
        </w:rPr>
        <w:lastRenderedPageBreak/>
        <w:t>speech impairments, which have been acknowledged as areas for improvement in future iterations</w:t>
      </w:r>
      <w:r w:rsidR="003F72D3" w:rsidRPr="009D0F78">
        <w:rPr>
          <w:rFonts w:ascii="Calibri" w:hAnsi="Calibri" w:cs="Calibri"/>
          <w:sz w:val="24"/>
          <w:szCs w:val="24"/>
        </w:rPr>
        <w:t>.</w:t>
      </w:r>
    </w:p>
    <w:p w14:paraId="78745210" w14:textId="77777777" w:rsidR="003F72D3" w:rsidRPr="009D0F78" w:rsidRDefault="003F72D3" w:rsidP="003F72D3">
      <w:pPr>
        <w:pStyle w:val="ListParagraph"/>
        <w:numPr>
          <w:ilvl w:val="0"/>
          <w:numId w:val="29"/>
        </w:numPr>
        <w:spacing w:after="160" w:line="259" w:lineRule="auto"/>
        <w:jc w:val="both"/>
        <w:rPr>
          <w:rFonts w:ascii="Calibri" w:hAnsi="Calibri" w:cs="Calibri"/>
          <w:sz w:val="24"/>
          <w:szCs w:val="24"/>
        </w:rPr>
      </w:pPr>
      <w:r w:rsidRPr="009D0F78">
        <w:rPr>
          <w:rFonts w:ascii="Calibri" w:hAnsi="Calibri" w:cs="Calibri"/>
          <w:sz w:val="24"/>
          <w:szCs w:val="24"/>
        </w:rPr>
        <w:t>From a sustainability perspective:</w:t>
      </w:r>
    </w:p>
    <w:p w14:paraId="217D1F75" w14:textId="77777777" w:rsidR="003F72D3" w:rsidRPr="009D0F78" w:rsidRDefault="003F72D3" w:rsidP="003F72D3">
      <w:pPr>
        <w:pStyle w:val="ListParagraph"/>
        <w:numPr>
          <w:ilvl w:val="0"/>
          <w:numId w:val="29"/>
        </w:numPr>
        <w:spacing w:after="160" w:line="259" w:lineRule="auto"/>
        <w:jc w:val="both"/>
        <w:rPr>
          <w:rFonts w:ascii="Calibri" w:hAnsi="Calibri" w:cs="Calibri"/>
          <w:sz w:val="24"/>
          <w:szCs w:val="24"/>
        </w:rPr>
      </w:pPr>
      <w:r w:rsidRPr="009D0F78">
        <w:rPr>
          <w:rFonts w:ascii="Calibri" w:hAnsi="Calibri" w:cs="Calibri"/>
          <w:sz w:val="24"/>
          <w:szCs w:val="24"/>
        </w:rPr>
        <w:t>Lightweight models were prioritized.</w:t>
      </w:r>
    </w:p>
    <w:p w14:paraId="582C97DB" w14:textId="77777777" w:rsidR="003F72D3" w:rsidRPr="009D0F78" w:rsidRDefault="003F72D3" w:rsidP="003F72D3">
      <w:pPr>
        <w:pStyle w:val="ListParagraph"/>
        <w:numPr>
          <w:ilvl w:val="0"/>
          <w:numId w:val="29"/>
        </w:numPr>
        <w:spacing w:after="160" w:line="259" w:lineRule="auto"/>
        <w:jc w:val="both"/>
        <w:rPr>
          <w:rFonts w:ascii="Calibri" w:hAnsi="Calibri" w:cs="Calibri"/>
          <w:sz w:val="24"/>
          <w:szCs w:val="24"/>
        </w:rPr>
      </w:pPr>
      <w:r w:rsidRPr="009D0F78">
        <w:rPr>
          <w:rFonts w:ascii="Calibri" w:hAnsi="Calibri" w:cs="Calibri"/>
          <w:sz w:val="24"/>
          <w:szCs w:val="24"/>
        </w:rPr>
        <w:t>Cloud-based training minimized hardware dependency.</w:t>
      </w:r>
    </w:p>
    <w:p w14:paraId="41CA89EB" w14:textId="77777777" w:rsidR="003F72D3" w:rsidRPr="009D0F78" w:rsidRDefault="003F72D3" w:rsidP="003F72D3">
      <w:pPr>
        <w:pStyle w:val="ListParagraph"/>
        <w:numPr>
          <w:ilvl w:val="0"/>
          <w:numId w:val="29"/>
        </w:numPr>
        <w:spacing w:after="160" w:line="259" w:lineRule="auto"/>
        <w:jc w:val="both"/>
        <w:rPr>
          <w:rFonts w:ascii="Calibri" w:hAnsi="Calibri" w:cs="Calibri"/>
          <w:sz w:val="24"/>
          <w:szCs w:val="24"/>
        </w:rPr>
      </w:pPr>
      <w:r w:rsidRPr="009D0F78">
        <w:rPr>
          <w:rFonts w:ascii="Calibri" w:hAnsi="Calibri" w:cs="Calibri"/>
          <w:sz w:val="24"/>
          <w:szCs w:val="24"/>
        </w:rPr>
        <w:t>Future deployment on edge devices (e.g., Raspberry Pi) is planned to support privacy and energy efficiency.</w:t>
      </w:r>
    </w:p>
    <w:p w14:paraId="1219E2A7" w14:textId="77777777" w:rsidR="003F72D3" w:rsidRDefault="003F72D3" w:rsidP="003F72D3">
      <w:pPr>
        <w:rPr>
          <w:rFonts w:ascii="Calibri" w:hAnsi="Calibri" w:cs="Calibri"/>
          <w:sz w:val="24"/>
          <w:szCs w:val="24"/>
        </w:rPr>
      </w:pPr>
    </w:p>
    <w:p w14:paraId="0618D1D3" w14:textId="77777777" w:rsidR="003F72D3" w:rsidRPr="009D0F78" w:rsidRDefault="003F72D3" w:rsidP="003F72D3">
      <w:pPr>
        <w:pStyle w:val="Heading3"/>
        <w:rPr>
          <w:rFonts w:ascii="Calibri" w:hAnsi="Calibri" w:cs="Calibri"/>
        </w:rPr>
      </w:pPr>
      <w:bookmarkStart w:id="22" w:name="_Toc197053588"/>
      <w:r w:rsidRPr="009D0F78">
        <w:rPr>
          <w:rFonts w:ascii="Calibri" w:hAnsi="Calibri" w:cs="Calibri"/>
        </w:rPr>
        <w:t>2.2.</w:t>
      </w:r>
      <w:r>
        <w:rPr>
          <w:rFonts w:ascii="Calibri" w:hAnsi="Calibri" w:cs="Calibri"/>
        </w:rPr>
        <w:t>8</w:t>
      </w:r>
      <w:r w:rsidRPr="009D0F78">
        <w:rPr>
          <w:rFonts w:ascii="Calibri" w:hAnsi="Calibri" w:cs="Calibri"/>
        </w:rPr>
        <w:t xml:space="preserve"> </w:t>
      </w:r>
      <w:r>
        <w:rPr>
          <w:rFonts w:ascii="Calibri" w:hAnsi="Calibri" w:cs="Calibri"/>
        </w:rPr>
        <w:t>Documentation</w:t>
      </w:r>
      <w:bookmarkEnd w:id="22"/>
    </w:p>
    <w:p w14:paraId="01364520" w14:textId="232442C7" w:rsidR="003F72D3" w:rsidRPr="009D0F78" w:rsidRDefault="00AD7578" w:rsidP="003F72D3">
      <w:pPr>
        <w:jc w:val="both"/>
        <w:rPr>
          <w:rFonts w:ascii="Calibri" w:hAnsi="Calibri" w:cs="Calibri"/>
          <w:sz w:val="24"/>
          <w:szCs w:val="24"/>
        </w:rPr>
      </w:pPr>
      <w:r w:rsidRPr="00AD7578">
        <w:rPr>
          <w:rFonts w:ascii="Calibri" w:hAnsi="Calibri" w:cs="Calibri"/>
          <w:sz w:val="24"/>
          <w:szCs w:val="24"/>
        </w:rPr>
        <w:t>Thorough documentation was maintained throughout the development and evaluation of the Voice-Controlled Smart Lighting System to ensure clarity, transparency, and reproducibility. Every phase of the project</w:t>
      </w:r>
      <w:r w:rsidR="00D03F46">
        <w:rPr>
          <w:rFonts w:ascii="Calibri" w:hAnsi="Calibri" w:cs="Calibri"/>
          <w:sz w:val="24"/>
          <w:szCs w:val="24"/>
        </w:rPr>
        <w:t xml:space="preserve"> </w:t>
      </w:r>
      <w:r w:rsidRPr="00AD7578">
        <w:rPr>
          <w:rFonts w:ascii="Calibri" w:hAnsi="Calibri" w:cs="Calibri"/>
          <w:sz w:val="24"/>
          <w:szCs w:val="24"/>
        </w:rPr>
        <w:t>from data preprocessing to model training and testing</w:t>
      </w:r>
      <w:r>
        <w:rPr>
          <w:rFonts w:ascii="Calibri" w:hAnsi="Calibri" w:cs="Calibri"/>
          <w:sz w:val="24"/>
          <w:szCs w:val="24"/>
        </w:rPr>
        <w:t xml:space="preserve"> </w:t>
      </w:r>
      <w:r w:rsidRPr="00AD7578">
        <w:rPr>
          <w:rFonts w:ascii="Calibri" w:hAnsi="Calibri" w:cs="Calibri"/>
          <w:sz w:val="24"/>
          <w:szCs w:val="24"/>
        </w:rPr>
        <w:t xml:space="preserve">was carried out and recorded within Google </w:t>
      </w:r>
      <w:proofErr w:type="spellStart"/>
      <w:r w:rsidRPr="00AD7578">
        <w:rPr>
          <w:rFonts w:ascii="Calibri" w:hAnsi="Calibri" w:cs="Calibri"/>
          <w:sz w:val="24"/>
          <w:szCs w:val="24"/>
        </w:rPr>
        <w:t>Colab</w:t>
      </w:r>
      <w:proofErr w:type="spellEnd"/>
      <w:r w:rsidRPr="00AD7578">
        <w:rPr>
          <w:rFonts w:ascii="Calibri" w:hAnsi="Calibri" w:cs="Calibri"/>
          <w:sz w:val="24"/>
          <w:szCs w:val="24"/>
        </w:rPr>
        <w:t xml:space="preserve"> notebooks. Code was organized into distinct cells, each supported by markdown explanations, providing a clear and executable record of the entire workflow</w:t>
      </w:r>
      <w:r w:rsidR="003F72D3" w:rsidRPr="009D0F78">
        <w:rPr>
          <w:rFonts w:ascii="Calibri" w:hAnsi="Calibri" w:cs="Calibri"/>
          <w:sz w:val="24"/>
          <w:szCs w:val="24"/>
        </w:rPr>
        <w:t>.</w:t>
      </w:r>
    </w:p>
    <w:p w14:paraId="1A069C51" w14:textId="194B375F" w:rsidR="003F72D3" w:rsidRPr="009D0F78" w:rsidRDefault="00E74076" w:rsidP="003F72D3">
      <w:pPr>
        <w:jc w:val="both"/>
        <w:rPr>
          <w:rFonts w:ascii="Calibri" w:hAnsi="Calibri" w:cs="Calibri"/>
          <w:sz w:val="24"/>
          <w:szCs w:val="24"/>
        </w:rPr>
      </w:pPr>
      <w:r w:rsidRPr="00E74076">
        <w:rPr>
          <w:rFonts w:ascii="Calibri" w:hAnsi="Calibri" w:cs="Calibri"/>
          <w:sz w:val="24"/>
          <w:szCs w:val="24"/>
        </w:rPr>
        <w:t>Version control was managed by saving datasets, model checkpoints, and intermediate outputs in Google Drive, enabling consistent access across development sessions. This cloud-synced, modular setup allowed experiments to be resumed, adjusted, or reverted without data loss. Key decisions</w:t>
      </w:r>
      <w:r>
        <w:rPr>
          <w:rFonts w:ascii="Calibri" w:hAnsi="Calibri" w:cs="Calibri"/>
          <w:sz w:val="24"/>
          <w:szCs w:val="24"/>
        </w:rPr>
        <w:t xml:space="preserve"> </w:t>
      </w:r>
      <w:r w:rsidRPr="00E74076">
        <w:rPr>
          <w:rFonts w:ascii="Calibri" w:hAnsi="Calibri" w:cs="Calibri"/>
          <w:sz w:val="24"/>
          <w:szCs w:val="24"/>
        </w:rPr>
        <w:t>including hyperparameter configurations, model architecture updates, and error</w:t>
      </w:r>
      <w:r>
        <w:rPr>
          <w:rFonts w:ascii="Calibri" w:hAnsi="Calibri" w:cs="Calibri"/>
          <w:sz w:val="24"/>
          <w:szCs w:val="24"/>
        </w:rPr>
        <w:t xml:space="preserve"> </w:t>
      </w:r>
      <w:r w:rsidRPr="00E74076">
        <w:rPr>
          <w:rFonts w:ascii="Calibri" w:hAnsi="Calibri" w:cs="Calibri"/>
          <w:sz w:val="24"/>
          <w:szCs w:val="24"/>
        </w:rPr>
        <w:t>handling approaches</w:t>
      </w:r>
      <w:r>
        <w:rPr>
          <w:rFonts w:ascii="Calibri" w:hAnsi="Calibri" w:cs="Calibri"/>
          <w:sz w:val="24"/>
          <w:szCs w:val="24"/>
        </w:rPr>
        <w:t xml:space="preserve"> </w:t>
      </w:r>
      <w:r w:rsidRPr="00E74076">
        <w:rPr>
          <w:rFonts w:ascii="Calibri" w:hAnsi="Calibri" w:cs="Calibri"/>
          <w:sz w:val="24"/>
          <w:szCs w:val="24"/>
        </w:rPr>
        <w:t>were documented throughout to ensure reproducibility and support effective debugging</w:t>
      </w:r>
      <w:r w:rsidR="003F72D3" w:rsidRPr="009D0F78">
        <w:rPr>
          <w:rFonts w:ascii="Calibri" w:hAnsi="Calibri" w:cs="Calibri"/>
          <w:sz w:val="24"/>
          <w:szCs w:val="24"/>
        </w:rPr>
        <w:t>.</w:t>
      </w:r>
    </w:p>
    <w:p w14:paraId="0AA7920B" w14:textId="19A27986" w:rsidR="003F72D3" w:rsidRPr="009D0F78" w:rsidRDefault="00776AA1" w:rsidP="003F72D3">
      <w:pPr>
        <w:jc w:val="both"/>
        <w:rPr>
          <w:rFonts w:ascii="Calibri" w:hAnsi="Calibri" w:cs="Calibri"/>
          <w:sz w:val="24"/>
          <w:szCs w:val="24"/>
        </w:rPr>
      </w:pPr>
      <w:r w:rsidRPr="00776AA1">
        <w:rPr>
          <w:rFonts w:ascii="Calibri" w:hAnsi="Calibri" w:cs="Calibri"/>
          <w:sz w:val="24"/>
          <w:szCs w:val="24"/>
        </w:rPr>
        <w:t xml:space="preserve">Visual outputs such as training accuracy curves, confusion matrices, and misclassification logs were integrated directly into the development environment. This facilitated traceability and enabled efficient performance evaluation. Future improvements could include enhancing the current documentation setup with embedded visual dashboards or automated experiment tracking tools like </w:t>
      </w:r>
      <w:proofErr w:type="spellStart"/>
      <w:r w:rsidRPr="00776AA1">
        <w:rPr>
          <w:rFonts w:ascii="Calibri" w:hAnsi="Calibri" w:cs="Calibri"/>
          <w:sz w:val="24"/>
          <w:szCs w:val="24"/>
        </w:rPr>
        <w:t>MLflow</w:t>
      </w:r>
      <w:proofErr w:type="spellEnd"/>
      <w:r w:rsidRPr="00776AA1">
        <w:rPr>
          <w:rFonts w:ascii="Calibri" w:hAnsi="Calibri" w:cs="Calibri"/>
          <w:sz w:val="24"/>
          <w:szCs w:val="24"/>
        </w:rPr>
        <w:t xml:space="preserve"> or </w:t>
      </w:r>
      <w:proofErr w:type="spellStart"/>
      <w:r w:rsidRPr="00776AA1">
        <w:rPr>
          <w:rFonts w:ascii="Calibri" w:hAnsi="Calibri" w:cs="Calibri"/>
          <w:sz w:val="24"/>
          <w:szCs w:val="24"/>
        </w:rPr>
        <w:t>TensorBoard</w:t>
      </w:r>
      <w:proofErr w:type="spellEnd"/>
      <w:r w:rsidRPr="00776AA1">
        <w:rPr>
          <w:rFonts w:ascii="Calibri" w:hAnsi="Calibri" w:cs="Calibri"/>
          <w:sz w:val="24"/>
          <w:szCs w:val="24"/>
        </w:rPr>
        <w:t xml:space="preserve"> to further support experimentation and collaborative development</w:t>
      </w:r>
      <w:r w:rsidR="003F72D3" w:rsidRPr="009D0F78">
        <w:rPr>
          <w:rFonts w:ascii="Calibri" w:hAnsi="Calibri" w:cs="Calibri"/>
          <w:sz w:val="24"/>
          <w:szCs w:val="24"/>
        </w:rPr>
        <w:t>.</w:t>
      </w:r>
    </w:p>
    <w:p w14:paraId="599A5AF7" w14:textId="77777777" w:rsidR="003F72D3" w:rsidRDefault="003F72D3" w:rsidP="003F72D3">
      <w:pPr>
        <w:jc w:val="both"/>
        <w:rPr>
          <w:rFonts w:ascii="Calibri" w:hAnsi="Calibri" w:cs="Calibri"/>
          <w:sz w:val="24"/>
          <w:szCs w:val="24"/>
        </w:rPr>
      </w:pPr>
    </w:p>
    <w:p w14:paraId="11A0A94F" w14:textId="5E74B298" w:rsidR="003F72D3" w:rsidRPr="009D0F78" w:rsidRDefault="003B0AEE" w:rsidP="003F72D3">
      <w:pPr>
        <w:jc w:val="both"/>
        <w:rPr>
          <w:rFonts w:ascii="Calibri" w:hAnsi="Calibri" w:cs="Calibri"/>
          <w:sz w:val="24"/>
          <w:szCs w:val="24"/>
        </w:rPr>
      </w:pPr>
      <w:r w:rsidRPr="003B0AEE">
        <w:rPr>
          <w:rFonts w:ascii="Calibri" w:hAnsi="Calibri" w:cs="Calibri"/>
          <w:sz w:val="24"/>
          <w:szCs w:val="24"/>
        </w:rPr>
        <w:t>In summary, the research methods applied in this project demonstrate a solid balance between academic rigor and practical implementation. Through the integration of a structured methodology and adaptable, open-source tools, the project delivers a working prototype that showcases the viability of offline, voice-controlled smart lighting. Although full hardware integration is reserved for future development, the groundwork established provides a strong basis for continued advancement and real-world application</w:t>
      </w:r>
      <w:r w:rsidR="003F72D3" w:rsidRPr="009D0F78">
        <w:rPr>
          <w:rFonts w:ascii="Calibri" w:hAnsi="Calibri" w:cs="Calibri"/>
          <w:sz w:val="24"/>
          <w:szCs w:val="24"/>
        </w:rPr>
        <w:t>.</w:t>
      </w:r>
    </w:p>
    <w:p w14:paraId="5C65B2A3" w14:textId="48056570" w:rsidR="00B7716E" w:rsidRDefault="00B7716E" w:rsidP="00B7716E">
      <w:pPr>
        <w:jc w:val="both"/>
        <w:rPr>
          <w:rFonts w:ascii="Calibri" w:hAnsi="Calibri" w:cs="Calibri"/>
          <w:sz w:val="24"/>
          <w:szCs w:val="24"/>
        </w:rPr>
      </w:pPr>
      <w:r w:rsidRPr="00987010">
        <w:lastRenderedPageBreak/>
        <w:br w:type="page"/>
      </w:r>
    </w:p>
    <w:p w14:paraId="5BE8D689" w14:textId="49D5B62C" w:rsidR="003B2325" w:rsidRPr="00987010" w:rsidRDefault="00487932" w:rsidP="00487932">
      <w:pPr>
        <w:pStyle w:val="Heading1"/>
      </w:pPr>
      <w:bookmarkStart w:id="23" w:name="_Toc197053589"/>
      <w:r>
        <w:lastRenderedPageBreak/>
        <w:t xml:space="preserve">CHAPTER </w:t>
      </w:r>
      <w:r w:rsidR="00B7716E">
        <w:t>3</w:t>
      </w:r>
      <w:r>
        <w:t xml:space="preserve"> </w:t>
      </w:r>
      <w:r w:rsidR="002555C6" w:rsidRPr="00987010">
        <w:t>L</w:t>
      </w:r>
      <w:r>
        <w:t>ITERATURE REVIEW</w:t>
      </w:r>
      <w:bookmarkEnd w:id="23"/>
    </w:p>
    <w:p w14:paraId="258D16C4" w14:textId="5DE7666D" w:rsidR="004D2038" w:rsidRPr="005113CF" w:rsidRDefault="00B7716E" w:rsidP="00EB7ECA">
      <w:pPr>
        <w:pStyle w:val="Heading2"/>
      </w:pPr>
      <w:bookmarkStart w:id="24" w:name="_Toc197053590"/>
      <w:r>
        <w:t>3</w:t>
      </w:r>
      <w:r w:rsidR="004D2038" w:rsidRPr="005113CF">
        <w:t>.1 Introduction</w:t>
      </w:r>
      <w:bookmarkEnd w:id="24"/>
    </w:p>
    <w:p w14:paraId="49D76E70" w14:textId="3CE32C7A" w:rsidR="00B74DAB" w:rsidRPr="00B74DAB" w:rsidRDefault="00B74DAB" w:rsidP="00B74DAB">
      <w:pPr>
        <w:jc w:val="both"/>
        <w:rPr>
          <w:rFonts w:ascii="Calibri" w:hAnsi="Calibri" w:cs="Calibri"/>
          <w:color w:val="000000" w:themeColor="text1"/>
          <w:sz w:val="24"/>
          <w:szCs w:val="24"/>
        </w:rPr>
      </w:pPr>
      <w:r w:rsidRPr="00B74DAB">
        <w:rPr>
          <w:rFonts w:ascii="Calibri" w:hAnsi="Calibri" w:cs="Calibri"/>
          <w:color w:val="000000" w:themeColor="text1"/>
          <w:sz w:val="24"/>
          <w:szCs w:val="24"/>
        </w:rPr>
        <w:t>The development of voice-controlled systems for smart home automation has grown significantly over the past decade, by innovations in artificial intelligence (AI), natural language processing (NLP)</w:t>
      </w:r>
      <w:r w:rsidR="00112626">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NmUyNzAzODktMWUyZC00MmUxLTgzNTgtODVjMWI5OTNlMmI1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
          <w:id w:val="-815569073"/>
          <w:placeholder>
            <w:docPart w:val="DefaultPlaceholder_-1854013440"/>
          </w:placeholder>
        </w:sdtPr>
        <w:sdtEndPr/>
        <w:sdtContent>
          <w:r w:rsidR="00CB3963" w:rsidRPr="00CB3963">
            <w:rPr>
              <w:rFonts w:eastAsia="Times New Roman"/>
              <w:color w:val="000000"/>
              <w:sz w:val="24"/>
            </w:rPr>
            <w:t>(Iliev &amp; Ilieva, 2023)</w:t>
          </w:r>
        </w:sdtContent>
      </w:sdt>
      <w:r w:rsidRPr="00B74DAB">
        <w:rPr>
          <w:rFonts w:ascii="Calibri" w:hAnsi="Calibri" w:cs="Calibri"/>
          <w:color w:val="000000" w:themeColor="text1"/>
          <w:sz w:val="24"/>
          <w:szCs w:val="24"/>
        </w:rPr>
        <w:t>, and the Internet of Things (IoT)</w:t>
      </w:r>
      <w:r w:rsidR="00AE2935">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"/>
          <w:id w:val="61373879"/>
          <w:placeholder>
            <w:docPart w:val="DefaultPlaceholder_-1854013440"/>
          </w:placeholder>
        </w:sdtPr>
        <w:sdtEndPr/>
        <w:sdtContent>
          <w:r w:rsidR="00CB3963" w:rsidRPr="00CB3963">
            <w:rPr>
              <w:rFonts w:ascii="Calibri" w:hAnsi="Calibri" w:cs="Calibri"/>
              <w:color w:val="000000"/>
              <w:sz w:val="24"/>
              <w:szCs w:val="24"/>
            </w:rPr>
            <w:t>(</w:t>
          </w:r>
          <w:proofErr w:type="spellStart"/>
          <w:r w:rsidR="00CB3963" w:rsidRPr="00CB3963">
            <w:rPr>
              <w:rFonts w:ascii="Calibri" w:hAnsi="Calibri" w:cs="Calibri"/>
              <w:color w:val="000000"/>
              <w:sz w:val="24"/>
              <w:szCs w:val="24"/>
            </w:rPr>
            <w:t>Chumuang</w:t>
          </w:r>
          <w:proofErr w:type="spellEnd"/>
          <w:r w:rsidR="00CB3963" w:rsidRPr="00CB3963">
            <w:rPr>
              <w:rFonts w:ascii="Calibri" w:hAnsi="Calibri" w:cs="Calibri"/>
              <w:color w:val="000000"/>
              <w:sz w:val="24"/>
              <w:szCs w:val="24"/>
            </w:rPr>
            <w:t xml:space="preserve"> et al., 2024)</w:t>
          </w:r>
        </w:sdtContent>
      </w:sdt>
      <w:r w:rsidRPr="00B74DAB">
        <w:rPr>
          <w:rFonts w:ascii="Calibri" w:hAnsi="Calibri" w:cs="Calibri"/>
          <w:color w:val="000000" w:themeColor="text1"/>
          <w:sz w:val="24"/>
          <w:szCs w:val="24"/>
        </w:rPr>
        <w:t>. In particular, the integration of these technologies has redefined the interaction between users and home devices, such as lighting systems. The concept of controlling lighting through speech alone is no longer a futuristic idea but a practical solution adopted.</w:t>
      </w:r>
    </w:p>
    <w:p w14:paraId="2AB8564F" w14:textId="68B48C03" w:rsidR="00F116E0" w:rsidRPr="006417EF" w:rsidRDefault="00B74DAB" w:rsidP="00B74DAB">
      <w:pPr>
        <w:jc w:val="both"/>
        <w:rPr>
          <w:rFonts w:ascii="Calibri" w:hAnsi="Calibri" w:cs="Calibri"/>
          <w:color w:val="000000" w:themeColor="text1"/>
          <w:sz w:val="24"/>
          <w:szCs w:val="24"/>
        </w:rPr>
      </w:pPr>
      <w:r w:rsidRPr="00B74DAB">
        <w:rPr>
          <w:rFonts w:ascii="Calibri" w:hAnsi="Calibri" w:cs="Calibri"/>
          <w:color w:val="000000" w:themeColor="text1"/>
          <w:sz w:val="24"/>
          <w:szCs w:val="24"/>
        </w:rPr>
        <w:t>This literature review provides an in-depth exploration of existing work in the field of speech recognition, smart lighting automation, NLP applications in home systems, and the overall framework of voice-interfaced IoT solutions. It also examines various technologies and tools that enable such systems and critically assesses the challenges and limitations found in existing solutions.</w:t>
      </w:r>
    </w:p>
    <w:p w14:paraId="4CDA84F9" w14:textId="77F05DDA" w:rsidR="00E952E7" w:rsidRPr="005113CF" w:rsidRDefault="00B7716E" w:rsidP="001859D7">
      <w:pPr>
        <w:pStyle w:val="Heading2"/>
      </w:pPr>
      <w:bookmarkStart w:id="25" w:name="_Toc197053591"/>
      <w:r>
        <w:t>3</w:t>
      </w:r>
      <w:r w:rsidR="00E952E7" w:rsidRPr="005113CF">
        <w:t>.2 Core Enabling Technologies</w:t>
      </w:r>
      <w:r w:rsidR="008016CC">
        <w:t xml:space="preserve"> in Voice</w:t>
      </w:r>
      <w:r w:rsidR="00DD7774">
        <w:t xml:space="preserve"> </w:t>
      </w:r>
      <w:r w:rsidR="00E64FF0">
        <w:t>Controlled Smart Home Systems</w:t>
      </w:r>
      <w:bookmarkEnd w:id="25"/>
    </w:p>
    <w:p w14:paraId="1CA18644" w14:textId="4485C9AA" w:rsidR="00F529B0" w:rsidRPr="0092646F" w:rsidRDefault="00B7716E" w:rsidP="00656615">
      <w:pPr>
        <w:pStyle w:val="Heading3"/>
        <w:rPr>
          <w:sz w:val="24"/>
          <w:szCs w:val="24"/>
        </w:rPr>
      </w:pPr>
      <w:bookmarkStart w:id="26" w:name="_Toc197053592"/>
      <w:r>
        <w:rPr>
          <w:sz w:val="24"/>
          <w:szCs w:val="24"/>
        </w:rPr>
        <w:t>3</w:t>
      </w:r>
      <w:r w:rsidR="00564634" w:rsidRPr="0092646F">
        <w:rPr>
          <w:sz w:val="24"/>
          <w:szCs w:val="24"/>
        </w:rPr>
        <w:t>.2.1 Voice Recognition</w:t>
      </w:r>
      <w:bookmarkEnd w:id="26"/>
    </w:p>
    <w:p w14:paraId="00534882" w14:textId="0A91266C" w:rsidR="002373DA" w:rsidRPr="002373DA" w:rsidRDefault="002373DA" w:rsidP="002373DA">
      <w:pPr>
        <w:jc w:val="both"/>
        <w:rPr>
          <w:rFonts w:ascii="Calibri" w:hAnsi="Calibri" w:cs="Calibri"/>
          <w:sz w:val="24"/>
          <w:szCs w:val="24"/>
        </w:rPr>
      </w:pPr>
      <w:r w:rsidRPr="002373DA">
        <w:rPr>
          <w:rFonts w:ascii="Calibri" w:hAnsi="Calibri" w:cs="Calibri"/>
          <w:sz w:val="24"/>
          <w:szCs w:val="24"/>
        </w:rPr>
        <w:t xml:space="preserve">Voice recognition is one of the core technologies driving smart home automation. Systems like Amazon Alexa, Google Assistant, and Apple Siri have brought speech-controlled interfaces into millions of homes worldwide. These platforms utilize complex deep learning models to transform human speech into machine-readable commands. In academic research, various approaches have been taken to emulate and improve upon these commercial systems, often leveraging open-source frameworks such as TensorFlow and </w:t>
      </w:r>
      <w:proofErr w:type="spellStart"/>
      <w:r w:rsidRPr="002373DA">
        <w:rPr>
          <w:rFonts w:ascii="Calibri" w:hAnsi="Calibri" w:cs="Calibri"/>
          <w:sz w:val="24"/>
          <w:szCs w:val="24"/>
        </w:rPr>
        <w:t>PyTorch</w:t>
      </w:r>
      <w:proofErr w:type="spellEnd"/>
      <w:r w:rsidR="00E27EDF">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MmFmZDVlZGUtNDE5NS00YTM2LTlhMzctYWRhYWNmOGI3ZWNi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
          <w:id w:val="404503562"/>
          <w:placeholder>
            <w:docPart w:val="DefaultPlaceholder_-1854013440"/>
          </w:placeholder>
        </w:sdtPr>
        <w:sdtEndPr/>
        <w:sdtContent>
          <w:r w:rsidR="00CB3963" w:rsidRPr="00CB3963">
            <w:rPr>
              <w:rFonts w:ascii="Calibri" w:hAnsi="Calibri" w:cs="Calibri"/>
              <w:color w:val="000000"/>
              <w:sz w:val="24"/>
              <w:szCs w:val="24"/>
            </w:rPr>
            <w:t>(Somesh et al., 2020)</w:t>
          </w:r>
        </w:sdtContent>
      </w:sdt>
      <w:r w:rsidR="00E27EDF">
        <w:rPr>
          <w:rFonts w:ascii="Calibri" w:hAnsi="Calibri" w:cs="Calibri"/>
          <w:sz w:val="24"/>
          <w:szCs w:val="24"/>
        </w:rPr>
        <w:t>.</w:t>
      </w:r>
    </w:p>
    <w:p w14:paraId="16115D86" w14:textId="45703B10" w:rsidR="002373DA" w:rsidRPr="002373DA" w:rsidRDefault="002373DA" w:rsidP="002373DA">
      <w:pPr>
        <w:jc w:val="both"/>
        <w:rPr>
          <w:rFonts w:ascii="Calibri" w:hAnsi="Calibri" w:cs="Calibri"/>
          <w:sz w:val="24"/>
          <w:szCs w:val="24"/>
        </w:rPr>
      </w:pPr>
      <w:r w:rsidRPr="002373DA">
        <w:rPr>
          <w:rFonts w:ascii="Calibri" w:hAnsi="Calibri" w:cs="Calibri"/>
          <w:sz w:val="24"/>
          <w:szCs w:val="24"/>
        </w:rPr>
        <w:t xml:space="preserve">Traditional voice recognition systems relied heavily on statistical models like Gaussian Mixture Models (GMM) and Hidden Markov Models (HMM) </w:t>
      </w:r>
      <w:sdt>
        <w:sdtPr>
          <w:rPr>
            <w:rFonts w:ascii="Calibri" w:hAnsi="Calibri" w:cs="Calibri"/>
            <w:color w:val="000000"/>
            <w:sz w:val="24"/>
            <w:szCs w:val="24"/>
          </w:rPr>
          <w:tag w:val="MENDELEY_CITATION_v3_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"/>
          <w:id w:val="-846486012"/>
          <w:placeholder>
            <w:docPart w:val="DefaultPlaceholder_-1854013440"/>
          </w:placeholder>
        </w:sdtPr>
        <w:sdtEndPr/>
        <w:sdtContent>
          <w:r w:rsidR="00CB3963" w:rsidRPr="00CB3963">
            <w:rPr>
              <w:rFonts w:eastAsia="Times New Roman"/>
              <w:color w:val="000000"/>
              <w:sz w:val="24"/>
            </w:rPr>
            <w:t>(Bhukya &amp; Raj, 2022)</w:t>
          </w:r>
        </w:sdtContent>
      </w:sdt>
      <w:r w:rsidRPr="002373DA">
        <w:rPr>
          <w:rFonts w:ascii="Calibri" w:hAnsi="Calibri" w:cs="Calibri"/>
          <w:sz w:val="24"/>
          <w:szCs w:val="24"/>
        </w:rPr>
        <w:t xml:space="preserve">. While foundational, these methods often underperformed in noisy environments or when dealing with accents and dialectal variations. With the advent of deep learning, Convolutional Neural Networks (CNNs), Long Short-Term Memory (LSTM) networks, and Transformer architectures have been applied to audio data, producing significant improvements in accuracy </w:t>
      </w:r>
      <w:sdt>
        <w:sdtPr>
          <w:rPr>
            <w:rFonts w:ascii="Calibri" w:hAnsi="Calibri" w:cs="Calibri"/>
            <w:color w:val="000000"/>
            <w:sz w:val="24"/>
            <w:szCs w:val="24"/>
          </w:rPr>
          <w:tag w:val="MENDELEY_CITATION_v3_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"/>
          <w:id w:val="1889453740"/>
          <w:placeholder>
            <w:docPart w:val="DefaultPlaceholder_-1854013440"/>
          </w:placeholder>
        </w:sdtPr>
        <w:sdtEndPr/>
        <w:sdtContent>
          <w:r w:rsidR="00CB3963" w:rsidRPr="00CB3963">
            <w:rPr>
              <w:rFonts w:eastAsia="Times New Roman"/>
              <w:color w:val="000000"/>
              <w:sz w:val="24"/>
            </w:rPr>
            <w:t>(</w:t>
          </w:r>
          <w:proofErr w:type="spellStart"/>
          <w:r w:rsidR="00CB3963" w:rsidRPr="00CB3963">
            <w:rPr>
              <w:rFonts w:eastAsia="Times New Roman"/>
              <w:color w:val="000000"/>
              <w:sz w:val="24"/>
            </w:rPr>
            <w:t>Wubet</w:t>
          </w:r>
          <w:proofErr w:type="spellEnd"/>
          <w:r w:rsidR="00CB3963" w:rsidRPr="00CB3963">
            <w:rPr>
              <w:rFonts w:eastAsia="Times New Roman"/>
              <w:color w:val="000000"/>
              <w:sz w:val="24"/>
            </w:rPr>
            <w:t xml:space="preserve"> &amp; Lian, 2022)</w:t>
          </w:r>
        </w:sdtContent>
      </w:sdt>
      <w:r w:rsidRPr="002373DA">
        <w:rPr>
          <w:rFonts w:ascii="Calibri" w:hAnsi="Calibri" w:cs="Calibri"/>
          <w:sz w:val="24"/>
          <w:szCs w:val="24"/>
        </w:rPr>
        <w:t>.</w:t>
      </w:r>
    </w:p>
    <w:p w14:paraId="12BA79A8" w14:textId="77777777" w:rsidR="00047970" w:rsidRPr="002373DA" w:rsidRDefault="00047970" w:rsidP="00047970">
      <w:pPr>
        <w:pStyle w:val="NoSpacing"/>
      </w:pPr>
    </w:p>
    <w:p w14:paraId="29F4673E" w14:textId="32EE4A74" w:rsidR="00CB0EDA" w:rsidRDefault="00B7716E" w:rsidP="00047970">
      <w:pPr>
        <w:pStyle w:val="NoSpacing"/>
        <w:rPr>
          <w:rStyle w:val="Heading3Char"/>
          <w:sz w:val="24"/>
          <w:szCs w:val="24"/>
        </w:rPr>
      </w:pPr>
      <w:bookmarkStart w:id="27" w:name="_Toc197053593"/>
      <w:r>
        <w:rPr>
          <w:rStyle w:val="Heading3Char"/>
          <w:sz w:val="24"/>
          <w:szCs w:val="24"/>
        </w:rPr>
        <w:t>3</w:t>
      </w:r>
      <w:r w:rsidR="00564634" w:rsidRPr="00C46020">
        <w:rPr>
          <w:rStyle w:val="Heading3Char"/>
          <w:sz w:val="24"/>
          <w:szCs w:val="24"/>
        </w:rPr>
        <w:t>.2.2</w:t>
      </w:r>
      <w:r w:rsidR="00992CA3">
        <w:rPr>
          <w:rStyle w:val="Heading3Char"/>
          <w:sz w:val="24"/>
          <w:szCs w:val="24"/>
        </w:rPr>
        <w:t xml:space="preserve"> </w:t>
      </w:r>
      <w:r w:rsidR="00992CA3" w:rsidRPr="00992CA3">
        <w:rPr>
          <w:rStyle w:val="Heading3Char"/>
          <w:sz w:val="24"/>
          <w:szCs w:val="24"/>
        </w:rPr>
        <w:t>Natural Language Processing</w:t>
      </w:r>
      <w:r w:rsidR="00991D13">
        <w:rPr>
          <w:rStyle w:val="Heading3Char"/>
          <w:sz w:val="24"/>
          <w:szCs w:val="24"/>
        </w:rPr>
        <w:t xml:space="preserve"> </w:t>
      </w:r>
      <w:r w:rsidR="00992CA3">
        <w:rPr>
          <w:rStyle w:val="Heading3Char"/>
          <w:sz w:val="24"/>
          <w:szCs w:val="24"/>
        </w:rPr>
        <w:t>(</w:t>
      </w:r>
      <w:r w:rsidR="00F116E0" w:rsidRPr="00C46020">
        <w:rPr>
          <w:rStyle w:val="Heading3Char"/>
          <w:sz w:val="24"/>
          <w:szCs w:val="24"/>
        </w:rPr>
        <w:t>NLP</w:t>
      </w:r>
      <w:r w:rsidR="00992CA3">
        <w:rPr>
          <w:rStyle w:val="Heading3Char"/>
          <w:sz w:val="24"/>
          <w:szCs w:val="24"/>
        </w:rPr>
        <w:t>)</w:t>
      </w:r>
      <w:bookmarkEnd w:id="27"/>
    </w:p>
    <w:p w14:paraId="070BEE66" w14:textId="0FF0F4C8" w:rsidR="00821218" w:rsidRPr="00CF0320" w:rsidRDefault="00821218" w:rsidP="00821218">
      <w:pPr>
        <w:jc w:val="both"/>
        <w:rPr>
          <w:rFonts w:ascii="Calibri" w:hAnsi="Calibri" w:cs="Calibri"/>
          <w:sz w:val="24"/>
          <w:szCs w:val="24"/>
        </w:rPr>
      </w:pPr>
      <w:r w:rsidRPr="00CF0320">
        <w:rPr>
          <w:rFonts w:ascii="Calibri" w:hAnsi="Calibri" w:cs="Calibri"/>
          <w:sz w:val="24"/>
          <w:szCs w:val="24"/>
        </w:rPr>
        <w:t xml:space="preserve">Natural Language Processing serves as the bridge between voice recognition and actionable device control. Once speech is transcribed into text, NLP methods are required to interpret the user’s intent. For smart lighting systems, this might involve parsing </w:t>
      </w:r>
      <w:r w:rsidRPr="00CF0320">
        <w:rPr>
          <w:rFonts w:ascii="Calibri" w:hAnsi="Calibri" w:cs="Calibri"/>
          <w:sz w:val="24"/>
          <w:szCs w:val="24"/>
        </w:rPr>
        <w:lastRenderedPageBreak/>
        <w:t xml:space="preserve">commands such as “turn on the lights,” “dim the bedroom lamp,” or “switch off all lights at 10 PM.” NLP frameworks like </w:t>
      </w:r>
      <w:proofErr w:type="spellStart"/>
      <w:r w:rsidRPr="00CF0320">
        <w:rPr>
          <w:rFonts w:ascii="Calibri" w:hAnsi="Calibri" w:cs="Calibri"/>
          <w:sz w:val="24"/>
          <w:szCs w:val="24"/>
        </w:rPr>
        <w:t>spaCy</w:t>
      </w:r>
      <w:proofErr w:type="spellEnd"/>
      <w:r w:rsidRPr="00CF0320">
        <w:rPr>
          <w:rFonts w:ascii="Calibri" w:hAnsi="Calibri" w:cs="Calibri"/>
          <w:sz w:val="24"/>
          <w:szCs w:val="24"/>
        </w:rPr>
        <w:t xml:space="preserve"> and BERT models have significantly enhanced systems’ ability to understand nuances in natural speech </w:t>
      </w:r>
      <w:sdt>
        <w:sdtPr>
          <w:rPr>
            <w:rFonts w:ascii="Calibri" w:hAnsi="Calibri" w:cs="Calibri"/>
            <w:color w:val="000000"/>
            <w:sz w:val="24"/>
            <w:szCs w:val="24"/>
          </w:rPr>
          <w:tag w:val="MENDELEY_CITATION_v3_eyJjaXRhdGlvbklEIjoiTUVOREVMRVlfQ0lUQVRJT05fODIyMzYxNjYtNTE2Zi00NTZkLTk5NmEtMWFjZWQwZWQxODdk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
          <w:id w:val="1367951166"/>
          <w:placeholder>
            <w:docPart w:val="DefaultPlaceholder_-1854013440"/>
          </w:placeholder>
        </w:sdtPr>
        <w:sdtEndPr/>
        <w:sdtContent>
          <w:r w:rsidR="00CB3963" w:rsidRPr="00CB3963">
            <w:rPr>
              <w:rFonts w:eastAsia="Times New Roman"/>
              <w:color w:val="000000"/>
              <w:sz w:val="24"/>
            </w:rPr>
            <w:t>(Iliev &amp; Ilieva, 2023)</w:t>
          </w:r>
        </w:sdtContent>
      </w:sdt>
      <w:sdt>
        <w:sdtPr>
          <w:rPr>
            <w:rFonts w:ascii="Calibri" w:hAnsi="Calibri" w:cs="Calibri"/>
            <w:color w:val="000000"/>
            <w:sz w:val="24"/>
            <w:szCs w:val="24"/>
          </w:rPr>
          <w:tag w:val="MENDELEY_CITATION_v3_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"/>
          <w:id w:val="-261922436"/>
          <w:placeholder>
            <w:docPart w:val="DefaultPlaceholder_-1854013440"/>
          </w:placeholder>
        </w:sdtPr>
        <w:sdtEndPr/>
        <w:sdtContent>
          <w:r w:rsidR="00CB3963" w:rsidRPr="00CB3963">
            <w:rPr>
              <w:rFonts w:ascii="Calibri" w:hAnsi="Calibri" w:cs="Calibri"/>
              <w:color w:val="000000"/>
              <w:sz w:val="24"/>
              <w:szCs w:val="24"/>
            </w:rPr>
            <w:t>(Chang et al., 2022)</w:t>
          </w:r>
        </w:sdtContent>
      </w:sdt>
      <w:r w:rsidRPr="00CF0320">
        <w:rPr>
          <w:rFonts w:ascii="Calibri" w:hAnsi="Calibri" w:cs="Calibri"/>
          <w:sz w:val="24"/>
          <w:szCs w:val="24"/>
        </w:rPr>
        <w:t>.</w:t>
      </w:r>
    </w:p>
    <w:p w14:paraId="6FC56531" w14:textId="76A255BE" w:rsidR="00821218" w:rsidRPr="00CF0320" w:rsidRDefault="00821218" w:rsidP="00821218">
      <w:pPr>
        <w:jc w:val="both"/>
        <w:rPr>
          <w:rFonts w:ascii="Calibri" w:hAnsi="Calibri" w:cs="Calibri"/>
          <w:sz w:val="24"/>
          <w:szCs w:val="24"/>
        </w:rPr>
      </w:pPr>
      <w:r w:rsidRPr="00CF0320">
        <w:rPr>
          <w:rFonts w:ascii="Calibri" w:hAnsi="Calibri" w:cs="Calibri"/>
          <w:sz w:val="24"/>
          <w:szCs w:val="24"/>
        </w:rPr>
        <w:t>Intent detection and slot filling are two primary tasks in voice interfaces. Intent detection identifies the purpose of the command, while slot filling extracts relevant entities like room names, times, or brightness levels. Recent research has focused on joint models that can perform both tasks simultaneously using Transformer-based architectures, which reduces errors and improve response times</w:t>
      </w:r>
      <w:sdt>
        <w:sdtPr>
          <w:rPr>
            <w:rFonts w:ascii="Calibri" w:hAnsi="Calibri" w:cs="Calibri"/>
            <w:color w:val="000000"/>
            <w:sz w:val="24"/>
            <w:szCs w:val="24"/>
          </w:rPr>
          <w:tag w:val="MENDELEY_CITATION_v3_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"/>
          <w:id w:val="1422220721"/>
          <w:placeholder>
            <w:docPart w:val="7E4214723A364E1AA98F041A16D63634"/>
          </w:placeholder>
        </w:sdtPr>
        <w:sdtEndPr/>
        <w:sdtContent>
          <w:r w:rsidR="002C347D" w:rsidRPr="002C347D">
            <w:rPr>
              <w:rFonts w:ascii="Calibri" w:hAnsi="Calibri" w:cs="Calibri"/>
              <w:color w:val="000000"/>
              <w:sz w:val="24"/>
              <w:szCs w:val="24"/>
            </w:rPr>
            <w:t>(</w:t>
          </w:r>
          <w:proofErr w:type="spellStart"/>
          <w:r w:rsidR="002C347D" w:rsidRPr="002C347D">
            <w:rPr>
              <w:rFonts w:ascii="Calibri" w:hAnsi="Calibri" w:cs="Calibri"/>
              <w:color w:val="000000"/>
              <w:sz w:val="24"/>
              <w:szCs w:val="24"/>
            </w:rPr>
            <w:t>Sajun</w:t>
          </w:r>
          <w:proofErr w:type="spellEnd"/>
          <w:r w:rsidR="002C347D" w:rsidRPr="002C347D">
            <w:rPr>
              <w:rFonts w:ascii="Calibri" w:hAnsi="Calibri" w:cs="Calibri"/>
              <w:color w:val="000000"/>
              <w:sz w:val="24"/>
              <w:szCs w:val="24"/>
            </w:rPr>
            <w:t xml:space="preserve"> et al., 2024)</w:t>
          </w:r>
        </w:sdtContent>
      </w:sdt>
      <w:r w:rsidRPr="00CF0320">
        <w:rPr>
          <w:rFonts w:ascii="Calibri" w:hAnsi="Calibri" w:cs="Calibri"/>
          <w:sz w:val="24"/>
          <w:szCs w:val="24"/>
        </w:rPr>
        <w:t>.</w:t>
      </w:r>
    </w:p>
    <w:p w14:paraId="6B807248" w14:textId="694C1711" w:rsidR="00CF0320" w:rsidRDefault="00821218" w:rsidP="00CF0320">
      <w:pPr>
        <w:jc w:val="both"/>
        <w:rPr>
          <w:rFonts w:ascii="Calibri" w:hAnsi="Calibri" w:cs="Calibri"/>
          <w:sz w:val="24"/>
          <w:szCs w:val="24"/>
        </w:rPr>
      </w:pPr>
      <w:r w:rsidRPr="00CF0320">
        <w:rPr>
          <w:rFonts w:ascii="Calibri" w:hAnsi="Calibri" w:cs="Calibri"/>
          <w:sz w:val="24"/>
          <w:szCs w:val="24"/>
        </w:rPr>
        <w:t>In the context of smart homes, many existing NLP models are trained on general-purpose datasets that may not reflect the types of commands users’ issue at home. This leads to decreased performance in real-world usage</w:t>
      </w:r>
      <w:r w:rsidR="003F1D65">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MDdkOGFmZjAtNDJhZC00MDdjLWE1YWItZmRlMTI3ODlhNTJh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
          <w:id w:val="-95032362"/>
          <w:placeholder>
            <w:docPart w:val="DefaultPlaceholder_-1854013440"/>
          </w:placeholder>
        </w:sdtPr>
        <w:sdtEndPr/>
        <w:sdtContent>
          <w:r w:rsidR="00CB3963" w:rsidRPr="00CB3963">
            <w:rPr>
              <w:rFonts w:eastAsia="Times New Roman"/>
              <w:color w:val="000000"/>
              <w:sz w:val="24"/>
            </w:rPr>
            <w:t>(Iliev &amp; Ilieva, 2023)</w:t>
          </w:r>
        </w:sdtContent>
      </w:sdt>
      <w:r w:rsidRPr="00CF0320">
        <w:rPr>
          <w:rFonts w:ascii="Calibri" w:hAnsi="Calibri" w:cs="Calibri"/>
          <w:sz w:val="24"/>
          <w:szCs w:val="24"/>
        </w:rPr>
        <w:t xml:space="preserve">. To address this issue, several projects have developed custom datasets for home automation. </w:t>
      </w:r>
    </w:p>
    <w:p w14:paraId="60839FE1" w14:textId="77777777" w:rsidR="005406B2" w:rsidRDefault="005406B2" w:rsidP="00047970">
      <w:pPr>
        <w:pStyle w:val="NoSpacing"/>
      </w:pPr>
    </w:p>
    <w:p w14:paraId="3C326382" w14:textId="66866141" w:rsidR="00356AED" w:rsidRPr="00047970" w:rsidRDefault="007E5DA0" w:rsidP="009F61AF">
      <w:pPr>
        <w:pStyle w:val="NoSpacing"/>
        <w:rPr>
          <w:sz w:val="24"/>
          <w:szCs w:val="24"/>
        </w:rPr>
      </w:pPr>
      <w:bookmarkStart w:id="28" w:name="_Toc197053594"/>
      <w:r>
        <w:rPr>
          <w:rStyle w:val="Heading3Char"/>
          <w:sz w:val="24"/>
          <w:szCs w:val="24"/>
        </w:rPr>
        <w:t>3</w:t>
      </w:r>
      <w:r w:rsidR="002F4F97" w:rsidRPr="00047970">
        <w:rPr>
          <w:rStyle w:val="Heading3Char"/>
          <w:sz w:val="24"/>
          <w:szCs w:val="24"/>
        </w:rPr>
        <w:t xml:space="preserve">.2.3 </w:t>
      </w:r>
      <w:r w:rsidR="002D776B" w:rsidRPr="00047970">
        <w:rPr>
          <w:rStyle w:val="Heading3Char"/>
          <w:sz w:val="24"/>
          <w:szCs w:val="24"/>
        </w:rPr>
        <w:t xml:space="preserve">IoT and </w:t>
      </w:r>
      <w:r w:rsidR="006067BE" w:rsidRPr="00047970">
        <w:rPr>
          <w:rStyle w:val="Heading3Char"/>
          <w:sz w:val="24"/>
          <w:szCs w:val="24"/>
        </w:rPr>
        <w:t>Smart Light</w:t>
      </w:r>
      <w:r w:rsidR="002F4F97" w:rsidRPr="00047970">
        <w:rPr>
          <w:rStyle w:val="Heading3Char"/>
          <w:sz w:val="24"/>
          <w:szCs w:val="24"/>
        </w:rPr>
        <w:t xml:space="preserve"> </w:t>
      </w:r>
      <w:r w:rsidR="00356AED" w:rsidRPr="00047970">
        <w:rPr>
          <w:rStyle w:val="Heading3Char"/>
          <w:sz w:val="24"/>
          <w:szCs w:val="24"/>
        </w:rPr>
        <w:t>Technologies</w:t>
      </w:r>
      <w:bookmarkEnd w:id="28"/>
    </w:p>
    <w:p w14:paraId="66FE58C8" w14:textId="2BE71C4F" w:rsidR="00C52E23" w:rsidRPr="00047970" w:rsidRDefault="00F116E0" w:rsidP="00356AED">
      <w:pPr>
        <w:jc w:val="both"/>
        <w:rPr>
          <w:rFonts w:ascii="Calibri" w:hAnsi="Calibri" w:cs="Calibri"/>
          <w:b/>
          <w:sz w:val="24"/>
          <w:szCs w:val="24"/>
        </w:rPr>
      </w:pPr>
      <w:r w:rsidRPr="00047970">
        <w:rPr>
          <w:rFonts w:ascii="Calibri" w:hAnsi="Calibri" w:cs="Calibri"/>
          <w:sz w:val="24"/>
          <w:szCs w:val="24"/>
        </w:rPr>
        <w:t>Smart lighting systems represent one of the most accessible and widely adopted applications of home automation. These systems typically include LED bulbs equipped with wireless communication capabilities, such as Wi-Fi, Zigbee, or Bluetooth</w:t>
      </w:r>
      <w:r w:rsidR="00BF14B3" w:rsidRPr="00047970">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"/>
          <w:id w:val="189114096"/>
          <w:placeholder>
            <w:docPart w:val="DefaultPlaceholder_-1854013440"/>
          </w:placeholder>
        </w:sdtPr>
        <w:sdtEndPr/>
        <w:sdtContent>
          <w:r w:rsidR="00CB3963" w:rsidRPr="00CB3963">
            <w:rPr>
              <w:rFonts w:ascii="Calibri" w:hAnsi="Calibri" w:cs="Calibri"/>
              <w:color w:val="000000"/>
              <w:sz w:val="24"/>
              <w:szCs w:val="24"/>
            </w:rPr>
            <w:t>(</w:t>
          </w:r>
          <w:proofErr w:type="spellStart"/>
          <w:r w:rsidR="00CB3963" w:rsidRPr="00CB3963">
            <w:rPr>
              <w:rFonts w:ascii="Calibri" w:hAnsi="Calibri" w:cs="Calibri"/>
              <w:color w:val="000000"/>
              <w:sz w:val="24"/>
              <w:szCs w:val="24"/>
            </w:rPr>
            <w:t>Lourme</w:t>
          </w:r>
          <w:proofErr w:type="spellEnd"/>
          <w:r w:rsidR="00CB3963" w:rsidRPr="00CB3963">
            <w:rPr>
              <w:rFonts w:ascii="Calibri" w:hAnsi="Calibri" w:cs="Calibri"/>
              <w:color w:val="000000"/>
              <w:sz w:val="24"/>
              <w:szCs w:val="24"/>
            </w:rPr>
            <w:t xml:space="preserve"> et al., 2023)</w:t>
          </w:r>
        </w:sdtContent>
      </w:sdt>
      <w:sdt>
        <w:sdtPr>
          <w:rPr>
            <w:rFonts w:ascii="Calibri" w:hAnsi="Calibri" w:cs="Calibri"/>
            <w:color w:val="000000"/>
            <w:sz w:val="24"/>
            <w:szCs w:val="24"/>
          </w:rPr>
          <w:tag w:val="MENDELEY_CITATION_v3_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"/>
          <w:id w:val="1745841580"/>
          <w:placeholder>
            <w:docPart w:val="DefaultPlaceholder_-1854013440"/>
          </w:placeholder>
        </w:sdtPr>
        <w:sdtEndPr/>
        <w:sdtContent>
          <w:r w:rsidR="00CB3963" w:rsidRPr="00CB3963">
            <w:rPr>
              <w:rFonts w:ascii="Calibri" w:hAnsi="Calibri" w:cs="Calibri"/>
              <w:color w:val="000000"/>
              <w:sz w:val="24"/>
              <w:szCs w:val="24"/>
            </w:rPr>
            <w:t>(Hossain Shawon et al., 2022)</w:t>
          </w:r>
        </w:sdtContent>
      </w:sdt>
      <w:r w:rsidR="00C52E23" w:rsidRPr="00047970">
        <w:rPr>
          <w:rFonts w:ascii="Calibri" w:hAnsi="Calibri" w:cs="Calibri"/>
          <w:sz w:val="24"/>
          <w:szCs w:val="24"/>
        </w:rPr>
        <w:t>.</w:t>
      </w:r>
      <w:r w:rsidRPr="00047970">
        <w:rPr>
          <w:rFonts w:ascii="Calibri" w:hAnsi="Calibri" w:cs="Calibri"/>
          <w:sz w:val="24"/>
          <w:szCs w:val="24"/>
        </w:rPr>
        <w:t xml:space="preserve"> When integrated with voice-controlled systems, these devices can perform actions like adjusting brightness, changing </w:t>
      </w:r>
      <w:r w:rsidR="00E27B9A" w:rsidRPr="00047970">
        <w:rPr>
          <w:rFonts w:ascii="Calibri" w:hAnsi="Calibri" w:cs="Calibri"/>
          <w:sz w:val="24"/>
          <w:szCs w:val="24"/>
        </w:rPr>
        <w:t>colour</w:t>
      </w:r>
      <w:r w:rsidRPr="00047970">
        <w:rPr>
          <w:rFonts w:ascii="Calibri" w:hAnsi="Calibri" w:cs="Calibri"/>
          <w:sz w:val="24"/>
          <w:szCs w:val="24"/>
        </w:rPr>
        <w:t>, and turning on or off in response to user commands.</w:t>
      </w:r>
    </w:p>
    <w:p w14:paraId="0CE7668E" w14:textId="3D104A24" w:rsidR="00612BEE" w:rsidRPr="00047970" w:rsidRDefault="00F116E0" w:rsidP="00C52E23">
      <w:pPr>
        <w:jc w:val="both"/>
        <w:rPr>
          <w:rFonts w:ascii="Calibri" w:hAnsi="Calibri" w:cs="Calibri"/>
          <w:sz w:val="24"/>
          <w:szCs w:val="24"/>
        </w:rPr>
      </w:pPr>
      <w:r w:rsidRPr="00047970">
        <w:rPr>
          <w:rFonts w:ascii="Calibri" w:hAnsi="Calibri" w:cs="Calibri"/>
          <w:sz w:val="24"/>
          <w:szCs w:val="24"/>
        </w:rPr>
        <w:t>Communication between voice processing units and lighting devices requires a lightweight and reliable protocol. MQTT (Message Queuing Telemetry Transport) is one such protocol frequently used in IoT applications</w:t>
      </w:r>
      <w:r w:rsidR="00C52E23" w:rsidRPr="00047970">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"/>
          <w:id w:val="-949239572"/>
          <w:placeholder>
            <w:docPart w:val="DefaultPlaceholder_-1854013440"/>
          </w:placeholder>
        </w:sdtPr>
        <w:sdtEndPr/>
        <w:sdtContent>
          <w:r w:rsidR="00CB3963" w:rsidRPr="00CB3963">
            <w:rPr>
              <w:rFonts w:ascii="Calibri" w:hAnsi="Calibri" w:cs="Calibri"/>
              <w:color w:val="000000"/>
              <w:sz w:val="24"/>
              <w:szCs w:val="24"/>
            </w:rPr>
            <w:t>(</w:t>
          </w:r>
          <w:proofErr w:type="spellStart"/>
          <w:r w:rsidR="00CB3963" w:rsidRPr="00CB3963">
            <w:rPr>
              <w:rFonts w:ascii="Calibri" w:hAnsi="Calibri" w:cs="Calibri"/>
              <w:color w:val="000000"/>
              <w:sz w:val="24"/>
              <w:szCs w:val="24"/>
            </w:rPr>
            <w:t>Sepasgozar</w:t>
          </w:r>
          <w:proofErr w:type="spellEnd"/>
          <w:r w:rsidR="00CB3963" w:rsidRPr="00CB3963">
            <w:rPr>
              <w:rFonts w:ascii="Calibri" w:hAnsi="Calibri" w:cs="Calibri"/>
              <w:color w:val="000000"/>
              <w:sz w:val="24"/>
              <w:szCs w:val="24"/>
            </w:rPr>
            <w:t xml:space="preserve"> et al., 2020)</w:t>
          </w:r>
        </w:sdtContent>
      </w:sdt>
      <w:sdt>
        <w:sdtPr>
          <w:rPr>
            <w:rFonts w:ascii="Calibri" w:hAnsi="Calibri" w:cs="Calibri"/>
            <w:color w:val="000000"/>
            <w:sz w:val="24"/>
            <w:szCs w:val="24"/>
          </w:rPr>
          <w:tag w:val="MENDELEY_CITATION_v3_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"/>
          <w:id w:val="-543905531"/>
          <w:placeholder>
            <w:docPart w:val="DefaultPlaceholder_-1854013440"/>
          </w:placeholder>
        </w:sdtPr>
        <w:sdtEndPr/>
        <w:sdtContent>
          <w:r w:rsidR="00916C2B" w:rsidRPr="00916C2B">
            <w:rPr>
              <w:rFonts w:ascii="Calibri" w:hAnsi="Calibri" w:cs="Calibri"/>
              <w:color w:val="000000"/>
              <w:sz w:val="24"/>
              <w:szCs w:val="24"/>
            </w:rPr>
            <w:t>(</w:t>
          </w:r>
          <w:proofErr w:type="spellStart"/>
          <w:r w:rsidR="00916C2B" w:rsidRPr="00916C2B">
            <w:rPr>
              <w:rFonts w:ascii="Calibri" w:hAnsi="Calibri" w:cs="Calibri"/>
              <w:color w:val="000000"/>
              <w:sz w:val="24"/>
              <w:szCs w:val="24"/>
            </w:rPr>
            <w:t>Mayub</w:t>
          </w:r>
          <w:proofErr w:type="spellEnd"/>
          <w:r w:rsidR="00916C2B" w:rsidRPr="00916C2B">
            <w:rPr>
              <w:rFonts w:ascii="Calibri" w:hAnsi="Calibri" w:cs="Calibri"/>
              <w:color w:val="000000"/>
              <w:sz w:val="24"/>
              <w:szCs w:val="24"/>
            </w:rPr>
            <w:t xml:space="preserve"> et al., 2019)</w:t>
          </w:r>
        </w:sdtContent>
      </w:sdt>
      <w:r w:rsidR="00C52E23" w:rsidRPr="00047970">
        <w:rPr>
          <w:rFonts w:ascii="Calibri" w:hAnsi="Calibri" w:cs="Calibri"/>
          <w:sz w:val="24"/>
          <w:szCs w:val="24"/>
        </w:rPr>
        <w:t>.</w:t>
      </w:r>
      <w:r w:rsidRPr="00047970">
        <w:rPr>
          <w:rFonts w:ascii="Calibri" w:hAnsi="Calibri" w:cs="Calibri"/>
          <w:sz w:val="24"/>
          <w:szCs w:val="24"/>
        </w:rPr>
        <w:t xml:space="preserve"> It provides low</w:t>
      </w:r>
      <w:r w:rsidR="00612BEE" w:rsidRPr="00047970">
        <w:rPr>
          <w:rFonts w:ascii="Calibri" w:hAnsi="Calibri" w:cs="Calibri"/>
          <w:sz w:val="24"/>
          <w:szCs w:val="24"/>
        </w:rPr>
        <w:t xml:space="preserve"> </w:t>
      </w:r>
      <w:r w:rsidRPr="00047970">
        <w:rPr>
          <w:rFonts w:ascii="Calibri" w:hAnsi="Calibri" w:cs="Calibri"/>
          <w:sz w:val="24"/>
          <w:szCs w:val="24"/>
        </w:rPr>
        <w:t>latency communication and minimal bandwidth usage, which is ideal for small embedded systems.</w:t>
      </w:r>
    </w:p>
    <w:p w14:paraId="265CD9EE" w14:textId="44D73826" w:rsidR="007B4D90" w:rsidRPr="00C46020" w:rsidRDefault="007B4D90" w:rsidP="003F1D65">
      <w:pPr>
        <w:rPr>
          <w:color w:val="000000" w:themeColor="text1"/>
          <w:sz w:val="24"/>
          <w:szCs w:val="24"/>
        </w:rPr>
      </w:pPr>
    </w:p>
    <w:p w14:paraId="0CC405BB" w14:textId="65D87E64" w:rsidR="00771B89" w:rsidRPr="00771B89" w:rsidRDefault="007E5DA0" w:rsidP="00656615">
      <w:pPr>
        <w:pStyle w:val="Heading2"/>
      </w:pPr>
      <w:bookmarkStart w:id="29" w:name="_Toc197053595"/>
      <w:r>
        <w:t>3</w:t>
      </w:r>
      <w:r w:rsidR="00656615">
        <w:t xml:space="preserve">.3 </w:t>
      </w:r>
      <w:r w:rsidR="003913E2" w:rsidRPr="005113CF">
        <w:t>Advanced Interaction</w:t>
      </w:r>
      <w:bookmarkEnd w:id="29"/>
    </w:p>
    <w:p w14:paraId="08909035" w14:textId="061F11A5" w:rsidR="006A5990" w:rsidRPr="006A5990" w:rsidRDefault="006A5990" w:rsidP="00C24E42">
      <w:pPr>
        <w:jc w:val="both"/>
        <w:rPr>
          <w:rFonts w:ascii="Calibri" w:hAnsi="Calibri" w:cs="Calibri"/>
          <w:sz w:val="24"/>
          <w:szCs w:val="24"/>
        </w:rPr>
      </w:pPr>
      <w:r>
        <w:rPr>
          <w:rFonts w:ascii="Calibri" w:hAnsi="Calibri" w:cs="Calibri"/>
          <w:sz w:val="24"/>
          <w:szCs w:val="24"/>
        </w:rPr>
        <w:t>A</w:t>
      </w:r>
      <w:r w:rsidRPr="006A5990">
        <w:rPr>
          <w:rFonts w:ascii="Calibri" w:hAnsi="Calibri" w:cs="Calibri"/>
          <w:sz w:val="24"/>
          <w:szCs w:val="24"/>
        </w:rPr>
        <w:t>s smart home technologies advance, there is an increasing focus on developing more sophisticated, intuitive, and user-centred methods of interaction. Advanced interaction can be defined as the integration of multiple modalities, contextual understanding, and adaptive personalization to facilitate more natural and effective communication between users and systems</w:t>
      </w:r>
      <w:sdt>
        <w:sdtPr>
          <w:rPr>
            <w:rFonts w:ascii="Calibri" w:hAnsi="Calibri" w:cs="Calibri"/>
            <w:color w:val="000000"/>
            <w:sz w:val="24"/>
            <w:szCs w:val="24"/>
          </w:rPr>
          <w:tag w:val="MENDELEY_CITATION_v3_eyJjaXRhdGlvbklEIjoiTUVOREVMRVlfQ0lUQVRJT05fZDg1Zjc5MGQtYmU0ZS00MDQ4LWI1MWMtM2ViMGI1MzRkNGQ3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
          <w:id w:val="41796123"/>
          <w:placeholder>
            <w:docPart w:val="692ADB5DC7144751AFAAB7E5FD4F52EF"/>
          </w:placeholder>
        </w:sdtPr>
        <w:sdtEndPr/>
        <w:sdtContent>
          <w:r w:rsidR="00A533EB" w:rsidRPr="00A533EB">
            <w:rPr>
              <w:rFonts w:ascii="Calibri" w:hAnsi="Calibri" w:cs="Calibri"/>
              <w:color w:val="000000"/>
              <w:sz w:val="24"/>
              <w:szCs w:val="24"/>
            </w:rPr>
            <w:t>(Reig et al., 2022)</w:t>
          </w:r>
        </w:sdtContent>
      </w:sdt>
      <w:r w:rsidRPr="006A5990">
        <w:rPr>
          <w:rFonts w:ascii="Calibri" w:hAnsi="Calibri" w:cs="Calibri"/>
          <w:sz w:val="24"/>
          <w:szCs w:val="24"/>
        </w:rPr>
        <w:t xml:space="preserve">. Unlike basic command-response mechanisms, advanced interaction strategies seek to interpret user intent more accurately, </w:t>
      </w:r>
      <w:r w:rsidRPr="006A5990">
        <w:rPr>
          <w:rFonts w:ascii="Calibri" w:hAnsi="Calibri" w:cs="Calibri"/>
          <w:sz w:val="24"/>
          <w:szCs w:val="24"/>
        </w:rPr>
        <w:lastRenderedPageBreak/>
        <w:t>accommodate diverse user needs, and enhance overall system responsiveness and security.</w:t>
      </w:r>
    </w:p>
    <w:p w14:paraId="5A6D10FF" w14:textId="65A41BE4" w:rsidR="009F61AF" w:rsidRDefault="007E5DA0" w:rsidP="009F61AF">
      <w:pPr>
        <w:pStyle w:val="NoSpacing"/>
        <w:rPr>
          <w:rFonts w:ascii="Calibri" w:hAnsi="Calibri" w:cs="Calibri"/>
          <w:color w:val="000000" w:themeColor="text1"/>
        </w:rPr>
      </w:pPr>
      <w:bookmarkStart w:id="30" w:name="_Toc197053596"/>
      <w:r>
        <w:rPr>
          <w:rStyle w:val="Heading3Char"/>
          <w:sz w:val="24"/>
          <w:szCs w:val="24"/>
        </w:rPr>
        <w:t>3</w:t>
      </w:r>
      <w:r w:rsidR="0092300D" w:rsidRPr="00606DB5">
        <w:rPr>
          <w:rStyle w:val="Heading3Char"/>
          <w:sz w:val="24"/>
          <w:szCs w:val="24"/>
        </w:rPr>
        <w:t>.3.1 Multimodal</w:t>
      </w:r>
      <w:r w:rsidR="005157A1" w:rsidRPr="00606DB5">
        <w:rPr>
          <w:rStyle w:val="Heading3Char"/>
          <w:sz w:val="24"/>
          <w:szCs w:val="24"/>
        </w:rPr>
        <w:t xml:space="preserve"> Interaction</w:t>
      </w:r>
      <w:bookmarkEnd w:id="30"/>
    </w:p>
    <w:p w14:paraId="5D4143FD" w14:textId="3678E46F" w:rsidR="0092300D" w:rsidRPr="00606DB5" w:rsidRDefault="00F116E0" w:rsidP="009F61AF">
      <w:pPr>
        <w:jc w:val="both"/>
        <w:rPr>
          <w:rFonts w:asciiTheme="majorHAnsi" w:eastAsiaTheme="majorEastAsia" w:hAnsiTheme="majorHAnsi" w:cstheme="majorBidi"/>
          <w:b/>
          <w:color w:val="4F81BD" w:themeColor="accent1"/>
          <w:sz w:val="24"/>
          <w:szCs w:val="24"/>
        </w:rPr>
      </w:pPr>
      <w:r w:rsidRPr="00606DB5">
        <w:rPr>
          <w:rFonts w:ascii="Calibri" w:hAnsi="Calibri" w:cs="Calibri"/>
          <w:color w:val="000000" w:themeColor="text1"/>
          <w:sz w:val="24"/>
          <w:szCs w:val="24"/>
        </w:rPr>
        <w:t>Advanced smart home systems are increasingly adopting multimodal interaction capabilities, where voice commands are combined with gesture recognition, facial identification, or environmental sensors. These additions make systems more robust, particularly in noisy environments or for users with speech impairments</w:t>
      </w:r>
      <w:r w:rsidR="003F08F1">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"/>
          <w:id w:val="-955871698"/>
          <w:placeholder>
            <w:docPart w:val="7E8A6354135D41F88373E754D3CB1FF8"/>
          </w:placeholder>
        </w:sdtPr>
        <w:sdtEndPr/>
        <w:sdtContent>
          <w:r w:rsidR="00CB3963" w:rsidRPr="00CB3963">
            <w:rPr>
              <w:rFonts w:ascii="Calibri" w:hAnsi="Calibri" w:cs="Calibri"/>
              <w:color w:val="000000"/>
              <w:sz w:val="24"/>
              <w:szCs w:val="24"/>
            </w:rPr>
            <w:t>(</w:t>
          </w:r>
          <w:proofErr w:type="spellStart"/>
          <w:r w:rsidR="00CB3963" w:rsidRPr="00CB3963">
            <w:rPr>
              <w:rFonts w:ascii="Calibri" w:hAnsi="Calibri" w:cs="Calibri"/>
              <w:color w:val="000000"/>
              <w:sz w:val="24"/>
              <w:szCs w:val="24"/>
            </w:rPr>
            <w:t>Shazhaev</w:t>
          </w:r>
          <w:proofErr w:type="spellEnd"/>
          <w:r w:rsidR="00CB3963" w:rsidRPr="00CB3963">
            <w:rPr>
              <w:rFonts w:ascii="Calibri" w:hAnsi="Calibri" w:cs="Calibri"/>
              <w:color w:val="000000"/>
              <w:sz w:val="24"/>
              <w:szCs w:val="24"/>
            </w:rPr>
            <w:t xml:space="preserve"> et al., 2023)</w:t>
          </w:r>
        </w:sdtContent>
      </w:sdt>
      <w:r w:rsidRPr="00606DB5">
        <w:rPr>
          <w:rFonts w:ascii="Calibri" w:hAnsi="Calibri" w:cs="Calibri"/>
          <w:color w:val="000000" w:themeColor="text1"/>
          <w:sz w:val="24"/>
          <w:szCs w:val="24"/>
        </w:rPr>
        <w:t>.</w:t>
      </w:r>
    </w:p>
    <w:p w14:paraId="7A8E7C80" w14:textId="15A2DEDC" w:rsidR="0055200C" w:rsidRPr="00193706" w:rsidRDefault="007E5DA0" w:rsidP="0055200C">
      <w:pPr>
        <w:pStyle w:val="Heading3"/>
        <w:rPr>
          <w:sz w:val="24"/>
          <w:szCs w:val="24"/>
        </w:rPr>
      </w:pPr>
      <w:bookmarkStart w:id="31" w:name="_Toc197053597"/>
      <w:r>
        <w:rPr>
          <w:sz w:val="24"/>
          <w:szCs w:val="24"/>
        </w:rPr>
        <w:t>3</w:t>
      </w:r>
      <w:r w:rsidR="0055200C" w:rsidRPr="00193706">
        <w:rPr>
          <w:sz w:val="24"/>
          <w:szCs w:val="24"/>
        </w:rPr>
        <w:t>.3.</w:t>
      </w:r>
      <w:r w:rsidR="00193706" w:rsidRPr="00193706">
        <w:rPr>
          <w:sz w:val="24"/>
          <w:szCs w:val="24"/>
        </w:rPr>
        <w:t>2</w:t>
      </w:r>
      <w:r w:rsidR="0055200C" w:rsidRPr="00193706">
        <w:rPr>
          <w:sz w:val="24"/>
          <w:szCs w:val="24"/>
        </w:rPr>
        <w:t xml:space="preserve"> Voice Biometrics</w:t>
      </w:r>
      <w:bookmarkEnd w:id="31"/>
    </w:p>
    <w:p w14:paraId="474B2666" w14:textId="580A97CB" w:rsidR="0055200C" w:rsidRPr="00193706" w:rsidRDefault="0055200C" w:rsidP="00193706">
      <w:pPr>
        <w:jc w:val="both"/>
        <w:rPr>
          <w:rFonts w:ascii="Calibri" w:hAnsi="Calibri" w:cs="Calibri"/>
          <w:color w:val="000000" w:themeColor="text1"/>
          <w:sz w:val="24"/>
          <w:szCs w:val="24"/>
        </w:rPr>
      </w:pPr>
      <w:r w:rsidRPr="00193706">
        <w:rPr>
          <w:rFonts w:ascii="Calibri" w:hAnsi="Calibri" w:cs="Calibri"/>
          <w:color w:val="000000" w:themeColor="text1"/>
          <w:sz w:val="24"/>
          <w:szCs w:val="24"/>
        </w:rPr>
        <w:t>Another emerging area in voice-controlled smart lighting systems is the integration of voice biometrics. Voice biometrics use unique vocal characteristics to authenticate individual users, enabling personalized lighting profiles and enhancing system security</w:t>
      </w:r>
      <w:r w:rsidR="00D1635B">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"/>
          <w:id w:val="1265414249"/>
          <w:placeholder>
            <w:docPart w:val="D3019050BC6C44D6B81FB75C51BF4068"/>
          </w:placeholder>
        </w:sdtPr>
        <w:sdtEndPr/>
        <w:sdtContent>
          <w:r w:rsidR="00CB3963" w:rsidRPr="00CB3963">
            <w:rPr>
              <w:rFonts w:ascii="Calibri" w:hAnsi="Calibri" w:cs="Calibri"/>
              <w:color w:val="000000"/>
              <w:sz w:val="24"/>
              <w:szCs w:val="24"/>
            </w:rPr>
            <w:t>(Gayathri et al., 2022)</w:t>
          </w:r>
        </w:sdtContent>
      </w:sdt>
      <w:r w:rsidRPr="00193706">
        <w:rPr>
          <w:rFonts w:ascii="Calibri" w:hAnsi="Calibri" w:cs="Calibri"/>
          <w:color w:val="000000" w:themeColor="text1"/>
          <w:sz w:val="24"/>
          <w:szCs w:val="24"/>
        </w:rPr>
        <w:t>. This could mean that the system automatically adjusts the lighting based on the voice identity of the person giving the command, such as dimming lights for evening relaxation when recognized as a specific user. Incorporating voice biometrics would also prevent unauthorized users from manipulating the system, thus bolstering access control in smart homes.</w:t>
      </w:r>
    </w:p>
    <w:p w14:paraId="5B6DA5C8" w14:textId="1E1250C8" w:rsidR="00A93D50" w:rsidRDefault="007E5DA0" w:rsidP="00A93D50">
      <w:pPr>
        <w:pStyle w:val="NoSpacing"/>
        <w:rPr>
          <w:rFonts w:ascii="Calibri" w:hAnsi="Calibri" w:cs="Calibri"/>
          <w:color w:val="000000" w:themeColor="text1"/>
        </w:rPr>
      </w:pPr>
      <w:bookmarkStart w:id="32" w:name="_Toc197053598"/>
      <w:r>
        <w:rPr>
          <w:rStyle w:val="Heading3Char"/>
          <w:sz w:val="24"/>
          <w:szCs w:val="24"/>
        </w:rPr>
        <w:t>3</w:t>
      </w:r>
      <w:r w:rsidR="0092300D" w:rsidRPr="00A93D50">
        <w:rPr>
          <w:rStyle w:val="Heading3Char"/>
          <w:sz w:val="24"/>
          <w:szCs w:val="24"/>
        </w:rPr>
        <w:t>.3.</w:t>
      </w:r>
      <w:r w:rsidR="00A93D50" w:rsidRPr="00A93D50">
        <w:rPr>
          <w:rStyle w:val="Heading3Char"/>
          <w:sz w:val="24"/>
          <w:szCs w:val="24"/>
        </w:rPr>
        <w:t>3</w:t>
      </w:r>
      <w:r w:rsidR="0092300D" w:rsidRPr="00A93D50">
        <w:rPr>
          <w:rStyle w:val="Heading3Char"/>
          <w:sz w:val="24"/>
          <w:szCs w:val="24"/>
        </w:rPr>
        <w:t xml:space="preserve"> Context Aware</w:t>
      </w:r>
      <w:r w:rsidR="00380EF7" w:rsidRPr="00A93D50">
        <w:rPr>
          <w:rStyle w:val="Heading3Char"/>
          <w:sz w:val="24"/>
          <w:szCs w:val="24"/>
        </w:rPr>
        <w:t xml:space="preserve"> </w:t>
      </w:r>
      <w:r w:rsidR="000A258A" w:rsidRPr="00A93D50">
        <w:rPr>
          <w:rStyle w:val="Heading3Char"/>
          <w:sz w:val="24"/>
          <w:szCs w:val="24"/>
        </w:rPr>
        <w:t>Interaction</w:t>
      </w:r>
      <w:bookmarkEnd w:id="32"/>
    </w:p>
    <w:p w14:paraId="60E4714C" w14:textId="58DB6CA4" w:rsidR="00452A53" w:rsidRPr="005113CF" w:rsidRDefault="00F116E0" w:rsidP="00A93D50">
      <w:pPr>
        <w:jc w:val="both"/>
        <w:rPr>
          <w:color w:val="000000" w:themeColor="text1"/>
        </w:rPr>
      </w:pPr>
      <w:r w:rsidRPr="00A93D50">
        <w:rPr>
          <w:rFonts w:ascii="Calibri" w:hAnsi="Calibri" w:cs="Calibri"/>
          <w:color w:val="000000" w:themeColor="text1"/>
          <w:sz w:val="24"/>
          <w:szCs w:val="24"/>
        </w:rPr>
        <w:t>Context</w:t>
      </w:r>
      <w:r w:rsidR="00612BEE" w:rsidRPr="00A93D50">
        <w:rPr>
          <w:rFonts w:ascii="Calibri" w:hAnsi="Calibri" w:cs="Calibri"/>
          <w:color w:val="000000" w:themeColor="text1"/>
          <w:sz w:val="24"/>
          <w:szCs w:val="24"/>
        </w:rPr>
        <w:t xml:space="preserve"> </w:t>
      </w:r>
      <w:r w:rsidRPr="00A93D50">
        <w:rPr>
          <w:rFonts w:ascii="Calibri" w:hAnsi="Calibri" w:cs="Calibri"/>
          <w:color w:val="000000" w:themeColor="text1"/>
          <w:sz w:val="24"/>
          <w:szCs w:val="24"/>
        </w:rPr>
        <w:t xml:space="preserve">aware computing is another emerging trend, where systems adjust their </w:t>
      </w:r>
      <w:r w:rsidR="00E27B9A" w:rsidRPr="00A93D50">
        <w:rPr>
          <w:rFonts w:ascii="Calibri" w:hAnsi="Calibri" w:cs="Calibri"/>
          <w:color w:val="000000" w:themeColor="text1"/>
          <w:sz w:val="24"/>
          <w:szCs w:val="24"/>
        </w:rPr>
        <w:t>behaviour</w:t>
      </w:r>
      <w:r w:rsidRPr="00A93D50">
        <w:rPr>
          <w:rFonts w:ascii="Calibri" w:hAnsi="Calibri" w:cs="Calibri"/>
          <w:color w:val="000000" w:themeColor="text1"/>
          <w:sz w:val="24"/>
          <w:szCs w:val="24"/>
        </w:rPr>
        <w:t xml:space="preserve"> based on contextual inputs such as time, user location, or current activity</w:t>
      </w:r>
      <w:sdt>
        <w:sdtPr>
          <w:rPr>
            <w:rFonts w:ascii="Calibri" w:hAnsi="Calibri" w:cs="Calibri"/>
            <w:color w:val="000000"/>
            <w:sz w:val="24"/>
            <w:szCs w:val="24"/>
          </w:rPr>
          <w:tag w:val="MENDELEY_CITATION_v3_eyJjaXRhdGlvbklEIjoiTUVOREVMRVlfQ0lUQVRJT05fYjM1ZjA3NjMtNjc0Yi00MzdlLTk2ZjEtYmUwMjNhNWI3NmNm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
          <w:id w:val="-2045044823"/>
          <w:placeholder>
            <w:docPart w:val="90FCA1561B79477496E4DB7D62699C71"/>
          </w:placeholder>
        </w:sdtPr>
        <w:sdtEndPr/>
        <w:sdtContent>
          <w:r w:rsidR="00A07F1E" w:rsidRPr="00A07F1E">
            <w:rPr>
              <w:rFonts w:ascii="Calibri" w:hAnsi="Calibri" w:cs="Calibri"/>
              <w:color w:val="000000"/>
              <w:sz w:val="24"/>
              <w:szCs w:val="24"/>
            </w:rPr>
            <w:t>(Chen et al., 2022)</w:t>
          </w:r>
        </w:sdtContent>
      </w:sdt>
      <w:r w:rsidRPr="00A93D50">
        <w:rPr>
          <w:rFonts w:ascii="Calibri" w:hAnsi="Calibri" w:cs="Calibri"/>
          <w:color w:val="000000" w:themeColor="text1"/>
          <w:sz w:val="24"/>
          <w:szCs w:val="24"/>
        </w:rPr>
        <w:t>. For example, a system may automatically dim lights at night or turn off unnecessary devices when no one is detected in the room. Implementing such capabilities requires integrating multiple data streams and applying machine learning models to interpret contextual cues.</w:t>
      </w:r>
    </w:p>
    <w:p w14:paraId="67483F46" w14:textId="23769467" w:rsidR="00035F3C" w:rsidRPr="00035F3C" w:rsidRDefault="007E5DA0" w:rsidP="00035F3C">
      <w:pPr>
        <w:pStyle w:val="NoSpacing"/>
      </w:pPr>
      <w:bookmarkStart w:id="33" w:name="_Toc197053599"/>
      <w:r>
        <w:rPr>
          <w:rStyle w:val="Heading3Char"/>
          <w:sz w:val="24"/>
          <w:szCs w:val="24"/>
        </w:rPr>
        <w:t>3</w:t>
      </w:r>
      <w:r w:rsidR="0055200C" w:rsidRPr="00047970">
        <w:rPr>
          <w:rStyle w:val="Heading3Char"/>
          <w:sz w:val="24"/>
          <w:szCs w:val="24"/>
        </w:rPr>
        <w:t>.3.</w:t>
      </w:r>
      <w:r w:rsidR="00047970">
        <w:rPr>
          <w:rStyle w:val="Heading3Char"/>
          <w:sz w:val="24"/>
          <w:szCs w:val="24"/>
        </w:rPr>
        <w:t>4</w:t>
      </w:r>
      <w:r w:rsidR="0055200C" w:rsidRPr="00047970">
        <w:rPr>
          <w:rStyle w:val="Heading3Char"/>
          <w:sz w:val="24"/>
          <w:szCs w:val="24"/>
        </w:rPr>
        <w:t xml:space="preserve"> </w:t>
      </w:r>
      <w:r w:rsidR="00047970" w:rsidRPr="00047970">
        <w:rPr>
          <w:rStyle w:val="Heading3Char"/>
          <w:sz w:val="24"/>
          <w:szCs w:val="24"/>
        </w:rPr>
        <w:t>personalization techniques</w:t>
      </w:r>
      <w:bookmarkEnd w:id="33"/>
    </w:p>
    <w:p w14:paraId="1D18901D" w14:textId="072001EB" w:rsidR="003E3669" w:rsidRDefault="003E3669" w:rsidP="00035F3C">
      <w:pPr>
        <w:jc w:val="both"/>
        <w:rPr>
          <w:rFonts w:ascii="Calibri" w:hAnsi="Calibri" w:cs="Calibri"/>
          <w:color w:val="000000" w:themeColor="text1"/>
          <w:sz w:val="24"/>
          <w:szCs w:val="24"/>
        </w:rPr>
      </w:pPr>
      <w:r w:rsidRPr="00047970">
        <w:rPr>
          <w:rFonts w:ascii="Calibri" w:hAnsi="Calibri" w:cs="Calibri"/>
          <w:color w:val="000000" w:themeColor="text1"/>
          <w:sz w:val="24"/>
          <w:szCs w:val="24"/>
        </w:rPr>
        <w:t>Personalization is a growing area, particularly in voice assistants. Research shows that users engage more frequently with systems that remember their preferences and adapt to their speaking style over time</w:t>
      </w:r>
      <w:sdt>
        <w:sdtPr>
          <w:rPr>
            <w:rFonts w:ascii="Calibri" w:hAnsi="Calibri" w:cs="Calibri"/>
            <w:color w:val="000000"/>
            <w:sz w:val="24"/>
            <w:szCs w:val="24"/>
          </w:rPr>
          <w:tag w:val="MENDELEY_CITATION_v3_eyJjaXRhdGlvbklEIjoiTUVOREVMRVlfQ0lUQVRJT05fODhhNDg0MjgtNzA5MC00NWFjLTk2ZTYtNDk4MWFiZjJlYjd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
          <w:id w:val="1915274702"/>
          <w:placeholder>
            <w:docPart w:val="32E1D7FB6CC243A8935B54F2E9B566B6"/>
          </w:placeholder>
        </w:sdtPr>
        <w:sdtEndPr/>
        <w:sdtContent>
          <w:r w:rsidR="00743EC9" w:rsidRPr="00743EC9">
            <w:rPr>
              <w:rFonts w:ascii="Calibri" w:hAnsi="Calibri" w:cs="Calibri"/>
              <w:color w:val="000000"/>
              <w:sz w:val="24"/>
              <w:szCs w:val="24"/>
            </w:rPr>
            <w:t>(Reig et al., 2022)</w:t>
          </w:r>
        </w:sdtContent>
      </w:sdt>
      <w:r w:rsidRPr="00047970">
        <w:rPr>
          <w:rFonts w:ascii="Calibri" w:hAnsi="Calibri" w:cs="Calibri"/>
          <w:color w:val="000000" w:themeColor="text1"/>
          <w:sz w:val="24"/>
          <w:szCs w:val="24"/>
        </w:rPr>
        <w:t>. Incorporating such personalized interaction into lighting systems allows users to express preferences such as “Set the bedroom to cozy” or “Turn on reading light mode,” which go beyond functional commands and reflect personal routines.</w:t>
      </w:r>
    </w:p>
    <w:p w14:paraId="3F1407F9" w14:textId="77777777" w:rsidR="003F1D65" w:rsidRPr="00047970" w:rsidRDefault="003F1D65" w:rsidP="00035F3C">
      <w:pPr>
        <w:jc w:val="both"/>
        <w:rPr>
          <w:rFonts w:ascii="Calibri" w:hAnsi="Calibri" w:cs="Calibri"/>
          <w:color w:val="000000" w:themeColor="text1"/>
          <w:sz w:val="24"/>
          <w:szCs w:val="24"/>
        </w:rPr>
      </w:pPr>
    </w:p>
    <w:p w14:paraId="3CF8B2BA" w14:textId="7127ECFB" w:rsidR="00D3079E" w:rsidRDefault="007E5DA0" w:rsidP="00656615">
      <w:pPr>
        <w:pStyle w:val="Heading2"/>
      </w:pPr>
      <w:bookmarkStart w:id="34" w:name="_Toc197053600"/>
      <w:r>
        <w:t>3</w:t>
      </w:r>
      <w:r w:rsidR="00452A53" w:rsidRPr="005113CF">
        <w:t>.4 System Performance Challenges</w:t>
      </w:r>
      <w:bookmarkEnd w:id="34"/>
    </w:p>
    <w:p w14:paraId="21B2C6D4" w14:textId="5E2B7BCD" w:rsidR="005B3546" w:rsidRPr="005B3546" w:rsidRDefault="005B3546" w:rsidP="005B3546">
      <w:pPr>
        <w:jc w:val="both"/>
        <w:rPr>
          <w:rFonts w:ascii="Calibri" w:hAnsi="Calibri" w:cs="Calibri"/>
          <w:sz w:val="24"/>
          <w:szCs w:val="24"/>
        </w:rPr>
      </w:pPr>
      <w:r w:rsidRPr="005B3546">
        <w:rPr>
          <w:rFonts w:ascii="Calibri" w:hAnsi="Calibri" w:cs="Calibri"/>
          <w:sz w:val="24"/>
          <w:szCs w:val="24"/>
        </w:rPr>
        <w:t xml:space="preserve">While voice-controlled smart lighting systems offer significant benefits in terms of accessibility and convenience, their real-world performance is often constrained by </w:t>
      </w:r>
      <w:r w:rsidRPr="005B3546">
        <w:rPr>
          <w:rFonts w:ascii="Calibri" w:hAnsi="Calibri" w:cs="Calibri"/>
          <w:sz w:val="24"/>
          <w:szCs w:val="24"/>
        </w:rPr>
        <w:lastRenderedPageBreak/>
        <w:t>several technical and environmental factors. System performance challenges refer to the limitations that impact the reliability, efficiency, and user experience of these systems, particularly in dynamic home environments</w:t>
      </w:r>
      <w:sdt>
        <w:sdtPr>
          <w:rPr>
            <w:rFonts w:ascii="Calibri" w:hAnsi="Calibri" w:cs="Calibri"/>
            <w:color w:val="000000"/>
            <w:sz w:val="24"/>
            <w:szCs w:val="24"/>
          </w:rPr>
          <w:tag w:val="MENDELEY_CITATION_v3_eyJjaXRhdGlvbklEIjoiTUVOREVMRVlfQ0lUQVRJT05fY2I1ZmI2ZjYtMmQ1Mi00NmQ5LTlhYzQtNTUwZjBmMDQwYjF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
          <w:id w:val="-1585216144"/>
          <w:placeholder>
            <w:docPart w:val="828AFA21973C480CA2126F87884FE671"/>
          </w:placeholder>
        </w:sdtPr>
        <w:sdtEndPr/>
        <w:sdtContent>
          <w:r w:rsidR="00CC3A3C" w:rsidRPr="00CC3A3C">
            <w:rPr>
              <w:rFonts w:ascii="Calibri" w:hAnsi="Calibri" w:cs="Calibri"/>
              <w:color w:val="000000"/>
              <w:sz w:val="24"/>
              <w:szCs w:val="24"/>
            </w:rPr>
            <w:t>(Reig et al., 2022)</w:t>
          </w:r>
        </w:sdtContent>
      </w:sdt>
      <w:r w:rsidRPr="005B3546">
        <w:rPr>
          <w:rFonts w:ascii="Calibri" w:hAnsi="Calibri" w:cs="Calibri"/>
          <w:sz w:val="24"/>
          <w:szCs w:val="24"/>
        </w:rPr>
        <w:t>.</w:t>
      </w:r>
    </w:p>
    <w:p w14:paraId="5202A9C4" w14:textId="64080C3B" w:rsidR="00D3079E" w:rsidRPr="006F1C5F" w:rsidRDefault="007E5DA0" w:rsidP="00656615">
      <w:pPr>
        <w:pStyle w:val="Heading3"/>
        <w:rPr>
          <w:sz w:val="24"/>
          <w:szCs w:val="24"/>
        </w:rPr>
      </w:pPr>
      <w:bookmarkStart w:id="35" w:name="_Toc197053601"/>
      <w:r>
        <w:rPr>
          <w:sz w:val="24"/>
          <w:szCs w:val="24"/>
        </w:rPr>
        <w:t>3</w:t>
      </w:r>
      <w:r w:rsidR="00D3079E" w:rsidRPr="006F1C5F">
        <w:rPr>
          <w:sz w:val="24"/>
          <w:szCs w:val="24"/>
        </w:rPr>
        <w:t>.4.1 Noise</w:t>
      </w:r>
      <w:bookmarkEnd w:id="35"/>
    </w:p>
    <w:p w14:paraId="5F1E1B3F" w14:textId="03B5B365" w:rsidR="00CC300B" w:rsidRPr="007A245E" w:rsidRDefault="00D3079E" w:rsidP="006F1C5F">
      <w:pPr>
        <w:jc w:val="both"/>
        <w:rPr>
          <w:rFonts w:ascii="Calibri" w:hAnsi="Calibri" w:cs="Calibri"/>
          <w:sz w:val="24"/>
          <w:szCs w:val="24"/>
        </w:rPr>
      </w:pPr>
      <w:r w:rsidRPr="007A245E">
        <w:rPr>
          <w:rFonts w:ascii="Calibri" w:hAnsi="Calibri" w:cs="Calibri"/>
          <w:sz w:val="24"/>
          <w:szCs w:val="24"/>
        </w:rPr>
        <w:t xml:space="preserve">Noise remains a persistent challenge in real-world speech recognition. In homes, background sounds from TVs, appliances, or conversations can interfere with accurate command recognition. To address this, researchers have proposed noise augmentation techniques during model training, noise cancellation preprocessing using spectral subtraction, and models specifically tuned for low signal-to-noise ratios </w:t>
      </w:r>
      <w:sdt>
        <w:sdtPr>
          <w:rPr>
            <w:rFonts w:ascii="Calibri" w:hAnsi="Calibri" w:cs="Calibri"/>
            <w:color w:val="000000"/>
            <w:sz w:val="24"/>
            <w:szCs w:val="24"/>
          </w:rPr>
          <w:tag w:val="MENDELEY_CITATION_v3_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"/>
          <w:id w:val="880978935"/>
          <w:placeholder>
            <w:docPart w:val="4C339CFAAC1C4D8A853AF390A7DA7F78"/>
          </w:placeholder>
        </w:sdtPr>
        <w:sdtEndPr/>
        <w:sdtContent>
          <w:r w:rsidR="00A52EBE" w:rsidRPr="00A52EBE">
            <w:rPr>
              <w:rFonts w:ascii="Calibri" w:hAnsi="Calibri" w:cs="Calibri"/>
              <w:color w:val="000000"/>
              <w:sz w:val="24"/>
              <w:szCs w:val="24"/>
            </w:rPr>
            <w:t>(</w:t>
          </w:r>
          <w:proofErr w:type="spellStart"/>
          <w:r w:rsidR="00A52EBE" w:rsidRPr="00A52EBE">
            <w:rPr>
              <w:rFonts w:ascii="Calibri" w:hAnsi="Calibri" w:cs="Calibri"/>
              <w:color w:val="000000"/>
              <w:sz w:val="24"/>
              <w:szCs w:val="24"/>
            </w:rPr>
            <w:t>Heitkaemper</w:t>
          </w:r>
          <w:proofErr w:type="spellEnd"/>
          <w:r w:rsidR="00A52EBE" w:rsidRPr="00A52EBE">
            <w:rPr>
              <w:rFonts w:ascii="Calibri" w:hAnsi="Calibri" w:cs="Calibri"/>
              <w:color w:val="000000"/>
              <w:sz w:val="24"/>
              <w:szCs w:val="24"/>
            </w:rPr>
            <w:t xml:space="preserve"> et al., 2024)</w:t>
          </w:r>
        </w:sdtContent>
      </w:sdt>
      <w:r w:rsidR="007A245E" w:rsidRPr="007A245E">
        <w:rPr>
          <w:rFonts w:ascii="Calibri" w:hAnsi="Calibri" w:cs="Calibri"/>
          <w:sz w:val="24"/>
          <w:szCs w:val="24"/>
        </w:rPr>
        <w:t>.</w:t>
      </w:r>
    </w:p>
    <w:p w14:paraId="716A85A9" w14:textId="19C52418" w:rsidR="00CC300B" w:rsidRPr="006F1C5F" w:rsidRDefault="007E5DA0" w:rsidP="00656615">
      <w:pPr>
        <w:pStyle w:val="Heading3"/>
        <w:rPr>
          <w:sz w:val="24"/>
          <w:szCs w:val="24"/>
        </w:rPr>
      </w:pPr>
      <w:bookmarkStart w:id="36" w:name="_Toc197053602"/>
      <w:r>
        <w:rPr>
          <w:sz w:val="24"/>
          <w:szCs w:val="24"/>
        </w:rPr>
        <w:t>3</w:t>
      </w:r>
      <w:r w:rsidR="00CC300B" w:rsidRPr="006F1C5F">
        <w:rPr>
          <w:sz w:val="24"/>
          <w:szCs w:val="24"/>
        </w:rPr>
        <w:t>.4.2 Language</w:t>
      </w:r>
      <w:bookmarkEnd w:id="36"/>
    </w:p>
    <w:p w14:paraId="553AA1E5" w14:textId="5B5DC0B0" w:rsidR="00CC300B" w:rsidRPr="00897C32" w:rsidRDefault="00CC300B" w:rsidP="00CC300B">
      <w:pPr>
        <w:rPr>
          <w:rFonts w:ascii="Calibri" w:hAnsi="Calibri" w:cs="Calibri"/>
          <w:color w:val="000000" w:themeColor="text1"/>
          <w:sz w:val="24"/>
          <w:szCs w:val="24"/>
        </w:rPr>
      </w:pPr>
      <w:r w:rsidRPr="00897C32">
        <w:rPr>
          <w:rFonts w:ascii="Calibri" w:hAnsi="Calibri" w:cs="Calibri"/>
          <w:color w:val="000000" w:themeColor="text1"/>
          <w:sz w:val="24"/>
          <w:szCs w:val="24"/>
        </w:rPr>
        <w:t>Most commercial and academic speech recognition systems are optimized for English or other high resource languages. This leaves a gap in accessibility for users who speak less commonly supported languages</w:t>
      </w:r>
      <w:sdt>
        <w:sdtPr>
          <w:rPr>
            <w:rFonts w:ascii="Calibri" w:hAnsi="Calibri" w:cs="Calibri"/>
            <w:color w:val="000000"/>
            <w:sz w:val="24"/>
            <w:szCs w:val="24"/>
          </w:rPr>
          <w:tag w:val="MENDELEY_CITATION_v3_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"/>
          <w:id w:val="922228745"/>
          <w:placeholder>
            <w:docPart w:val="62053FC0921C4422A0AFF15B1AE65741"/>
          </w:placeholder>
        </w:sdtPr>
        <w:sdtEndPr/>
        <w:sdtContent>
          <w:r w:rsidR="00FD44A2" w:rsidRPr="00FD44A2">
            <w:rPr>
              <w:rFonts w:ascii="Calibri" w:hAnsi="Calibri" w:cs="Calibri"/>
              <w:color w:val="000000"/>
              <w:sz w:val="24"/>
              <w:szCs w:val="24"/>
            </w:rPr>
            <w:t>(Fathullah et al., 2024)</w:t>
          </w:r>
        </w:sdtContent>
      </w:sdt>
      <w:r w:rsidRPr="00897C32">
        <w:rPr>
          <w:rFonts w:ascii="Calibri" w:hAnsi="Calibri" w:cs="Calibri"/>
          <w:color w:val="000000" w:themeColor="text1"/>
          <w:sz w:val="24"/>
          <w:szCs w:val="24"/>
        </w:rPr>
        <w:t xml:space="preserve">. </w:t>
      </w:r>
    </w:p>
    <w:p w14:paraId="61AAF0C3" w14:textId="026DE442" w:rsidR="00160D2F" w:rsidRPr="006F1C5F" w:rsidRDefault="007E5DA0" w:rsidP="00656615">
      <w:pPr>
        <w:pStyle w:val="Heading3"/>
        <w:rPr>
          <w:sz w:val="24"/>
          <w:szCs w:val="24"/>
        </w:rPr>
      </w:pPr>
      <w:bookmarkStart w:id="37" w:name="_Toc197053603"/>
      <w:r>
        <w:rPr>
          <w:sz w:val="24"/>
          <w:szCs w:val="24"/>
        </w:rPr>
        <w:t>3</w:t>
      </w:r>
      <w:r w:rsidR="00160D2F" w:rsidRPr="006F1C5F">
        <w:rPr>
          <w:sz w:val="24"/>
          <w:szCs w:val="24"/>
        </w:rPr>
        <w:t>.4.3 Constraints</w:t>
      </w:r>
      <w:bookmarkEnd w:id="37"/>
    </w:p>
    <w:p w14:paraId="1988A33B" w14:textId="32ACA943" w:rsidR="00D72B5A" w:rsidRPr="003630B8" w:rsidRDefault="00AD1ACE" w:rsidP="003630B8">
      <w:pPr>
        <w:jc w:val="both"/>
        <w:rPr>
          <w:rFonts w:ascii="Calibri" w:hAnsi="Calibri" w:cs="Calibri"/>
          <w:color w:val="000000" w:themeColor="text1"/>
          <w:sz w:val="24"/>
          <w:szCs w:val="24"/>
        </w:rPr>
      </w:pPr>
      <w:r w:rsidRPr="003630B8">
        <w:rPr>
          <w:rFonts w:ascii="Calibri" w:hAnsi="Calibri" w:cs="Calibri"/>
          <w:color w:val="000000" w:themeColor="text1"/>
          <w:sz w:val="24"/>
          <w:szCs w:val="24"/>
        </w:rPr>
        <w:t>Voice-controlled smart lighting systems must operate under technical constraints, particularly when designed for edge deployment or low power devices. Memory, processing power, and network bandwidth are all limiting factors in real time speech processing and device control. Efficient model architecture design is crucial</w:t>
      </w:r>
      <w:sdt>
        <w:sdtPr>
          <w:rPr>
            <w:rFonts w:ascii="Calibri" w:hAnsi="Calibri" w:cs="Calibri"/>
            <w:color w:val="000000"/>
            <w:sz w:val="24"/>
            <w:szCs w:val="24"/>
          </w:rPr>
          <w:tag w:val="MENDELEY_CITATION_v3_eyJjaXRhdGlvbklEIjoiTUVOREVMRVlfQ0lUQVRJT05fM2I0YzA0OTktMTZlNC00NzEyLWFhNmUtNDI4ODNiZmIwZWY5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
          <w:id w:val="1091888863"/>
          <w:placeholder>
            <w:docPart w:val="9E58F6AEB95440BCA4318D0B0F8AD562"/>
          </w:placeholder>
        </w:sdtPr>
        <w:sdtEndPr/>
        <w:sdtContent>
          <w:r w:rsidR="00782DE4" w:rsidRPr="00782DE4">
            <w:rPr>
              <w:rFonts w:ascii="Calibri" w:hAnsi="Calibri" w:cs="Calibri"/>
              <w:color w:val="000000"/>
              <w:sz w:val="24"/>
              <w:szCs w:val="24"/>
            </w:rPr>
            <w:t>(Somesh et al., 2020)</w:t>
          </w:r>
        </w:sdtContent>
      </w:sdt>
      <w:r w:rsidRPr="003630B8">
        <w:rPr>
          <w:rFonts w:ascii="Calibri" w:hAnsi="Calibri" w:cs="Calibri"/>
          <w:color w:val="000000" w:themeColor="text1"/>
          <w:sz w:val="24"/>
          <w:szCs w:val="24"/>
        </w:rPr>
        <w:t>.</w:t>
      </w:r>
    </w:p>
    <w:p w14:paraId="0ED9B52B" w14:textId="7CE9441B" w:rsidR="00D649C6" w:rsidRPr="003630B8" w:rsidRDefault="00D72B5A" w:rsidP="003630B8">
      <w:pPr>
        <w:jc w:val="both"/>
        <w:rPr>
          <w:rFonts w:ascii="Calibri" w:hAnsi="Calibri" w:cs="Calibri"/>
          <w:color w:val="000000" w:themeColor="text1"/>
          <w:sz w:val="24"/>
          <w:szCs w:val="24"/>
        </w:rPr>
      </w:pPr>
      <w:r w:rsidRPr="003630B8">
        <w:rPr>
          <w:rFonts w:ascii="Calibri" w:hAnsi="Calibri" w:cs="Calibri"/>
          <w:color w:val="000000" w:themeColor="text1"/>
          <w:sz w:val="24"/>
          <w:szCs w:val="24"/>
        </w:rPr>
        <w:t>Latency is another constraint, especially when using cloud-based processing. A noticeable delay between issuing a command and seeing the light response can negatively impact user experience. Edge processing and model optimization are key to achieving this performance benchmark.</w:t>
      </w:r>
    </w:p>
    <w:p w14:paraId="740F230E" w14:textId="77777777" w:rsidR="00983A02" w:rsidRPr="005113CF" w:rsidRDefault="00983A02" w:rsidP="00F116E0">
      <w:pPr>
        <w:rPr>
          <w:color w:val="000000" w:themeColor="text1"/>
        </w:rPr>
      </w:pPr>
    </w:p>
    <w:p w14:paraId="6DE345CA" w14:textId="711FC0E9" w:rsidR="00B61A82" w:rsidRPr="005113CF" w:rsidRDefault="007E5DA0" w:rsidP="00656615">
      <w:pPr>
        <w:pStyle w:val="Heading2"/>
      </w:pPr>
      <w:bookmarkStart w:id="38" w:name="_Toc197053604"/>
      <w:r>
        <w:t>3</w:t>
      </w:r>
      <w:r w:rsidR="00B61A82" w:rsidRPr="005113CF">
        <w:t>.5 Privacy, Ethics, and Security</w:t>
      </w:r>
      <w:bookmarkEnd w:id="38"/>
    </w:p>
    <w:p w14:paraId="1E5EFF48" w14:textId="220277A5" w:rsidR="00156392" w:rsidRPr="005B3546" w:rsidRDefault="005D1EFE" w:rsidP="005B3546">
      <w:pPr>
        <w:jc w:val="both"/>
        <w:rPr>
          <w:rFonts w:ascii="Calibri" w:hAnsi="Calibri" w:cs="Calibri"/>
          <w:color w:val="000000" w:themeColor="text1"/>
          <w:sz w:val="24"/>
          <w:szCs w:val="24"/>
        </w:rPr>
      </w:pPr>
      <w:r w:rsidRPr="005B3546">
        <w:rPr>
          <w:rFonts w:ascii="Calibri" w:hAnsi="Calibri" w:cs="Calibri"/>
          <w:color w:val="000000" w:themeColor="text1"/>
          <w:sz w:val="24"/>
          <w:szCs w:val="24"/>
        </w:rPr>
        <w:t>As voice interfaces become more common, ethical considerations grow in importance. Voice data is inherently sensitive, containing biometric information and potentially revealing personal habits or household dynamics. Ensuring privacy requires careful design choices in how data is collected, stored, and processed</w:t>
      </w:r>
      <w:r w:rsidR="005B3546">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"/>
          <w:id w:val="-1336837800"/>
          <w:placeholder>
            <w:docPart w:val="DA63466991A04BD2A41CB8022F814F7C"/>
          </w:placeholder>
        </w:sdtPr>
        <w:sdtEndPr/>
        <w:sdtContent>
          <w:r w:rsidR="00857E23" w:rsidRPr="005B3546">
            <w:rPr>
              <w:rFonts w:ascii="Calibri" w:hAnsi="Calibri" w:cs="Calibri"/>
              <w:color w:val="000000"/>
              <w:sz w:val="24"/>
              <w:szCs w:val="24"/>
            </w:rPr>
            <w:t>(Venkatraman et al., 2021)</w:t>
          </w:r>
        </w:sdtContent>
      </w:sdt>
      <w:r w:rsidRPr="005B3546">
        <w:rPr>
          <w:rFonts w:ascii="Calibri" w:hAnsi="Calibri" w:cs="Calibri"/>
          <w:color w:val="000000" w:themeColor="text1"/>
          <w:sz w:val="24"/>
          <w:szCs w:val="24"/>
        </w:rPr>
        <w:t>.</w:t>
      </w:r>
    </w:p>
    <w:p w14:paraId="3F9DB2AA" w14:textId="14792478" w:rsidR="00C31DB6" w:rsidRPr="005B3546" w:rsidRDefault="00F116E0" w:rsidP="005B3546">
      <w:pPr>
        <w:jc w:val="both"/>
        <w:rPr>
          <w:rFonts w:ascii="Calibri" w:hAnsi="Calibri" w:cs="Calibri"/>
          <w:color w:val="000000" w:themeColor="text1"/>
          <w:sz w:val="24"/>
          <w:szCs w:val="24"/>
        </w:rPr>
      </w:pPr>
      <w:r w:rsidRPr="005B3546">
        <w:rPr>
          <w:rFonts w:ascii="Calibri" w:hAnsi="Calibri" w:cs="Calibri"/>
          <w:color w:val="000000" w:themeColor="text1"/>
          <w:sz w:val="24"/>
          <w:szCs w:val="24"/>
        </w:rPr>
        <w:t>Security and data privacy are often overlooked in consumer products. Studies show that voice recordings and command histories are frequently stored on remote servers, potentially exposing users to data breaches</w:t>
      </w:r>
      <w:r w:rsidR="005B3546">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"/>
          <w:id w:val="1717782339"/>
          <w:placeholder>
            <w:docPart w:val="73F649C4877D4343ACDFB1DA24D26301"/>
          </w:placeholder>
        </w:sdtPr>
        <w:sdtEndPr/>
        <w:sdtContent>
          <w:r w:rsidR="00857E23" w:rsidRPr="005B3546">
            <w:rPr>
              <w:rFonts w:ascii="Calibri" w:hAnsi="Calibri" w:cs="Calibri"/>
              <w:color w:val="000000"/>
              <w:sz w:val="24"/>
              <w:szCs w:val="24"/>
            </w:rPr>
            <w:t>(Wang et al., 2022)</w:t>
          </w:r>
        </w:sdtContent>
      </w:sdt>
      <w:r w:rsidRPr="005B3546">
        <w:rPr>
          <w:rFonts w:ascii="Calibri" w:hAnsi="Calibri" w:cs="Calibri"/>
          <w:color w:val="000000" w:themeColor="text1"/>
          <w:sz w:val="24"/>
          <w:szCs w:val="24"/>
        </w:rPr>
        <w:t xml:space="preserve">. </w:t>
      </w:r>
    </w:p>
    <w:p w14:paraId="3AFD29AC" w14:textId="74E2F01D" w:rsidR="00C77125" w:rsidRDefault="004010D5" w:rsidP="00C77125">
      <w:pPr>
        <w:jc w:val="both"/>
        <w:rPr>
          <w:rFonts w:ascii="Calibri" w:hAnsi="Calibri" w:cs="Calibri"/>
          <w:color w:val="000000" w:themeColor="text1"/>
          <w:sz w:val="24"/>
          <w:szCs w:val="24"/>
        </w:rPr>
      </w:pPr>
      <w:r w:rsidRPr="005B3546">
        <w:rPr>
          <w:rFonts w:ascii="Calibri" w:hAnsi="Calibri" w:cs="Calibri"/>
          <w:color w:val="000000" w:themeColor="text1"/>
          <w:sz w:val="24"/>
          <w:szCs w:val="24"/>
        </w:rPr>
        <w:lastRenderedPageBreak/>
        <w:t>Local processing where all speech recognition and command parsing is handled on the user’s device is considered the gold standard for privacy</w:t>
      </w:r>
      <w:r w:rsidR="006A644A">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"/>
          <w:id w:val="1658106429"/>
          <w:placeholder>
            <w:docPart w:val="00D5ECB79BBC48C3B76D518A195B64B1"/>
          </w:placeholder>
        </w:sdtPr>
        <w:sdtEndPr/>
        <w:sdtContent>
          <w:r w:rsidR="00485085" w:rsidRPr="00485085">
            <w:rPr>
              <w:rFonts w:ascii="Calibri" w:hAnsi="Calibri" w:cs="Calibri"/>
              <w:color w:val="000000"/>
              <w:sz w:val="24"/>
              <w:szCs w:val="24"/>
            </w:rPr>
            <w:t>(</w:t>
          </w:r>
          <w:proofErr w:type="spellStart"/>
          <w:r w:rsidR="00485085" w:rsidRPr="00485085">
            <w:rPr>
              <w:rFonts w:ascii="Calibri" w:hAnsi="Calibri" w:cs="Calibri"/>
              <w:color w:val="000000"/>
              <w:sz w:val="24"/>
              <w:szCs w:val="24"/>
            </w:rPr>
            <w:t>Kheddar</w:t>
          </w:r>
          <w:proofErr w:type="spellEnd"/>
          <w:r w:rsidR="00485085" w:rsidRPr="00485085">
            <w:rPr>
              <w:rFonts w:ascii="Calibri" w:hAnsi="Calibri" w:cs="Calibri"/>
              <w:color w:val="000000"/>
              <w:sz w:val="24"/>
              <w:szCs w:val="24"/>
            </w:rPr>
            <w:t xml:space="preserve"> et al., 2024)</w:t>
          </w:r>
        </w:sdtContent>
      </w:sdt>
      <w:r w:rsidRPr="005B3546">
        <w:rPr>
          <w:rFonts w:ascii="Calibri" w:hAnsi="Calibri" w:cs="Calibri"/>
          <w:color w:val="000000" w:themeColor="text1"/>
          <w:sz w:val="24"/>
          <w:szCs w:val="24"/>
        </w:rPr>
        <w:t>. This approach prevents voice data from being transmitted over the internet, eliminating the risk of interception or misuse. However, it comes with trade-offs in terms of model size and performance.</w:t>
      </w:r>
    </w:p>
    <w:p w14:paraId="008DA363" w14:textId="585851B7" w:rsidR="00B61A82" w:rsidRPr="001C4CE1" w:rsidRDefault="004010D5" w:rsidP="001C4CE1">
      <w:pPr>
        <w:jc w:val="both"/>
        <w:rPr>
          <w:rFonts w:ascii="Calibri" w:hAnsi="Calibri" w:cs="Calibri"/>
          <w:sz w:val="24"/>
          <w:szCs w:val="24"/>
        </w:rPr>
      </w:pPr>
      <w:r w:rsidRPr="001C4CE1">
        <w:rPr>
          <w:rFonts w:ascii="Calibri" w:hAnsi="Calibri" w:cs="Calibri"/>
          <w:sz w:val="24"/>
          <w:szCs w:val="24"/>
        </w:rPr>
        <w:t>Transparency is also essential. Users should be informed when and how their voice data is processed, and systems should offer opt in features and settings to delete historical data. This transparency builds trust and aligns with ethical frameworks like the General Data Protection Regulation (GDPR)</w:t>
      </w:r>
      <w:r w:rsidR="00DF30B6" w:rsidRPr="001C4CE1">
        <w:rPr>
          <w:rFonts w:ascii="Calibri" w:hAnsi="Calibri" w:cs="Calibri"/>
          <w:sz w:val="24"/>
          <w:szCs w:val="24"/>
        </w:rPr>
        <w:t xml:space="preserve"> </w:t>
      </w:r>
      <w:sdt>
        <w:sdtPr>
          <w:rPr>
            <w:rFonts w:ascii="Calibri" w:hAnsi="Calibri" w:cs="Calibri"/>
            <w:color w:val="000000"/>
            <w:sz w:val="24"/>
            <w:szCs w:val="24"/>
          </w:rPr>
          <w:tag w:val="MENDELEY_CITATION_v3_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"/>
          <w:id w:val="699903774"/>
          <w:placeholder>
            <w:docPart w:val="7BDA93383520424989576318CFD742FE"/>
          </w:placeholder>
        </w:sdtPr>
        <w:sdtEndPr/>
        <w:sdtContent>
          <w:r w:rsidR="00857E23" w:rsidRPr="001C4CE1">
            <w:rPr>
              <w:rFonts w:ascii="Calibri" w:hAnsi="Calibri" w:cs="Calibri"/>
              <w:color w:val="000000"/>
              <w:sz w:val="24"/>
              <w:szCs w:val="24"/>
            </w:rPr>
            <w:t>(Franke et al., 2024)</w:t>
          </w:r>
        </w:sdtContent>
      </w:sdt>
      <w:r w:rsidRPr="001C4CE1">
        <w:rPr>
          <w:rFonts w:ascii="Calibri" w:hAnsi="Calibri" w:cs="Calibri"/>
          <w:sz w:val="24"/>
          <w:szCs w:val="24"/>
        </w:rPr>
        <w:t>.</w:t>
      </w:r>
    </w:p>
    <w:p w14:paraId="118A3295" w14:textId="5A3F83A8" w:rsidR="001E71B2" w:rsidRDefault="00092C2B" w:rsidP="005B3546">
      <w:pPr>
        <w:jc w:val="both"/>
        <w:rPr>
          <w:rFonts w:ascii="Calibri" w:hAnsi="Calibri" w:cs="Calibri"/>
          <w:color w:val="000000" w:themeColor="text1"/>
          <w:sz w:val="24"/>
          <w:szCs w:val="24"/>
        </w:rPr>
      </w:pPr>
      <w:r w:rsidRPr="005B3546">
        <w:rPr>
          <w:rFonts w:ascii="Calibri" w:hAnsi="Calibri" w:cs="Calibri"/>
          <w:color w:val="000000" w:themeColor="text1"/>
          <w:sz w:val="24"/>
          <w:szCs w:val="24"/>
        </w:rPr>
        <w:t>Accessibility remains a key challenge. Elderly users or individuals with disabilities may benefit most from hands free voice control but are also more likely to face barriers in system usage</w:t>
      </w:r>
      <w:r w:rsidR="001E71B2">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"/>
          <w:id w:val="-1013683313"/>
          <w:placeholder>
            <w:docPart w:val="6E7D65B5F2864DDA981946460320AF9A"/>
          </w:placeholder>
        </w:sdtPr>
        <w:sdtEndPr/>
        <w:sdtContent>
          <w:r w:rsidR="00857E23" w:rsidRPr="005B3546">
            <w:rPr>
              <w:rFonts w:ascii="Calibri" w:hAnsi="Calibri" w:cs="Calibri"/>
              <w:color w:val="000000"/>
              <w:sz w:val="24"/>
              <w:szCs w:val="24"/>
            </w:rPr>
            <w:t>(Amoran et al., 2021)</w:t>
          </w:r>
        </w:sdtContent>
      </w:sdt>
      <w:sdt>
        <w:sdtPr>
          <w:rPr>
            <w:rFonts w:ascii="Calibri" w:hAnsi="Calibri" w:cs="Calibri"/>
            <w:color w:val="000000"/>
            <w:sz w:val="24"/>
            <w:szCs w:val="24"/>
          </w:rPr>
          <w:tag w:val="MENDELEY_CITATION_v3_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"/>
          <w:id w:val="-107283082"/>
          <w:placeholder>
            <w:docPart w:val="6E7D65B5F2864DDA981946460320AF9A"/>
          </w:placeholder>
        </w:sdtPr>
        <w:sdtEndPr/>
        <w:sdtContent>
          <w:r w:rsidR="00857E23" w:rsidRPr="005B3546">
            <w:rPr>
              <w:rFonts w:ascii="Calibri" w:hAnsi="Calibri" w:cs="Calibri"/>
              <w:color w:val="000000"/>
              <w:sz w:val="24"/>
              <w:szCs w:val="24"/>
            </w:rPr>
            <w:t>(Htet et al., 2024)</w:t>
          </w:r>
        </w:sdtContent>
      </w:sdt>
      <w:r w:rsidRPr="005B3546">
        <w:rPr>
          <w:rFonts w:ascii="Calibri" w:hAnsi="Calibri" w:cs="Calibri"/>
          <w:color w:val="000000" w:themeColor="text1"/>
          <w:sz w:val="24"/>
          <w:szCs w:val="24"/>
        </w:rPr>
        <w:t>. Speech impairments, ambient noise, and the complexity of commands can hinder usability. Inclusive design principles such as multimodal feedback, simplified command structures, and customization options can enhance system accessibility for a diverse population.</w:t>
      </w:r>
    </w:p>
    <w:p w14:paraId="38678F74" w14:textId="77F71E31" w:rsidR="007C67F0" w:rsidRDefault="007C67F0" w:rsidP="007C67F0"/>
    <w:p w14:paraId="28B5086B" w14:textId="16F44724" w:rsidR="009B711C" w:rsidRPr="006A644A" w:rsidRDefault="007E5DA0" w:rsidP="007E5DA0">
      <w:pPr>
        <w:pStyle w:val="Heading2"/>
      </w:pPr>
      <w:bookmarkStart w:id="39" w:name="_Toc197053605"/>
      <w:r>
        <w:t>3</w:t>
      </w:r>
      <w:r w:rsidR="009B711C" w:rsidRPr="006A644A">
        <w:t>.6 Sustainability Considerations</w:t>
      </w:r>
      <w:bookmarkEnd w:id="39"/>
    </w:p>
    <w:p w14:paraId="048498B8" w14:textId="044C11ED" w:rsidR="008B4ED4" w:rsidRDefault="0081634A" w:rsidP="008B4ED4">
      <w:pPr>
        <w:jc w:val="both"/>
        <w:rPr>
          <w:rFonts w:ascii="Calibri" w:hAnsi="Calibri" w:cs="Calibri"/>
          <w:color w:val="000000" w:themeColor="text1"/>
          <w:sz w:val="24"/>
          <w:szCs w:val="24"/>
        </w:rPr>
      </w:pPr>
      <w:r w:rsidRPr="007C67F0">
        <w:rPr>
          <w:rFonts w:ascii="Calibri" w:hAnsi="Calibri" w:cs="Calibri"/>
          <w:color w:val="000000" w:themeColor="text1"/>
          <w:sz w:val="24"/>
          <w:szCs w:val="24"/>
        </w:rPr>
        <w:t>While smart lighting systems contribute to energy savings by allowing precise control, their environmental impact must be considered holistically.</w:t>
      </w:r>
      <w:r w:rsidR="00B044DC" w:rsidRPr="007C67F0">
        <w:rPr>
          <w:rFonts w:ascii="Calibri" w:hAnsi="Calibri" w:cs="Calibri"/>
          <w:color w:val="000000" w:themeColor="text1"/>
          <w:sz w:val="24"/>
          <w:szCs w:val="24"/>
        </w:rPr>
        <w:t xml:space="preserve"> Cloud-based processing also has an environmental footprint due to data centre energy consumption</w:t>
      </w:r>
      <w:r w:rsidR="008B4ED4">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MzRmM2ZhNGItN2U0MC00Y2QzLTk0MzUtMWJhOWJlYzdkYTBh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
          <w:id w:val="-1300140916"/>
          <w:placeholder>
            <w:docPart w:val="B7D7CABCCF8C46C58D5302D7B4424CBC"/>
          </w:placeholder>
        </w:sdtPr>
        <w:sdtEndPr/>
        <w:sdtContent>
          <w:r w:rsidR="00857E23" w:rsidRPr="007C67F0">
            <w:rPr>
              <w:rFonts w:ascii="Calibri" w:hAnsi="Calibri" w:cs="Calibri"/>
              <w:color w:val="000000"/>
              <w:sz w:val="24"/>
              <w:szCs w:val="24"/>
            </w:rPr>
            <w:t>(Chen et al., 2022)</w:t>
          </w:r>
        </w:sdtContent>
      </w:sdt>
      <w:r w:rsidR="00B044DC" w:rsidRPr="007C67F0">
        <w:rPr>
          <w:rFonts w:ascii="Calibri" w:hAnsi="Calibri" w:cs="Calibri"/>
          <w:color w:val="000000" w:themeColor="text1"/>
          <w:sz w:val="24"/>
          <w:szCs w:val="24"/>
        </w:rPr>
        <w:t xml:space="preserve">. Edge computing offers a more sustainable alternative by minimizing data transmission and reducing reliance on large scale infrastructure. </w:t>
      </w:r>
    </w:p>
    <w:p w14:paraId="6915510B" w14:textId="701D07D2" w:rsidR="008B4ED4" w:rsidRDefault="002660B9" w:rsidP="008B4ED4">
      <w:pPr>
        <w:jc w:val="both"/>
        <w:rPr>
          <w:rFonts w:ascii="Calibri" w:hAnsi="Calibri" w:cs="Calibri"/>
          <w:color w:val="000000" w:themeColor="text1"/>
          <w:sz w:val="24"/>
          <w:szCs w:val="24"/>
        </w:rPr>
      </w:pPr>
      <w:r w:rsidRPr="007C67F0">
        <w:rPr>
          <w:rFonts w:ascii="Calibri" w:hAnsi="Calibri" w:cs="Calibri"/>
          <w:color w:val="000000" w:themeColor="text1"/>
          <w:sz w:val="24"/>
          <w:szCs w:val="24"/>
        </w:rPr>
        <w:t>LED bulbs used in smart lighting are more energy efficient than incandescent alternatives, and smart controls further reduce unnecessary usage</w:t>
      </w:r>
      <w:r w:rsidR="00DE5AA3">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DM5MTY5OWEtMjUxYi00NTljLTljOGUtNzU4OTdmYjViNjE4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
          <w:id w:val="-151904571"/>
          <w:placeholder>
            <w:docPart w:val="23AE51D8C1DD4FEAAAAD12446D18A8CF"/>
          </w:placeholder>
        </w:sdtPr>
        <w:sdtEndPr/>
        <w:sdtContent>
          <w:r w:rsidR="00D37E1C" w:rsidRPr="00D37E1C">
            <w:rPr>
              <w:rFonts w:ascii="Calibri" w:hAnsi="Calibri" w:cs="Calibri"/>
              <w:color w:val="000000"/>
              <w:sz w:val="24"/>
              <w:szCs w:val="24"/>
            </w:rPr>
            <w:t>(Chen et al., 2022)</w:t>
          </w:r>
        </w:sdtContent>
      </w:sdt>
      <w:r w:rsidRPr="007C67F0">
        <w:rPr>
          <w:rFonts w:ascii="Calibri" w:hAnsi="Calibri" w:cs="Calibri"/>
          <w:color w:val="000000" w:themeColor="text1"/>
          <w:sz w:val="24"/>
          <w:szCs w:val="24"/>
        </w:rPr>
        <w:t>. However, the electronics required for connectivity (such as Wi-Fi modules) and the frequent replacement cycle of consumer electronics contribute to waste.</w:t>
      </w:r>
    </w:p>
    <w:p w14:paraId="4D0CEEF8" w14:textId="6CAA4130" w:rsidR="002660B9" w:rsidRDefault="002660B9" w:rsidP="008B4ED4">
      <w:pPr>
        <w:jc w:val="both"/>
        <w:rPr>
          <w:rFonts w:ascii="Calibri" w:hAnsi="Calibri" w:cs="Calibri"/>
          <w:color w:val="000000" w:themeColor="text1"/>
          <w:sz w:val="24"/>
          <w:szCs w:val="24"/>
        </w:rPr>
      </w:pPr>
      <w:r w:rsidRPr="007C67F0">
        <w:rPr>
          <w:rFonts w:ascii="Calibri" w:hAnsi="Calibri" w:cs="Calibri"/>
          <w:color w:val="000000" w:themeColor="text1"/>
          <w:sz w:val="24"/>
          <w:szCs w:val="24"/>
        </w:rPr>
        <w:t>Research into sustainable materials and modular hardware design aims to address these concerns. Modular systems allow users to replace faulty components instead of entire devices, reducing waste</w:t>
      </w:r>
      <w:r w:rsidR="003F2DBA">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"/>
          <w:id w:val="1150327741"/>
          <w:placeholder>
            <w:docPart w:val="3D892EF8B470488886F309D4CE68C800"/>
          </w:placeholder>
        </w:sdtPr>
        <w:sdtEndPr/>
        <w:sdtContent>
          <w:r w:rsidR="007B71FF" w:rsidRPr="007B71FF">
            <w:rPr>
              <w:rFonts w:ascii="Calibri" w:hAnsi="Calibri" w:cs="Calibri"/>
              <w:color w:val="000000"/>
              <w:sz w:val="24"/>
              <w:szCs w:val="24"/>
            </w:rPr>
            <w:t>(Naik et al., 2021)</w:t>
          </w:r>
        </w:sdtContent>
      </w:sdt>
      <w:r w:rsidRPr="007C67F0">
        <w:rPr>
          <w:rFonts w:ascii="Calibri" w:hAnsi="Calibri" w:cs="Calibri"/>
          <w:color w:val="000000" w:themeColor="text1"/>
          <w:sz w:val="24"/>
          <w:szCs w:val="24"/>
        </w:rPr>
        <w:t>. Additionally, support for firmware updates extends the lifespan of smart devices and aligns with circular economic principles.</w:t>
      </w:r>
    </w:p>
    <w:p w14:paraId="6E75AC29" w14:textId="77777777" w:rsidR="008B4ED4" w:rsidRPr="008B4ED4" w:rsidRDefault="008B4ED4" w:rsidP="008B4ED4">
      <w:pPr>
        <w:jc w:val="both"/>
        <w:rPr>
          <w:rFonts w:ascii="Calibri" w:hAnsi="Calibri" w:cs="Calibri"/>
          <w:color w:val="000000" w:themeColor="text1"/>
          <w:sz w:val="24"/>
          <w:szCs w:val="24"/>
        </w:rPr>
      </w:pPr>
    </w:p>
    <w:p w14:paraId="50645590" w14:textId="7692BABB" w:rsidR="001C4DEB" w:rsidRPr="005113CF" w:rsidRDefault="007E5DA0" w:rsidP="00656615">
      <w:pPr>
        <w:pStyle w:val="Heading2"/>
      </w:pPr>
      <w:bookmarkStart w:id="40" w:name="_Toc197053606"/>
      <w:r>
        <w:lastRenderedPageBreak/>
        <w:t>3</w:t>
      </w:r>
      <w:r w:rsidR="001C4DEB" w:rsidRPr="005113CF">
        <w:t>.7 Comparative Analysis</w:t>
      </w:r>
      <w:bookmarkEnd w:id="40"/>
    </w:p>
    <w:p w14:paraId="35F445E1" w14:textId="162F90FF" w:rsidR="00326671" w:rsidRPr="008B4ED4" w:rsidRDefault="00E635BB" w:rsidP="00D60068">
      <w:pPr>
        <w:jc w:val="both"/>
        <w:rPr>
          <w:rFonts w:ascii="Calibri" w:hAnsi="Calibri" w:cs="Calibri"/>
          <w:color w:val="000000" w:themeColor="text1"/>
          <w:sz w:val="24"/>
          <w:szCs w:val="24"/>
        </w:rPr>
      </w:pPr>
      <w:r>
        <w:rPr>
          <w:rFonts w:ascii="Calibri" w:hAnsi="Calibri" w:cs="Calibri"/>
          <w:color w:val="000000" w:themeColor="text1"/>
          <w:sz w:val="24"/>
          <w:szCs w:val="24"/>
        </w:rPr>
        <w:t>An</w:t>
      </w:r>
      <w:r w:rsidR="00273985" w:rsidRPr="008B4ED4">
        <w:rPr>
          <w:rFonts w:ascii="Calibri" w:hAnsi="Calibri" w:cs="Calibri"/>
          <w:color w:val="000000" w:themeColor="text1"/>
          <w:sz w:val="24"/>
          <w:szCs w:val="24"/>
        </w:rPr>
        <w:t xml:space="preserve"> examination of commercial systems reveals several insights. Philips Hue and TP-Link Kasa, for example, supports voice control through integration with major voice assistants and offers a range of lighting options, from brightness adjustments to dynamic scenes</w:t>
      </w:r>
      <w:sdt>
        <w:sdtPr>
          <w:rPr>
            <w:rFonts w:ascii="Calibri" w:hAnsi="Calibri" w:cs="Calibri"/>
            <w:color w:val="000000"/>
            <w:sz w:val="24"/>
            <w:szCs w:val="24"/>
          </w:rPr>
          <w:tag w:val="MENDELEY_CITATION_v3_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"/>
          <w:id w:val="1869102061"/>
          <w:placeholder>
            <w:docPart w:val="589ACA772D7D406EB0E2C28D7F2A9CF2"/>
          </w:placeholder>
        </w:sdtPr>
        <w:sdtEndPr/>
        <w:sdtContent>
          <w:r w:rsidR="006477F0" w:rsidRPr="006477F0">
            <w:rPr>
              <w:rFonts w:ascii="Calibri" w:hAnsi="Calibri" w:cs="Calibri"/>
              <w:color w:val="000000"/>
              <w:sz w:val="24"/>
              <w:szCs w:val="24"/>
            </w:rPr>
            <w:t>(Hossain Shawon et al., 2022)</w:t>
          </w:r>
        </w:sdtContent>
      </w:sdt>
      <w:r w:rsidR="00273985" w:rsidRPr="008B4ED4">
        <w:rPr>
          <w:rFonts w:ascii="Calibri" w:hAnsi="Calibri" w:cs="Calibri"/>
          <w:color w:val="000000" w:themeColor="text1"/>
          <w:sz w:val="24"/>
          <w:szCs w:val="24"/>
        </w:rPr>
        <w:t>.</w:t>
      </w:r>
      <w:r w:rsidR="00EE6A8D" w:rsidRPr="008B4ED4">
        <w:rPr>
          <w:rFonts w:ascii="Calibri" w:hAnsi="Calibri" w:cs="Calibri"/>
          <w:color w:val="000000" w:themeColor="text1"/>
          <w:sz w:val="24"/>
          <w:szCs w:val="24"/>
        </w:rPr>
        <w:t xml:space="preserve"> </w:t>
      </w:r>
      <w:r w:rsidR="00326671" w:rsidRPr="008B4ED4">
        <w:rPr>
          <w:rFonts w:ascii="Calibri" w:hAnsi="Calibri" w:cs="Calibri"/>
          <w:color w:val="000000" w:themeColor="text1"/>
          <w:sz w:val="24"/>
          <w:szCs w:val="24"/>
        </w:rPr>
        <w:t>This includes the lifecycle analysis of the devices, including production, usage, and disposal phases.</w:t>
      </w:r>
    </w:p>
    <w:p w14:paraId="2E21DB5C" w14:textId="5121598A" w:rsidR="00132043" w:rsidRPr="008B4ED4" w:rsidRDefault="00EE6A8D" w:rsidP="00040AC7">
      <w:pPr>
        <w:jc w:val="both"/>
        <w:rPr>
          <w:rFonts w:ascii="Calibri" w:hAnsi="Calibri" w:cs="Calibri"/>
          <w:color w:val="000000" w:themeColor="text1"/>
          <w:sz w:val="24"/>
          <w:szCs w:val="24"/>
        </w:rPr>
      </w:pPr>
      <w:r w:rsidRPr="008B4ED4">
        <w:rPr>
          <w:rFonts w:ascii="Calibri" w:hAnsi="Calibri" w:cs="Calibri"/>
          <w:color w:val="000000" w:themeColor="text1"/>
          <w:sz w:val="24"/>
          <w:szCs w:val="24"/>
        </w:rPr>
        <w:t>Multiple research projects have addressed voice-controlled smart lighting.</w:t>
      </w:r>
      <w:r w:rsidR="00040AC7">
        <w:rPr>
          <w:rFonts w:ascii="Calibri" w:hAnsi="Calibri" w:cs="Calibri"/>
          <w:color w:val="000000" w:themeColor="text1"/>
          <w:sz w:val="24"/>
          <w:szCs w:val="24"/>
        </w:rPr>
        <w:t xml:space="preserve"> </w:t>
      </w:r>
      <w:r w:rsidR="00132043" w:rsidRPr="008B4ED4">
        <w:rPr>
          <w:rFonts w:ascii="Calibri" w:hAnsi="Calibri" w:cs="Calibri"/>
          <w:color w:val="000000" w:themeColor="text1"/>
          <w:sz w:val="24"/>
          <w:szCs w:val="24"/>
        </w:rPr>
        <w:t>While smart lighting systems can function independently, their full potential is realized when integrated into a broader ecosystem. This includes connections with smart thermostats, security systems, home entertainment, and environmental sensors</w:t>
      </w:r>
      <w:r w:rsidR="00040AC7">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ZDYxZmI5MTUtNGZiYy00NzE3LTkzZjMtN2U5NWVjNWY0MjJ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IsImNvbnRhaW5lci10aXRsZS1zaG9ydCI6IklFRUUgVHJhbnMgSHVtIE1hY2ggU3lzdCJ9LCJpc1RlbXBvcmFyeSI6ZmFsc2V9XX0="/>
          <w:id w:val="-135960180"/>
          <w:placeholder>
            <w:docPart w:val="120C74210B7A4609A26D5DD53F6E7660"/>
          </w:placeholder>
        </w:sdtPr>
        <w:sdtEndPr/>
        <w:sdtContent>
          <w:r w:rsidR="00857E23" w:rsidRPr="008B4ED4">
            <w:rPr>
              <w:rFonts w:ascii="Calibri" w:hAnsi="Calibri" w:cs="Calibri"/>
              <w:color w:val="000000"/>
              <w:sz w:val="24"/>
              <w:szCs w:val="24"/>
            </w:rPr>
            <w:t>(Reig et al., 2022)</w:t>
          </w:r>
        </w:sdtContent>
      </w:sdt>
      <w:r w:rsidR="00132043" w:rsidRPr="008B4ED4">
        <w:rPr>
          <w:rFonts w:ascii="Calibri" w:hAnsi="Calibri" w:cs="Calibri"/>
          <w:color w:val="000000" w:themeColor="text1"/>
          <w:sz w:val="24"/>
          <w:szCs w:val="24"/>
        </w:rPr>
        <w:t>. Integration enables complex automation scenarios such as triggering lights when the front door is unlocked or dimming lights automatically when the TV is turned on.</w:t>
      </w:r>
    </w:p>
    <w:p w14:paraId="278BA965" w14:textId="34F3AE3F" w:rsidR="002E676A" w:rsidRPr="008B4ED4" w:rsidRDefault="002E676A" w:rsidP="008B4ED4">
      <w:pPr>
        <w:jc w:val="both"/>
        <w:rPr>
          <w:rFonts w:ascii="Calibri" w:hAnsi="Calibri" w:cs="Calibri"/>
          <w:color w:val="000000" w:themeColor="text1"/>
          <w:sz w:val="24"/>
          <w:szCs w:val="24"/>
        </w:rPr>
      </w:pPr>
      <w:r w:rsidRPr="008B4ED4">
        <w:rPr>
          <w:rFonts w:ascii="Calibri" w:hAnsi="Calibri" w:cs="Calibri"/>
          <w:color w:val="000000" w:themeColor="text1"/>
          <w:sz w:val="24"/>
          <w:szCs w:val="24"/>
        </w:rPr>
        <w:t>Home automation platforms such as Apple HomeKit, Google Home, and Amazon Alexa offer centralized control of multiple smart devices. These ecosystems use common protocols and standards, which aim to improve interoperability across devices from different manufacturers. However, these platforms often rely on cloud infrastructure, which raises privacy and latency concerns</w:t>
      </w:r>
      <w:r w:rsidR="00D60068">
        <w:rPr>
          <w:rFonts w:ascii="Calibri" w:hAnsi="Calibri" w:cs="Calibri"/>
          <w:color w:val="000000" w:themeColor="text1"/>
          <w:sz w:val="24"/>
          <w:szCs w:val="24"/>
        </w:rPr>
        <w:t xml:space="preserve"> </w:t>
      </w:r>
      <w:sdt>
        <w:sdtPr>
          <w:rPr>
            <w:rFonts w:ascii="Calibri" w:hAnsi="Calibri" w:cs="Calibri"/>
            <w:color w:val="000000"/>
            <w:sz w:val="24"/>
            <w:szCs w:val="24"/>
          </w:rPr>
          <w:tag w:val="MENDELEY_CITATION_v3_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"/>
          <w:id w:val="-285271010"/>
          <w:placeholder>
            <w:docPart w:val="CE3BE8F7F2D947EC8D7FF0D3C2B71E09"/>
          </w:placeholder>
        </w:sdtPr>
        <w:sdtEndPr/>
        <w:sdtContent>
          <w:r w:rsidR="00857E23" w:rsidRPr="008B4ED4">
            <w:rPr>
              <w:rFonts w:ascii="Calibri" w:hAnsi="Calibri" w:cs="Calibri"/>
              <w:color w:val="000000"/>
              <w:sz w:val="24"/>
              <w:szCs w:val="24"/>
            </w:rPr>
            <w:t>(Li et al., 2021)</w:t>
          </w:r>
        </w:sdtContent>
      </w:sdt>
      <w:r w:rsidRPr="008B4ED4">
        <w:rPr>
          <w:rFonts w:ascii="Calibri" w:hAnsi="Calibri" w:cs="Calibri"/>
          <w:color w:val="000000" w:themeColor="text1"/>
          <w:sz w:val="24"/>
          <w:szCs w:val="24"/>
        </w:rPr>
        <w:t>.</w:t>
      </w:r>
    </w:p>
    <w:p w14:paraId="78B3E6EE" w14:textId="5A46BE8F" w:rsidR="00FD712C" w:rsidRPr="005113CF" w:rsidRDefault="00FD712C" w:rsidP="008B4ED4">
      <w:pPr>
        <w:jc w:val="both"/>
        <w:rPr>
          <w:color w:val="000000" w:themeColor="text1"/>
        </w:rPr>
      </w:pPr>
      <w:r w:rsidRPr="005113CF">
        <w:rPr>
          <w:color w:val="000000" w:themeColor="text1"/>
        </w:rPr>
        <w:br/>
      </w:r>
    </w:p>
    <w:p w14:paraId="7708C4B7" w14:textId="409A3CF3" w:rsidR="006908D3" w:rsidRPr="00D20825" w:rsidRDefault="007E5DA0" w:rsidP="00D20825">
      <w:pPr>
        <w:pStyle w:val="Heading2"/>
      </w:pPr>
      <w:bookmarkStart w:id="41" w:name="_Toc197053607"/>
      <w:r>
        <w:t>3</w:t>
      </w:r>
      <w:r w:rsidR="0013454B" w:rsidRPr="005113CF">
        <w:t>.8 Research Gaps and Future Directions</w:t>
      </w:r>
      <w:bookmarkEnd w:id="41"/>
    </w:p>
    <w:p w14:paraId="6275D60E" w14:textId="506D2508" w:rsidR="006908D3" w:rsidRPr="006908D3" w:rsidRDefault="006908D3" w:rsidP="006908D3">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While voice-controlled smart lighting systems have seen rapid development, several critical gaps remain, each suggesting valuable directions for future research and improvement.</w:t>
      </w:r>
    </w:p>
    <w:p w14:paraId="21C7C658" w14:textId="75ACBA54" w:rsidR="006908D3" w:rsidRPr="006908D3" w:rsidRDefault="006908D3" w:rsidP="00AD6080">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 xml:space="preserve">One major challenge is privacy and data security. Most existing systems depend heavily on cloud-based processing, exposing users to potential risks regarding data leakage and unauthorized access </w:t>
      </w:r>
      <w:sdt>
        <w:sdtPr>
          <w:rPr>
            <w:rFonts w:asciiTheme="majorHAnsi" w:hAnsiTheme="majorHAnsi" w:cstheme="majorHAnsi"/>
            <w:color w:val="000000"/>
            <w:sz w:val="24"/>
            <w:szCs w:val="24"/>
          </w:rPr>
          <w:tag w:val="MENDELEY_CITATION_v3_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"/>
          <w:id w:val="-927576780"/>
          <w:placeholder>
            <w:docPart w:val="C5CB22B11CF14A60BAA2DB6AF207D4C2"/>
          </w:placeholder>
        </w:sdtPr>
        <w:sdtEndPr/>
        <w:sdtContent>
          <w:r w:rsidRPr="007B71FF">
            <w:rPr>
              <w:rFonts w:asciiTheme="majorHAnsi" w:hAnsiTheme="majorHAnsi" w:cstheme="majorHAnsi"/>
              <w:color w:val="000000"/>
              <w:sz w:val="24"/>
              <w:szCs w:val="24"/>
            </w:rPr>
            <w:t>(Mahbub et al., 2021</w:t>
          </w:r>
          <w:r w:rsidR="007B71FF" w:rsidRPr="007B71FF">
            <w:rPr>
              <w:rFonts w:asciiTheme="majorHAnsi" w:hAnsiTheme="majorHAnsi" w:cstheme="majorHAnsi"/>
              <w:color w:val="000000"/>
              <w:sz w:val="24"/>
              <w:szCs w:val="24"/>
            </w:rPr>
            <w:t>)</w:t>
          </w:r>
        </w:sdtContent>
      </w:sdt>
      <w:r w:rsidRPr="006908D3">
        <w:rPr>
          <w:rFonts w:asciiTheme="majorHAnsi" w:hAnsiTheme="majorHAnsi" w:cstheme="majorHAnsi"/>
          <w:color w:val="000000" w:themeColor="text1"/>
          <w:sz w:val="24"/>
          <w:szCs w:val="24"/>
        </w:rPr>
        <w:t>. To address this, future systems should aim to develop fully offline voice interfaces, employing edge AI techniques such as model pruning, quantization, and federated learning to ensure that voice data remains on-device and under user control.</w:t>
      </w:r>
    </w:p>
    <w:p w14:paraId="0D55F981" w14:textId="405270E5" w:rsidR="006908D3" w:rsidRPr="006908D3" w:rsidRDefault="006908D3" w:rsidP="009E30D8">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Another gap lies in the lack of personalization. Current systems rarely adapt to individual users' speech styles, accents, or preferences, limiting accessibility and user satisfaction</w:t>
      </w:r>
      <w:sdt>
        <w:sdtPr>
          <w:rPr>
            <w:rFonts w:asciiTheme="majorHAnsi" w:hAnsiTheme="majorHAnsi" w:cstheme="majorHAnsi"/>
            <w:color w:val="000000"/>
            <w:sz w:val="24"/>
            <w:szCs w:val="24"/>
          </w:rPr>
          <w:tag w:val="MENDELEY_CITATION_v3_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"/>
          <w:id w:val="1654416074"/>
          <w:placeholder>
            <w:docPart w:val="9496E4D6309244F5AEB2581C077D8C71"/>
          </w:placeholder>
        </w:sdtPr>
        <w:sdtEndPr/>
        <w:sdtContent>
          <w:r w:rsidR="007B71FF" w:rsidRPr="007B71FF">
            <w:rPr>
              <w:rFonts w:eastAsia="Times New Roman"/>
              <w:color w:val="000000"/>
              <w:sz w:val="24"/>
            </w:rPr>
            <w:t>(Graham &amp; Roll, 2024)</w:t>
          </w:r>
        </w:sdtContent>
      </w:sdt>
      <w:r w:rsidRPr="006908D3">
        <w:rPr>
          <w:rFonts w:asciiTheme="majorHAnsi" w:hAnsiTheme="majorHAnsi" w:cstheme="majorHAnsi"/>
          <w:color w:val="000000" w:themeColor="text1"/>
          <w:sz w:val="24"/>
          <w:szCs w:val="24"/>
        </w:rPr>
        <w:t>. Future solutions should incorporate speaker identification and adaptive learning models that can create personalized profiles, allowing smart lighting to adjust dynamically based on the recognized user.</w:t>
      </w:r>
    </w:p>
    <w:p w14:paraId="71224EAD" w14:textId="1598CCC0" w:rsidR="006908D3" w:rsidRPr="006908D3" w:rsidRDefault="006908D3" w:rsidP="0052272C">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lastRenderedPageBreak/>
        <w:t>A third limitation is the restricted complexity of supported commands</w:t>
      </w:r>
      <w:sdt>
        <w:sdtPr>
          <w:rPr>
            <w:rFonts w:asciiTheme="majorHAnsi" w:hAnsiTheme="majorHAnsi" w:cstheme="majorHAnsi"/>
            <w:color w:val="000000"/>
            <w:sz w:val="24"/>
            <w:szCs w:val="24"/>
          </w:rPr>
          <w:tag w:val="MENDELEY_CITATION_v3_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"/>
          <w:id w:val="778378294"/>
          <w:placeholder>
            <w:docPart w:val="4F49E726F4D8454F9C2E7C8A342B0093"/>
          </w:placeholder>
        </w:sdtPr>
        <w:sdtEndPr/>
        <w:sdtContent>
          <w:r w:rsidR="007B71FF" w:rsidRPr="007B71FF">
            <w:rPr>
              <w:rFonts w:asciiTheme="majorHAnsi" w:hAnsiTheme="majorHAnsi" w:cstheme="majorHAnsi"/>
              <w:color w:val="000000"/>
              <w:sz w:val="24"/>
              <w:szCs w:val="24"/>
            </w:rPr>
            <w:t>(</w:t>
          </w:r>
          <w:proofErr w:type="spellStart"/>
          <w:r w:rsidR="007B71FF" w:rsidRPr="007B71FF">
            <w:rPr>
              <w:rFonts w:asciiTheme="majorHAnsi" w:hAnsiTheme="majorHAnsi" w:cstheme="majorHAnsi"/>
              <w:color w:val="000000"/>
              <w:sz w:val="24"/>
              <w:szCs w:val="24"/>
            </w:rPr>
            <w:t>Netinant</w:t>
          </w:r>
          <w:proofErr w:type="spellEnd"/>
          <w:r w:rsidR="007B71FF" w:rsidRPr="007B71FF">
            <w:rPr>
              <w:rFonts w:asciiTheme="majorHAnsi" w:hAnsiTheme="majorHAnsi" w:cstheme="majorHAnsi"/>
              <w:color w:val="000000"/>
              <w:sz w:val="24"/>
              <w:szCs w:val="24"/>
            </w:rPr>
            <w:t xml:space="preserve"> et al., 2024)</w:t>
          </w:r>
        </w:sdtContent>
      </w:sdt>
      <w:r w:rsidRPr="006908D3">
        <w:rPr>
          <w:rFonts w:asciiTheme="majorHAnsi" w:hAnsiTheme="majorHAnsi" w:cstheme="majorHAnsi"/>
          <w:color w:val="000000" w:themeColor="text1"/>
          <w:sz w:val="24"/>
          <w:szCs w:val="24"/>
        </w:rPr>
        <w:t>. Many smart lighting systems are confined to simple on/off instructions, which reduces their practical value. Expanding the command capabilities to support complex routines</w:t>
      </w:r>
      <w:r w:rsidR="0052272C">
        <w:rPr>
          <w:rFonts w:asciiTheme="majorHAnsi" w:hAnsiTheme="majorHAnsi" w:cstheme="majorHAnsi"/>
          <w:color w:val="000000" w:themeColor="text1"/>
          <w:sz w:val="24"/>
          <w:szCs w:val="24"/>
        </w:rPr>
        <w:t>,</w:t>
      </w:r>
      <w:r w:rsidRPr="006908D3">
        <w:rPr>
          <w:rFonts w:asciiTheme="majorHAnsi" w:hAnsiTheme="majorHAnsi" w:cstheme="majorHAnsi"/>
          <w:color w:val="000000" w:themeColor="text1"/>
          <w:sz w:val="24"/>
          <w:szCs w:val="24"/>
        </w:rPr>
        <w:t xml:space="preserve"> such as initiating lighting, music, and climate control simultaneously with a single voice command</w:t>
      </w:r>
      <w:r w:rsidR="0052272C">
        <w:rPr>
          <w:rFonts w:asciiTheme="majorHAnsi" w:hAnsiTheme="majorHAnsi" w:cstheme="majorHAnsi"/>
          <w:color w:val="000000" w:themeColor="text1"/>
          <w:sz w:val="24"/>
          <w:szCs w:val="24"/>
        </w:rPr>
        <w:t>,</w:t>
      </w:r>
      <w:r w:rsidRPr="006908D3">
        <w:rPr>
          <w:rFonts w:asciiTheme="majorHAnsi" w:hAnsiTheme="majorHAnsi" w:cstheme="majorHAnsi"/>
          <w:color w:val="000000" w:themeColor="text1"/>
          <w:sz w:val="24"/>
          <w:szCs w:val="24"/>
        </w:rPr>
        <w:t xml:space="preserve"> would greatly enhance the system’s versatility and user experience.</w:t>
      </w:r>
    </w:p>
    <w:p w14:paraId="4C3144EC" w14:textId="2DDED3E4" w:rsidR="006908D3" w:rsidRPr="006908D3" w:rsidRDefault="006908D3" w:rsidP="006908D3">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Additionally, the current reliance on voice-only interaction presents a modalities limitation. In noisy environments or for users with speech impairments, voice control may be unreliable or inaccessible</w:t>
      </w:r>
      <w:sdt>
        <w:sdtPr>
          <w:rPr>
            <w:rFonts w:asciiTheme="majorHAnsi" w:hAnsiTheme="majorHAnsi" w:cstheme="majorHAnsi"/>
            <w:color w:val="000000"/>
            <w:sz w:val="24"/>
            <w:szCs w:val="24"/>
          </w:rPr>
          <w:tag w:val="MENDELEY_CITATION_v3_eyJjaXRhdGlvbklEIjoiTUVOREVMRVlfQ0lUQVRJT05fN2U4MGIyOTAtM2QwMC00MTZjLWE0M2QtNTQyNzVjZmI1MmYz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
          <w:id w:val="-1832899458"/>
          <w:placeholder>
            <w:docPart w:val="54638D2076E14FA4B0E0557DF870BC44"/>
          </w:placeholder>
        </w:sdtPr>
        <w:sdtEndPr/>
        <w:sdtContent>
          <w:r w:rsidR="007B71FF" w:rsidRPr="007B71FF">
            <w:rPr>
              <w:rFonts w:asciiTheme="majorHAnsi" w:hAnsiTheme="majorHAnsi" w:cstheme="majorHAnsi"/>
              <w:color w:val="000000"/>
              <w:sz w:val="24"/>
              <w:szCs w:val="24"/>
            </w:rPr>
            <w:t>(Reig et al., 2022)</w:t>
          </w:r>
        </w:sdtContent>
      </w:sdt>
      <w:r w:rsidRPr="006908D3">
        <w:rPr>
          <w:rFonts w:asciiTheme="majorHAnsi" w:hAnsiTheme="majorHAnsi" w:cstheme="majorHAnsi"/>
          <w:color w:val="000000" w:themeColor="text1"/>
          <w:sz w:val="24"/>
          <w:szCs w:val="24"/>
        </w:rPr>
        <w:t>. Integrating multimodal interaction, such as gesture recognition and visual feedback through computer vision, would provide more flexible and inclusive ways to interact with the system.</w:t>
      </w:r>
    </w:p>
    <w:p w14:paraId="01B087ED" w14:textId="01BC2469" w:rsidR="006908D3" w:rsidRPr="006908D3" w:rsidRDefault="006908D3" w:rsidP="00F60BF6">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Deployment constraints also pose significant challenges. Many speech recognition models require substantial computational resources, making it difficult to deploy them on low-power or embedded devices</w:t>
      </w:r>
      <w:sdt>
        <w:sdtPr>
          <w:rPr>
            <w:rFonts w:asciiTheme="majorHAnsi" w:hAnsiTheme="majorHAnsi" w:cstheme="majorHAnsi"/>
            <w:color w:val="000000"/>
            <w:sz w:val="24"/>
            <w:szCs w:val="24"/>
          </w:rPr>
          <w:tag w:val="MENDELEY_CITATION_v3_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"/>
          <w:id w:val="553359061"/>
          <w:placeholder>
            <w:docPart w:val="ACB526494D4D4175B364095D21AA1664"/>
          </w:placeholder>
        </w:sdtPr>
        <w:sdtEndPr/>
        <w:sdtContent>
          <w:r w:rsidR="007B71FF" w:rsidRPr="007B71FF">
            <w:rPr>
              <w:rFonts w:eastAsia="Times New Roman"/>
              <w:color w:val="000000"/>
              <w:sz w:val="24"/>
            </w:rPr>
            <w:t>(</w:t>
          </w:r>
          <w:proofErr w:type="spellStart"/>
          <w:r w:rsidR="007B71FF" w:rsidRPr="007B71FF">
            <w:rPr>
              <w:rFonts w:eastAsia="Times New Roman"/>
              <w:color w:val="000000"/>
              <w:sz w:val="24"/>
            </w:rPr>
            <w:t>Alajlan</w:t>
          </w:r>
          <w:proofErr w:type="spellEnd"/>
          <w:r w:rsidR="007B71FF" w:rsidRPr="007B71FF">
            <w:rPr>
              <w:rFonts w:eastAsia="Times New Roman"/>
              <w:color w:val="000000"/>
              <w:sz w:val="24"/>
            </w:rPr>
            <w:t xml:space="preserve"> &amp; Ibrahim, 2022)</w:t>
          </w:r>
        </w:sdtContent>
      </w:sdt>
      <w:r w:rsidRPr="006908D3">
        <w:rPr>
          <w:rFonts w:asciiTheme="majorHAnsi" w:hAnsiTheme="majorHAnsi" w:cstheme="majorHAnsi"/>
          <w:color w:val="000000" w:themeColor="text1"/>
          <w:sz w:val="24"/>
          <w:szCs w:val="24"/>
        </w:rPr>
        <w:t>. Future development should focus on optimizing models through lightweight architectures, enabling real-time operation on microcontrollers or single-board computers like the Raspberry Pi.</w:t>
      </w:r>
    </w:p>
    <w:p w14:paraId="06071CB5" w14:textId="1418989D" w:rsidR="006908D3" w:rsidRDefault="006908D3" w:rsidP="00F60BF6">
      <w:pPr>
        <w:jc w:val="both"/>
        <w:rPr>
          <w:rFonts w:asciiTheme="majorHAnsi" w:hAnsiTheme="majorHAnsi" w:cstheme="majorHAnsi"/>
          <w:color w:val="000000" w:themeColor="text1"/>
          <w:sz w:val="24"/>
          <w:szCs w:val="24"/>
        </w:rPr>
      </w:pPr>
      <w:r w:rsidRPr="006908D3">
        <w:rPr>
          <w:rFonts w:asciiTheme="majorHAnsi" w:hAnsiTheme="majorHAnsi" w:cstheme="majorHAnsi"/>
          <w:color w:val="000000" w:themeColor="text1"/>
          <w:sz w:val="24"/>
          <w:szCs w:val="24"/>
        </w:rPr>
        <w:t>Moreover, there is a gap in inclusivity and language diversity. Most existing systems primarily support high-resource languages like English, leaving users who speak less commonly represented languages underserved</w:t>
      </w:r>
      <w:sdt>
        <w:sdtPr>
          <w:rPr>
            <w:rFonts w:asciiTheme="majorHAnsi" w:hAnsiTheme="majorHAnsi" w:cstheme="majorHAnsi"/>
            <w:color w:val="000000"/>
            <w:sz w:val="24"/>
            <w:szCs w:val="24"/>
          </w:rPr>
          <w:tag w:val="MENDELEY_CITATION_v3_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"/>
          <w:id w:val="-667789830"/>
          <w:placeholder>
            <w:docPart w:val="78A68933C5984CC9AC1485B854DD2AD2"/>
          </w:placeholder>
        </w:sdtPr>
        <w:sdtEndPr/>
        <w:sdtContent>
          <w:r w:rsidR="007B71FF" w:rsidRPr="007B71FF">
            <w:rPr>
              <w:rFonts w:asciiTheme="majorHAnsi" w:hAnsiTheme="majorHAnsi" w:cstheme="majorHAnsi"/>
              <w:color w:val="000000"/>
              <w:sz w:val="24"/>
              <w:szCs w:val="24"/>
            </w:rPr>
            <w:t>(Fathullah et al., 2024)</w:t>
          </w:r>
        </w:sdtContent>
      </w:sdt>
      <w:r w:rsidRPr="006908D3">
        <w:rPr>
          <w:rFonts w:asciiTheme="majorHAnsi" w:hAnsiTheme="majorHAnsi" w:cstheme="majorHAnsi"/>
          <w:color w:val="000000" w:themeColor="text1"/>
          <w:sz w:val="24"/>
          <w:szCs w:val="24"/>
        </w:rPr>
        <w:t>. To bridge this gap, systems should be trained on more diverse datasets and designed to accommodate low-resource languages and a broader range of speech patterns.</w:t>
      </w:r>
    </w:p>
    <w:p w14:paraId="2057EF39" w14:textId="61B32203" w:rsidR="006908D3" w:rsidRDefault="00682DDC" w:rsidP="006908D3">
      <w:pPr>
        <w:jc w:val="both"/>
        <w:rPr>
          <w:rFonts w:asciiTheme="majorHAnsi" w:hAnsiTheme="majorHAnsi" w:cstheme="majorHAnsi"/>
          <w:color w:val="000000" w:themeColor="text1"/>
          <w:sz w:val="24"/>
          <w:szCs w:val="24"/>
        </w:rPr>
      </w:pPr>
      <w:r w:rsidRPr="00682DDC">
        <w:rPr>
          <w:rFonts w:asciiTheme="majorHAnsi" w:hAnsiTheme="majorHAnsi" w:cstheme="majorHAnsi"/>
          <w:color w:val="000000" w:themeColor="text1"/>
          <w:sz w:val="24"/>
          <w:szCs w:val="24"/>
        </w:rPr>
        <w:t>Another critical challenge</w:t>
      </w:r>
      <w:r w:rsidR="006908D3" w:rsidRPr="006908D3">
        <w:rPr>
          <w:rFonts w:asciiTheme="majorHAnsi" w:hAnsiTheme="majorHAnsi" w:cstheme="majorHAnsi"/>
          <w:color w:val="000000" w:themeColor="text1"/>
          <w:sz w:val="24"/>
          <w:szCs w:val="24"/>
        </w:rPr>
        <w:t>, environmental sustainability is often overlooked in the design of smart lighting systems. Many current solutions are not optimized for energy efficiency or responsible resource use</w:t>
      </w:r>
      <w:sdt>
        <w:sdtPr>
          <w:rPr>
            <w:rFonts w:asciiTheme="majorHAnsi" w:hAnsiTheme="majorHAnsi" w:cstheme="majorHAnsi"/>
            <w:color w:val="000000"/>
            <w:sz w:val="24"/>
            <w:szCs w:val="24"/>
          </w:rPr>
          <w:tag w:val="MENDELEY_CITATION_v3_eyJjaXRhdGlvbklEIjoiTUVOREVMRVlfQ0lUQVRJT05fNDVlNDU0Y2ItMDlmYS00NzE0LTg3Y2UtOTEwNzAxZGNhZmUz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
          <w:id w:val="1213616371"/>
          <w:placeholder>
            <w:docPart w:val="6EC40034331D4214A48D74FAB5FE5CCD"/>
          </w:placeholder>
        </w:sdtPr>
        <w:sdtEndPr/>
        <w:sdtContent>
          <w:r w:rsidR="007B71FF" w:rsidRPr="007B71FF">
            <w:rPr>
              <w:rFonts w:asciiTheme="majorHAnsi" w:hAnsiTheme="majorHAnsi" w:cstheme="majorHAnsi"/>
              <w:color w:val="000000"/>
              <w:sz w:val="24"/>
              <w:szCs w:val="24"/>
            </w:rPr>
            <w:t>(Chen et al., 2022)</w:t>
          </w:r>
        </w:sdtContent>
      </w:sdt>
      <w:r w:rsidR="006908D3" w:rsidRPr="006908D3">
        <w:rPr>
          <w:rFonts w:asciiTheme="majorHAnsi" w:hAnsiTheme="majorHAnsi" w:cstheme="majorHAnsi"/>
          <w:color w:val="000000" w:themeColor="text1"/>
          <w:sz w:val="24"/>
          <w:szCs w:val="24"/>
        </w:rPr>
        <w:t>. Future initiatives should prioritize sustainable AI development, creating low-power, resource-conscious systems that contribute to more environmentally friendly smart homes.</w:t>
      </w:r>
    </w:p>
    <w:p w14:paraId="266997E0" w14:textId="78674DCD" w:rsidR="00682DDC" w:rsidRPr="006908D3" w:rsidRDefault="00D20825" w:rsidP="00682DDC">
      <w:pPr>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Fi</w:t>
      </w:r>
      <w:r w:rsidR="00BC50DF">
        <w:rPr>
          <w:rFonts w:asciiTheme="majorHAnsi" w:hAnsiTheme="majorHAnsi" w:cstheme="majorHAnsi"/>
          <w:color w:val="000000" w:themeColor="text1"/>
          <w:sz w:val="24"/>
          <w:szCs w:val="24"/>
        </w:rPr>
        <w:t>n</w:t>
      </w:r>
      <w:r>
        <w:rPr>
          <w:rFonts w:asciiTheme="majorHAnsi" w:hAnsiTheme="majorHAnsi" w:cstheme="majorHAnsi"/>
          <w:color w:val="000000" w:themeColor="text1"/>
          <w:sz w:val="24"/>
          <w:szCs w:val="24"/>
        </w:rPr>
        <w:t>ally,</w:t>
      </w:r>
      <w:r w:rsidR="00682DDC" w:rsidRPr="00D81FC3">
        <w:rPr>
          <w:rFonts w:asciiTheme="majorHAnsi" w:hAnsiTheme="majorHAnsi" w:cstheme="majorHAnsi"/>
          <w:color w:val="000000" w:themeColor="text1"/>
          <w:sz w:val="24"/>
          <w:szCs w:val="24"/>
        </w:rPr>
        <w:t xml:space="preserve"> the practical deployment of speech recognition models on low-power hardware. Although researchers have proposed techniques like pruning, quantization, and knowledge distillation to reduce model size while maintaining accuracy </w:t>
      </w:r>
      <w:sdt>
        <w:sdtPr>
          <w:rPr>
            <w:rFonts w:asciiTheme="majorHAnsi" w:hAnsiTheme="majorHAnsi" w:cstheme="majorHAnsi"/>
            <w:color w:val="000000"/>
            <w:sz w:val="24"/>
            <w:szCs w:val="24"/>
          </w:rPr>
          <w:tag w:val="MENDELEY_CITATION_v3_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"/>
          <w:id w:val="212008280"/>
          <w:placeholder>
            <w:docPart w:val="C5CB22B11CF14A60BAA2DB6AF207D4C2"/>
          </w:placeholder>
        </w:sdtPr>
        <w:sdtEndPr/>
        <w:sdtContent>
          <w:r w:rsidR="00682DDC" w:rsidRPr="007B71FF">
            <w:rPr>
              <w:rFonts w:asciiTheme="majorHAnsi" w:hAnsiTheme="majorHAnsi" w:cstheme="majorHAnsi"/>
              <w:color w:val="000000"/>
              <w:sz w:val="24"/>
              <w:szCs w:val="24"/>
            </w:rPr>
            <w:t>(Mienye et al., 2024</w:t>
          </w:r>
          <w:r w:rsidR="007B71FF" w:rsidRPr="007B71FF">
            <w:rPr>
              <w:rFonts w:asciiTheme="majorHAnsi" w:hAnsiTheme="majorHAnsi" w:cstheme="majorHAnsi"/>
              <w:color w:val="000000"/>
              <w:sz w:val="24"/>
              <w:szCs w:val="24"/>
            </w:rPr>
            <w:t>)</w:t>
          </w:r>
        </w:sdtContent>
      </w:sdt>
      <w:sdt>
        <w:sdtPr>
          <w:rPr>
            <w:rFonts w:asciiTheme="majorHAnsi" w:hAnsiTheme="majorHAnsi" w:cstheme="majorHAnsi"/>
            <w:color w:val="000000"/>
            <w:sz w:val="24"/>
            <w:szCs w:val="24"/>
          </w:rPr>
          <w:tag w:val="MENDELEY_CITATION_v3_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"/>
          <w:id w:val="-645279995"/>
          <w:placeholder>
            <w:docPart w:val="C5CB22B11CF14A60BAA2DB6AF207D4C2"/>
          </w:placeholder>
        </w:sdtPr>
        <w:sdtEndPr/>
        <w:sdtContent>
          <w:r w:rsidR="007B71FF" w:rsidRPr="007B71FF">
            <w:rPr>
              <w:rFonts w:asciiTheme="majorHAnsi" w:hAnsiTheme="majorHAnsi" w:cstheme="majorHAnsi"/>
              <w:color w:val="000000"/>
              <w:sz w:val="24"/>
              <w:szCs w:val="24"/>
            </w:rPr>
            <w:t>(</w:t>
          </w:r>
          <w:proofErr w:type="spellStart"/>
          <w:r w:rsidR="00682DDC" w:rsidRPr="007B71FF">
            <w:rPr>
              <w:rFonts w:asciiTheme="majorHAnsi" w:hAnsiTheme="majorHAnsi" w:cstheme="majorHAnsi"/>
              <w:color w:val="000000"/>
              <w:sz w:val="24"/>
              <w:szCs w:val="24"/>
            </w:rPr>
            <w:t>Sirinayake</w:t>
          </w:r>
          <w:proofErr w:type="spellEnd"/>
          <w:r w:rsidR="00682DDC" w:rsidRPr="007B71FF">
            <w:rPr>
              <w:rFonts w:asciiTheme="majorHAnsi" w:hAnsiTheme="majorHAnsi" w:cstheme="majorHAnsi"/>
              <w:color w:val="000000"/>
              <w:sz w:val="24"/>
              <w:szCs w:val="24"/>
            </w:rPr>
            <w:t xml:space="preserve"> et al., 2021</w:t>
          </w:r>
          <w:r w:rsidR="007B71FF" w:rsidRPr="007B71FF">
            <w:rPr>
              <w:rFonts w:asciiTheme="majorHAnsi" w:hAnsiTheme="majorHAnsi" w:cstheme="majorHAnsi"/>
              <w:color w:val="000000"/>
              <w:sz w:val="24"/>
              <w:szCs w:val="24"/>
            </w:rPr>
            <w:t>)</w:t>
          </w:r>
        </w:sdtContent>
      </w:sdt>
      <w:r w:rsidR="00682DDC" w:rsidRPr="00D81FC3">
        <w:rPr>
          <w:rFonts w:asciiTheme="majorHAnsi" w:hAnsiTheme="majorHAnsi" w:cstheme="majorHAnsi"/>
          <w:color w:val="000000" w:themeColor="text1"/>
          <w:sz w:val="24"/>
          <w:szCs w:val="24"/>
        </w:rPr>
        <w:t>, many academic projects</w:t>
      </w:r>
      <w:r>
        <w:rPr>
          <w:rFonts w:asciiTheme="majorHAnsi" w:hAnsiTheme="majorHAnsi" w:cstheme="majorHAnsi"/>
          <w:color w:val="000000" w:themeColor="text1"/>
          <w:sz w:val="24"/>
          <w:szCs w:val="24"/>
        </w:rPr>
        <w:t>,</w:t>
      </w:r>
      <w:r w:rsidR="00682DDC" w:rsidRPr="00D81FC3">
        <w:rPr>
          <w:rFonts w:asciiTheme="majorHAnsi" w:hAnsiTheme="majorHAnsi" w:cstheme="majorHAnsi"/>
          <w:color w:val="000000" w:themeColor="text1"/>
          <w:sz w:val="24"/>
          <w:szCs w:val="24"/>
        </w:rPr>
        <w:t xml:space="preserve"> including this one</w:t>
      </w:r>
      <w:r>
        <w:rPr>
          <w:rFonts w:asciiTheme="majorHAnsi" w:hAnsiTheme="majorHAnsi" w:cstheme="majorHAnsi"/>
          <w:color w:val="000000" w:themeColor="text1"/>
          <w:sz w:val="24"/>
          <w:szCs w:val="24"/>
        </w:rPr>
        <w:t>,</w:t>
      </w:r>
      <w:r w:rsidR="00682DDC" w:rsidRPr="00D81FC3">
        <w:rPr>
          <w:rFonts w:asciiTheme="majorHAnsi" w:hAnsiTheme="majorHAnsi" w:cstheme="majorHAnsi"/>
          <w:color w:val="000000" w:themeColor="text1"/>
          <w:sz w:val="24"/>
          <w:szCs w:val="24"/>
        </w:rPr>
        <w:t xml:space="preserve"> typically conduct development and testing in cloud environments rather than on actual embedded devices. Future work should prioritize the real-world deployment and benchmarking of models on microcontrollers and single-board computers, such as Raspberry Pi, to validate performance under realistic operational constraints.</w:t>
      </w:r>
    </w:p>
    <w:p w14:paraId="752474D9" w14:textId="67E8AF79" w:rsidR="00586099" w:rsidRPr="005113CF" w:rsidRDefault="007E5DA0" w:rsidP="00656615">
      <w:pPr>
        <w:pStyle w:val="Heading2"/>
      </w:pPr>
      <w:bookmarkStart w:id="42" w:name="_Toc197053608"/>
      <w:r>
        <w:lastRenderedPageBreak/>
        <w:t>3.9</w:t>
      </w:r>
      <w:r w:rsidR="00586099" w:rsidRPr="005113CF">
        <w:t xml:space="preserve"> Conclusion</w:t>
      </w:r>
      <w:bookmarkEnd w:id="42"/>
    </w:p>
    <w:p w14:paraId="2DF01DCF" w14:textId="67D1E593" w:rsidR="00B46D59" w:rsidRPr="006E0A04" w:rsidRDefault="00461929" w:rsidP="006E0A04">
      <w:pPr>
        <w:jc w:val="both"/>
        <w:rPr>
          <w:rFonts w:ascii="Calibri" w:hAnsi="Calibri" w:cs="Calibri"/>
          <w:sz w:val="24"/>
          <w:szCs w:val="24"/>
        </w:rPr>
      </w:pPr>
      <w:r w:rsidRPr="00461929">
        <w:rPr>
          <w:rFonts w:ascii="Calibri" w:hAnsi="Calibri" w:cs="Calibri"/>
          <w:sz w:val="24"/>
          <w:szCs w:val="24"/>
        </w:rPr>
        <w:t>The literature review emphasizes the fast-paced development of voice-controlled smart home systems, propelled by innovations in AI, NLP, and IoT. Voice recognition and natural language processing are central to enabling intuitive interaction with smart lighting, improving overall user experience. Despite widespread adoption in both commercial and research settings, key challenges</w:t>
      </w:r>
      <w:r>
        <w:rPr>
          <w:rFonts w:ascii="Calibri" w:hAnsi="Calibri" w:cs="Calibri"/>
          <w:sz w:val="24"/>
          <w:szCs w:val="24"/>
        </w:rPr>
        <w:t xml:space="preserve"> </w:t>
      </w:r>
      <w:r w:rsidRPr="00461929">
        <w:rPr>
          <w:rFonts w:ascii="Calibri" w:hAnsi="Calibri" w:cs="Calibri"/>
          <w:sz w:val="24"/>
          <w:szCs w:val="24"/>
        </w:rPr>
        <w:t>such as reliability, personalization, and accessibility</w:t>
      </w:r>
      <w:r>
        <w:rPr>
          <w:rFonts w:ascii="Calibri" w:hAnsi="Calibri" w:cs="Calibri"/>
          <w:sz w:val="24"/>
          <w:szCs w:val="24"/>
        </w:rPr>
        <w:t xml:space="preserve"> </w:t>
      </w:r>
      <w:r w:rsidRPr="00461929">
        <w:rPr>
          <w:rFonts w:ascii="Calibri" w:hAnsi="Calibri" w:cs="Calibri"/>
          <w:sz w:val="24"/>
          <w:szCs w:val="24"/>
        </w:rPr>
        <w:t>remain unresolved.</w:t>
      </w:r>
    </w:p>
    <w:p w14:paraId="2C86F96E" w14:textId="36AE0447" w:rsidR="00B46D59" w:rsidRDefault="00B46D59" w:rsidP="006E0A04">
      <w:pPr>
        <w:jc w:val="both"/>
        <w:rPr>
          <w:rFonts w:ascii="Calibri" w:hAnsi="Calibri" w:cs="Calibri"/>
          <w:sz w:val="24"/>
          <w:szCs w:val="24"/>
        </w:rPr>
      </w:pPr>
      <w:r w:rsidRPr="00B46D59">
        <w:rPr>
          <w:rFonts w:ascii="Calibri" w:hAnsi="Calibri" w:cs="Calibri"/>
          <w:sz w:val="24"/>
          <w:szCs w:val="24"/>
        </w:rPr>
        <w:t>Key limitations identified in the current landscape include inconsistent performance in noisy environments, restricted language support, and limited personalization capabilities, all of which can hinder user experience. Privacy concerns also arise from the heavy reliance on cloud-based processing, which exposes user data to potential security risks. Additionally, the environmental impact of smart home technologies</w:t>
      </w:r>
      <w:r>
        <w:rPr>
          <w:rFonts w:ascii="Calibri" w:hAnsi="Calibri" w:cs="Calibri"/>
          <w:sz w:val="24"/>
          <w:szCs w:val="24"/>
        </w:rPr>
        <w:t xml:space="preserve"> </w:t>
      </w:r>
      <w:r w:rsidRPr="00B46D59">
        <w:rPr>
          <w:rFonts w:ascii="Calibri" w:hAnsi="Calibri" w:cs="Calibri"/>
          <w:sz w:val="24"/>
          <w:szCs w:val="24"/>
        </w:rPr>
        <w:t xml:space="preserve">stemming from energy consumption, electronic waste, and </w:t>
      </w:r>
      <w:r w:rsidR="00714609" w:rsidRPr="00B46D59">
        <w:rPr>
          <w:rFonts w:ascii="Calibri" w:hAnsi="Calibri" w:cs="Calibri"/>
          <w:sz w:val="24"/>
          <w:szCs w:val="24"/>
        </w:rPr>
        <w:t>non</w:t>
      </w:r>
      <w:r w:rsidR="00714609">
        <w:rPr>
          <w:rFonts w:ascii="Calibri" w:hAnsi="Calibri" w:cs="Calibri"/>
          <w:sz w:val="24"/>
          <w:szCs w:val="24"/>
        </w:rPr>
        <w:t>-</w:t>
      </w:r>
      <w:r w:rsidR="00714609" w:rsidRPr="00B46D59">
        <w:rPr>
          <w:rFonts w:ascii="Calibri" w:hAnsi="Calibri" w:cs="Calibri"/>
          <w:sz w:val="24"/>
          <w:szCs w:val="24"/>
        </w:rPr>
        <w:t>sustainable</w:t>
      </w:r>
      <w:r w:rsidRPr="00B46D59">
        <w:rPr>
          <w:rFonts w:ascii="Calibri" w:hAnsi="Calibri" w:cs="Calibri"/>
          <w:sz w:val="24"/>
          <w:szCs w:val="24"/>
        </w:rPr>
        <w:t xml:space="preserve"> hardware design</w:t>
      </w:r>
      <w:r w:rsidR="00714609">
        <w:rPr>
          <w:rFonts w:ascii="Calibri" w:hAnsi="Calibri" w:cs="Calibri"/>
          <w:sz w:val="24"/>
          <w:szCs w:val="24"/>
        </w:rPr>
        <w:t xml:space="preserve"> </w:t>
      </w:r>
      <w:r w:rsidRPr="00B46D59">
        <w:rPr>
          <w:rFonts w:ascii="Calibri" w:hAnsi="Calibri" w:cs="Calibri"/>
          <w:sz w:val="24"/>
          <w:szCs w:val="24"/>
        </w:rPr>
        <w:t>remains a growing concern. Although advancements such as model compression, pruning, and edge computing have been introduced to address these challenges, the practical deployment of intelligent voice-controlled systems on low-power, resource</w:t>
      </w:r>
      <w:r w:rsidR="00714609">
        <w:rPr>
          <w:rFonts w:ascii="Calibri" w:hAnsi="Calibri" w:cs="Calibri"/>
          <w:sz w:val="24"/>
          <w:szCs w:val="24"/>
        </w:rPr>
        <w:t xml:space="preserve"> </w:t>
      </w:r>
      <w:r w:rsidRPr="00B46D59">
        <w:rPr>
          <w:rFonts w:ascii="Calibri" w:hAnsi="Calibri" w:cs="Calibri"/>
          <w:sz w:val="24"/>
          <w:szCs w:val="24"/>
        </w:rPr>
        <w:t>constrained devices is still an underexplored area that warrants further investigation.</w:t>
      </w:r>
    </w:p>
    <w:p w14:paraId="782F7EF1" w14:textId="3A9C125B" w:rsidR="006E0A04" w:rsidRPr="006E0A04" w:rsidRDefault="00AB62D4" w:rsidP="006E0A04">
      <w:pPr>
        <w:jc w:val="both"/>
        <w:rPr>
          <w:rFonts w:ascii="Calibri" w:hAnsi="Calibri" w:cs="Calibri"/>
          <w:sz w:val="24"/>
          <w:szCs w:val="24"/>
        </w:rPr>
      </w:pPr>
      <w:r w:rsidRPr="00AB62D4">
        <w:rPr>
          <w:rFonts w:ascii="Calibri" w:hAnsi="Calibri" w:cs="Calibri"/>
          <w:sz w:val="24"/>
          <w:szCs w:val="24"/>
        </w:rPr>
        <w:t>Emerging trends like multimodal interaction, voice biometrics, context-aware computing, and advanced personalization techniques are driving the evolution of smart lighting systems toward greater inclusivity, security, and adaptability. At the same time, ethical considerations</w:t>
      </w:r>
      <w:r>
        <w:rPr>
          <w:rFonts w:ascii="Calibri" w:hAnsi="Calibri" w:cs="Calibri"/>
          <w:sz w:val="24"/>
          <w:szCs w:val="24"/>
        </w:rPr>
        <w:t xml:space="preserve"> </w:t>
      </w:r>
      <w:r w:rsidRPr="00AB62D4">
        <w:rPr>
          <w:rFonts w:ascii="Calibri" w:hAnsi="Calibri" w:cs="Calibri"/>
          <w:sz w:val="24"/>
          <w:szCs w:val="24"/>
        </w:rPr>
        <w:t>particularly those related to data privacy, user transparency, and accessibility</w:t>
      </w:r>
      <w:r>
        <w:rPr>
          <w:rFonts w:ascii="Calibri" w:hAnsi="Calibri" w:cs="Calibri"/>
          <w:sz w:val="24"/>
          <w:szCs w:val="24"/>
        </w:rPr>
        <w:t xml:space="preserve"> </w:t>
      </w:r>
      <w:r w:rsidRPr="00AB62D4">
        <w:rPr>
          <w:rFonts w:ascii="Calibri" w:hAnsi="Calibri" w:cs="Calibri"/>
          <w:sz w:val="24"/>
          <w:szCs w:val="24"/>
        </w:rPr>
        <w:t>are becoming integral to system design, reflecting growing societal expectations for the responsible and equitable development of technology</w:t>
      </w:r>
      <w:r w:rsidR="006E0A04" w:rsidRPr="006E0A04">
        <w:rPr>
          <w:rFonts w:ascii="Calibri" w:hAnsi="Calibri" w:cs="Calibri"/>
          <w:sz w:val="24"/>
          <w:szCs w:val="24"/>
        </w:rPr>
        <w:t>.</w:t>
      </w:r>
    </w:p>
    <w:p w14:paraId="5125E5DA" w14:textId="13C7189D" w:rsidR="006E0A04" w:rsidRPr="006E0A04" w:rsidRDefault="00E01FB7" w:rsidP="006E0A04">
      <w:pPr>
        <w:jc w:val="both"/>
        <w:rPr>
          <w:rFonts w:ascii="Calibri" w:hAnsi="Calibri" w:cs="Calibri"/>
          <w:sz w:val="24"/>
          <w:szCs w:val="24"/>
        </w:rPr>
      </w:pPr>
      <w:r w:rsidRPr="00E01FB7">
        <w:rPr>
          <w:rFonts w:ascii="Calibri" w:hAnsi="Calibri" w:cs="Calibri"/>
          <w:sz w:val="24"/>
          <w:szCs w:val="24"/>
        </w:rPr>
        <w:t>Despite notable advancements, important research gaps persist. Future efforts should focus on developing offline, privacy-preserving architectures, expanding language support, enhancing personalization, enabling real-world edge deployment, and adopting sustainable design principles. Closing these gaps is essential to advancing smart lighting systems that are not only more effective and secure but also environmentally responsible and inclusive for diverse user groups</w:t>
      </w:r>
      <w:r w:rsidR="006E0A04" w:rsidRPr="006E0A04">
        <w:rPr>
          <w:rFonts w:ascii="Calibri" w:hAnsi="Calibri" w:cs="Calibri"/>
          <w:sz w:val="24"/>
          <w:szCs w:val="24"/>
        </w:rPr>
        <w:t>.</w:t>
      </w:r>
    </w:p>
    <w:p w14:paraId="35EFB13D" w14:textId="0E073502" w:rsidR="006E0A04" w:rsidRPr="006E0A04" w:rsidRDefault="005C6CAC" w:rsidP="006E0A04">
      <w:pPr>
        <w:jc w:val="both"/>
        <w:rPr>
          <w:rFonts w:ascii="Calibri" w:hAnsi="Calibri" w:cs="Calibri"/>
          <w:sz w:val="24"/>
          <w:szCs w:val="24"/>
        </w:rPr>
      </w:pPr>
      <w:r w:rsidRPr="005C6CAC">
        <w:rPr>
          <w:rFonts w:ascii="Calibri" w:hAnsi="Calibri" w:cs="Calibri"/>
          <w:sz w:val="24"/>
          <w:szCs w:val="24"/>
        </w:rPr>
        <w:t>This project actively addresses several of these gaps by investigating lightweight, privacy-conscious voice interfaces tailored to real-world limitations. In doing so, it contributes to the development of smarter, more secure, and environmentally sustainable home automation solutions</w:t>
      </w:r>
      <w:r w:rsidR="006E0A04" w:rsidRPr="006E0A04">
        <w:rPr>
          <w:rFonts w:ascii="Calibri" w:hAnsi="Calibri" w:cs="Calibri"/>
          <w:sz w:val="24"/>
          <w:szCs w:val="24"/>
        </w:rPr>
        <w:t>.</w:t>
      </w:r>
    </w:p>
    <w:p w14:paraId="04675142" w14:textId="476F5138" w:rsidR="007008CB" w:rsidRDefault="007008CB" w:rsidP="006E0A04">
      <w:pPr>
        <w:jc w:val="both"/>
      </w:pPr>
    </w:p>
    <w:p w14:paraId="380F0273" w14:textId="590136A7" w:rsidR="003B2325" w:rsidRPr="00987010" w:rsidRDefault="001F42D4" w:rsidP="009E39CC">
      <w:pPr>
        <w:pStyle w:val="Heading1"/>
      </w:pPr>
      <w:bookmarkStart w:id="43" w:name="_Toc197053609"/>
      <w:r>
        <w:lastRenderedPageBreak/>
        <w:t>CHAPTER 4</w:t>
      </w:r>
      <w:r w:rsidR="003E35E4" w:rsidRPr="00987010">
        <w:t xml:space="preserve"> D</w:t>
      </w:r>
      <w:r>
        <w:t>ESIGN</w:t>
      </w:r>
      <w:r w:rsidR="00400A49">
        <w:t xml:space="preserve"> OF ARTEFACT</w:t>
      </w:r>
      <w:bookmarkEnd w:id="43"/>
    </w:p>
    <w:p w14:paraId="495A4060" w14:textId="25440161" w:rsidR="006622D3" w:rsidRPr="00987010" w:rsidRDefault="006622D3" w:rsidP="00A94001">
      <w:pPr>
        <w:jc w:val="both"/>
      </w:pPr>
      <w:r w:rsidRPr="00987010">
        <w:t>The design phase of this project marks a critical turning point where conceptual ideas were translated into a working system. The Voice-Controlled Smart Lighting System was designed to offer a user-friendly, efficient, and scalable solution to smart lighting control. This section presents a detailed exploration of the system’s architecture, design rationale, components, user interaction flow, and the technologies that were employed to bridge the gap between speech recognition, natural language processing, and IoT device control.</w:t>
      </w:r>
      <w:r w:rsidRPr="00987010">
        <w:br/>
      </w:r>
      <w:r w:rsidRPr="00987010">
        <w:br/>
        <w:t xml:space="preserve">At the core of the project’s design is modularity. By dividing the system into distinct, manageable components, each focused on a specific function, the design allows for flexibility, scalability, and ease of maintenance. The system is divided into </w:t>
      </w:r>
      <w:r w:rsidR="00C207BF">
        <w:t>three</w:t>
      </w:r>
      <w:r w:rsidRPr="00987010">
        <w:t xml:space="preserve"> primary modules: voice input and preprocessing, speech recognition and feature extraction, NLP and command interpretation. Each of these components interacts through clearly defined interfaces, enabling isolated development and testing while maintaining overall coherence.</w:t>
      </w:r>
      <w:r w:rsidRPr="00987010">
        <w:br/>
      </w:r>
      <w:r w:rsidRPr="00987010">
        <w:br/>
        <w:t xml:space="preserve">The design of the voice input module was </w:t>
      </w:r>
      <w:r w:rsidR="00EA5B9C" w:rsidRPr="00987010">
        <w:t>centred</w:t>
      </w:r>
      <w:r w:rsidRPr="00987010">
        <w:t xml:space="preserve"> on handling real-world audio data, which is inherently noisy and unpredictable. Voice data captured through the user’s microphone is processed to standardize sample rate, duration, and format. This includes trimming or padding audio samples to a consistent one-second duration, applying filters to reduce background noise, and normalizing the volume across all samples. Google </w:t>
      </w:r>
      <w:proofErr w:type="spellStart"/>
      <w:r w:rsidRPr="00987010">
        <w:t>Colab</w:t>
      </w:r>
      <w:proofErr w:type="spellEnd"/>
      <w:r w:rsidRPr="00987010">
        <w:t xml:space="preserve">, combined with Python’s </w:t>
      </w:r>
      <w:proofErr w:type="spellStart"/>
      <w:r w:rsidRPr="00987010">
        <w:t>Librosa</w:t>
      </w:r>
      <w:proofErr w:type="spellEnd"/>
      <w:r w:rsidRPr="00987010">
        <w:t xml:space="preserve"> library, was selected as the environment for this task due to its compatibility with machine learning libraries and cloud-based flexibility.</w:t>
      </w:r>
      <w:r w:rsidRPr="00987010">
        <w:br/>
      </w:r>
      <w:r w:rsidR="009713A9" w:rsidRPr="009713A9">
        <w:rPr>
          <w:noProof/>
        </w:rPr>
        <w:drawing>
          <wp:inline distT="0" distB="0" distL="0" distR="0" wp14:anchorId="550E535A" wp14:editId="17D51867">
            <wp:extent cx="5486400" cy="2030730"/>
            <wp:effectExtent l="0" t="0" r="0" b="7620"/>
            <wp:docPr id="149475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50569" name=""/>
                    <pic:cNvPicPr/>
                  </pic:nvPicPr>
                  <pic:blipFill>
                    <a:blip r:embed="rId10"/>
                    <a:stretch>
                      <a:fillRect/>
                    </a:stretch>
                  </pic:blipFill>
                  <pic:spPr>
                    <a:xfrm>
                      <a:off x="0" y="0"/>
                      <a:ext cx="5486400" cy="2030730"/>
                    </a:xfrm>
                    <a:prstGeom prst="rect">
                      <a:avLst/>
                    </a:prstGeom>
                  </pic:spPr>
                </pic:pic>
              </a:graphicData>
            </a:graphic>
          </wp:inline>
        </w:drawing>
      </w:r>
      <w:r w:rsidRPr="00987010">
        <w:br/>
        <w:t xml:space="preserve">The processed audio is passed to the speech recognition engine, where feature extraction is performed using Mel Frequency Cepstral Coefficients (MFCCs). The choice of MFCCs was based on their proven ability to capture the most relevant features of speech signals in a form that is suitable for classification. The MFCCs provide a compact and information rich representation of audio data by </w:t>
      </w:r>
      <w:r w:rsidR="00EA5B9C" w:rsidRPr="00987010">
        <w:t>modelling</w:t>
      </w:r>
      <w:r w:rsidRPr="00987010">
        <w:t xml:space="preserve"> how the human ear perceives sound frequencies</w:t>
      </w:r>
      <w:r w:rsidR="00C56B25">
        <w:t xml:space="preserve"> </w:t>
      </w:r>
      <w:sdt>
        <w:sdtPr>
          <w:rPr>
            <w:color w:val="000000"/>
          </w:rPr>
          <w:tag w:val="MENDELEY_CITATION_v3_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"/>
          <w:id w:val="-1166553089"/>
          <w:placeholder>
            <w:docPart w:val="171A310F81364ECD99B28CC6901328A7"/>
          </w:placeholder>
        </w:sdtPr>
        <w:sdtEndPr/>
        <w:sdtContent>
          <w:r w:rsidR="007B71FF" w:rsidRPr="007B71FF">
            <w:rPr>
              <w:rFonts w:eastAsia="Times New Roman"/>
              <w:color w:val="000000"/>
            </w:rPr>
            <w:t>(Abdul &amp; Al-Talabani, 2022)</w:t>
          </w:r>
        </w:sdtContent>
      </w:sdt>
      <w:r w:rsidRPr="00987010">
        <w:t xml:space="preserve">. </w:t>
      </w:r>
    </w:p>
    <w:p w14:paraId="266470CD" w14:textId="555708D1" w:rsidR="006622D3" w:rsidRDefault="006622D3" w:rsidP="006622D3">
      <w:r w:rsidRPr="00987010">
        <w:br/>
        <w:t xml:space="preserve">The classification model itself was designed using Convolutional Neural Networks (CNNs), which are well suited to handling spatial data such as images or, in this case, spectrogram </w:t>
      </w:r>
      <w:r w:rsidRPr="00987010">
        <w:lastRenderedPageBreak/>
        <w:t>like MFCCs</w:t>
      </w:r>
      <w:r w:rsidR="477B75EE">
        <w:t xml:space="preserve"> (</w:t>
      </w:r>
      <w:proofErr w:type="spellStart"/>
      <w:sdt>
        <w:sdtPr>
          <w:rPr>
            <w:color w:val="000000"/>
          </w:rPr>
          <w:tag w:val="MENDELEY_CITATION_v3_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"/>
          <w:id w:val="939491797"/>
          <w:placeholder>
            <w:docPart w:val="C5CB22B11CF14A60BAA2DB6AF207D4C2"/>
          </w:placeholder>
        </w:sdtPr>
        <w:sdtEndPr/>
        <w:sdtContent>
          <w:r w:rsidR="00857E23" w:rsidRPr="00857E23">
            <w:rPr>
              <w:color w:val="000000"/>
            </w:rPr>
            <w:t>Younisse</w:t>
          </w:r>
          <w:proofErr w:type="spellEnd"/>
          <w:r w:rsidR="00857E23" w:rsidRPr="00857E23">
            <w:rPr>
              <w:color w:val="000000"/>
            </w:rPr>
            <w:t xml:space="preserve"> et al., 2022)</w:t>
          </w:r>
        </w:sdtContent>
      </w:sdt>
      <w:r w:rsidRPr="00987010">
        <w:t>. The network architecture was carefully chosen through iterative experimentation and hyperparameter tuning. It includes multiple convolutional layers followed by pooling layers to reduce dimensionality and highlight dominant features. Dense layers were added at the end of the network to perform the final classification between the commands “on” and “off.” Dropout layers were also incorporated to reduce overfitting, and the model was compiled using categorical cross entropy as the loss function.</w:t>
      </w:r>
    </w:p>
    <w:p w14:paraId="3F6F221F" w14:textId="77777777" w:rsidR="003E35E4" w:rsidRPr="00987010" w:rsidRDefault="003E35E4" w:rsidP="006622D3"/>
    <w:p w14:paraId="0E1996DA" w14:textId="4B52B6BC" w:rsidR="00F51F55" w:rsidRDefault="006622D3" w:rsidP="006622D3">
      <w:r w:rsidRPr="00987010">
        <w:t xml:space="preserve">One of the critical challenges in the design phase was managing the system’s sensitivity to ambient noise and speaker variability. To address this, the dataset was augmented with background noise files, and noisy samples were added to the training set. The intention was to improve the </w:t>
      </w:r>
      <w:r>
        <w:t>model.</w:t>
      </w:r>
      <w:r w:rsidRPr="00987010">
        <w:br/>
      </w:r>
      <w:r w:rsidRPr="00987010">
        <w:br/>
        <w:t>Once the command was successfully classified, the design transitions into the NLP and IoT integration phase. While the NLP component in this project was lightweight since the commands were single words the underlying logic was designed to support future scalability into more complex, multi-intent commands. For example, future iterations could allow for commands such as “turn the kitchen lights on and dim the living room lights,” which require both intent detection and slot filling capabilities.</w:t>
      </w:r>
      <w:r w:rsidRPr="00987010">
        <w:br/>
      </w:r>
      <w:r w:rsidRPr="00987010">
        <w:br/>
        <w:t xml:space="preserve">The IoT control mechanism was designed to simulate real time control of smart lighting devices. Although the system architecture was built to support hardware integration, practical implementation with a TP-Link Kasa smart bulb proved unsuccessful during testing. The bulb was selected due to its accessibility, compatibility with Wi-Fi networks, and theoretical support for third party control via local API. Despite multiple attempts to connect the bulb to the Google </w:t>
      </w:r>
      <w:proofErr w:type="spellStart"/>
      <w:r w:rsidRPr="00987010">
        <w:t>Colab</w:t>
      </w:r>
      <w:proofErr w:type="spellEnd"/>
      <w:r w:rsidRPr="00987010">
        <w:t xml:space="preserve"> environment using its IP address and various control libraries, the connection could not be established likely due to limitations in network access and asynchronous device communication in cloud-based environments. As a result, real-world execution of “on” and “off” commands based on speech recognition outputs was not possible within the scope of this project, and control remained at a simulated level.</w:t>
      </w:r>
    </w:p>
    <w:p w14:paraId="122CADCA" w14:textId="77777777" w:rsidR="00C761D1" w:rsidRDefault="002C3D7E" w:rsidP="006622D3">
      <w:r w:rsidRPr="002C3D7E">
        <w:rPr>
          <w:noProof/>
        </w:rPr>
        <w:lastRenderedPageBreak/>
        <w:drawing>
          <wp:inline distT="0" distB="0" distL="0" distR="0" wp14:anchorId="4A0C3D54" wp14:editId="7464DDEE">
            <wp:extent cx="5486400" cy="2557780"/>
            <wp:effectExtent l="0" t="0" r="0" b="0"/>
            <wp:docPr id="178307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76393" name=""/>
                    <pic:cNvPicPr/>
                  </pic:nvPicPr>
                  <pic:blipFill>
                    <a:blip r:embed="rId11"/>
                    <a:stretch>
                      <a:fillRect/>
                    </a:stretch>
                  </pic:blipFill>
                  <pic:spPr>
                    <a:xfrm>
                      <a:off x="0" y="0"/>
                      <a:ext cx="5486400" cy="2557780"/>
                    </a:xfrm>
                    <a:prstGeom prst="rect">
                      <a:avLst/>
                    </a:prstGeom>
                  </pic:spPr>
                </pic:pic>
              </a:graphicData>
            </a:graphic>
          </wp:inline>
        </w:drawing>
      </w:r>
    </w:p>
    <w:p w14:paraId="304F0F48" w14:textId="2DBA58C5" w:rsidR="00EF68D0" w:rsidRDefault="00C761D1" w:rsidP="006622D3">
      <w:r w:rsidRPr="00C761D1">
        <w:rPr>
          <w:noProof/>
        </w:rPr>
        <w:drawing>
          <wp:inline distT="0" distB="0" distL="0" distR="0" wp14:anchorId="7B206F45" wp14:editId="279EC5F2">
            <wp:extent cx="5486400" cy="3254375"/>
            <wp:effectExtent l="0" t="0" r="0" b="3175"/>
            <wp:docPr id="117065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8608" name=""/>
                    <pic:cNvPicPr/>
                  </pic:nvPicPr>
                  <pic:blipFill>
                    <a:blip r:embed="rId12"/>
                    <a:stretch>
                      <a:fillRect/>
                    </a:stretch>
                  </pic:blipFill>
                  <pic:spPr>
                    <a:xfrm>
                      <a:off x="0" y="0"/>
                      <a:ext cx="5486400" cy="3254375"/>
                    </a:xfrm>
                    <a:prstGeom prst="rect">
                      <a:avLst/>
                    </a:prstGeom>
                  </pic:spPr>
                </pic:pic>
              </a:graphicData>
            </a:graphic>
          </wp:inline>
        </w:drawing>
      </w:r>
      <w:r w:rsidR="006622D3" w:rsidRPr="00987010">
        <w:br/>
      </w:r>
      <w:r w:rsidR="006622D3" w:rsidRPr="00987010">
        <w:br/>
        <w:t xml:space="preserve">From a user experience standpoint, the system was designed to offer intuitive interaction by enabling voice-based control over smart lighting. In its current form, users speak a command such as "on" or "off" into a microphone, and the system classifies the input using a trained model. While the commands are correctly recognized and processed within the </w:t>
      </w:r>
      <w:proofErr w:type="spellStart"/>
      <w:r w:rsidR="006622D3" w:rsidRPr="00987010">
        <w:t>Colab</w:t>
      </w:r>
      <w:proofErr w:type="spellEnd"/>
      <w:r w:rsidR="006622D3" w:rsidRPr="00987010">
        <w:t xml:space="preserve"> environment, real-world hardware execution could not be demonstrated due to connectivity limitations. As such, the system remains in a simulated control stage. Nevertheless, the underlying architecture is compatible with real time device control, and future integration with a graphical user interface (GUI) or mobile application is feasible, allowing for a more interactive and user-friendly experience once local deployment is established</w:t>
      </w:r>
      <w:r w:rsidR="00DBCC7B">
        <w:t xml:space="preserve"> (</w:t>
      </w:r>
      <w:sdt>
        <w:sdtPr>
          <w:rPr>
            <w:color w:val="000000"/>
          </w:rPr>
          <w:tag w:val="MENDELEY_CITATION_v3_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"/>
          <w:id w:val="-491103255"/>
          <w:placeholder>
            <w:docPart w:val="C5CB22B11CF14A60BAA2DB6AF207D4C2"/>
          </w:placeholder>
        </w:sdtPr>
        <w:sdtEndPr/>
        <w:sdtContent>
          <w:r w:rsidR="00857E23" w:rsidRPr="00857E23">
            <w:rPr>
              <w:color w:val="000000"/>
            </w:rPr>
            <w:t>Wang et al., 2024)</w:t>
          </w:r>
        </w:sdtContent>
      </w:sdt>
      <w:r w:rsidR="006622D3" w:rsidRPr="00987010">
        <w:t>.</w:t>
      </w:r>
      <w:r w:rsidR="006622D3" w:rsidRPr="00987010">
        <w:br/>
      </w:r>
      <w:r w:rsidR="006622D3" w:rsidRPr="00987010">
        <w:br/>
      </w:r>
      <w:r w:rsidR="006622D3" w:rsidRPr="00987010">
        <w:lastRenderedPageBreak/>
        <w:t xml:space="preserve">Security and privacy were also considered in the design. Given that the system processes audio data, it was important to ensure that no sensitive or personally identifiable information was stored. All voice commands were processed locally within the Google </w:t>
      </w:r>
      <w:proofErr w:type="spellStart"/>
      <w:r w:rsidR="006622D3" w:rsidRPr="00987010">
        <w:t>Colab</w:t>
      </w:r>
      <w:proofErr w:type="spellEnd"/>
      <w:r w:rsidR="006622D3" w:rsidRPr="00987010">
        <w:t xml:space="preserve"> environment, and no data was uploaded to external servers. Future improvements may include integrating encryption methods and user authentication to prevent unauthorized control of IoT devices.</w:t>
      </w:r>
      <w:r w:rsidR="006622D3" w:rsidRPr="00987010">
        <w:br/>
      </w:r>
    </w:p>
    <w:p w14:paraId="76483EB6" w14:textId="7F7BE2AD" w:rsidR="006622D3" w:rsidRPr="00987010" w:rsidRDefault="006622D3" w:rsidP="006622D3">
      <w:r w:rsidRPr="00987010">
        <w:t xml:space="preserve">The system’s architecture was visually </w:t>
      </w:r>
      <w:r w:rsidR="00EA5B9C" w:rsidRPr="00987010">
        <w:t>modelled</w:t>
      </w:r>
      <w:r w:rsidRPr="00987010">
        <w:t xml:space="preserve"> using flowcharts and data pipelines to illustrate the interaction between components. These diagrams helped refine the design by identifying bottlenecks and ensuring smooth data flow. Each component underwent individual testing before integration, which ensured that issues could be resolved in isolation, avoiding cascading failures during system testing.</w:t>
      </w:r>
      <w:r w:rsidRPr="00987010">
        <w:br/>
      </w:r>
      <w:r w:rsidRPr="00987010">
        <w:br/>
        <w:t>In conclusion, the design of the Voice-Controlled Smart Lighting System reflects a balance between functionality, simplicity, and scalability. The use of modular architecture enables ongoing improvements and customization, while the reliance on open-source tools ensures accessibility. The project’s design phase not only laid the groundwork for implementation but also set the stage for future expansion into more complex smart home automation scenarios. As smart environments become increasingly common, the ability to seamlessly control everyday utilities through voice will become a standard feature, and this project serves as a practical and academic foundation for achieving that goal.</w:t>
      </w:r>
      <w:r w:rsidRPr="00987010">
        <w:br/>
      </w:r>
    </w:p>
    <w:p w14:paraId="47634CC7" w14:textId="77777777" w:rsidR="00CD4E75" w:rsidRDefault="006622D3" w:rsidP="006622D3">
      <w:r w:rsidRPr="00987010">
        <w:br/>
        <w:t>To further elaborate on the design of the Voice-Controlled Smart Lighting System, it is essential to delve deeper into the technical considerations and engineering decisions that shaped its architecture and functionality. The goal of designing a reliable and efficient system is not only limited to correct recognition of voice commands but also the seamless translation of those commands into real-world actions through IoT devices such as smart light bulbs.</w:t>
      </w:r>
      <w:r w:rsidRPr="00987010">
        <w:br/>
      </w:r>
    </w:p>
    <w:p w14:paraId="4C9ACEF1" w14:textId="1A1A4E20" w:rsidR="006622D3" w:rsidRDefault="006622D3" w:rsidP="006622D3">
      <w:bookmarkStart w:id="44" w:name="_Toc197053610"/>
      <w:r w:rsidRPr="007A1846">
        <w:rPr>
          <w:rStyle w:val="Heading2Char"/>
        </w:rPr>
        <w:t>Extended Design Considerations</w:t>
      </w:r>
      <w:bookmarkEnd w:id="44"/>
      <w:r>
        <w:br/>
      </w:r>
      <w:r w:rsidRPr="00987010">
        <w:br/>
        <w:t>One of the foundational considerations in the system's design is real-time responsiveness. The system must respond almost instantaneously to voice commands to offer a truly hands-free experience</w:t>
      </w:r>
      <w:r>
        <w:t>.</w:t>
      </w:r>
      <w:r w:rsidRPr="00987010">
        <w:t xml:space="preserve"> This requirement affects the choice of hardware, programming environment, audio preprocessing techniques, and the neural network’s structure. For this reason, Google </w:t>
      </w:r>
      <w:proofErr w:type="spellStart"/>
      <w:r w:rsidRPr="00987010">
        <w:t>Colab</w:t>
      </w:r>
      <w:proofErr w:type="spellEnd"/>
      <w:r w:rsidRPr="00987010">
        <w:t xml:space="preserve"> was selected for its support of GPU acceleration and seamless integration with Python libraries like TensorFlow and </w:t>
      </w:r>
      <w:proofErr w:type="spellStart"/>
      <w:r w:rsidRPr="00987010">
        <w:t>Librosa</w:t>
      </w:r>
      <w:proofErr w:type="spellEnd"/>
      <w:r w:rsidRPr="00987010">
        <w:t>.</w:t>
      </w:r>
      <w:r w:rsidRPr="00987010">
        <w:br/>
      </w:r>
      <w:r w:rsidRPr="00987010">
        <w:br/>
        <w:t xml:space="preserve">In terms of feature extraction, while MFCCs were selected as the standard due to their popularity and effectiveness in representing audio signals, additional exploration was </w:t>
      </w:r>
      <w:r w:rsidRPr="00987010">
        <w:lastRenderedPageBreak/>
        <w:t>undertaken into combining MFCCs with delta features. These additional features capture the rate of change and acceleration of the spectral properties of speech, which may improve the model's temporal understanding of commands, especially when they are issued in noisy conditions.</w:t>
      </w:r>
      <w:r w:rsidRPr="00987010">
        <w:br/>
      </w:r>
    </w:p>
    <w:p w14:paraId="0BB7F47B" w14:textId="77777777" w:rsidR="006E5C5C" w:rsidRPr="00987010" w:rsidRDefault="006E5C5C" w:rsidP="006622D3"/>
    <w:p w14:paraId="6A01D315" w14:textId="713056B9" w:rsidR="006622D3" w:rsidRDefault="006622D3" w:rsidP="006622D3">
      <w:r w:rsidRPr="00987010">
        <w:t>The dimensionality of the audio features was also a design concern. Larger feature sets may contain richer information but require more memory and computational power, which could affect latency. Therefore, a balance had to be struck between performance and computational efficiency, leading to the choice of 13 MFCC coefficients over shorter frame windows.</w:t>
      </w:r>
      <w:r w:rsidRPr="00987010">
        <w:br/>
      </w:r>
      <w:r w:rsidRPr="00987010">
        <w:br/>
        <w:t>Furthermore, the data normalization strategy played an important role. Since voice commands may be recorded with varying loudness and background noise, all audio signals were normalized before being passed into the model. This not only aids in reducing training time but also improves the model's generalization ability.</w:t>
      </w:r>
      <w:r w:rsidRPr="00987010">
        <w:br/>
      </w:r>
      <w:r w:rsidRPr="00987010">
        <w:br/>
      </w:r>
      <w:r w:rsidRPr="007A1846">
        <w:rPr>
          <w:rStyle w:val="Heading2Char"/>
        </w:rPr>
        <w:t xml:space="preserve"> Scalability and Modularity</w:t>
      </w:r>
      <w:r>
        <w:br/>
      </w:r>
      <w:r w:rsidRPr="00987010">
        <w:t>A major design principle followed throughout the project was modularity. The system was divided into distinct modules including voice input, preprocessing, classification, command parsing, and IoT interaction each responsible for a specific task</w:t>
      </w:r>
      <w:r>
        <w:t>.</w:t>
      </w:r>
      <w:r w:rsidRPr="00987010">
        <w:t xml:space="preserve"> This modular design allows the system to be easily upgraded or modified. For example, if a more advanced speech recognition library becomes available, it can be integrated without altering the IoT communication layer.</w:t>
      </w:r>
      <w:r w:rsidRPr="00987010">
        <w:br/>
      </w:r>
      <w:r w:rsidRPr="00987010">
        <w:br/>
        <w:t>Additionally, the system's scalability was designed with future growth in mind. Although the initial version targets binary classification ("on" vs. "off"), the architecture can be easily extended to include more commands like “dim,” “brighten,” “</w:t>
      </w:r>
      <w:r w:rsidR="00EA5B9C" w:rsidRPr="00987010">
        <w:t>colour</w:t>
      </w:r>
      <w:r w:rsidRPr="00987010">
        <w:t xml:space="preserve"> change,” or even context aware commands such as “turn on the kitchen light.” This extensibility is supported by the flexible design of the dataset preprocessing pipeline and the model's output layer, which can be adapted to multi class classification with minimal code modifications.</w:t>
      </w:r>
      <w:r w:rsidRPr="00987010">
        <w:br/>
      </w:r>
      <w:r w:rsidRPr="00987010">
        <w:br/>
      </w:r>
      <w:r w:rsidRPr="007A1846">
        <w:rPr>
          <w:rStyle w:val="Heading2Char"/>
        </w:rPr>
        <w:t xml:space="preserve"> Robustness Against Variability</w:t>
      </w:r>
      <w:r>
        <w:br/>
      </w:r>
      <w:r w:rsidRPr="00987010">
        <w:t>Voice commands can vary due to user accents, emotional states, distance from the microphone, or environmental noise. To make the system more robust, synthetic noise was injected into some of the training samples during preprocessing. This technique of noise augmentation helps the model learn to distinguish between actual commands and noise artifacts. Additionally, dropout layers were used in the neural network to prevent overfitting and improve generalization across different audio conditions.</w:t>
      </w:r>
      <w:r w:rsidRPr="00987010">
        <w:br/>
      </w:r>
      <w:r w:rsidRPr="00987010">
        <w:br/>
        <w:t xml:space="preserve">The system was also designed to handle command ambiguities. For instance, if two similar sounding commands are issued in quick succession or if the voice command is muffled, the </w:t>
      </w:r>
      <w:r w:rsidRPr="00987010">
        <w:lastRenderedPageBreak/>
        <w:t>model includes a confidence threshold. If the confidence in classification falls below this threshold, the command is discarded or a request for repetition is triggered (if voice feedback is enabled in the future).</w:t>
      </w:r>
      <w:r w:rsidRPr="00987010">
        <w:br/>
      </w:r>
    </w:p>
    <w:p w14:paraId="2E9BEC1B" w14:textId="77777777" w:rsidR="00524EEF" w:rsidRDefault="00524EEF" w:rsidP="006622D3"/>
    <w:p w14:paraId="399949E1" w14:textId="77777777" w:rsidR="00524EEF" w:rsidRPr="00987010" w:rsidRDefault="00524EEF" w:rsidP="006622D3"/>
    <w:p w14:paraId="54651414" w14:textId="47D3553B" w:rsidR="006622D3" w:rsidRDefault="006622D3" w:rsidP="006622D3">
      <w:r w:rsidRPr="007A1846">
        <w:rPr>
          <w:rStyle w:val="Heading2Char"/>
        </w:rPr>
        <w:t xml:space="preserve"> </w:t>
      </w:r>
      <w:bookmarkStart w:id="45" w:name="_Toc197053611"/>
      <w:r w:rsidRPr="007A1846">
        <w:rPr>
          <w:rStyle w:val="Heading2Char"/>
        </w:rPr>
        <w:t>Security and Data Privacy</w:t>
      </w:r>
      <w:bookmarkEnd w:id="45"/>
      <w:r>
        <w:br/>
      </w:r>
      <w:r w:rsidRPr="00987010">
        <w:t xml:space="preserve">Given that voice-controlled systems may operate over public, or home networks, security and privacy were paramount in the system’s design. The current system does not transmit audio data to third party servers. All processing is performed locally within the Google </w:t>
      </w:r>
      <w:proofErr w:type="spellStart"/>
      <w:r w:rsidRPr="00987010">
        <w:t>Colab</w:t>
      </w:r>
      <w:proofErr w:type="spellEnd"/>
      <w:r w:rsidRPr="00987010">
        <w:t xml:space="preserve"> environment. Future design iterations will include encrypted communication between the voice recognition module and the IoT devices, ensuring that malicious actors cannot intercept or manipulate lighting commands.</w:t>
      </w:r>
      <w:r w:rsidRPr="00987010">
        <w:br/>
      </w:r>
      <w:r w:rsidRPr="00987010">
        <w:br/>
        <w:t>Another potential privacy feature in the design is the use of voice fingerprinting. While not currently implemented, the modular structure allows future integration of speaker verification techniques. This would enable the system to respond only to recognized users, thereby improving both security and personalization.</w:t>
      </w:r>
      <w:r w:rsidRPr="00987010">
        <w:br/>
      </w:r>
      <w:r w:rsidRPr="00987010">
        <w:br/>
      </w:r>
      <w:r w:rsidRPr="007A1846">
        <w:rPr>
          <w:rStyle w:val="Heading2Char"/>
        </w:rPr>
        <w:t xml:space="preserve"> User Interface and Experience</w:t>
      </w:r>
      <w:r>
        <w:br/>
      </w:r>
      <w:r w:rsidRPr="00987010">
        <w:t>Although the system is primarily voice-operated, a graphical feedback system was also designed and tested in earlier prototypes. This GUI shows the recognized command, system status, and confidence level. The purpose is to enhance transparency and user trust in the system’s decisions. Moreover, it aids in debugging and tuning during the development phase.</w:t>
      </w:r>
      <w:r w:rsidRPr="00987010">
        <w:br/>
      </w:r>
      <w:r w:rsidRPr="00987010">
        <w:br/>
        <w:t>The user experience (UX) is enhanced through the system’s low latency, high accuracy, and natural language flexibility</w:t>
      </w:r>
      <w:r w:rsidR="55188E11">
        <w:t xml:space="preserve"> (</w:t>
      </w:r>
      <w:sdt>
        <w:sdtPr>
          <w:rPr>
            <w:color w:val="000000"/>
          </w:rPr>
          <w:tag w:val="MENDELEY_CITATION_v3_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"/>
          <w:id w:val="625818179"/>
          <w:placeholder>
            <w:docPart w:val="D12643DAA82649F1B5DAE42C6B98D79B"/>
          </w:placeholder>
        </w:sdtPr>
        <w:sdtEndPr/>
        <w:sdtContent>
          <w:r w:rsidR="00857E23" w:rsidRPr="00857E23">
            <w:rPr>
              <w:color w:val="000000"/>
            </w:rPr>
            <w:t>Reig et al., 2022)</w:t>
          </w:r>
        </w:sdtContent>
      </w:sdt>
      <w:r w:rsidRPr="00987010">
        <w:t>. Users can issue commands like “please turn on the light” or “switch off now,” and the NLP component will parse the core intent (“on” or “off”) and direct the IoT control module accordingly.</w:t>
      </w:r>
      <w:r w:rsidRPr="00987010">
        <w:br/>
      </w:r>
      <w:r w:rsidRPr="00987010">
        <w:br/>
      </w:r>
      <w:r w:rsidRPr="007A1846">
        <w:rPr>
          <w:rStyle w:val="Heading2Char"/>
        </w:rPr>
        <w:t xml:space="preserve"> Deployment Design</w:t>
      </w:r>
      <w:r>
        <w:br/>
      </w:r>
      <w:r w:rsidRPr="00987010">
        <w:t>From a deployment standpoint, the system was designed to operate on cloud-based platforms during the development and testing phases, with future deployment planned for edge devices such as Raspberry Pi. This shift to edge computing would reduce dependency on cloud infrastructure and improve data privacy while offering real time performance even in offline scenarios.</w:t>
      </w:r>
    </w:p>
    <w:p w14:paraId="0371F0CD" w14:textId="77777777" w:rsidR="006E5C5C" w:rsidRPr="00987010" w:rsidRDefault="006E5C5C" w:rsidP="006622D3"/>
    <w:p w14:paraId="1BB02962" w14:textId="5DCF867A" w:rsidR="006622D3" w:rsidRPr="00987010" w:rsidRDefault="006622D3" w:rsidP="006622D3">
      <w:r w:rsidRPr="007A1846">
        <w:rPr>
          <w:rStyle w:val="Heading2Char"/>
        </w:rPr>
        <w:lastRenderedPageBreak/>
        <w:t xml:space="preserve"> </w:t>
      </w:r>
      <w:bookmarkStart w:id="46" w:name="_Toc197053612"/>
      <w:r w:rsidRPr="007A1846">
        <w:rPr>
          <w:rStyle w:val="Heading2Char"/>
        </w:rPr>
        <w:t>Environmental Considerations</w:t>
      </w:r>
      <w:bookmarkEnd w:id="46"/>
      <w:r w:rsidRPr="007A1846">
        <w:rPr>
          <w:rStyle w:val="Heading2Char"/>
        </w:rPr>
        <w:br/>
      </w:r>
      <w:r w:rsidRPr="00987010">
        <w:t>A lesser known yet crucial aspect of design is environmental sustainability. The smart lighting system, by enabling efficient control of lighting, contributes to reduced energy consumption. The design also factors in operational efficiency by selecting algorithms that require fewer computational resources, thereby lowering the carbon footprint during training and inference.</w:t>
      </w:r>
      <w:r w:rsidRPr="00987010">
        <w:br/>
      </w:r>
      <w:r w:rsidRPr="00987010">
        <w:br/>
        <w:t>The system can also integrate with energy consumption APIs to provide users with real time statistics on how much energy is saved through automated control. This feature was considered for future enhancement and can be included in a mobile companion application.</w:t>
      </w:r>
      <w:r w:rsidRPr="00987010">
        <w:br/>
      </w:r>
      <w:r w:rsidRPr="00987010">
        <w:br/>
      </w:r>
      <w:r w:rsidRPr="007A1846">
        <w:rPr>
          <w:rStyle w:val="Heading2Char"/>
        </w:rPr>
        <w:t xml:space="preserve"> Final Thoughts on Design Strategy</w:t>
      </w:r>
      <w:r w:rsidRPr="007A1846">
        <w:rPr>
          <w:rStyle w:val="Heading2Char"/>
        </w:rPr>
        <w:br/>
      </w:r>
      <w:r w:rsidRPr="00987010">
        <w:t xml:space="preserve">Overall, the design of this project was driven by key principles: modularity, scalability, robustness, security, and user </w:t>
      </w:r>
      <w:r w:rsidR="00EA5B9C" w:rsidRPr="00987010">
        <w:t>centred</w:t>
      </w:r>
      <w:r w:rsidRPr="00987010">
        <w:t xml:space="preserve"> design. Each of these elements has been carefully thought out and incorporated into the system architecture, ensuring a product that is not only functional and accurate but also extensible and secure.</w:t>
      </w:r>
      <w:r w:rsidRPr="00987010">
        <w:br/>
      </w:r>
      <w:r w:rsidRPr="00987010">
        <w:br/>
        <w:t>This comprehensive and forward-thinking approach to design ensures that the Voice-Controlled Smart Lighting System can evolve alongside technological advancements and user expectations, remaining relevant and practical in real-world applications.</w:t>
      </w:r>
      <w:r w:rsidRPr="00987010">
        <w:br/>
      </w:r>
      <w:r w:rsidRPr="00987010">
        <w:br/>
        <w:t>The modular structure of the system further promotes maintainability and ease of upgrades. Each component from speech recognition to NLP and IoT control was designed as a standalone module, capable of being modified independently without impacting the rest of the system. This architectural decision aligns with modern software engineering best practices, allowing the project to remain scalable and adaptable to future advancements in hardware or software. For example, if a more advanced speech recognition library becomes available, it could be integrated into the existing framework without requiring a complete overhaul.</w:t>
      </w:r>
      <w:r w:rsidRPr="00987010">
        <w:br/>
      </w:r>
      <w:r w:rsidRPr="00987010">
        <w:br/>
        <w:t>To ensure future proofing and compatibility with emerging technologies, the system also includes abstraction layers for communication protocols. This abstraction also enables the system to interact with a broader range of smart devices beyond lighting, including thermostats, security systems, and entertainment units, supporting the vision of a comprehensive smart home ecosystem.</w:t>
      </w:r>
      <w:r w:rsidRPr="00987010">
        <w:br/>
      </w:r>
    </w:p>
    <w:p w14:paraId="77D74DCD" w14:textId="13D34C26" w:rsidR="006E5C5C" w:rsidRPr="00987010" w:rsidRDefault="006622D3" w:rsidP="006622D3">
      <w:r w:rsidRPr="00987010">
        <w:t xml:space="preserve">In addition, attention was given to cross platform deployment. The system was developed and tested on Google </w:t>
      </w:r>
      <w:proofErr w:type="spellStart"/>
      <w:r w:rsidRPr="00987010">
        <w:t>Colab</w:t>
      </w:r>
      <w:proofErr w:type="spellEnd"/>
      <w:r w:rsidRPr="00987010">
        <w:t xml:space="preserve">, which provides flexibility for cloud-based processing, but the architecture supports deployment on edge devices such as Raspberry Pi for local inference and control. This dual deployment capability ensures the system can cater to different user needs cloud processing for performance, and edge processing for privacy and low latency. </w:t>
      </w:r>
      <w:r w:rsidRPr="00987010">
        <w:lastRenderedPageBreak/>
        <w:t>These thoughtful design choices collectively ensure that the voice-controlled smart lighting system is robust, extensible, and user centric.</w:t>
      </w:r>
    </w:p>
    <w:p w14:paraId="4F6423D8" w14:textId="2AA5A695" w:rsidR="003B2325" w:rsidRPr="00987010" w:rsidRDefault="008F7840">
      <w:pPr>
        <w:pStyle w:val="Heading1"/>
      </w:pPr>
      <w:bookmarkStart w:id="47" w:name="_Toc197053613"/>
      <w:r>
        <w:t>CHAPTER 5 IMPLEMENTATION OF ARTEFACT</w:t>
      </w:r>
      <w:bookmarkEnd w:id="47"/>
    </w:p>
    <w:p w14:paraId="149F8456" w14:textId="2EC05632" w:rsidR="004467A7" w:rsidRDefault="00315BF5" w:rsidP="001E66E4">
      <w:r w:rsidRPr="00987010">
        <w:t xml:space="preserve">The implementation of the Voice-Controlled Smart Lighting System involved a structured and practical approach using Python and the Google </w:t>
      </w:r>
      <w:proofErr w:type="spellStart"/>
      <w:r w:rsidRPr="00987010">
        <w:t>Colab</w:t>
      </w:r>
      <w:proofErr w:type="spellEnd"/>
      <w:r w:rsidRPr="00987010">
        <w:t xml:space="preserve"> development environment. This section describes the various stages of the implementation process, including dataset preparation, preprocessing, feature extraction, model training, evaluation, and attempted </w:t>
      </w:r>
      <w:r w:rsidRPr="00987010">
        <w:lastRenderedPageBreak/>
        <w:t>integration with IoT hardware.</w:t>
      </w:r>
      <w:r w:rsidRPr="00987010">
        <w:br/>
      </w:r>
      <w:r w:rsidR="00FB50DA" w:rsidRPr="00FB50DA">
        <w:rPr>
          <w:noProof/>
        </w:rPr>
        <w:drawing>
          <wp:inline distT="0" distB="0" distL="0" distR="0" wp14:anchorId="6A69744A" wp14:editId="6CCCE86B">
            <wp:extent cx="4845685" cy="7183120"/>
            <wp:effectExtent l="0" t="0" r="0" b="0"/>
            <wp:docPr id="175461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3268" name=""/>
                    <pic:cNvPicPr/>
                  </pic:nvPicPr>
                  <pic:blipFill>
                    <a:blip r:embed="rId13"/>
                    <a:stretch>
                      <a:fillRect/>
                    </a:stretch>
                  </pic:blipFill>
                  <pic:spPr>
                    <a:xfrm>
                      <a:off x="0" y="0"/>
                      <a:ext cx="4845685" cy="7183120"/>
                    </a:xfrm>
                    <a:prstGeom prst="rect">
                      <a:avLst/>
                    </a:prstGeom>
                  </pic:spPr>
                </pic:pic>
              </a:graphicData>
            </a:graphic>
          </wp:inline>
        </w:drawing>
      </w:r>
    </w:p>
    <w:p w14:paraId="68459AA5" w14:textId="77777777" w:rsidR="006E73E5" w:rsidRDefault="006E73E5" w:rsidP="001E66E4">
      <w:r w:rsidRPr="006E73E5">
        <w:rPr>
          <w:noProof/>
        </w:rPr>
        <w:lastRenderedPageBreak/>
        <w:drawing>
          <wp:inline distT="0" distB="0" distL="0" distR="0" wp14:anchorId="2A107710" wp14:editId="3E6964E5">
            <wp:extent cx="5486400" cy="7061200"/>
            <wp:effectExtent l="0" t="0" r="0" b="6350"/>
            <wp:docPr id="112237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6803" name=""/>
                    <pic:cNvPicPr/>
                  </pic:nvPicPr>
                  <pic:blipFill>
                    <a:blip r:embed="rId14"/>
                    <a:stretch>
                      <a:fillRect/>
                    </a:stretch>
                  </pic:blipFill>
                  <pic:spPr>
                    <a:xfrm>
                      <a:off x="0" y="0"/>
                      <a:ext cx="5486400" cy="7061200"/>
                    </a:xfrm>
                    <a:prstGeom prst="rect">
                      <a:avLst/>
                    </a:prstGeom>
                  </pic:spPr>
                </pic:pic>
              </a:graphicData>
            </a:graphic>
          </wp:inline>
        </w:drawing>
      </w:r>
      <w:r w:rsidR="00315BF5" w:rsidRPr="00987010">
        <w:br/>
        <w:t xml:space="preserve">To begin the implementation, the Speech Commands Dataset was selected due to its high-quality recordings of single word utterances such as “on” and “off.” These commands aligned directly with the core objective of the system: enabling basic voice activated lighting control. The dataset was obtained in compressed format and stored in Google Drive. It was then mounted to Google </w:t>
      </w:r>
      <w:proofErr w:type="spellStart"/>
      <w:r w:rsidR="00315BF5" w:rsidRPr="00987010">
        <w:t>Colab</w:t>
      </w:r>
      <w:proofErr w:type="spellEnd"/>
      <w:r w:rsidR="00315BF5" w:rsidRPr="00987010">
        <w:t>, where all further development was conducted.</w:t>
      </w:r>
    </w:p>
    <w:p w14:paraId="51D973A1" w14:textId="384D8CC4" w:rsidR="001669B2" w:rsidRDefault="001669B2" w:rsidP="001E66E4">
      <w:r w:rsidRPr="001669B2">
        <w:rPr>
          <w:noProof/>
        </w:rPr>
        <w:lastRenderedPageBreak/>
        <w:drawing>
          <wp:inline distT="0" distB="0" distL="0" distR="0" wp14:anchorId="121E11F9" wp14:editId="3AC2CD06">
            <wp:extent cx="5486400" cy="761365"/>
            <wp:effectExtent l="0" t="0" r="0" b="635"/>
            <wp:docPr id="175256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8210" name=""/>
                    <pic:cNvPicPr/>
                  </pic:nvPicPr>
                  <pic:blipFill>
                    <a:blip r:embed="rId15"/>
                    <a:stretch>
                      <a:fillRect/>
                    </a:stretch>
                  </pic:blipFill>
                  <pic:spPr>
                    <a:xfrm>
                      <a:off x="0" y="0"/>
                      <a:ext cx="5486400" cy="761365"/>
                    </a:xfrm>
                    <a:prstGeom prst="rect">
                      <a:avLst/>
                    </a:prstGeom>
                  </pic:spPr>
                </pic:pic>
              </a:graphicData>
            </a:graphic>
          </wp:inline>
        </w:drawing>
      </w:r>
    </w:p>
    <w:p w14:paraId="0BCC667F" w14:textId="440DD69F" w:rsidR="00983B87" w:rsidRDefault="00315BF5" w:rsidP="00315BF5">
      <w:r w:rsidRPr="00987010">
        <w:br/>
      </w:r>
      <w:r w:rsidRPr="00987010">
        <w:br/>
        <w:t>Once mounted, the dataset was extracted into relevant directories. A critical early task was verifying the structure and contents of the dataset to ensure that the required folders such as "on" and "off" were correctly organized and accessible. After confirming their presence, preprocessing steps were applied to clean and standardize the audio data. Each audio clip was expected to be one second long, sampled at 16,000 Hz. However, some inconsistencies in length required resampling or padding. In some cases, audio clips were skipped if they were too short or corrupted.</w:t>
      </w:r>
      <w:r w:rsidRPr="00987010">
        <w:br/>
      </w:r>
      <w:r w:rsidR="0033003D" w:rsidRPr="0033003D">
        <w:rPr>
          <w:noProof/>
        </w:rPr>
        <w:drawing>
          <wp:inline distT="0" distB="0" distL="0" distR="0" wp14:anchorId="61EF70C5" wp14:editId="1B43C17D">
            <wp:extent cx="5486400" cy="2207895"/>
            <wp:effectExtent l="0" t="0" r="0" b="1905"/>
            <wp:docPr id="134946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62737" name=""/>
                    <pic:cNvPicPr/>
                  </pic:nvPicPr>
                  <pic:blipFill>
                    <a:blip r:embed="rId16"/>
                    <a:stretch>
                      <a:fillRect/>
                    </a:stretch>
                  </pic:blipFill>
                  <pic:spPr>
                    <a:xfrm>
                      <a:off x="0" y="0"/>
                      <a:ext cx="5486400" cy="2207895"/>
                    </a:xfrm>
                    <a:prstGeom prst="rect">
                      <a:avLst/>
                    </a:prstGeom>
                  </pic:spPr>
                </pic:pic>
              </a:graphicData>
            </a:graphic>
          </wp:inline>
        </w:drawing>
      </w:r>
      <w:r w:rsidRPr="00987010">
        <w:br/>
        <w:t xml:space="preserve">For audio feature extraction, the Mel-Frequency Cepstral Coefficients (MFCCs) were selected as the preferred representation. MFCCs are widely used in audio classification tasks as they represent the spectral properties of sound in a way that mimics human auditory perception. Using the </w:t>
      </w:r>
      <w:proofErr w:type="spellStart"/>
      <w:r w:rsidRPr="00987010">
        <w:t>Librosa</w:t>
      </w:r>
      <w:proofErr w:type="spellEnd"/>
      <w:r w:rsidRPr="00987010">
        <w:t xml:space="preserve"> library in Python, MFCC features were extracted from each audio file. These were then stored in NumPy arrays along with corresponding labels indicating whether the command was “on” or “off.”</w:t>
      </w:r>
      <w:r w:rsidRPr="00987010">
        <w:br/>
      </w:r>
      <w:r w:rsidRPr="00987010">
        <w:br/>
        <w:t>The dataset was then split into training and testing sets using scikit-</w:t>
      </w:r>
      <w:r w:rsidR="00EA5B9C" w:rsidRPr="00987010">
        <w:t>learns</w:t>
      </w:r>
      <w:r w:rsidR="00EA5B9C">
        <w:t xml:space="preserve"> </w:t>
      </w:r>
      <w:r w:rsidRPr="00987010">
        <w:t>train</w:t>
      </w:r>
      <w:r w:rsidR="00EA5B9C">
        <w:t xml:space="preserve"> </w:t>
      </w:r>
      <w:r w:rsidRPr="00987010">
        <w:t>test</w:t>
      </w:r>
      <w:r w:rsidR="00EA5B9C">
        <w:t xml:space="preserve"> </w:t>
      </w:r>
      <w:r w:rsidRPr="00987010">
        <w:t>split function, with 80% of the data allocated for training and 20% for testing. To ensure compatibility with the machine learning model, the label vectors were one hot encoded. This allowed the classification algorithm to interpret the labels in binary format.</w:t>
      </w:r>
      <w:r w:rsidRPr="00987010">
        <w:br/>
      </w:r>
      <w:r w:rsidRPr="00987010">
        <w:br/>
        <w:t xml:space="preserve">The next step was designing the classification model using TensorFlow and </w:t>
      </w:r>
      <w:proofErr w:type="spellStart"/>
      <w:r w:rsidRPr="00987010">
        <w:t>Keras</w:t>
      </w:r>
      <w:proofErr w:type="spellEnd"/>
      <w:r w:rsidRPr="00987010">
        <w:t xml:space="preserve">. The model was composed of multiple layers, including a flattening layer followed by dense layers responsible for learning patterns in the MFCC data. The flattening layer converted the two-dimensional MFCC array into a one-dimensional vector that could be processed by the dense layers. The final output layer had two units representing the “on” and “off” classes. A categorical </w:t>
      </w:r>
      <w:r w:rsidR="00EA5B9C" w:rsidRPr="00987010">
        <w:t>cross entropy</w:t>
      </w:r>
      <w:r w:rsidRPr="00987010">
        <w:t xml:space="preserve"> loss function was used due to the multi class nature of the task, </w:t>
      </w:r>
      <w:r w:rsidRPr="00987010">
        <w:lastRenderedPageBreak/>
        <w:t>and the optimizer was chosen for its efficiency and performance in training neural networks.</w:t>
      </w:r>
      <w:r w:rsidRPr="00987010">
        <w:br/>
      </w:r>
    </w:p>
    <w:p w14:paraId="3B84DBBF" w14:textId="6AB86B38" w:rsidR="00315BF5" w:rsidRPr="00987010" w:rsidRDefault="00315BF5" w:rsidP="00315BF5">
      <w:r w:rsidRPr="00987010">
        <w:t>During training, the model's performance was monitored using both training and validation accuracy. An early stopping mechanism was implemented to halt training if the validation accuracy stopped improving, helping to reduce the risk of overfitting. The training process ran for up to 100 epochs, although it typically converged much earlier due to early stopping.</w:t>
      </w:r>
      <w:r w:rsidRPr="00987010">
        <w:br/>
      </w:r>
      <w:r w:rsidRPr="00987010">
        <w:br/>
        <w:t xml:space="preserve">After training, the model was evaluated on the test dataset. </w:t>
      </w:r>
      <w:r w:rsidR="001E66E4" w:rsidRPr="00987010">
        <w:t>The model achieved an accuracy of approximately 8</w:t>
      </w:r>
      <w:r w:rsidR="00892CF7">
        <w:t>5</w:t>
      </w:r>
      <w:r w:rsidRPr="00987010">
        <w:t>%, indicating reliable classification of the “on” and “off” commands. Additional metrics such as precision, recall, and the confusion matrix were generated to provide deeper insights into the system’s strengths and weaknesses. These metrics helped confirm that the model not only performed well overall but also handled class imbalances and noise effectively.</w:t>
      </w:r>
      <w:r w:rsidRPr="00987010">
        <w:br/>
      </w:r>
      <w:r w:rsidRPr="00987010">
        <w:br/>
        <w:t>In addition to classification, visualization played an important role in the implementation process. Libraries such as matplotlib were used to display training and validation accuracy curves, which illustrated how well the model was learning over time. Confusion matrices provided visual confirmation of the model's performance across different command classes.</w:t>
      </w:r>
      <w:r w:rsidRPr="00987010">
        <w:br/>
      </w:r>
      <w:r w:rsidR="00BA75AF" w:rsidRPr="00BA75AF">
        <w:rPr>
          <w:noProof/>
        </w:rPr>
        <w:drawing>
          <wp:inline distT="0" distB="0" distL="0" distR="0" wp14:anchorId="290D0344" wp14:editId="6332B3ED">
            <wp:extent cx="5486400" cy="4500880"/>
            <wp:effectExtent l="0" t="0" r="0" b="0"/>
            <wp:docPr id="194640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03282" name=""/>
                    <pic:cNvPicPr/>
                  </pic:nvPicPr>
                  <pic:blipFill>
                    <a:blip r:embed="rId17"/>
                    <a:stretch>
                      <a:fillRect/>
                    </a:stretch>
                  </pic:blipFill>
                  <pic:spPr>
                    <a:xfrm>
                      <a:off x="0" y="0"/>
                      <a:ext cx="5486400" cy="4500880"/>
                    </a:xfrm>
                    <a:prstGeom prst="rect">
                      <a:avLst/>
                    </a:prstGeom>
                  </pic:spPr>
                </pic:pic>
              </a:graphicData>
            </a:graphic>
          </wp:inline>
        </w:drawing>
      </w:r>
      <w:r w:rsidRPr="00987010">
        <w:br/>
      </w:r>
      <w:r w:rsidRPr="00987010">
        <w:lastRenderedPageBreak/>
        <w:t>An important component of the project was an attempt to connect the trained voice recognition model to a real-world IoT device. The TP-Link Kasa smart bulb was chosen for this purpose due to its availability, compatibility with Wi-Fi, and support for third party control through a local network. The idea was to use Python libraries such as `python-</w:t>
      </w:r>
      <w:proofErr w:type="spellStart"/>
      <w:r w:rsidRPr="00987010">
        <w:t>kasa</w:t>
      </w:r>
      <w:proofErr w:type="spellEnd"/>
      <w:r w:rsidRPr="00987010">
        <w:t>` to send commands directly to the bulb based on the classification result. However, despite several attempts, the system could not establish a connection to the bulb due to network limitations and authentication issues. As a result, this part of the project remains incomplete, though the implementation has been structured to accommodate such a feature in the future.</w:t>
      </w:r>
      <w:r w:rsidRPr="00987010">
        <w:br/>
      </w:r>
      <w:r w:rsidR="001A52A2" w:rsidRPr="001A52A2">
        <w:rPr>
          <w:noProof/>
        </w:rPr>
        <w:drawing>
          <wp:inline distT="0" distB="0" distL="0" distR="0" wp14:anchorId="0DA183EA" wp14:editId="1757A61D">
            <wp:extent cx="5486400" cy="3930015"/>
            <wp:effectExtent l="0" t="0" r="0" b="0"/>
            <wp:docPr id="1199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146" name=""/>
                    <pic:cNvPicPr/>
                  </pic:nvPicPr>
                  <pic:blipFill>
                    <a:blip r:embed="rId18"/>
                    <a:stretch>
                      <a:fillRect/>
                    </a:stretch>
                  </pic:blipFill>
                  <pic:spPr>
                    <a:xfrm>
                      <a:off x="0" y="0"/>
                      <a:ext cx="5486400" cy="3930015"/>
                    </a:xfrm>
                    <a:prstGeom prst="rect">
                      <a:avLst/>
                    </a:prstGeom>
                  </pic:spPr>
                </pic:pic>
              </a:graphicData>
            </a:graphic>
          </wp:inline>
        </w:drawing>
      </w:r>
      <w:r w:rsidR="001E66E4" w:rsidRPr="00987010">
        <w:br/>
        <w:t xml:space="preserve">Throughout the implementation, the Google </w:t>
      </w:r>
      <w:proofErr w:type="spellStart"/>
      <w:r w:rsidR="001E66E4" w:rsidRPr="00987010">
        <w:t>Colab</w:t>
      </w:r>
      <w:proofErr w:type="spellEnd"/>
      <w:r w:rsidR="001E66E4" w:rsidRPr="00987010">
        <w:t xml:space="preserve"> platform offered a collaborative and efficient development environment.</w:t>
      </w:r>
      <w:r w:rsidRPr="00987010">
        <w:t xml:space="preserve"> It provided access to GPU acceleration for faster model training and allowed seamless integration with Google Drive for data storage. The platform also facilitated debugging and code testing through its interactive interface.</w:t>
      </w:r>
      <w:r w:rsidRPr="00987010">
        <w:br/>
      </w:r>
      <w:r w:rsidRPr="00987010">
        <w:br/>
        <w:t>To ensure code clarity and reproducibility, the implementation was divided into modular sections. Each step, from data loading and preprocessing to model training and evaluation, was written in distinct cells. This modular approach allowed for flexible testing, adjustment, and reuse of components. Proper comments and markdown cells were also included to document each stage of the process.</w:t>
      </w:r>
      <w:r w:rsidRPr="00987010">
        <w:br/>
      </w:r>
      <w:r w:rsidRPr="00987010">
        <w:br/>
        <w:t xml:space="preserve">In conclusion, the implementation of the Voice-Controlled Smart Lighting System combined practical use of machine learning libraries, structured preprocessing, and real-world </w:t>
      </w:r>
      <w:r w:rsidRPr="00987010">
        <w:lastRenderedPageBreak/>
        <w:t>datasets to develop a functional prototype. While the integration with the physical smart bulb remains a future enhancement, the system’s architecture has been designed to support seamless extension. The project successfully demonstrates the feasibility of using voice commands for smart lighting control, achieving a strong foundation for further expansion into fully automated smart home solutions.</w:t>
      </w:r>
      <w:r w:rsidRPr="00987010">
        <w:br/>
      </w:r>
    </w:p>
    <w:p w14:paraId="72EEFE68" w14:textId="77777777" w:rsidR="00315BF5" w:rsidRDefault="00315BF5" w:rsidP="00315BF5">
      <w:r w:rsidRPr="00987010">
        <w:t>In parallel with these technical implementations, detailed documentation was maintained at every phase of the system development. Each iteration of preprocessing and model testing was logged to ensure transparency and replicability of the process. This practice also proved invaluable when debugging issues or adjusting specific parameters, as it allowed quick access to previously tried configurations and their outcomes.</w:t>
      </w:r>
    </w:p>
    <w:p w14:paraId="55A2DBAF" w14:textId="77777777" w:rsidR="006E5C5C" w:rsidRPr="00987010" w:rsidRDefault="006E5C5C" w:rsidP="00315BF5"/>
    <w:p w14:paraId="63D2A4CF" w14:textId="77777777" w:rsidR="00315BF5" w:rsidRDefault="00315BF5" w:rsidP="00315BF5">
      <w:r w:rsidRPr="00987010">
        <w:t xml:space="preserve">Additionally, the choice to operate within the Google </w:t>
      </w:r>
      <w:proofErr w:type="spellStart"/>
      <w:r w:rsidRPr="00987010">
        <w:t>Colab</w:t>
      </w:r>
      <w:proofErr w:type="spellEnd"/>
      <w:r w:rsidRPr="00987010">
        <w:t xml:space="preserve"> environment was highly strategic. This cloud-based platform not only provided free access to GPU acceleration, which significantly expedited the training processes, but also allowed seamless integration with Google Drive for storage and versioning of datasets and model checkpoints. The collaborative features of </w:t>
      </w:r>
      <w:proofErr w:type="spellStart"/>
      <w:r w:rsidRPr="00987010">
        <w:t>Colab</w:t>
      </w:r>
      <w:proofErr w:type="spellEnd"/>
      <w:r w:rsidRPr="00987010">
        <w:t xml:space="preserve"> were also beneficial.</w:t>
      </w:r>
    </w:p>
    <w:p w14:paraId="23098A0B" w14:textId="77777777" w:rsidR="006E5C5C" w:rsidRPr="00987010" w:rsidRDefault="006E5C5C" w:rsidP="00315BF5"/>
    <w:p w14:paraId="4001909A" w14:textId="77777777" w:rsidR="00315BF5" w:rsidRDefault="00315BF5" w:rsidP="00315BF5">
      <w:r w:rsidRPr="00987010">
        <w:t>From a learning perspective, engaging with real-world datasets such as the Speech Commands Dataset presented unique challenges and insights. One major takeaway was the impact of environmental conditions on audio data quality. The dataset included recordings from diverse sources, leading to variability in background noise and speaker clarity. Addressing these inconsistencies required rigorous preprocessing steps, including normalization of volume levels and trimming of silence segments. These steps helped standardize input features, leading to more reliable training outcomes.</w:t>
      </w:r>
    </w:p>
    <w:p w14:paraId="17153E29" w14:textId="77777777" w:rsidR="006E5C5C" w:rsidRPr="00987010" w:rsidRDefault="006E5C5C" w:rsidP="00315BF5"/>
    <w:p w14:paraId="24FE790C" w14:textId="77777777" w:rsidR="00315BF5" w:rsidRDefault="00315BF5" w:rsidP="00315BF5">
      <w:r w:rsidRPr="00987010">
        <w:t>The project also encountered challenges related to dataset size and computing limitations. While the full dataset contains over 65,000 samples, computational constraints necessitated a subset approach. Careful stratified sampling ensured that the reduced dataset still represented the diversity of classes and speaker variations. This method ensured the integrity of the training and validation processes without overwhelming the available resources.</w:t>
      </w:r>
    </w:p>
    <w:p w14:paraId="51768625" w14:textId="77777777" w:rsidR="006E5C5C" w:rsidRDefault="006E5C5C" w:rsidP="00315BF5"/>
    <w:p w14:paraId="4B05098A" w14:textId="77777777" w:rsidR="006E5C5C" w:rsidRPr="00987010" w:rsidRDefault="006E5C5C" w:rsidP="00315BF5"/>
    <w:p w14:paraId="1B4BD3A5" w14:textId="77777777" w:rsidR="00315BF5" w:rsidRDefault="00315BF5" w:rsidP="00315BF5">
      <w:r w:rsidRPr="00987010">
        <w:t xml:space="preserve">In terms of coding practices, modularity was emphasized to make the implementation scalable and adaptable. Functions were separated by tasks such as data loading, preprocessing, feature extraction, and model evaluation ensuring each component could be </w:t>
      </w:r>
      <w:r w:rsidRPr="00987010">
        <w:lastRenderedPageBreak/>
        <w:t>modified or replaced independently. This structure also made it easier to integrate future upgrades, such as real time streaming or additional control classes.</w:t>
      </w:r>
    </w:p>
    <w:p w14:paraId="4703129E" w14:textId="77777777" w:rsidR="006E5C5C" w:rsidRPr="00987010" w:rsidRDefault="006E5C5C" w:rsidP="00315BF5"/>
    <w:p w14:paraId="5BEE21A5" w14:textId="77777777" w:rsidR="00315BF5" w:rsidRDefault="00315BF5" w:rsidP="00315BF5">
      <w:r w:rsidRPr="00987010">
        <w:t>Efforts were made to interpret model performance through a variety of visual and statistical means. Confusion matrices were plotted to identify misclassified instances, offering insight into which commands were commonly mistaken for others. Accuracy and loss graphs helped monitor overfitting, leading to informed decisions about the number of training epochs and the implementation of techniques like early stopping.</w:t>
      </w:r>
    </w:p>
    <w:p w14:paraId="598DA682" w14:textId="77777777" w:rsidR="006E5C5C" w:rsidRPr="00987010" w:rsidRDefault="006E5C5C" w:rsidP="00315BF5"/>
    <w:p w14:paraId="2A39B4D3" w14:textId="77777777" w:rsidR="00315BF5" w:rsidRDefault="00315BF5" w:rsidP="00315BF5">
      <w:r w:rsidRPr="00987010">
        <w:t xml:space="preserve">Although the smart bulb integration </w:t>
      </w:r>
      <w:r w:rsidR="00EA5B9C" w:rsidRPr="00987010">
        <w:t>failed</w:t>
      </w:r>
      <w:r w:rsidRPr="00987010">
        <w:t xml:space="preserve"> during this phase, the project lays a solid foundation for future development. Understanding the API communication requirements and device discovery protocols involved in controlling hardware over a local network has provided a clear pathway for the next stage. Furthermore, fallback simulations were effectively employed to validate that the classification outputs could, in principle, control a lighting device based on command recognition.</w:t>
      </w:r>
    </w:p>
    <w:p w14:paraId="02DAD634" w14:textId="77777777" w:rsidR="006E5C5C" w:rsidRPr="00987010" w:rsidRDefault="006E5C5C" w:rsidP="00315BF5"/>
    <w:p w14:paraId="20582A50" w14:textId="77777777" w:rsidR="00315BF5" w:rsidRDefault="00315BF5" w:rsidP="00315BF5">
      <w:r w:rsidRPr="00987010">
        <w:t xml:space="preserve">The practical relevance of the system was demonstrated through case simulations, where audio commands were fed into the system and expected lighting </w:t>
      </w:r>
      <w:r w:rsidR="00EA5B9C" w:rsidRPr="00987010">
        <w:t>behaviours</w:t>
      </w:r>
      <w:r w:rsidRPr="00987010">
        <w:t xml:space="preserve"> were triggered within a controlled environment. These simulations highlighted the system’s readiness for integration into smart home ecosystems, subject to resolving the hardware communication hurdle.</w:t>
      </w:r>
    </w:p>
    <w:p w14:paraId="715BF2FD" w14:textId="77777777" w:rsidR="006E5C5C" w:rsidRPr="00987010" w:rsidRDefault="006E5C5C" w:rsidP="00315BF5"/>
    <w:p w14:paraId="6F85C007" w14:textId="003C6737" w:rsidR="00315BF5" w:rsidRDefault="007B71FF" w:rsidP="00315BF5">
      <w:r>
        <w:t>M</w:t>
      </w:r>
      <w:r w:rsidR="001E66E4" w:rsidRPr="00987010">
        <w:t>ultiple runs were conducted with randomized test splits.</w:t>
      </w:r>
      <w:r w:rsidR="00315BF5" w:rsidRPr="00987010">
        <w:t xml:space="preserve"> This approach ensured that performance was not biased by any single train test division. The average accuracy over these runs remained consistently above the target benchmark, reinforcing confidence in the model’s generalizability.</w:t>
      </w:r>
    </w:p>
    <w:p w14:paraId="7924D0F0" w14:textId="77777777" w:rsidR="006E5C5C" w:rsidRPr="00987010" w:rsidRDefault="006E5C5C" w:rsidP="00315BF5"/>
    <w:p w14:paraId="147085E5" w14:textId="77777777" w:rsidR="00315BF5" w:rsidRPr="00987010" w:rsidRDefault="00315BF5" w:rsidP="00315BF5">
      <w:r w:rsidRPr="00987010">
        <w:t>Finally, this implementation journey emphasized the value of iterative prototyping. Initial models served as learning tools, revealing performance bottlenecks and guiding architectural revisions. Each successive iteration incorporated lessons from the last, culminating in a system that is functional, modular, and well documented. The comprehensive nature of this implementation provides a strong platform for both academic assessment and future research expansion.</w:t>
      </w:r>
    </w:p>
    <w:p w14:paraId="31273285" w14:textId="77777777" w:rsidR="006E5C5C" w:rsidRDefault="00315BF5" w:rsidP="00315BF5">
      <w:r w:rsidRPr="00987010">
        <w:br/>
        <w:t xml:space="preserve">To further expand on the practical development aspects of the system, it is essential to consider the iterative nature of the model training and evaluation process. This stage was </w:t>
      </w:r>
      <w:r w:rsidRPr="00987010">
        <w:lastRenderedPageBreak/>
        <w:t>not limited to a single cycle of training and testing but instead involved several rounds of experimentation, parameter adjustment, and validation to reach the current level of performance. The feedback loop created through performance monitoring played a pivotal role in determining which modifications were necessary to optimize the model’s recognition accuracy and robustness. For instance, the shape of the MFCC features and their consistency across samples was closely monitored to ensure they aligned well with the model’s expectations during training. Any discrepancies, such as unexpected audio lengths or corrupted files, were either corrected or removed to maintain dataset quality.</w:t>
      </w:r>
      <w:r w:rsidRPr="00987010">
        <w:br/>
      </w:r>
      <w:r w:rsidRPr="00987010">
        <w:br/>
        <w:t xml:space="preserve">During development, Google </w:t>
      </w:r>
      <w:proofErr w:type="spellStart"/>
      <w:r w:rsidRPr="00987010">
        <w:t>Colab</w:t>
      </w:r>
      <w:proofErr w:type="spellEnd"/>
      <w:r w:rsidRPr="00987010">
        <w:t xml:space="preserve"> was utilized as the core platform for its ease of access, cloud-based environment, and compatibility with essential Python libraries. One of the notable advantages of using </w:t>
      </w:r>
      <w:proofErr w:type="spellStart"/>
      <w:r w:rsidRPr="00987010">
        <w:t>Colab</w:t>
      </w:r>
      <w:proofErr w:type="spellEnd"/>
      <w:r w:rsidRPr="00987010">
        <w:t xml:space="preserve"> is the availability of GPU acceleration, which significantly reduces the training time of models, especially when working with large datasets such as the Speech Commands Dataset. Furthermore, </w:t>
      </w:r>
      <w:proofErr w:type="spellStart"/>
      <w:r w:rsidRPr="00987010">
        <w:t>Colab's</w:t>
      </w:r>
      <w:proofErr w:type="spellEnd"/>
      <w:r w:rsidRPr="00987010">
        <w:t xml:space="preserve"> seamless integration with Google Drive ensured that all dataset files and processed results could be securely stored and accessed across sessions.</w:t>
      </w:r>
      <w:r w:rsidRPr="00987010">
        <w:br/>
      </w:r>
      <w:r w:rsidRPr="00987010">
        <w:br/>
        <w:t>As part of the preprocessing phase, one of the most resource intensive tasks was generating and validating MFCC representations of each audio clip. These features were crucial for the classification model to interpret spoken words. In this step, each audio file was converted from raw waveform data into a matrix of coefficients representing different frequency bands. This matrix was then used as input for the training model. These MFCCs had to be carefully normalized and padded where necessary to ensure uniformity across the training dataset.</w:t>
      </w:r>
      <w:r w:rsidRPr="00987010">
        <w:br/>
      </w:r>
      <w:r w:rsidRPr="00987010">
        <w:br/>
        <w:t>In terms of file handling, the dataset was organized into subfolders representing different spoken commands, specifically focusing on the "on" and "off" classes. Automation scripts were developed to iterate through each file, apply audio preprocessing, and categorize the features alongside their corresponding labels. Error handling was embedded into the data pipeline to account for unreadable files, format inconsistencies, or missing data. This allowed for the creation of a clean and consistent dataset without interruptions during model training.</w:t>
      </w:r>
      <w:r w:rsidRPr="00987010">
        <w:br/>
      </w:r>
    </w:p>
    <w:p w14:paraId="0FC2748A" w14:textId="77777777" w:rsidR="00E5221A" w:rsidRDefault="00315BF5" w:rsidP="001E66E4">
      <w:r w:rsidRPr="00987010">
        <w:t>Following preprocessing, the data was split into training and testing sets. The split ratio was selected to ensure sufficient data availability for both model learning and evaluation. Data shuffling was applied before the split to prevent any patterns or biases from forming due to the original folder structure. Moreover, to simulate realistic conditions, background noise was selectively introduced into some audio clips to evaluate the model's robustness in less-than-ideal recording environments. This step served as a simulated stress test to understand how well the system could perform in a practical setting, such as a noisy home environment.</w:t>
      </w:r>
    </w:p>
    <w:p w14:paraId="4A8CC0D4" w14:textId="505CB617" w:rsidR="001E66E4" w:rsidRDefault="00315BF5" w:rsidP="001E66E4">
      <w:r w:rsidRPr="00987010">
        <w:lastRenderedPageBreak/>
        <w:t xml:space="preserve">Model evaluation was conducted using several performance indicators, such as accuracy and loss plots, which were visualized after training. These plots offered immediate insights into the training dynamics and were used to identify signs of overfitting or underfitting. When performance stagnated or began to decline after a few epochs, adjustments were made to either the learning rate, training duration, or model complexity. Google </w:t>
      </w:r>
      <w:proofErr w:type="spellStart"/>
      <w:r w:rsidRPr="00987010">
        <w:t>Colab's</w:t>
      </w:r>
      <w:proofErr w:type="spellEnd"/>
      <w:r w:rsidRPr="00987010">
        <w:t xml:space="preserve"> interactive notebook environment made it easy to iterate through different training configurations and quickly review output.</w:t>
      </w:r>
      <w:r w:rsidRPr="00987010">
        <w:br/>
      </w:r>
      <w:r w:rsidRPr="00987010">
        <w:br/>
        <w:t>Regarding the real-world deployment aspect, the system was initially intended to interface directly with a physical IoT smart bulb, specifically a TP-Link Kasa model. The theoretical integration was explored through Python libraries such as `python-</w:t>
      </w:r>
      <w:proofErr w:type="spellStart"/>
      <w:r w:rsidRPr="00987010">
        <w:t>kasa</w:t>
      </w:r>
      <w:proofErr w:type="spellEnd"/>
      <w:r w:rsidRPr="00987010">
        <w:t xml:space="preserve">`, which allows command execution over local network APIs. The intended setup required retrieving the bulb's IP address, establishing a connection, and executing on/off commands based on the model’s predictions. However, despite repeated attempts and accurate identification of the device IP, the system encountered persistent timeout errors when attempting to interface with the bulb through Google </w:t>
      </w:r>
      <w:proofErr w:type="spellStart"/>
      <w:r w:rsidRPr="00987010">
        <w:t>Colab</w:t>
      </w:r>
      <w:proofErr w:type="spellEnd"/>
      <w:r w:rsidRPr="00987010">
        <w:t xml:space="preserve">. This was most likely due to network limitations in </w:t>
      </w:r>
      <w:proofErr w:type="spellStart"/>
      <w:r w:rsidRPr="00987010">
        <w:t>Colab's</w:t>
      </w:r>
      <w:proofErr w:type="spellEnd"/>
      <w:r w:rsidRPr="00987010">
        <w:t xml:space="preserve"> cloud environment, which does not allow access to local devices.</w:t>
      </w:r>
      <w:r w:rsidRPr="00987010">
        <w:br/>
      </w:r>
      <w:r w:rsidRPr="00987010">
        <w:br/>
        <w:t>While this limitation prevented full hardware integration, the design and code architecture remain valid and would be readily deployable in a local development environment or a microcontroller-based platform such as Raspberry Pi</w:t>
      </w:r>
      <w:r w:rsidR="001E66E4" w:rsidRPr="00987010">
        <w:t>.</w:t>
      </w:r>
      <w:r w:rsidRPr="00987010">
        <w:t xml:space="preserve"> As such, this aspect of the project is considered a proof of concept with clear potential for future physical implementation. Moreover, the modular codebase allows for the IoT integration component to be substituted or extended with minimal changes, making it suitable for a variety of smart home devices beyond lighting, such as smart switches, fans, or appliances.</w:t>
      </w:r>
      <w:r w:rsidRPr="00987010">
        <w:br/>
      </w:r>
      <w:r w:rsidRPr="00987010">
        <w:br/>
        <w:t>The overall implementation also demonstrated strong scalability. While the current prototype focused on only two command classes, the underlying structure could be extended to handle more complex command sets. For example, integrating commands like "dim", "brighter", or "</w:t>
      </w:r>
      <w:r w:rsidR="00EA5B9C" w:rsidRPr="00987010">
        <w:t>colour</w:t>
      </w:r>
      <w:r w:rsidRPr="00987010">
        <w:t xml:space="preserve"> change" would only require corresponding audio samples and retraining the model on an extended dataset. The system's adaptability to additional commands illustrates its robustness and potential for further development into a more comprehensive voice activated smart home assistant.</w:t>
      </w:r>
      <w:r w:rsidRPr="00987010">
        <w:br/>
      </w:r>
      <w:r w:rsidRPr="00987010">
        <w:br/>
        <w:t xml:space="preserve">In conclusion, the implementation phase not only showcased the technical feasibility of building a voice-controlled smart lighting system using open-source tools but also revealed important insights about system design, data handling, and real-world constraints. The ability to create a working model with </w:t>
      </w:r>
      <w:r w:rsidR="001E66E4" w:rsidRPr="00987010">
        <w:t>8</w:t>
      </w:r>
      <w:r w:rsidR="00892CF7">
        <w:t>5</w:t>
      </w:r>
      <w:r w:rsidRPr="00987010">
        <w:t>% accuracy using a publicly available dataset, within a simulated environment, highlights the maturity of available tools and the accessibility of such projects for students and researchers. With minimal additional effort, the current system could be deployed in a real-world environment, making it both academically valuable and practically viable.</w:t>
      </w:r>
      <w:r w:rsidRPr="00987010">
        <w:br/>
      </w:r>
    </w:p>
    <w:p w14:paraId="07CD86B5" w14:textId="24D37861" w:rsidR="00315BF5" w:rsidRPr="00987010" w:rsidRDefault="00315BF5" w:rsidP="001E66E4">
      <w:pPr>
        <w:jc w:val="both"/>
      </w:pPr>
    </w:p>
    <w:p w14:paraId="1018E936" w14:textId="2E499A8F" w:rsidR="003B2325" w:rsidRPr="00987010" w:rsidRDefault="002555C6">
      <w:r w:rsidRPr="00987010">
        <w:br w:type="page"/>
      </w:r>
    </w:p>
    <w:p w14:paraId="26B7829A" w14:textId="2E499A8F" w:rsidR="003B2325" w:rsidRPr="00987010" w:rsidRDefault="008F7840">
      <w:pPr>
        <w:pStyle w:val="Heading1"/>
      </w:pPr>
      <w:bookmarkStart w:id="48" w:name="_Toc197053614"/>
      <w:r>
        <w:lastRenderedPageBreak/>
        <w:t>CHAPTER 6 EVALUATION</w:t>
      </w:r>
      <w:bookmarkEnd w:id="48"/>
    </w:p>
    <w:p w14:paraId="249CEB3E" w14:textId="77777777" w:rsidR="0067710C" w:rsidRDefault="002D7E1C" w:rsidP="002D7E1C">
      <w:r w:rsidRPr="00987010">
        <w:t xml:space="preserve">The evaluation of the Voice-Controlled Smart Lighting System was carried out to assess its performance, reliability, usability, and scalability. The primary goal of the evaluation process was to determine whether the system successfully met the project’s original objectives and key success criteria, which included accurate speech recognition, responsive system </w:t>
      </w:r>
      <w:r w:rsidR="00EA5B9C" w:rsidRPr="00987010">
        <w:t>behaviour</w:t>
      </w:r>
      <w:r w:rsidRPr="00987010">
        <w:t>, user friendly interaction, and the capability to simulate real-world smart lighting scenarios.</w:t>
      </w:r>
      <w:r w:rsidRPr="00987010">
        <w:br/>
      </w:r>
    </w:p>
    <w:p w14:paraId="32F97B7F" w14:textId="77777777" w:rsidR="0067710C" w:rsidRPr="005113CF" w:rsidRDefault="0067710C" w:rsidP="0067710C">
      <w:pPr>
        <w:rPr>
          <w:color w:val="000000" w:themeColor="text1"/>
        </w:rPr>
      </w:pPr>
      <w:r w:rsidRPr="005113CF">
        <w:rPr>
          <w:color w:val="000000" w:themeColor="text1"/>
        </w:rPr>
        <w:t>From an academic perspective, voice-controlled smart lighting offers a valuable case study for students and researchers. It combines core concepts from AI, machine learning, signal processing and embedded systems. Building such a system reinforces technical skills and promotes cross disciplinary thinking.</w:t>
      </w:r>
      <w:r w:rsidRPr="005113CF">
        <w:rPr>
          <w:color w:val="000000" w:themeColor="text1"/>
        </w:rPr>
        <w:br/>
      </w:r>
      <w:r w:rsidRPr="005113CF">
        <w:rPr>
          <w:color w:val="000000" w:themeColor="text1"/>
        </w:rPr>
        <w:br/>
        <w:t xml:space="preserve">This project contributes to educational resources by demonstrating how open-source tools can be used to develop functional prototypes. The use of Google </w:t>
      </w:r>
      <w:proofErr w:type="spellStart"/>
      <w:r w:rsidRPr="005113CF">
        <w:rPr>
          <w:color w:val="000000" w:themeColor="text1"/>
        </w:rPr>
        <w:t>Colab</w:t>
      </w:r>
      <w:proofErr w:type="spellEnd"/>
      <w:r w:rsidRPr="005113CF">
        <w:rPr>
          <w:color w:val="000000" w:themeColor="text1"/>
        </w:rPr>
        <w:t>, TensorFlow, and public datasets ensures accessibility for students with limited computational resources. The accompanying documentation and modular codebase serve as a foundation for future research, student projects, and educational workshops.</w:t>
      </w:r>
      <w:r w:rsidRPr="005113CF">
        <w:rPr>
          <w:color w:val="000000" w:themeColor="text1"/>
        </w:rPr>
        <w:br/>
      </w:r>
      <w:r w:rsidRPr="005113CF">
        <w:rPr>
          <w:color w:val="000000" w:themeColor="text1"/>
        </w:rPr>
        <w:br/>
        <w:t>Moreover, the challenges encountered such as preprocessing speech data, handling class imbalances, and tuning model parameters mirror real-world machine learning workflows. These experiences prepare students for careers in applied AI and foster a deeper understanding of system integration challenges.</w:t>
      </w:r>
    </w:p>
    <w:p w14:paraId="0A9A76CA" w14:textId="4315564F" w:rsidR="00E11256" w:rsidRDefault="002D7E1C" w:rsidP="002D7E1C">
      <w:r w:rsidRPr="00987010">
        <w:br/>
      </w:r>
      <w:bookmarkStart w:id="49" w:name="_Toc197053615"/>
      <w:r w:rsidRPr="007A1846">
        <w:rPr>
          <w:rStyle w:val="Heading2Char"/>
        </w:rPr>
        <w:t>Evaluation Methodology</w:t>
      </w:r>
      <w:bookmarkEnd w:id="49"/>
      <w:r w:rsidRPr="007A1846">
        <w:rPr>
          <w:rStyle w:val="Heading2Char"/>
        </w:rPr>
        <w:br/>
      </w:r>
      <w:r w:rsidRPr="00987010">
        <w:t>The evaluation was conducted using a combination of quantitative and qualitative methods. Quantitative analysis focused on accuracy metrics derived from testing the speech recognition model, while qualitative evaluation explored user interaction experience and the overall usability of the system. Due to the nature of this being a prototype, evaluation also included validation of simulated smart lighting actions, and the robustness of the preprocessing pipeline used in the system.</w:t>
      </w:r>
      <w:r w:rsidRPr="00987010">
        <w:br/>
      </w:r>
      <w:r w:rsidRPr="00987010">
        <w:br/>
        <w:t xml:space="preserve">The system was evaluated on the Google </w:t>
      </w:r>
      <w:proofErr w:type="spellStart"/>
      <w:r w:rsidRPr="00987010">
        <w:t>Colab</w:t>
      </w:r>
      <w:proofErr w:type="spellEnd"/>
      <w:r w:rsidRPr="00987010">
        <w:t xml:space="preserve"> platform using the Speech Commands Dataset, which includes over 65,000 one second audio samples of simple English words spoken by various individuals. For this project, the focus was narrowed to two classes “on” and “off” to reflect realistic control actions over smart lighting devices. This simplification enabled a deeper analysis of performance in a practical, constrained domain, aligning with the goal of providing a responsive smart home lighting interface.</w:t>
      </w:r>
    </w:p>
    <w:p w14:paraId="203E907A" w14:textId="65AC9BBF" w:rsidR="00246602" w:rsidRPr="00246602" w:rsidRDefault="00246602" w:rsidP="00246602">
      <w:r w:rsidRPr="00246602">
        <w:rPr>
          <w:noProof/>
        </w:rPr>
        <w:lastRenderedPageBreak/>
        <w:drawing>
          <wp:inline distT="0" distB="0" distL="0" distR="0" wp14:anchorId="5D9E62BB" wp14:editId="04A01FC7">
            <wp:extent cx="5010150" cy="3476625"/>
            <wp:effectExtent l="0" t="0" r="0" b="9525"/>
            <wp:docPr id="654034667" name="Picture 1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34667" name="Picture 11" descr="A screenshot of a computer program&#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476625"/>
                    </a:xfrm>
                    <a:prstGeom prst="rect">
                      <a:avLst/>
                    </a:prstGeom>
                    <a:noFill/>
                    <a:ln>
                      <a:noFill/>
                    </a:ln>
                  </pic:spPr>
                </pic:pic>
              </a:graphicData>
            </a:graphic>
          </wp:inline>
        </w:drawing>
      </w:r>
    </w:p>
    <w:p w14:paraId="50DAC8D0" w14:textId="455A43B1" w:rsidR="00A7102A" w:rsidRDefault="002D7E1C" w:rsidP="002D7E1C">
      <w:bookmarkStart w:id="50" w:name="_Toc197053616"/>
      <w:r w:rsidRPr="007A1846">
        <w:rPr>
          <w:rStyle w:val="Heading2Char"/>
        </w:rPr>
        <w:t>Speech Recognition Model Evaluation</w:t>
      </w:r>
      <w:bookmarkEnd w:id="50"/>
      <w:r w:rsidRPr="007A1846">
        <w:rPr>
          <w:rStyle w:val="Heading2Char"/>
        </w:rPr>
        <w:br/>
      </w:r>
      <w:r w:rsidRPr="00987010">
        <w:t>The core of the system revolves around recognizing user speech commands and classifying them correctly. To evaluate the model’s effectiveness, several standard metrics were employed:</w:t>
      </w:r>
    </w:p>
    <w:p w14:paraId="70EE2A65" w14:textId="4F34E792" w:rsidR="00A7102A" w:rsidRDefault="002D7E1C" w:rsidP="002D7E1C">
      <w:r w:rsidRPr="00987010">
        <w:br/>
      </w:r>
      <w:r w:rsidRPr="00155991">
        <w:rPr>
          <w:b/>
          <w:bCs/>
        </w:rPr>
        <w:t>Accuracy</w:t>
      </w:r>
      <w:r w:rsidRPr="00987010">
        <w:t xml:space="preserve">: This measures the percentage of correct predictions made by the model. The final trained model achieved an accuracy of approximately </w:t>
      </w:r>
      <w:r>
        <w:t>8</w:t>
      </w:r>
      <w:r w:rsidR="00892CF7">
        <w:t>5</w:t>
      </w:r>
      <w:r w:rsidRPr="00987010">
        <w:t>%, which is considered strong given the binary classification task and real-world noise present in the dataset</w:t>
      </w:r>
      <w:r w:rsidR="1E6B5A20">
        <w:t xml:space="preserve"> (</w:t>
      </w:r>
      <w:sdt>
        <w:sdtPr>
          <w:rPr>
            <w:color w:val="000000"/>
          </w:rPr>
          <w:tag w:val="MENDELEY_CITATION_v3_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"/>
          <w:id w:val="205685967"/>
          <w:placeholder>
            <w:docPart w:val="C5CB22B11CF14A60BAA2DB6AF207D4C2"/>
          </w:placeholder>
        </w:sdtPr>
        <w:sdtEndPr/>
        <w:sdtContent>
          <w:r w:rsidR="00857E23" w:rsidRPr="00857E23">
            <w:rPr>
              <w:color w:val="000000"/>
            </w:rPr>
            <w:t>Yu, n.d.)</w:t>
          </w:r>
        </w:sdtContent>
      </w:sdt>
      <w:r w:rsidRPr="00987010">
        <w:t>.</w:t>
      </w:r>
      <w:r w:rsidRPr="00987010">
        <w:br/>
      </w:r>
      <w:r w:rsidRPr="00987010">
        <w:br/>
      </w:r>
      <w:r w:rsidRPr="009F6D2D">
        <w:rPr>
          <w:b/>
          <w:bCs/>
        </w:rPr>
        <w:t>Precision and Recall</w:t>
      </w:r>
      <w:r w:rsidRPr="00987010">
        <w:t>: These metrics provide insights into the model’s sensitivity and specificity. A high precision score indicates that when the model predicts “on” or “off,” it is usually correct. Similarly, a high recall score shows the model successfully identifies most of the correct instances of each command. These scores help evaluate the model's practical usage when users may repeat commands or speak with varying clarity.</w:t>
      </w:r>
      <w:r w:rsidRPr="00987010">
        <w:br/>
      </w:r>
    </w:p>
    <w:p w14:paraId="77A664D5" w14:textId="4C7D864C" w:rsidR="00DA5F4A" w:rsidRPr="00DA5F4A" w:rsidRDefault="002D7E1C" w:rsidP="00DA5F4A">
      <w:r w:rsidRPr="0067666D">
        <w:rPr>
          <w:b/>
          <w:bCs/>
        </w:rPr>
        <w:t>Confusion Matrix</w:t>
      </w:r>
      <w:r w:rsidRPr="00987010">
        <w:t>: A confusion matrix was used to visualize and interpret how well the model distinguished between the “on” and “off” commands. Instances of misclassification were carefully studied to identify whether they were due to noise in the input, overlapping pronunciations, or data preprocessing limitations</w:t>
      </w:r>
      <w:r w:rsidR="6A3D822E">
        <w:t xml:space="preserve"> (</w:t>
      </w:r>
      <w:sdt>
        <w:sdtPr>
          <w:rPr>
            <w:color w:val="000000"/>
          </w:rPr>
          <w:tag w:val="MENDELEY_CITATION_v3_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"/>
          <w:id w:val="77327273"/>
          <w:placeholder>
            <w:docPart w:val="C5CB22B11CF14A60BAA2DB6AF207D4C2"/>
          </w:placeholder>
        </w:sdtPr>
        <w:sdtEndPr/>
        <w:sdtContent>
          <w:r w:rsidR="00857E23" w:rsidRPr="00857E23">
            <w:rPr>
              <w:color w:val="000000"/>
            </w:rPr>
            <w:t>Luque et al., 2022)</w:t>
          </w:r>
        </w:sdtContent>
      </w:sdt>
      <w:r w:rsidRPr="00987010">
        <w:t>.</w:t>
      </w:r>
      <w:r w:rsidRPr="00987010">
        <w:br/>
      </w:r>
      <w:r w:rsidRPr="00987010">
        <w:br/>
        <w:t xml:space="preserve">Training and Validation Loss Curves: The learning curves from training were plotted and </w:t>
      </w:r>
      <w:r w:rsidR="00EA5B9C" w:rsidRPr="00987010">
        <w:t>analysed</w:t>
      </w:r>
      <w:r w:rsidRPr="00987010">
        <w:t xml:space="preserve"> to ensure that the model did not overfit or underfit the training data. Early </w:t>
      </w:r>
      <w:r w:rsidRPr="00987010">
        <w:lastRenderedPageBreak/>
        <w:t>stopping was implemented to halt training once the validation accuracy plateaued, which also contributed to the generalizability of the model.</w:t>
      </w:r>
      <w:r w:rsidRPr="00987010">
        <w:br/>
      </w:r>
      <w:r w:rsidR="00032E59" w:rsidRPr="00032E59">
        <w:rPr>
          <w:noProof/>
        </w:rPr>
        <w:drawing>
          <wp:inline distT="0" distB="0" distL="0" distR="0" wp14:anchorId="6F1D4CE2" wp14:editId="7CF6A94A">
            <wp:extent cx="5486400" cy="3649980"/>
            <wp:effectExtent l="0" t="0" r="0" b="7620"/>
            <wp:docPr id="190822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27302" name=""/>
                    <pic:cNvPicPr/>
                  </pic:nvPicPr>
                  <pic:blipFill>
                    <a:blip r:embed="rId20"/>
                    <a:stretch>
                      <a:fillRect/>
                    </a:stretch>
                  </pic:blipFill>
                  <pic:spPr>
                    <a:xfrm>
                      <a:off x="0" y="0"/>
                      <a:ext cx="5486400" cy="3649980"/>
                    </a:xfrm>
                    <a:prstGeom prst="rect">
                      <a:avLst/>
                    </a:prstGeom>
                  </pic:spPr>
                </pic:pic>
              </a:graphicData>
            </a:graphic>
          </wp:inline>
        </w:drawing>
      </w:r>
    </w:p>
    <w:p w14:paraId="53EAE6B9" w14:textId="5294F7AD" w:rsidR="00C05B6F" w:rsidRPr="00C05B6F" w:rsidRDefault="00C05B6F" w:rsidP="00C05B6F">
      <w:r w:rsidRPr="00C05B6F">
        <w:rPr>
          <w:noProof/>
        </w:rPr>
        <w:lastRenderedPageBreak/>
        <w:drawing>
          <wp:inline distT="0" distB="0" distL="0" distR="0" wp14:anchorId="52605006" wp14:editId="3FA5B6F7">
            <wp:extent cx="5486400" cy="5472430"/>
            <wp:effectExtent l="0" t="0" r="0" b="0"/>
            <wp:docPr id="96483990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39905" name="Picture 15"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472430"/>
                    </a:xfrm>
                    <a:prstGeom prst="rect">
                      <a:avLst/>
                    </a:prstGeom>
                    <a:noFill/>
                    <a:ln>
                      <a:noFill/>
                    </a:ln>
                  </pic:spPr>
                </pic:pic>
              </a:graphicData>
            </a:graphic>
          </wp:inline>
        </w:drawing>
      </w:r>
    </w:p>
    <w:p w14:paraId="7E57A644" w14:textId="457738D6" w:rsidR="00F44F76" w:rsidRDefault="00F44F76" w:rsidP="00ED23D7"/>
    <w:p w14:paraId="49015C75" w14:textId="34B77D88" w:rsidR="00ED23D7" w:rsidRPr="00ED23D7" w:rsidRDefault="002D7E1C" w:rsidP="00ED23D7">
      <w:r w:rsidRPr="00987010">
        <w:br/>
      </w:r>
      <w:bookmarkStart w:id="51" w:name="_Toc197053617"/>
      <w:r w:rsidRPr="007A1846">
        <w:rPr>
          <w:rStyle w:val="Heading2Char"/>
        </w:rPr>
        <w:t>Preprocessing Pipeline Evaluation</w:t>
      </w:r>
      <w:bookmarkEnd w:id="51"/>
      <w:r w:rsidRPr="007A1846">
        <w:rPr>
          <w:rStyle w:val="Heading2Char"/>
        </w:rPr>
        <w:br/>
      </w:r>
      <w:r w:rsidRPr="00987010">
        <w:t>An essential part of the system’s performance is dependent on the preprocessing stage. Audio samples were resampled, normalized, and trimmed before Mel-frequency cepstral coefficients (MFCCs) were extracted. The MFCC features were selected due to their proven ability to represent audio signals in a compact and discriminative format for speech recognition tasks.</w:t>
      </w:r>
      <w:r w:rsidRPr="00987010">
        <w:br/>
      </w:r>
      <w:r w:rsidRPr="00987010">
        <w:br/>
        <w:t xml:space="preserve">The consistency of MFCC feature extraction across different recordings was evaluated using sample inspections and manual validation. The transformation process showed stable results, producing MFCC matrices of uniform shape, which ensured compatibility with the classification model. Errors during preprocessing were minimal, with the exception of a few </w:t>
      </w:r>
      <w:r w:rsidRPr="00987010">
        <w:lastRenderedPageBreak/>
        <w:t>corrupted files in the dataset, which were skipped.</w:t>
      </w:r>
      <w:r w:rsidRPr="00987010">
        <w:br/>
      </w:r>
      <w:r w:rsidR="00ED23D7" w:rsidRPr="00ED23D7">
        <w:rPr>
          <w:noProof/>
        </w:rPr>
        <w:drawing>
          <wp:inline distT="0" distB="0" distL="0" distR="0" wp14:anchorId="44BAB011" wp14:editId="65A74F0B">
            <wp:extent cx="5486400" cy="2661920"/>
            <wp:effectExtent l="0" t="0" r="0" b="5080"/>
            <wp:docPr id="710770467" name="Picture 3" descr="A computer screen shot of a program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70467" name="Picture 3" descr="A computer screen shot of a program cod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61920"/>
                    </a:xfrm>
                    <a:prstGeom prst="rect">
                      <a:avLst/>
                    </a:prstGeom>
                    <a:noFill/>
                    <a:ln>
                      <a:noFill/>
                    </a:ln>
                  </pic:spPr>
                </pic:pic>
              </a:graphicData>
            </a:graphic>
          </wp:inline>
        </w:drawing>
      </w:r>
    </w:p>
    <w:p w14:paraId="1AA1663A" w14:textId="0D20B21D" w:rsidR="00473AD3" w:rsidRPr="00473AD3" w:rsidRDefault="005B6561" w:rsidP="00473AD3">
      <w:r w:rsidRPr="005B6561">
        <w:rPr>
          <w:noProof/>
        </w:rPr>
        <w:drawing>
          <wp:inline distT="0" distB="0" distL="0" distR="0" wp14:anchorId="74173FFA" wp14:editId="25F341C4">
            <wp:extent cx="5486400" cy="3293110"/>
            <wp:effectExtent l="0" t="0" r="0" b="2540"/>
            <wp:docPr id="124073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5900" name=""/>
                    <pic:cNvPicPr/>
                  </pic:nvPicPr>
                  <pic:blipFill>
                    <a:blip r:embed="rId23"/>
                    <a:stretch>
                      <a:fillRect/>
                    </a:stretch>
                  </pic:blipFill>
                  <pic:spPr>
                    <a:xfrm>
                      <a:off x="0" y="0"/>
                      <a:ext cx="5486400" cy="3293110"/>
                    </a:xfrm>
                    <a:prstGeom prst="rect">
                      <a:avLst/>
                    </a:prstGeom>
                  </pic:spPr>
                </pic:pic>
              </a:graphicData>
            </a:graphic>
          </wp:inline>
        </w:drawing>
      </w:r>
    </w:p>
    <w:p w14:paraId="60C7D55A" w14:textId="3A5DC659" w:rsidR="003D76E2" w:rsidRPr="003D76E2" w:rsidRDefault="00470511" w:rsidP="003D76E2">
      <w:r w:rsidRPr="00470511">
        <w:rPr>
          <w:noProof/>
        </w:rPr>
        <w:lastRenderedPageBreak/>
        <w:drawing>
          <wp:inline distT="0" distB="0" distL="0" distR="0" wp14:anchorId="3A735E61" wp14:editId="76F87DFC">
            <wp:extent cx="4975225" cy="8229600"/>
            <wp:effectExtent l="0" t="0" r="0" b="0"/>
            <wp:docPr id="174072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5520" name=""/>
                    <pic:cNvPicPr/>
                  </pic:nvPicPr>
                  <pic:blipFill>
                    <a:blip r:embed="rId24"/>
                    <a:stretch>
                      <a:fillRect/>
                    </a:stretch>
                  </pic:blipFill>
                  <pic:spPr>
                    <a:xfrm>
                      <a:off x="0" y="0"/>
                      <a:ext cx="4975225" cy="8229600"/>
                    </a:xfrm>
                    <a:prstGeom prst="rect">
                      <a:avLst/>
                    </a:prstGeom>
                  </pic:spPr>
                </pic:pic>
              </a:graphicData>
            </a:graphic>
          </wp:inline>
        </w:drawing>
      </w:r>
    </w:p>
    <w:p w14:paraId="6A06921C" w14:textId="23D5B85D" w:rsidR="008E5CA6" w:rsidRPr="008E5CA6" w:rsidRDefault="002D7E1C" w:rsidP="008E5CA6">
      <w:r w:rsidRPr="00987010">
        <w:lastRenderedPageBreak/>
        <w:br/>
      </w:r>
      <w:bookmarkStart w:id="52" w:name="_Toc197053618"/>
      <w:r w:rsidRPr="007A1846">
        <w:rPr>
          <w:rStyle w:val="Heading2Char"/>
        </w:rPr>
        <w:t>Simulated Smart Lighting Evaluation</w:t>
      </w:r>
      <w:bookmarkEnd w:id="52"/>
      <w:r w:rsidRPr="007A1846">
        <w:rPr>
          <w:rStyle w:val="Heading2Char"/>
        </w:rPr>
        <w:br/>
      </w:r>
      <w:r w:rsidRPr="00987010">
        <w:t xml:space="preserve">While the project was not able to connect a real TP-Link Kasa smart bulb due to limitations in network discovery and the device's API not responding on Google </w:t>
      </w:r>
      <w:proofErr w:type="spellStart"/>
      <w:r w:rsidRPr="00987010">
        <w:t>Colab</w:t>
      </w:r>
      <w:proofErr w:type="spellEnd"/>
      <w:r w:rsidRPr="00987010">
        <w:t xml:space="preserve">, the simulation of smart lighting control was performed successfully. Based on the model’s classification output, predefined actions (“turn on light” and “turn off light”) were logged and displayed, mimicking the </w:t>
      </w:r>
      <w:r w:rsidR="00EA5B9C" w:rsidRPr="00987010">
        <w:t>behaviour</w:t>
      </w:r>
      <w:r w:rsidRPr="00987010">
        <w:t xml:space="preserve"> of a smart bulb reacting to user voice commands.</w:t>
      </w:r>
      <w:r w:rsidRPr="00987010">
        <w:br/>
      </w:r>
      <w:r w:rsidRPr="00987010">
        <w:br/>
        <w:t>The inability to connect to the smart bulb was noted as a practical limitation; however, the architecture was built to support integration. The codebase remains modular and flexible, meaning that transitioning from a simulated environment to a real IoT device would involve minor code modifications and ensuring local execution environments can interact with smart devices over a shared network.</w:t>
      </w:r>
      <w:r w:rsidRPr="00987010">
        <w:br/>
      </w:r>
      <w:r w:rsidRPr="00987010">
        <w:br/>
      </w:r>
      <w:r w:rsidRPr="007A1846">
        <w:rPr>
          <w:rStyle w:val="Heading2Char"/>
        </w:rPr>
        <w:t>Usability and User Experience</w:t>
      </w:r>
      <w:r w:rsidRPr="007A1846">
        <w:rPr>
          <w:rStyle w:val="Heading2Char"/>
        </w:rPr>
        <w:br/>
      </w:r>
      <w:r w:rsidRPr="00987010">
        <w:t>To gauge the usability of the system, feedback was informally gathered during testing phases. Even though formal user testing with external participants was not performed due to ethical limitations, the ease of use was internally assessed. The interaction model is intuitive, users speak commands into a microphone or upload audio clips, and the system interprets and acts accordingly. This low barrier interface supports a wide range of users, including those with limited technical experience or physical disabilities.</w:t>
      </w:r>
      <w:r w:rsidRPr="00987010">
        <w:br/>
      </w:r>
      <w:r w:rsidRPr="00987010">
        <w:br/>
        <w:t>From a system design perspective, the absence of a graphical user interface (GUI) does limit accessibility to users unfamiliar with code or Python environments. However, the project has been built with future GUI integration in mind. The simplicity of the binary command recognition (“on” and “off”) ensures that voice interaction remains straightforward and free from complex language parsing requirements.</w:t>
      </w:r>
      <w:r w:rsidRPr="00987010">
        <w:br/>
      </w:r>
      <w:r w:rsidRPr="00987010">
        <w:br/>
      </w:r>
      <w:r w:rsidRPr="007A1846">
        <w:rPr>
          <w:rStyle w:val="Heading2Char"/>
        </w:rPr>
        <w:t>Technical Limitations and Error Analysis</w:t>
      </w:r>
      <w:r w:rsidRPr="007A1846">
        <w:rPr>
          <w:rStyle w:val="Heading2Char"/>
        </w:rPr>
        <w:br/>
      </w:r>
      <w:r w:rsidRPr="00987010">
        <w:t xml:space="preserve">The primary technical limitation faced during evaluation was the inability to integrate with the physical Kasa smart bulb. Despite acquiring the device and sharing a Wi-Fi network with the development machine, attempts to connect via IP address failed. The issue appeared to stem from network configuration incompatibilities and the sandboxed nature of Google </w:t>
      </w:r>
      <w:proofErr w:type="spellStart"/>
      <w:r w:rsidRPr="00987010">
        <w:t>Colab</w:t>
      </w:r>
      <w:proofErr w:type="spellEnd"/>
      <w:r w:rsidRPr="00987010">
        <w:t>, which restricts direct access to local networks.</w:t>
      </w:r>
      <w:r w:rsidRPr="00987010">
        <w:br/>
      </w:r>
      <w:r w:rsidRPr="00987010">
        <w:br/>
        <w:t xml:space="preserve">Additionally, certain misclassifications in the model were noted, particularly when the audio samples were spoken with heavy accents, contained background noise, or were poorly enunciated. These instances accounted for most of the errors in prediction, emphasizing the importance of noise robust training data and potentially augmenting the </w:t>
      </w:r>
      <w:r w:rsidRPr="00987010">
        <w:lastRenderedPageBreak/>
        <w:t>dataset with more diverse samples in future iterations.</w:t>
      </w:r>
      <w:r w:rsidRPr="00987010">
        <w:br/>
      </w:r>
      <w:r w:rsidR="008E5CA6" w:rsidRPr="008E5CA6">
        <w:rPr>
          <w:noProof/>
        </w:rPr>
        <w:drawing>
          <wp:inline distT="0" distB="0" distL="0" distR="0" wp14:anchorId="54EED8F8" wp14:editId="603F7CF0">
            <wp:extent cx="5486400" cy="1474470"/>
            <wp:effectExtent l="0" t="0" r="0" b="0"/>
            <wp:docPr id="129050518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05183" name="Picture 9"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74470"/>
                    </a:xfrm>
                    <a:prstGeom prst="rect">
                      <a:avLst/>
                    </a:prstGeom>
                    <a:noFill/>
                    <a:ln>
                      <a:noFill/>
                    </a:ln>
                  </pic:spPr>
                </pic:pic>
              </a:graphicData>
            </a:graphic>
          </wp:inline>
        </w:drawing>
      </w:r>
    </w:p>
    <w:p w14:paraId="6A0AE43B" w14:textId="19202B38" w:rsidR="003D76E2" w:rsidRDefault="003D76E2" w:rsidP="002D7E1C"/>
    <w:p w14:paraId="2883FF06" w14:textId="43EE6832" w:rsidR="002D7E1C" w:rsidRPr="00987010" w:rsidRDefault="002D7E1C" w:rsidP="002D7E1C">
      <w:bookmarkStart w:id="53" w:name="_Toc197053619"/>
      <w:r w:rsidRPr="007A1846">
        <w:rPr>
          <w:rStyle w:val="Heading2Char"/>
        </w:rPr>
        <w:t>System Scalability and Performance Considerations</w:t>
      </w:r>
      <w:bookmarkEnd w:id="53"/>
      <w:r w:rsidRPr="007A1846">
        <w:rPr>
          <w:rStyle w:val="Heading2Char"/>
        </w:rPr>
        <w:br/>
      </w:r>
      <w:r w:rsidRPr="00987010">
        <w:t>Although the current system handles only two commands, the underlying structure supports multi class classification. Expanding the dataset and retraining the model to support additional commands such as “dim,” “brighten,” or room specific actions would be a logical next step. Preliminary testing with extended datasets indicated that while training time increases, the model architecture can accommodate broader functionality.</w:t>
      </w:r>
      <w:r w:rsidRPr="00987010">
        <w:br/>
      </w:r>
      <w:r w:rsidRPr="00987010">
        <w:br/>
        <w:t xml:space="preserve">The model training and testing were performed entirely on Google </w:t>
      </w:r>
      <w:proofErr w:type="spellStart"/>
      <w:r w:rsidRPr="00987010">
        <w:t>Colab</w:t>
      </w:r>
      <w:proofErr w:type="spellEnd"/>
      <w:r w:rsidRPr="00987010">
        <w:t>, which offers access to GPUs. Execution times remained reasonable throughout, and no significant performance bottlenecks were encountered. This suggests the system could be deployed on low power devices such as Raspberry Pi with some optimization.</w:t>
      </w:r>
      <w:r w:rsidRPr="00987010">
        <w:br/>
      </w:r>
      <w:r w:rsidRPr="00987010">
        <w:br/>
      </w:r>
      <w:r w:rsidRPr="007A1846">
        <w:rPr>
          <w:rStyle w:val="Heading2Char"/>
        </w:rPr>
        <w:t>Ethical and Accessibility Considerations</w:t>
      </w:r>
      <w:r w:rsidRPr="007A1846">
        <w:rPr>
          <w:rStyle w:val="Heading2Char"/>
        </w:rPr>
        <w:br/>
      </w:r>
      <w:r w:rsidRPr="00987010">
        <w:t>Privacy and data protection are critical in voice-controlled systems. While the current implementation processes data locally and does not store user voice data, deployment in real-world applications must include provisions for data encryption, user consent, and anonymization</w:t>
      </w:r>
      <w:sdt>
        <w:sdtPr>
          <w:rPr>
            <w:color w:val="000000"/>
          </w:rPr>
          <w:tag w:val="MENDELEY_CITATION_v3_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"/>
          <w:id w:val="566769266"/>
          <w:placeholder>
            <w:docPart w:val="DefaultPlaceholder_-1854013440"/>
          </w:placeholder>
        </w:sdtPr>
        <w:sdtEndPr/>
        <w:sdtContent>
          <w:r w:rsidR="00857E23" w:rsidRPr="00857E23">
            <w:rPr>
              <w:color w:val="000000"/>
            </w:rPr>
            <w:t>(Almutairi et al., 2022)</w:t>
          </w:r>
        </w:sdtContent>
      </w:sdt>
      <w:r w:rsidRPr="00987010">
        <w:t>.</w:t>
      </w:r>
      <w:r w:rsidRPr="00987010">
        <w:br/>
      </w:r>
      <w:r w:rsidRPr="00987010">
        <w:br/>
        <w:t>Furthermore, the system offers potential benefits to individuals with mobility impairments or visual challenges, where voice interfaces provide an alternative to physical switches or smartphone apps. However, support for different languages and dialects remains an open area for development to ensure global inclusivity.</w:t>
      </w:r>
      <w:r w:rsidRPr="00987010">
        <w:br/>
      </w:r>
      <w:r w:rsidRPr="00987010">
        <w:br/>
      </w:r>
      <w:r w:rsidRPr="007A1846">
        <w:rPr>
          <w:rStyle w:val="Heading2Char"/>
        </w:rPr>
        <w:t>Summary of Evaluation Findings</w:t>
      </w:r>
      <w:r w:rsidRPr="007A1846">
        <w:rPr>
          <w:rStyle w:val="Heading2Char"/>
        </w:rPr>
        <w:br/>
      </w:r>
      <w:r w:rsidRPr="00987010">
        <w:t>Overall, the Voice-Controlled Smart Lighting System prototype met the core objectives set out at the beginning of the project. The speech recognition model demonstrated high classification accuracy for the “on” and “off” commands. The preprocessing pipeline functioned reliably, and although physical integration with a smart bulb was not successful, the codebase is prepared for future deployment with minor revisions.</w:t>
      </w:r>
      <w:r w:rsidRPr="00987010">
        <w:br/>
      </w:r>
      <w:r w:rsidRPr="00987010">
        <w:br/>
        <w:t xml:space="preserve">The project highlights both the strengths and limitations of using machine learning for </w:t>
      </w:r>
      <w:r w:rsidRPr="00987010">
        <w:lastRenderedPageBreak/>
        <w:t>speech controlled IoT systems. It confirms that with well curated datasets and thoughtful design, even simple models can provide powerful functionality when focused on specific domains. The modular and extensible nature of the system ensures it can be scaled and adapted to support additional commands and hardware platforms.</w:t>
      </w:r>
      <w:r w:rsidRPr="00987010">
        <w:br/>
      </w:r>
      <w:r w:rsidRPr="00987010">
        <w:br/>
        <w:t>Moving forward, further development should focus on implementing a real time voice input interface, refining the model with a larger and more varied dataset, integrating a GUI for improved accessibility, and ensuring successful physical device control on a local execution environment. These additions will transform the current prototype into a deployable smart home application.</w:t>
      </w:r>
      <w:r w:rsidRPr="00987010">
        <w:br/>
      </w:r>
      <w:r w:rsidRPr="00987010">
        <w:br/>
      </w:r>
      <w:r w:rsidRPr="007A1846">
        <w:rPr>
          <w:rStyle w:val="Heading2Char"/>
        </w:rPr>
        <w:t>Conclusion of Evaluation</w:t>
      </w:r>
      <w:r w:rsidRPr="007A1846">
        <w:rPr>
          <w:rStyle w:val="Heading2Char"/>
        </w:rPr>
        <w:br/>
      </w:r>
      <w:r w:rsidRPr="00987010">
        <w:t>The evaluation of the Voice-Controlled Smart Lighting System serves as a comprehensive demonstration of how artificial intelligence, natural language processing, and IoT can come together to build a smart home solution. Through accurate command recognition, simulated control of lighting devices, and user-friendly operation, the project proves that intelligent home automation is both achievable and practical using open-source tools and datasets.</w:t>
      </w:r>
      <w:r w:rsidRPr="00987010">
        <w:br/>
      </w:r>
      <w:r w:rsidRPr="00987010">
        <w:br/>
        <w:t>Although the prototype encountered challenges in connecting to physical devices, the system’s overall design lays a strong foundation for future improvements. With careful refinement and continued testing, this framework has the potential to evolve into a robust, real-world solution that enhances accessibility and promotes smarter energy usage in modern households.</w:t>
      </w:r>
      <w:r w:rsidRPr="00987010">
        <w:br/>
      </w:r>
    </w:p>
    <w:p w14:paraId="3E649E0B" w14:textId="77777777" w:rsidR="00833A6B" w:rsidRDefault="002D7E1C" w:rsidP="002D7E1C">
      <w:r w:rsidRPr="00987010">
        <w:t xml:space="preserve">Furthermore, to assess the model’s scalability and generalizability, it is crucial to evaluate its adaptability across varying deployment scenarios. The speech recognition model was designed and tested within a controlled development environment using </w:t>
      </w:r>
      <w:r w:rsidR="00EA5B9C" w:rsidRPr="00987010">
        <w:t>pre-processed</w:t>
      </w:r>
      <w:r w:rsidRPr="00987010">
        <w:t xml:space="preserve"> data from a publicly available dataset. However, for practical deployment in diverse real-world environments, more robust evaluation strategies would be required. These would include real time testing in homes, under varying acoustic conditions, and across a wider demographic of users to understand the system's limitations in recognizing different accents, speaking speeds, and dialects.</w:t>
      </w:r>
      <w:r w:rsidRPr="00987010">
        <w:br/>
      </w:r>
    </w:p>
    <w:p w14:paraId="6ADB541B" w14:textId="350FE9E2" w:rsidR="002D7E1C" w:rsidRPr="00987010" w:rsidRDefault="002D7E1C" w:rsidP="002D7E1C">
      <w:r w:rsidRPr="00987010">
        <w:t>To emulate these conditions as closely as possible in the absence of real-world deployment, several synthetic variations were introduced during the preprocessing stage. Background noise from the dataset’s _</w:t>
      </w:r>
      <w:r w:rsidR="00EA5B9C" w:rsidRPr="00987010">
        <w:t>background noise</w:t>
      </w:r>
      <w:r w:rsidRPr="00987010">
        <w:t>_ folder was randomly added to a subset of training samples to mimic real environmental challenges. While this helped in training a noise resilient model, user testing with live speech inputs in various acoustic scenarios would provide more realistic feedback. Metrics such as speech recognition delay, false positives, and command misclassification rates could be better quantified in these dynamic settings.</w:t>
      </w:r>
      <w:r w:rsidRPr="00987010">
        <w:br/>
      </w:r>
      <w:r w:rsidRPr="00987010">
        <w:br/>
      </w:r>
      <w:r w:rsidRPr="00987010">
        <w:lastRenderedPageBreak/>
        <w:t xml:space="preserve">Additionally, it’s important to consider the latency between issuing a command and system response. While the current model operates with acceptable delay in the Google </w:t>
      </w:r>
      <w:proofErr w:type="spellStart"/>
      <w:r w:rsidRPr="00987010">
        <w:t>Colab</w:t>
      </w:r>
      <w:proofErr w:type="spellEnd"/>
      <w:r w:rsidRPr="00987010">
        <w:t xml:space="preserve"> environment, a complete end-to-end system that includes live voice input, on device processing, and IoT device response could introduce additional latency. Evaluation of latency should encompass the entire system pipeline from user command input to smart bulb activation using stopwatches or automated time measurement tools.</w:t>
      </w:r>
      <w:r w:rsidRPr="00987010">
        <w:br/>
      </w:r>
      <w:r w:rsidRPr="00987010">
        <w:br/>
        <w:t>The unsuccessful attempt to connect and operate a TP-Link Kasa smart bulb was a critical learning point. Although the system design anticipated integration with physical IoT devices using local IP control, the actual connection attempt failed due to compatibility or network configuration issues. This limited the evaluation to simulated results rather than real-world lighting control. Future iterations should include a comprehensive compatibility check and fallback options, such as simulated bulbs or APIs for better reliability in prototype demonstrations.</w:t>
      </w:r>
      <w:r w:rsidRPr="00987010">
        <w:br/>
      </w:r>
      <w:r w:rsidRPr="00987010">
        <w:br/>
        <w:t>User centric evaluation is another crucial area that was not fully addressed due to resource and ethical constraints. A formal usability test involving end users would ideally have been conducted to assess satisfaction, ease of use, and error rates. Survey tools and direct observation could provide valuable qualitative insights into how users perceive the system's reliability and usability. Although this was not performed in the current phase, it remains a recommended extension for validating the system’s practical utility.</w:t>
      </w:r>
      <w:r w:rsidRPr="00987010">
        <w:br/>
      </w:r>
      <w:r w:rsidRPr="00987010">
        <w:br/>
        <w:t xml:space="preserve">Model interpretability and transparency also play a vital role in evaluation. Understanding why the model makes certain decisions can help debug performance issues and improve trust among users. Tools such as confusion matrices were used to visualize prediction strengths and weaknesses, particularly in misclassifying commands that sound similar. </w:t>
      </w:r>
    </w:p>
    <w:p w14:paraId="7B368239" w14:textId="6A676056" w:rsidR="002D7E1C" w:rsidRPr="00987010" w:rsidRDefault="002D7E1C" w:rsidP="002D7E1C">
      <w:r w:rsidRPr="00987010">
        <w:br/>
        <w:t>In sum, this evaluation demonstrates that while the project has achieved promising results in terms of accuracy and system performance, there are multiple areas requiring further exploration. These include real-world testing, user validation, improved IoT integration, and latency optimization. With these refinements, the voice-controlled smart lighting system could transition from a successful prototype to a robust, deployable product in the smart home ecosystem.</w:t>
      </w:r>
    </w:p>
    <w:p w14:paraId="19BE8E28" w14:textId="3B693C09" w:rsidR="003B2325" w:rsidRPr="00987010" w:rsidRDefault="008F7840">
      <w:pPr>
        <w:pStyle w:val="Heading1"/>
      </w:pPr>
      <w:bookmarkStart w:id="54" w:name="_Toc197053620"/>
      <w:r>
        <w:t xml:space="preserve">CHAPTER </w:t>
      </w:r>
      <w:r w:rsidR="002555C6" w:rsidRPr="00987010">
        <w:t xml:space="preserve">7 </w:t>
      </w:r>
      <w:r w:rsidR="004C6E17">
        <w:t>CONCLUSION AND F</w:t>
      </w:r>
      <w:r w:rsidR="00861856">
        <w:t>UTURE WORK</w:t>
      </w:r>
      <w:bookmarkEnd w:id="54"/>
    </w:p>
    <w:p w14:paraId="4E1D0EFE" w14:textId="77777777" w:rsidR="00833A6B" w:rsidRDefault="00797A2A">
      <w:r w:rsidRPr="006400E6">
        <w:t>The development of the Voice-Controlled Smart Lighting System has demonstrated the practical integration of speech recognition, natural language processing (NLP), and Internet of Things (IoT) technologies in a home automation context. Throughout this project, significant attention was devoted to designing a solution that is both functional and accessible, targeting common user needs such as convenience, hands</w:t>
      </w:r>
      <w:r>
        <w:t xml:space="preserve"> </w:t>
      </w:r>
      <w:r w:rsidRPr="006400E6">
        <w:t>free interaction, and energy efficiency. By leveraging the Google Speech Commands Dataset and building the system within the Python</w:t>
      </w:r>
      <w:r>
        <w:t xml:space="preserve"> </w:t>
      </w:r>
      <w:r w:rsidRPr="006400E6">
        <w:t xml:space="preserve">based Google </w:t>
      </w:r>
      <w:proofErr w:type="spellStart"/>
      <w:r w:rsidRPr="006400E6">
        <w:t>Colab</w:t>
      </w:r>
      <w:proofErr w:type="spellEnd"/>
      <w:r w:rsidRPr="006400E6">
        <w:t xml:space="preserve"> environment, the project made use of open-</w:t>
      </w:r>
      <w:r w:rsidRPr="006400E6">
        <w:lastRenderedPageBreak/>
        <w:t>source tools to maintain cost</w:t>
      </w:r>
      <w:r>
        <w:t xml:space="preserve"> </w:t>
      </w:r>
      <w:r w:rsidRPr="006400E6">
        <w:t>effectiveness and reproducibility.</w:t>
      </w:r>
      <w:r w:rsidRPr="006400E6">
        <w:br/>
      </w:r>
      <w:r w:rsidRPr="006400E6">
        <w:br/>
        <w:t>The central goal of this project was to allow users to control smart light bulbs through voice commands</w:t>
      </w:r>
      <w:r>
        <w:t xml:space="preserve"> </w:t>
      </w:r>
      <w:r w:rsidRPr="006400E6">
        <w:t>specifically the “on” and “off” commands. This goal was successfully achieved through a modular architecture that preprocesses voice commands using Mel Frequency Cepstral Coefficients (MFCCs), trains a machine learning model for classification, and simulates device response based on the predicted command. The system reached a commendable level of accuracy (over 84%) during model evaluation, indicating a robust level of performance within the controlled experimental environment.</w:t>
      </w:r>
      <w:r w:rsidRPr="006400E6">
        <w:br/>
      </w:r>
      <w:r w:rsidRPr="006400E6">
        <w:br/>
        <w:t>One of the key strengths of this project was the successful preprocessing of audio data to extract meaningful features using MFCCs. The decision to use MFCCs provided consistent feature vectors, which were critical for training a reliable classifier. The preprocessing pipeline ensured normalization across varying audio lengths and reduced the impact of background noise. This was particularly important given the real-world diversity in voice recordings found in the dataset. The project also adopted early stopping and data balancing techniques to improve training efficiency and avoid overfitting.</w:t>
      </w:r>
      <w:r w:rsidRPr="006400E6">
        <w:br/>
      </w:r>
      <w:r w:rsidRPr="006400E6">
        <w:br/>
        <w:t xml:space="preserve">While the system worked reliably in a simulated environment, one of the significant limitations encountered during implementation was the attempted but unsuccessful integration with a physical smart bulb. Specifically, the project aimed to connect to a TP-Link Kasa smart bulb using its IP address over a shared Wi-Fi network. Despite following official API protocols and attempting local device discovery, persistent connection issues prevented the hardware from responding to voice commands through the code. It is likely that limitations such as router settings, firmware restrictions, or Google </w:t>
      </w:r>
      <w:proofErr w:type="spellStart"/>
      <w:r w:rsidRPr="006400E6">
        <w:t>Colab’s</w:t>
      </w:r>
      <w:proofErr w:type="spellEnd"/>
      <w:r w:rsidRPr="006400E6">
        <w:t xml:space="preserve"> inability to communicate with local networks contributed to this failure. Nevertheless, the software system was structured to support this functionality, and the code could be extended or migrated to local machines or Raspberry Pi devices in future work to enable full hardware integration.</w:t>
      </w:r>
      <w:r w:rsidRPr="006400E6">
        <w:br/>
      </w:r>
    </w:p>
    <w:p w14:paraId="46104318" w14:textId="77777777" w:rsidR="00833A6B" w:rsidRDefault="00833A6B"/>
    <w:p w14:paraId="62B91F51" w14:textId="77777777" w:rsidR="00833A6B" w:rsidRDefault="00833A6B"/>
    <w:p w14:paraId="2B4697A5" w14:textId="2F7273DD" w:rsidR="004B121D" w:rsidRDefault="00797A2A">
      <w:r w:rsidRPr="006400E6">
        <w:t>From a performance standpoint, the model was assessed using standard evaluation metrics including accuracy, confusion matrices, and validation loss monitoring. The achieved accuracy and low validation loss are indicators of strong generalizability on the selected classes. However, the system currently supports only two commands: “on” and “off.” Expanding the classification to include more nuanced lighting controls such as “dim,” “brighten,” or room</w:t>
      </w:r>
      <w:r>
        <w:t xml:space="preserve"> </w:t>
      </w:r>
      <w:r w:rsidRPr="006400E6">
        <w:t>specific commands (e.g., “turn on kitchen light”) will greatly enhance its practical applicability. This would involve multiclass classification and potentially hierarchical NLP</w:t>
      </w:r>
      <w:r>
        <w:t xml:space="preserve"> </w:t>
      </w:r>
      <w:r w:rsidRPr="006400E6">
        <w:t>based parsing of user intent.</w:t>
      </w:r>
      <w:r w:rsidRPr="006400E6">
        <w:br/>
      </w:r>
      <w:r w:rsidRPr="006400E6">
        <w:br/>
      </w:r>
      <w:r w:rsidRPr="006400E6">
        <w:lastRenderedPageBreak/>
        <w:t xml:space="preserve">Another limitation encountered was the relatively long training time, which can be attributed to the dataset size and the audio preprocessing steps. Although Google </w:t>
      </w:r>
      <w:proofErr w:type="spellStart"/>
      <w:r w:rsidRPr="006400E6">
        <w:t>Colab</w:t>
      </w:r>
      <w:proofErr w:type="spellEnd"/>
      <w:r w:rsidRPr="006400E6">
        <w:t xml:space="preserve"> offers free GPU resources, occasional session timeouts and limited storage access made experimentation slower than anticipated. For real</w:t>
      </w:r>
      <w:r>
        <w:t xml:space="preserve"> </w:t>
      </w:r>
      <w:r w:rsidRPr="006400E6">
        <w:t>time applications, transitioning from batch</w:t>
      </w:r>
      <w:r>
        <w:t xml:space="preserve"> </w:t>
      </w:r>
      <w:r w:rsidRPr="006400E6">
        <w:t>processed recognition to streaming voice input using lightweight models could improve responsiveness</w:t>
      </w:r>
      <w:r w:rsidR="15C6DB98">
        <w:t xml:space="preserve"> (</w:t>
      </w:r>
      <w:sdt>
        <w:sdtPr>
          <w:rPr>
            <w:color w:val="000000"/>
          </w:rPr>
          <w:tag w:val="MENDELEY_CITATION_v3_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"/>
          <w:id w:val="-1845006857"/>
          <w:placeholder>
            <w:docPart w:val="C5CB22B11CF14A60BAA2DB6AF207D4C2"/>
          </w:placeholder>
        </w:sdtPr>
        <w:sdtEndPr/>
        <w:sdtContent>
          <w:r w:rsidR="00857E23" w:rsidRPr="00857E23">
            <w:rPr>
              <w:color w:val="000000"/>
            </w:rPr>
            <w:t>Somesh et al., 2020)</w:t>
          </w:r>
        </w:sdtContent>
      </w:sdt>
      <w:r w:rsidRPr="006400E6">
        <w:t>. Integrating streaming capabilities would allow users to interact with the system naturally, without the need to record and upload voice samples for each command.</w:t>
      </w:r>
      <w:r w:rsidRPr="006400E6">
        <w:br/>
      </w:r>
      <w:r w:rsidRPr="006400E6">
        <w:br/>
        <w:t>Looking ahead, there are several avenues for future work. First and foremost, establishing a successful hardware connection with a smart bulb is a critical next step. This may involve using alternative platforms like Raspberry Pi, which supports direct local network interaction and can serve as a bridge between the voice recognition system and the smart device</w:t>
      </w:r>
      <w:r w:rsidR="04618ABC">
        <w:t xml:space="preserve"> (</w:t>
      </w:r>
      <w:proofErr w:type="spellStart"/>
      <w:sdt>
        <w:sdtPr>
          <w:rPr>
            <w:color w:val="000000"/>
          </w:rPr>
          <w:tag w:val="MENDELEY_CITATION_v3_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"/>
          <w:id w:val="-1942282412"/>
          <w:placeholder>
            <w:docPart w:val="C5CB22B11CF14A60BAA2DB6AF207D4C2"/>
          </w:placeholder>
        </w:sdtPr>
        <w:sdtEndPr/>
        <w:sdtContent>
          <w:r w:rsidR="00857E23" w:rsidRPr="00857E23">
            <w:rPr>
              <w:color w:val="000000"/>
            </w:rPr>
            <w:t>Sirinayake</w:t>
          </w:r>
          <w:proofErr w:type="spellEnd"/>
          <w:r w:rsidR="00857E23" w:rsidRPr="00857E23">
            <w:rPr>
              <w:color w:val="000000"/>
            </w:rPr>
            <w:t xml:space="preserve"> et al., 2021)</w:t>
          </w:r>
        </w:sdtContent>
      </w:sdt>
      <w:r w:rsidRPr="006400E6">
        <w:t>. The systems software is already modular enough to allow this extension with minimal refactoring.</w:t>
      </w:r>
      <w:r w:rsidRPr="006400E6">
        <w:br/>
      </w:r>
      <w:r w:rsidRPr="006400E6">
        <w:br/>
        <w:t>Secondly, incorporating real</w:t>
      </w:r>
      <w:r>
        <w:t xml:space="preserve"> </w:t>
      </w:r>
      <w:r w:rsidRPr="006400E6">
        <w:t>time feedback mechanisms could improve usability. A GUI or voice</w:t>
      </w:r>
      <w:r>
        <w:t>-based</w:t>
      </w:r>
      <w:r w:rsidRPr="006400E6">
        <w:t xml:space="preserve"> feedback system could confirm successful command recognition and execution, enhancing user confidence and system transparency</w:t>
      </w:r>
      <w:r w:rsidR="77F8B973">
        <w:t xml:space="preserve"> (</w:t>
      </w:r>
      <w:sdt>
        <w:sdtPr>
          <w:rPr>
            <w:color w:val="000000"/>
          </w:rPr>
          <w:tag w:val="MENDELEY_CITATION_v3_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"/>
          <w:id w:val="1460537810"/>
          <w:placeholder>
            <w:docPart w:val="C5CB22B11CF14A60BAA2DB6AF207D4C2"/>
          </w:placeholder>
        </w:sdtPr>
        <w:sdtEndPr/>
        <w:sdtContent>
          <w:r w:rsidR="00857E23" w:rsidRPr="00857E23">
            <w:rPr>
              <w:color w:val="000000"/>
            </w:rPr>
            <w:t>Wang et al., 2024)</w:t>
          </w:r>
        </w:sdtContent>
      </w:sdt>
      <w:r w:rsidRPr="006400E6">
        <w:t>. For example, the system could respond with “Light turned on” after a successful prediction and command dispatch. This would be particularly beneficial for users with accessibility needs who rely on audio cues for system interaction.</w:t>
      </w:r>
      <w:r w:rsidRPr="006400E6">
        <w:br/>
      </w:r>
      <w:r w:rsidRPr="006400E6">
        <w:br/>
        <w:t>Another area of improvement lies in personalization. In future iterations, the system could support user</w:t>
      </w:r>
      <w:r>
        <w:t xml:space="preserve"> </w:t>
      </w:r>
      <w:r w:rsidRPr="006400E6">
        <w:t>specific voice profiles, allowing better recognition accuracy through speaker adaptation. This would also enable user</w:t>
      </w:r>
      <w:r>
        <w:t xml:space="preserve"> </w:t>
      </w:r>
      <w:r w:rsidRPr="006400E6">
        <w:t>specific preferences, such as lighting modes or schedules, making the system more intelligent and responsive to individual routines.</w:t>
      </w:r>
      <w:r w:rsidRPr="006400E6">
        <w:br/>
      </w:r>
      <w:r w:rsidRPr="006400E6">
        <w:br/>
        <w:t>In addition, extending the language support to accommodate non</w:t>
      </w:r>
      <w:r>
        <w:t>-English</w:t>
      </w:r>
      <w:r w:rsidRPr="006400E6">
        <w:t xml:space="preserve"> speakers or regional accents could help broaden the systems applicability</w:t>
      </w:r>
      <w:r w:rsidR="23DB3A15">
        <w:t xml:space="preserve"> (</w:t>
      </w:r>
      <w:sdt>
        <w:sdtPr>
          <w:rPr>
            <w:color w:val="000000"/>
          </w:rPr>
          <w:tag w:val="MENDELEY_CITATION_v3_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"/>
          <w:id w:val="641165084"/>
          <w:placeholder>
            <w:docPart w:val="C5CB22B11CF14A60BAA2DB6AF207D4C2"/>
          </w:placeholder>
        </w:sdtPr>
        <w:sdtEndPr/>
        <w:sdtContent>
          <w:r w:rsidR="00857E23" w:rsidRPr="00857E23">
            <w:rPr>
              <w:rFonts w:eastAsia="Times New Roman"/>
              <w:color w:val="000000"/>
            </w:rPr>
            <w:t>Graham &amp; Roll, 2024)</w:t>
          </w:r>
        </w:sdtContent>
      </w:sdt>
      <w:r w:rsidRPr="006400E6">
        <w:t>. This would require multilingual datasets and potentially different preprocessing pipelines to accommodate phonetic differences. Training the model with multilingual corpora would make the system more inclusive and globally adaptable.</w:t>
      </w:r>
      <w:r w:rsidRPr="006400E6">
        <w:br/>
      </w:r>
      <w:r w:rsidRPr="006400E6">
        <w:br/>
        <w:t>Security and privacy are other important aspects to address in future versions. Since voice-controlled systems inherently deal with personal data, it is vital to ensure that audio samples and command logs are handled securely. On</w:t>
      </w:r>
      <w:r>
        <w:t xml:space="preserve"> </w:t>
      </w:r>
      <w:r w:rsidRPr="006400E6">
        <w:t>device processing, end-to-end encryption, and user authentication protocols can help mitigate risks and protect user privacy.</w:t>
      </w:r>
      <w:r w:rsidRPr="006400E6">
        <w:br/>
      </w:r>
      <w:r w:rsidRPr="006400E6">
        <w:br/>
        <w:t xml:space="preserve">Moreover, the potential of integrating the system with broader smart home ecosystems (e.g., Amazon Alexa, Google Home, Apple HomeKit) could be explored. While the current system functions independently, adding interoperability features would allow users to </w:t>
      </w:r>
      <w:r w:rsidRPr="006400E6">
        <w:lastRenderedPageBreak/>
        <w:t>incorporate the lighting system into existing smart home configurations, thereby expanding its functionality.</w:t>
      </w:r>
      <w:r w:rsidRPr="006400E6">
        <w:br/>
      </w:r>
      <w:r w:rsidRPr="006400E6">
        <w:br/>
        <w:t xml:space="preserve">Finally, the system can be enhanced with energy usage monitoring features. Smart bulbs often report energy consumption statistics, which can be analysed over time to provide insights to the user. </w:t>
      </w:r>
      <w:r w:rsidRPr="006400E6">
        <w:br/>
      </w:r>
      <w:r w:rsidRPr="006400E6">
        <w:br/>
        <w:t>In conclusion, the Voice-Controlled Smart Lighting System developed in this project serves as a compelling prototype that demonstrates the viability of speech</w:t>
      </w:r>
      <w:r>
        <w:t>-based</w:t>
      </w:r>
      <w:r w:rsidRPr="006400E6">
        <w:t xml:space="preserve"> interaction for smart home control. While some hardware and scalability limitations remain, the software framework is sound, flexible, and extensible. With additional development and testing, this system has the potential to evolve into a full</w:t>
      </w:r>
      <w:r>
        <w:t>-</w:t>
      </w:r>
      <w:r w:rsidRPr="006400E6">
        <w:t>fledged, real</w:t>
      </w:r>
      <w:r>
        <w:t>-time</w:t>
      </w:r>
      <w:r w:rsidRPr="006400E6">
        <w:t xml:space="preserve"> voice-controlled lighting solution. The project contributes to the growing body of work in voice</w:t>
      </w:r>
      <w:r>
        <w:t xml:space="preserve"> </w:t>
      </w:r>
      <w:r w:rsidRPr="006400E6">
        <w:t>activated IoT applications and lays the groundwork for future innovations in personalized, accessible, and sustainable smart home environments.</w:t>
      </w:r>
    </w:p>
    <w:p w14:paraId="2E844D9D" w14:textId="77777777" w:rsidR="00833A6B" w:rsidRDefault="00833A6B"/>
    <w:p w14:paraId="03533891" w14:textId="77777777" w:rsidR="00833A6B" w:rsidRDefault="00833A6B"/>
    <w:p w14:paraId="2C31CB03" w14:textId="77777777" w:rsidR="00833A6B" w:rsidRDefault="00833A6B"/>
    <w:p w14:paraId="487BCDC1" w14:textId="0A144FCD" w:rsidR="00833A6B" w:rsidRDefault="00833A6B"/>
    <w:p w14:paraId="610D05CE" w14:textId="77777777" w:rsidR="00833A6B" w:rsidRDefault="00833A6B"/>
    <w:p w14:paraId="2A7A95F9" w14:textId="77777777" w:rsidR="00833A6B" w:rsidRDefault="00833A6B"/>
    <w:p w14:paraId="2DE22A3A" w14:textId="77777777" w:rsidR="00833A6B" w:rsidRDefault="00833A6B"/>
    <w:p w14:paraId="67395A6D" w14:textId="77777777" w:rsidR="00833A6B" w:rsidRDefault="00833A6B"/>
    <w:p w14:paraId="0DA5A1B6" w14:textId="77777777" w:rsidR="00833A6B" w:rsidRDefault="00833A6B"/>
    <w:p w14:paraId="2EA909F7" w14:textId="77777777" w:rsidR="000B32A7" w:rsidRDefault="000B32A7"/>
    <w:p w14:paraId="5551CF7F" w14:textId="77777777" w:rsidR="000B32A7" w:rsidRDefault="000B32A7"/>
    <w:p w14:paraId="50C07A75" w14:textId="77777777" w:rsidR="000B32A7" w:rsidRDefault="000B32A7"/>
    <w:p w14:paraId="323CF0B3" w14:textId="77777777" w:rsidR="000B32A7" w:rsidRDefault="000B32A7"/>
    <w:p w14:paraId="7F3F2689" w14:textId="77777777" w:rsidR="000B32A7" w:rsidRDefault="000B32A7"/>
    <w:p w14:paraId="542DA980" w14:textId="77777777" w:rsidR="000B32A7" w:rsidRDefault="000B32A7"/>
    <w:p w14:paraId="3F8592D7" w14:textId="0EF1610D" w:rsidR="00833A6B" w:rsidRDefault="00466AB2" w:rsidP="004D7983">
      <w:pPr>
        <w:pStyle w:val="Heading1"/>
      </w:pPr>
      <w:bookmarkStart w:id="55" w:name="_Toc197053621"/>
      <w:r>
        <w:lastRenderedPageBreak/>
        <w:t>REFERENCE LIST</w:t>
      </w:r>
      <w:bookmarkEnd w:id="55"/>
    </w:p>
    <w:sdt>
      <w:sdtPr>
        <w:rPr>
          <w:color w:val="000000"/>
        </w:rPr>
        <w:tag w:val="MENDELEY_BIBLIOGRAPHY"/>
        <w:id w:val="600847571"/>
        <w:placeholder>
          <w:docPart w:val="C5CB22B11CF14A60BAA2DB6AF207D4C2"/>
        </w:placeholder>
      </w:sdtPr>
      <w:sdtEndPr>
        <w:rPr>
          <w:color w:val="000000" w:themeColor="text1"/>
        </w:rPr>
      </w:sdtEndPr>
      <w:sdtContent>
        <w:p w14:paraId="25201598" w14:textId="77777777" w:rsidR="007B71FF" w:rsidRDefault="007B71FF">
          <w:pPr>
            <w:autoSpaceDE w:val="0"/>
            <w:autoSpaceDN w:val="0"/>
            <w:ind w:left="480" w:hanging="480"/>
            <w:divId w:val="625745974"/>
            <w:rPr>
              <w:rFonts w:eastAsia="Times New Roman"/>
              <w:sz w:val="24"/>
              <w:szCs w:val="24"/>
            </w:rPr>
          </w:pPr>
          <w:r>
            <w:rPr>
              <w:rFonts w:eastAsia="Times New Roman"/>
            </w:rPr>
            <w:t xml:space="preserve">Abdul, Z.K. &amp; Al-Talabani, A.K. (2022). Mel Frequency Cepstral Coefficient and its Applications: A Review. </w:t>
          </w:r>
          <w:r>
            <w:rPr>
              <w:rFonts w:eastAsia="Times New Roman"/>
              <w:i/>
              <w:iCs/>
            </w:rPr>
            <w:t>IEEE Access</w:t>
          </w:r>
          <w:r>
            <w:rPr>
              <w:rFonts w:eastAsia="Times New Roman"/>
            </w:rPr>
            <w:t xml:space="preserve">. 10 </w:t>
          </w:r>
          <w:proofErr w:type="spellStart"/>
          <w:r>
            <w:rPr>
              <w:rFonts w:eastAsia="Times New Roman"/>
            </w:rPr>
            <w:t>p.pp</w:t>
          </w:r>
          <w:proofErr w:type="spellEnd"/>
          <w:r>
            <w:rPr>
              <w:rFonts w:eastAsia="Times New Roman"/>
            </w:rPr>
            <w:t>. 122136–122158.</w:t>
          </w:r>
        </w:p>
        <w:p w14:paraId="5AE92249" w14:textId="77777777" w:rsidR="007B71FF" w:rsidRDefault="007B71FF">
          <w:pPr>
            <w:autoSpaceDE w:val="0"/>
            <w:autoSpaceDN w:val="0"/>
            <w:ind w:left="480" w:hanging="480"/>
            <w:divId w:val="1899170831"/>
            <w:rPr>
              <w:rFonts w:eastAsia="Times New Roman"/>
            </w:rPr>
          </w:pPr>
          <w:proofErr w:type="spellStart"/>
          <w:r>
            <w:rPr>
              <w:rFonts w:eastAsia="Times New Roman"/>
            </w:rPr>
            <w:t>Alajlan</w:t>
          </w:r>
          <w:proofErr w:type="spellEnd"/>
          <w:r>
            <w:rPr>
              <w:rFonts w:eastAsia="Times New Roman"/>
            </w:rPr>
            <w:t xml:space="preserve">, N.N. &amp; Ibrahim, D.M. (2022). </w:t>
          </w:r>
          <w:proofErr w:type="spellStart"/>
          <w:r>
            <w:rPr>
              <w:rFonts w:eastAsia="Times New Roman"/>
            </w:rPr>
            <w:t>TinyML</w:t>
          </w:r>
          <w:proofErr w:type="spellEnd"/>
          <w:r>
            <w:rPr>
              <w:rFonts w:eastAsia="Times New Roman"/>
            </w:rPr>
            <w:t xml:space="preserve">: Enabling of Inference Deep Learning Models on Ultra-Low-Power IoT Edge Devices for AI Applications. </w:t>
          </w:r>
          <w:r>
            <w:rPr>
              <w:rFonts w:eastAsia="Times New Roman"/>
              <w:i/>
              <w:iCs/>
            </w:rPr>
            <w:t>Micromachines</w:t>
          </w:r>
          <w:r>
            <w:rPr>
              <w:rFonts w:eastAsia="Times New Roman"/>
            </w:rPr>
            <w:t>. 13 (6).</w:t>
          </w:r>
        </w:p>
        <w:p w14:paraId="3CD541F5" w14:textId="77777777" w:rsidR="007B71FF" w:rsidRDefault="007B71FF">
          <w:pPr>
            <w:autoSpaceDE w:val="0"/>
            <w:autoSpaceDN w:val="0"/>
            <w:ind w:left="480" w:hanging="480"/>
            <w:divId w:val="59906815"/>
            <w:rPr>
              <w:rFonts w:eastAsia="Times New Roman"/>
            </w:rPr>
          </w:pPr>
          <w:r>
            <w:rPr>
              <w:rFonts w:eastAsia="Times New Roman"/>
            </w:rPr>
            <w:t xml:space="preserve">Almutairi, M., </w:t>
          </w:r>
          <w:proofErr w:type="spellStart"/>
          <w:r>
            <w:rPr>
              <w:rFonts w:eastAsia="Times New Roman"/>
            </w:rPr>
            <w:t>Gabralla</w:t>
          </w:r>
          <w:proofErr w:type="spellEnd"/>
          <w:r>
            <w:rPr>
              <w:rFonts w:eastAsia="Times New Roman"/>
            </w:rPr>
            <w:t xml:space="preserve">, L.A., Abubakar, S. &amp; </w:t>
          </w:r>
          <w:proofErr w:type="spellStart"/>
          <w:r>
            <w:rPr>
              <w:rFonts w:eastAsia="Times New Roman"/>
            </w:rPr>
            <w:t>Chiroma</w:t>
          </w:r>
          <w:proofErr w:type="spellEnd"/>
          <w:r>
            <w:rPr>
              <w:rFonts w:eastAsia="Times New Roman"/>
            </w:rPr>
            <w:t xml:space="preserve">, H. (2022). Detecting Elderly </w:t>
          </w:r>
          <w:proofErr w:type="spellStart"/>
          <w:r>
            <w:rPr>
              <w:rFonts w:eastAsia="Times New Roman"/>
            </w:rPr>
            <w:t>Behaviors</w:t>
          </w:r>
          <w:proofErr w:type="spellEnd"/>
          <w:r>
            <w:rPr>
              <w:rFonts w:eastAsia="Times New Roman"/>
            </w:rPr>
            <w:t xml:space="preserve"> Based on Deep Learning for Healthcare: Recent Advances, Methods, Real-World Applications and Challenges. </w:t>
          </w:r>
          <w:r>
            <w:rPr>
              <w:rFonts w:eastAsia="Times New Roman"/>
              <w:i/>
              <w:iCs/>
            </w:rPr>
            <w:t>IEEE Access</w:t>
          </w:r>
          <w:r>
            <w:rPr>
              <w:rFonts w:eastAsia="Times New Roman"/>
            </w:rPr>
            <w:t xml:space="preserve">. 10. </w:t>
          </w:r>
          <w:proofErr w:type="spellStart"/>
          <w:r>
            <w:rPr>
              <w:rFonts w:eastAsia="Times New Roman"/>
            </w:rPr>
            <w:t>p.pp</w:t>
          </w:r>
          <w:proofErr w:type="spellEnd"/>
          <w:r>
            <w:rPr>
              <w:rFonts w:eastAsia="Times New Roman"/>
            </w:rPr>
            <w:t>. 69802–69821.</w:t>
          </w:r>
        </w:p>
        <w:p w14:paraId="5C501C02" w14:textId="77777777" w:rsidR="007B71FF" w:rsidRDefault="007B71FF">
          <w:pPr>
            <w:autoSpaceDE w:val="0"/>
            <w:autoSpaceDN w:val="0"/>
            <w:ind w:left="480" w:hanging="480"/>
            <w:divId w:val="1156458494"/>
            <w:rPr>
              <w:rFonts w:eastAsia="Times New Roman"/>
            </w:rPr>
          </w:pPr>
          <w:r>
            <w:rPr>
              <w:rFonts w:eastAsia="Times New Roman"/>
            </w:rPr>
            <w:t xml:space="preserve">Amoran, A.E., Oluwole, A.S., </w:t>
          </w:r>
          <w:proofErr w:type="spellStart"/>
          <w:r>
            <w:rPr>
              <w:rFonts w:eastAsia="Times New Roman"/>
            </w:rPr>
            <w:t>Fagorola</w:t>
          </w:r>
          <w:proofErr w:type="spellEnd"/>
          <w:r>
            <w:rPr>
              <w:rFonts w:eastAsia="Times New Roman"/>
            </w:rPr>
            <w:t xml:space="preserve">, E.O. &amp; </w:t>
          </w:r>
          <w:proofErr w:type="spellStart"/>
          <w:r>
            <w:rPr>
              <w:rFonts w:eastAsia="Times New Roman"/>
            </w:rPr>
            <w:t>Diarah</w:t>
          </w:r>
          <w:proofErr w:type="spellEnd"/>
          <w:r>
            <w:rPr>
              <w:rFonts w:eastAsia="Times New Roman"/>
            </w:rPr>
            <w:t xml:space="preserve">, R.S. (2021). Home automated system using Bluetooth and an android application. </w:t>
          </w:r>
          <w:r>
            <w:rPr>
              <w:rFonts w:eastAsia="Times New Roman"/>
              <w:i/>
              <w:iCs/>
            </w:rPr>
            <w:t>Scientific African</w:t>
          </w:r>
          <w:r>
            <w:rPr>
              <w:rFonts w:eastAsia="Times New Roman"/>
            </w:rPr>
            <w:t>. 11.</w:t>
          </w:r>
        </w:p>
        <w:p w14:paraId="084F67ED" w14:textId="77777777" w:rsidR="007B71FF" w:rsidRDefault="007B71FF">
          <w:pPr>
            <w:autoSpaceDE w:val="0"/>
            <w:autoSpaceDN w:val="0"/>
            <w:ind w:left="480" w:hanging="480"/>
            <w:divId w:val="284654592"/>
            <w:rPr>
              <w:rFonts w:eastAsia="Times New Roman"/>
            </w:rPr>
          </w:pPr>
          <w:r>
            <w:rPr>
              <w:rFonts w:eastAsia="Times New Roman"/>
            </w:rPr>
            <w:t xml:space="preserve">Bhukya, R.K. &amp; Raj, A. (2022). Automatic Speaker Verification Spoof Detection and Countermeasures Using Gaussian Mixture Model. In: </w:t>
          </w:r>
          <w:r>
            <w:rPr>
              <w:rFonts w:eastAsia="Times New Roman"/>
              <w:i/>
              <w:iCs/>
            </w:rPr>
            <w:t>9th IEEE Uttar Pradesh Section International Conference on Electrical, Electronics and Computer Engineering, UPCON 2022</w:t>
          </w:r>
          <w:r>
            <w:rPr>
              <w:rFonts w:eastAsia="Times New Roman"/>
            </w:rPr>
            <w:t>. 2022, Institute of Electrical and Electronics Engineers Inc.</w:t>
          </w:r>
        </w:p>
        <w:p w14:paraId="6952917D" w14:textId="77777777" w:rsidR="007B71FF" w:rsidRDefault="007B71FF">
          <w:pPr>
            <w:autoSpaceDE w:val="0"/>
            <w:autoSpaceDN w:val="0"/>
            <w:ind w:left="480" w:hanging="480"/>
            <w:divId w:val="1548907400"/>
            <w:rPr>
              <w:rFonts w:eastAsia="Times New Roman"/>
            </w:rPr>
          </w:pPr>
          <w:r>
            <w:rPr>
              <w:rFonts w:eastAsia="Times New Roman"/>
            </w:rPr>
            <w:t xml:space="preserve">Chang, H.J., Yang, S.W. &amp; Lee, H.Y. (2022). DISTILHUBERT: SPEECH REPRESENTATION LEARNING BY LAYER-WISE DISTILLATION OF HIDDEN-UNIT BERT. In: </w:t>
          </w:r>
          <w:r>
            <w:rPr>
              <w:rFonts w:eastAsia="Times New Roman"/>
              <w:i/>
              <w:iCs/>
            </w:rPr>
            <w:t>ICASSP, IEEE International Conference on Acoustics, Speech and Signal Processing - Proceedings</w:t>
          </w:r>
          <w:r>
            <w:rPr>
              <w:rFonts w:eastAsia="Times New Roman"/>
            </w:rPr>
            <w:t>. 2022, Institute of Electrical and Electronics Engineers Inc., pp. 7087–7091.</w:t>
          </w:r>
        </w:p>
        <w:p w14:paraId="1FA45090" w14:textId="77777777" w:rsidR="007B71FF" w:rsidRDefault="007B71FF">
          <w:pPr>
            <w:autoSpaceDE w:val="0"/>
            <w:autoSpaceDN w:val="0"/>
            <w:ind w:left="480" w:hanging="480"/>
            <w:divId w:val="179324218"/>
            <w:rPr>
              <w:rFonts w:eastAsia="Times New Roman"/>
            </w:rPr>
          </w:pPr>
          <w:r>
            <w:rPr>
              <w:rFonts w:eastAsia="Times New Roman"/>
            </w:rPr>
            <w:t xml:space="preserve">Chen, Z., </w:t>
          </w:r>
          <w:proofErr w:type="spellStart"/>
          <w:r>
            <w:rPr>
              <w:rFonts w:eastAsia="Times New Roman"/>
            </w:rPr>
            <w:t>Sivaparthipan</w:t>
          </w:r>
          <w:proofErr w:type="spellEnd"/>
          <w:r>
            <w:rPr>
              <w:rFonts w:eastAsia="Times New Roman"/>
            </w:rPr>
            <w:t xml:space="preserve">, C.B. &amp; Muthu, B.A. (2022). IoT based smart and intelligent smart city energy optimization. </w:t>
          </w:r>
          <w:r>
            <w:rPr>
              <w:rFonts w:eastAsia="Times New Roman"/>
              <w:i/>
              <w:iCs/>
            </w:rPr>
            <w:t>Sustainable Energy Technologies and Assessments</w:t>
          </w:r>
          <w:r>
            <w:rPr>
              <w:rFonts w:eastAsia="Times New Roman"/>
            </w:rPr>
            <w:t>. 49. p.p. 101724. Available from: [Accessed: 4 November 2024].</w:t>
          </w:r>
        </w:p>
        <w:p w14:paraId="7DB36A38" w14:textId="77777777" w:rsidR="007B71FF" w:rsidRDefault="007B71FF">
          <w:pPr>
            <w:autoSpaceDE w:val="0"/>
            <w:autoSpaceDN w:val="0"/>
            <w:ind w:left="480" w:hanging="480"/>
            <w:divId w:val="299312095"/>
            <w:rPr>
              <w:rFonts w:eastAsia="Times New Roman"/>
            </w:rPr>
          </w:pPr>
          <w:r>
            <w:rPr>
              <w:rFonts w:eastAsia="Times New Roman"/>
            </w:rPr>
            <w:t xml:space="preserve">Chhetri, C. &amp; Genaro Motti, V. (2022). User-Centric Privacy Controls for Smart Homes. </w:t>
          </w:r>
          <w:r>
            <w:rPr>
              <w:rFonts w:eastAsia="Times New Roman"/>
              <w:i/>
              <w:iCs/>
            </w:rPr>
            <w:t>Proceedings of the ACM on Human-Computer Interaction</w:t>
          </w:r>
          <w:r>
            <w:rPr>
              <w:rFonts w:eastAsia="Times New Roman"/>
            </w:rPr>
            <w:t>. 6 (2 CSCW).</w:t>
          </w:r>
        </w:p>
        <w:p w14:paraId="66FED23D" w14:textId="77777777" w:rsidR="007B71FF" w:rsidRDefault="007B71FF">
          <w:pPr>
            <w:autoSpaceDE w:val="0"/>
            <w:autoSpaceDN w:val="0"/>
            <w:ind w:left="480" w:hanging="480"/>
            <w:divId w:val="1806579528"/>
            <w:rPr>
              <w:rFonts w:eastAsia="Times New Roman"/>
            </w:rPr>
          </w:pPr>
          <w:proofErr w:type="spellStart"/>
          <w:r>
            <w:rPr>
              <w:rFonts w:eastAsia="Times New Roman"/>
            </w:rPr>
            <w:t>Chumuang</w:t>
          </w:r>
          <w:proofErr w:type="spellEnd"/>
          <w:r>
            <w:rPr>
              <w:rFonts w:eastAsia="Times New Roman"/>
            </w:rPr>
            <w:t xml:space="preserve">, N., Ganokratanaa, T., </w:t>
          </w:r>
          <w:proofErr w:type="spellStart"/>
          <w:r>
            <w:rPr>
              <w:rFonts w:eastAsia="Times New Roman"/>
            </w:rPr>
            <w:t>Pramkeaw</w:t>
          </w:r>
          <w:proofErr w:type="spellEnd"/>
          <w:r>
            <w:rPr>
              <w:rFonts w:eastAsia="Times New Roman"/>
            </w:rPr>
            <w:t xml:space="preserve">, P., Ketcham, M., </w:t>
          </w:r>
          <w:proofErr w:type="spellStart"/>
          <w:r>
            <w:rPr>
              <w:rFonts w:eastAsia="Times New Roman"/>
            </w:rPr>
            <w:t>Chomchaiya</w:t>
          </w:r>
          <w:proofErr w:type="spellEnd"/>
          <w:r>
            <w:rPr>
              <w:rFonts w:eastAsia="Times New Roman"/>
            </w:rPr>
            <w:t xml:space="preserve">, S. &amp; </w:t>
          </w:r>
          <w:proofErr w:type="spellStart"/>
          <w:r>
            <w:rPr>
              <w:rFonts w:eastAsia="Times New Roman"/>
            </w:rPr>
            <w:t>Yimyam</w:t>
          </w:r>
          <w:proofErr w:type="spellEnd"/>
          <w:r>
            <w:rPr>
              <w:rFonts w:eastAsia="Times New Roman"/>
            </w:rPr>
            <w:t xml:space="preserve">, W. (2024). Voice-Activated Assistance for the Elderly: Integrating Speech Recognition and IoT. In: </w:t>
          </w:r>
          <w:r>
            <w:rPr>
              <w:rFonts w:eastAsia="Times New Roman"/>
              <w:i/>
              <w:iCs/>
            </w:rPr>
            <w:t>Digest of Technical Papers - IEEE International Conference on Consumer Electronics</w:t>
          </w:r>
          <w:r>
            <w:rPr>
              <w:rFonts w:eastAsia="Times New Roman"/>
            </w:rPr>
            <w:t>. 2024, Institute of Electrical and Electronics Engineers Inc.</w:t>
          </w:r>
        </w:p>
        <w:p w14:paraId="58D45D94" w14:textId="77777777" w:rsidR="007B71FF" w:rsidRDefault="007B71FF">
          <w:pPr>
            <w:autoSpaceDE w:val="0"/>
            <w:autoSpaceDN w:val="0"/>
            <w:ind w:left="480" w:hanging="480"/>
            <w:divId w:val="1141655923"/>
            <w:rPr>
              <w:rFonts w:eastAsia="Times New Roman"/>
            </w:rPr>
          </w:pPr>
          <w:r>
            <w:rPr>
              <w:rFonts w:eastAsia="Times New Roman"/>
            </w:rPr>
            <w:t xml:space="preserve">Fathullah, Y., Wu, C., </w:t>
          </w:r>
          <w:proofErr w:type="spellStart"/>
          <w:r>
            <w:rPr>
              <w:rFonts w:eastAsia="Times New Roman"/>
            </w:rPr>
            <w:t>Lakomkin</w:t>
          </w:r>
          <w:proofErr w:type="spellEnd"/>
          <w:r>
            <w:rPr>
              <w:rFonts w:eastAsia="Times New Roman"/>
            </w:rPr>
            <w:t xml:space="preserve">, E., Jia, J., Shangguan, Y., Li, K., Guo, J., Xiong, W., Mahadeokar, J., </w:t>
          </w:r>
          <w:proofErr w:type="spellStart"/>
          <w:r>
            <w:rPr>
              <w:rFonts w:eastAsia="Times New Roman"/>
            </w:rPr>
            <w:t>Kalinli</w:t>
          </w:r>
          <w:proofErr w:type="spellEnd"/>
          <w:r>
            <w:rPr>
              <w:rFonts w:eastAsia="Times New Roman"/>
            </w:rPr>
            <w:t xml:space="preserve">, O., </w:t>
          </w:r>
          <w:proofErr w:type="spellStart"/>
          <w:r>
            <w:rPr>
              <w:rFonts w:eastAsia="Times New Roman"/>
            </w:rPr>
            <w:t>Fuegen</w:t>
          </w:r>
          <w:proofErr w:type="spellEnd"/>
          <w:r>
            <w:rPr>
              <w:rFonts w:eastAsia="Times New Roman"/>
            </w:rPr>
            <w:t xml:space="preserve">, C. &amp; Seltzer, M. (2024). </w:t>
          </w:r>
          <w:r>
            <w:rPr>
              <w:rFonts w:eastAsia="Times New Roman"/>
              <w:i/>
              <w:iCs/>
            </w:rPr>
            <w:t>Prompting Large Language Models with Speech Recognition Abilities</w:t>
          </w:r>
          <w:r>
            <w:rPr>
              <w:rFonts w:eastAsia="Times New Roman"/>
            </w:rPr>
            <w:t>. In: 18 March 2024, Institute of Electrical and Electronics Engineers (IEEE), pp. 13351–13355.</w:t>
          </w:r>
        </w:p>
        <w:p w14:paraId="6616D46D" w14:textId="77777777" w:rsidR="007B71FF" w:rsidRDefault="007B71FF">
          <w:pPr>
            <w:autoSpaceDE w:val="0"/>
            <w:autoSpaceDN w:val="0"/>
            <w:ind w:left="480" w:hanging="480"/>
            <w:divId w:val="691959629"/>
            <w:rPr>
              <w:rFonts w:eastAsia="Times New Roman"/>
            </w:rPr>
          </w:pPr>
          <w:r>
            <w:rPr>
              <w:rFonts w:eastAsia="Times New Roman"/>
            </w:rPr>
            <w:lastRenderedPageBreak/>
            <w:t xml:space="preserve">Franke, L., Liang, H., Brantly, A., Davis, J.C. &amp; Brown, C. (2024). A First Look at the General Data Protection Regulation (GDPR) in Open-Source Software. In: </w:t>
          </w:r>
          <w:r>
            <w:rPr>
              <w:rFonts w:eastAsia="Times New Roman"/>
              <w:i/>
              <w:iCs/>
            </w:rPr>
            <w:t>Proceedings - International Conference on Software Engineering</w:t>
          </w:r>
          <w:r>
            <w:rPr>
              <w:rFonts w:eastAsia="Times New Roman"/>
            </w:rPr>
            <w:t>. 14 April 2024, IEEE Computer Society, pp. 268–269.</w:t>
          </w:r>
        </w:p>
        <w:p w14:paraId="14E03563" w14:textId="77777777" w:rsidR="007B71FF" w:rsidRDefault="007B71FF">
          <w:pPr>
            <w:autoSpaceDE w:val="0"/>
            <w:autoSpaceDN w:val="0"/>
            <w:ind w:left="480" w:hanging="480"/>
            <w:divId w:val="606930482"/>
            <w:rPr>
              <w:rFonts w:eastAsia="Times New Roman"/>
            </w:rPr>
          </w:pPr>
          <w:r>
            <w:rPr>
              <w:rFonts w:eastAsia="Times New Roman"/>
            </w:rPr>
            <w:t xml:space="preserve">Gayathri, P., Stalin, A. &amp; Anand, S. (2022). Intelligent Smart Home Security System: A Deep Learning Approach. In: </w:t>
          </w:r>
          <w:r>
            <w:rPr>
              <w:rFonts w:eastAsia="Times New Roman"/>
              <w:i/>
              <w:iCs/>
            </w:rPr>
            <w:t>IEEE Region 10 Humanitarian Technology Conference, R10-HTC</w:t>
          </w:r>
          <w:r>
            <w:rPr>
              <w:rFonts w:eastAsia="Times New Roman"/>
            </w:rPr>
            <w:t>. 2022, Institute of Electrical and Electronics Engineers Inc., pp. 438–444.</w:t>
          </w:r>
        </w:p>
        <w:p w14:paraId="786CDDFE" w14:textId="77777777" w:rsidR="007B71FF" w:rsidRDefault="007B71FF">
          <w:pPr>
            <w:autoSpaceDE w:val="0"/>
            <w:autoSpaceDN w:val="0"/>
            <w:ind w:left="480" w:hanging="480"/>
            <w:divId w:val="1008606637"/>
            <w:rPr>
              <w:rFonts w:eastAsia="Times New Roman"/>
            </w:rPr>
          </w:pPr>
          <w:r>
            <w:rPr>
              <w:rFonts w:eastAsia="Times New Roman"/>
            </w:rPr>
            <w:t xml:space="preserve">Graham, C. &amp; Roll, N. (2024). Evaluating OpenAI’s Whisper ASR: Performance analysis across diverse accents and speaker traits. </w:t>
          </w:r>
          <w:r>
            <w:rPr>
              <w:rFonts w:eastAsia="Times New Roman"/>
              <w:i/>
              <w:iCs/>
            </w:rPr>
            <w:t>JASA Express Letters</w:t>
          </w:r>
          <w:r>
            <w:rPr>
              <w:rFonts w:eastAsia="Times New Roman"/>
            </w:rPr>
            <w:t>. 4 (2).</w:t>
          </w:r>
        </w:p>
        <w:p w14:paraId="038D60F9" w14:textId="77777777" w:rsidR="007B71FF" w:rsidRDefault="007B71FF">
          <w:pPr>
            <w:autoSpaceDE w:val="0"/>
            <w:autoSpaceDN w:val="0"/>
            <w:ind w:left="480" w:hanging="480"/>
            <w:divId w:val="1294368088"/>
            <w:rPr>
              <w:rFonts w:eastAsia="Times New Roman"/>
            </w:rPr>
          </w:pPr>
          <w:proofErr w:type="spellStart"/>
          <w:r>
            <w:rPr>
              <w:rFonts w:eastAsia="Times New Roman"/>
            </w:rPr>
            <w:t>Heitkaemper</w:t>
          </w:r>
          <w:proofErr w:type="spellEnd"/>
          <w:r>
            <w:rPr>
              <w:rFonts w:eastAsia="Times New Roman"/>
            </w:rPr>
            <w:t xml:space="preserve">, J., Narayanan, A., </w:t>
          </w:r>
          <w:proofErr w:type="spellStart"/>
          <w:r>
            <w:rPr>
              <w:rFonts w:eastAsia="Times New Roman"/>
            </w:rPr>
            <w:t>Shabestary</w:t>
          </w:r>
          <w:proofErr w:type="spellEnd"/>
          <w:r>
            <w:rPr>
              <w:rFonts w:eastAsia="Times New Roman"/>
            </w:rPr>
            <w:t xml:space="preserve">, T.Z., </w:t>
          </w:r>
          <w:proofErr w:type="spellStart"/>
          <w:r>
            <w:rPr>
              <w:rFonts w:eastAsia="Times New Roman"/>
            </w:rPr>
            <w:t>Panchapagesan</w:t>
          </w:r>
          <w:proofErr w:type="spellEnd"/>
          <w:r>
            <w:rPr>
              <w:rFonts w:eastAsia="Times New Roman"/>
            </w:rPr>
            <w:t xml:space="preserve">, S., Walker, J., </w:t>
          </w:r>
          <w:proofErr w:type="spellStart"/>
          <w:r>
            <w:rPr>
              <w:rFonts w:eastAsia="Times New Roman"/>
            </w:rPr>
            <w:t>Gajare</w:t>
          </w:r>
          <w:proofErr w:type="spellEnd"/>
          <w:r>
            <w:rPr>
              <w:rFonts w:eastAsia="Times New Roman"/>
            </w:rPr>
            <w:t xml:space="preserve">, B., Regev, S., </w:t>
          </w:r>
          <w:proofErr w:type="spellStart"/>
          <w:r>
            <w:rPr>
              <w:rFonts w:eastAsia="Times New Roman"/>
            </w:rPr>
            <w:t>Dudani</w:t>
          </w:r>
          <w:proofErr w:type="spellEnd"/>
          <w:r>
            <w:rPr>
              <w:rFonts w:eastAsia="Times New Roman"/>
            </w:rPr>
            <w:t xml:space="preserve">, A. &amp; Gruenstein, A. (2024). IMPROVING ACOUSTIC ECHO CANCELLATION FOR VOICE ASSISTANTS USING NEURAL ECHO SUPPRESSION AND MULTI-MICROPHONE NOISE REDUCTION. In: </w:t>
          </w:r>
          <w:r>
            <w:rPr>
              <w:rFonts w:eastAsia="Times New Roman"/>
              <w:i/>
              <w:iCs/>
            </w:rPr>
            <w:t>ICASSP, IEEE International Conference on Acoustics, Speech and Signal Processing - Proceedings</w:t>
          </w:r>
          <w:r>
            <w:rPr>
              <w:rFonts w:eastAsia="Times New Roman"/>
            </w:rPr>
            <w:t>. 2024, Institute of Electrical and Electronics Engineers Inc., pp. 736–740.</w:t>
          </w:r>
        </w:p>
        <w:p w14:paraId="61CDE222" w14:textId="77777777" w:rsidR="007B71FF" w:rsidRDefault="007B71FF">
          <w:pPr>
            <w:autoSpaceDE w:val="0"/>
            <w:autoSpaceDN w:val="0"/>
            <w:ind w:left="480" w:hanging="480"/>
            <w:divId w:val="806357935"/>
            <w:rPr>
              <w:rFonts w:eastAsia="Times New Roman"/>
            </w:rPr>
          </w:pPr>
          <w:r>
            <w:rPr>
              <w:rFonts w:eastAsia="Times New Roman"/>
            </w:rPr>
            <w:t xml:space="preserve">Hossain Shawon, M.S., Das, C., Ahammed, M.T., Biswas, G., Mia, M.S., Akter Eva, E. &amp; Sakib, M.N. (2022). Voice Controlled Smart Home Automation System Using Bluetooth Technology. In: </w:t>
          </w:r>
          <w:r>
            <w:rPr>
              <w:rFonts w:eastAsia="Times New Roman"/>
              <w:i/>
              <w:iCs/>
            </w:rPr>
            <w:t>4th International Conference on Recent Trends in Computer Science and Technology, ICRTCST 2021 - Proceedings</w:t>
          </w:r>
          <w:r>
            <w:rPr>
              <w:rFonts w:eastAsia="Times New Roman"/>
            </w:rPr>
            <w:t>. 2022, Institute of Electrical and Electronics Engineers Inc., pp. 67–72.</w:t>
          </w:r>
        </w:p>
        <w:p w14:paraId="32691C9A" w14:textId="77777777" w:rsidR="007B71FF" w:rsidRDefault="007B71FF">
          <w:pPr>
            <w:autoSpaceDE w:val="0"/>
            <w:autoSpaceDN w:val="0"/>
            <w:ind w:left="480" w:hanging="480"/>
            <w:divId w:val="171920321"/>
            <w:rPr>
              <w:rFonts w:eastAsia="Times New Roman"/>
            </w:rPr>
          </w:pPr>
          <w:r>
            <w:rPr>
              <w:rFonts w:eastAsia="Times New Roman"/>
            </w:rPr>
            <w:t xml:space="preserve">Htet, Y., Zin, T.T., Tin, P., Tamura, H., Kondo, K., Watanabe, S. &amp; Chosa, E. (2024). Smarter Aging: Developing a Foundational Elderly Activity Monitoring System With AI and GUI Interface. </w:t>
          </w:r>
          <w:r>
            <w:rPr>
              <w:rFonts w:eastAsia="Times New Roman"/>
              <w:i/>
              <w:iCs/>
            </w:rPr>
            <w:t>IEEE Access</w:t>
          </w:r>
          <w:r>
            <w:rPr>
              <w:rFonts w:eastAsia="Times New Roman"/>
            </w:rPr>
            <w:t xml:space="preserve">. 12. </w:t>
          </w:r>
          <w:proofErr w:type="spellStart"/>
          <w:r>
            <w:rPr>
              <w:rFonts w:eastAsia="Times New Roman"/>
            </w:rPr>
            <w:t>p.pp</w:t>
          </w:r>
          <w:proofErr w:type="spellEnd"/>
          <w:r>
            <w:rPr>
              <w:rFonts w:eastAsia="Times New Roman"/>
            </w:rPr>
            <w:t>. 74499–74523.</w:t>
          </w:r>
        </w:p>
        <w:p w14:paraId="057B0927" w14:textId="77777777" w:rsidR="007B71FF" w:rsidRDefault="007B71FF">
          <w:pPr>
            <w:autoSpaceDE w:val="0"/>
            <w:autoSpaceDN w:val="0"/>
            <w:ind w:left="480" w:hanging="480"/>
            <w:divId w:val="708530853"/>
            <w:rPr>
              <w:rFonts w:eastAsia="Times New Roman"/>
            </w:rPr>
          </w:pPr>
          <w:r>
            <w:rPr>
              <w:rFonts w:eastAsia="Times New Roman"/>
            </w:rPr>
            <w:t xml:space="preserve">Iliev, Y. &amp; Ilieva, G. (2023). A Framework for Smart Home System with Voice Control Using NLP Methods. </w:t>
          </w:r>
          <w:r>
            <w:rPr>
              <w:rFonts w:eastAsia="Times New Roman"/>
              <w:i/>
              <w:iCs/>
            </w:rPr>
            <w:t>Electronics (Switzerland)</w:t>
          </w:r>
          <w:r>
            <w:rPr>
              <w:rFonts w:eastAsia="Times New Roman"/>
            </w:rPr>
            <w:t>. 12 (1).</w:t>
          </w:r>
        </w:p>
        <w:p w14:paraId="5C1AE266" w14:textId="77777777" w:rsidR="007B71FF" w:rsidRDefault="007B71FF">
          <w:pPr>
            <w:autoSpaceDE w:val="0"/>
            <w:autoSpaceDN w:val="0"/>
            <w:ind w:left="480" w:hanging="480"/>
            <w:divId w:val="555510525"/>
            <w:rPr>
              <w:rFonts w:eastAsia="Times New Roman"/>
            </w:rPr>
          </w:pPr>
          <w:proofErr w:type="spellStart"/>
          <w:r>
            <w:rPr>
              <w:rFonts w:eastAsia="Times New Roman"/>
            </w:rPr>
            <w:t>Kheddar</w:t>
          </w:r>
          <w:proofErr w:type="spellEnd"/>
          <w:r>
            <w:rPr>
              <w:rFonts w:eastAsia="Times New Roman"/>
            </w:rPr>
            <w:t xml:space="preserve">, H., Hemis, M. &amp; Himeur, Y. (2024). Automatic speech recognition using advanced deep learning approaches: A survey. </w:t>
          </w:r>
          <w:r>
            <w:rPr>
              <w:rFonts w:eastAsia="Times New Roman"/>
              <w:i/>
              <w:iCs/>
            </w:rPr>
            <w:t>Information Fusion</w:t>
          </w:r>
          <w:r>
            <w:rPr>
              <w:rFonts w:eastAsia="Times New Roman"/>
            </w:rPr>
            <w:t>. 109.</w:t>
          </w:r>
        </w:p>
        <w:p w14:paraId="0E6C5CF7" w14:textId="77777777" w:rsidR="007B71FF" w:rsidRDefault="007B71FF">
          <w:pPr>
            <w:autoSpaceDE w:val="0"/>
            <w:autoSpaceDN w:val="0"/>
            <w:ind w:left="480" w:hanging="480"/>
            <w:divId w:val="997684577"/>
            <w:rPr>
              <w:rFonts w:eastAsia="Times New Roman"/>
            </w:rPr>
          </w:pPr>
          <w:r>
            <w:rPr>
              <w:rFonts w:eastAsia="Times New Roman"/>
            </w:rPr>
            <w:t xml:space="preserve">Li, Y., Kim, S. &amp; Sy, E. (2021). </w:t>
          </w:r>
          <w:r>
            <w:rPr>
              <w:rFonts w:eastAsia="Times New Roman"/>
              <w:i/>
              <w:iCs/>
            </w:rPr>
            <w:t>A Survey on Amazon Alexa Attack Surfaces</w:t>
          </w:r>
          <w:r>
            <w:rPr>
              <w:rFonts w:eastAsia="Times New Roman"/>
            </w:rPr>
            <w:t>. [Online]. Available from: http://arxiv.org/abs/2102.11442.</w:t>
          </w:r>
        </w:p>
        <w:p w14:paraId="6E373782" w14:textId="77777777" w:rsidR="007B71FF" w:rsidRDefault="007B71FF">
          <w:pPr>
            <w:autoSpaceDE w:val="0"/>
            <w:autoSpaceDN w:val="0"/>
            <w:ind w:left="480" w:hanging="480"/>
            <w:divId w:val="1836922126"/>
            <w:rPr>
              <w:rFonts w:eastAsia="Times New Roman"/>
            </w:rPr>
          </w:pPr>
          <w:proofErr w:type="spellStart"/>
          <w:r>
            <w:rPr>
              <w:rFonts w:eastAsia="Times New Roman"/>
            </w:rPr>
            <w:t>Lourme</w:t>
          </w:r>
          <w:proofErr w:type="spellEnd"/>
          <w:r>
            <w:rPr>
              <w:rFonts w:eastAsia="Times New Roman"/>
            </w:rPr>
            <w:t xml:space="preserve">, O., Grimaud, G. &amp; Hauspie, M. (2023). ZBDS2023: A </w:t>
          </w:r>
          <w:proofErr w:type="spellStart"/>
          <w:r>
            <w:rPr>
              <w:rFonts w:eastAsia="Times New Roman"/>
            </w:rPr>
            <w:t>multi location</w:t>
          </w:r>
          <w:proofErr w:type="spellEnd"/>
          <w:r>
            <w:rPr>
              <w:rFonts w:eastAsia="Times New Roman"/>
            </w:rPr>
            <w:t xml:space="preserve"> Zigbee dataset to build innovative IoT Intrusion Detection Systems. In: </w:t>
          </w:r>
          <w:r>
            <w:rPr>
              <w:rFonts w:eastAsia="Times New Roman"/>
              <w:i/>
              <w:iCs/>
            </w:rPr>
            <w:t>International Conference on Wireless and Mobile Computing, Networking and Communications</w:t>
          </w:r>
          <w:r>
            <w:rPr>
              <w:rFonts w:eastAsia="Times New Roman"/>
            </w:rPr>
            <w:t>. 2023, IEEE Computer Society, pp. 84–91.</w:t>
          </w:r>
        </w:p>
        <w:p w14:paraId="575976E1" w14:textId="77777777" w:rsidR="007B71FF" w:rsidRDefault="007B71FF">
          <w:pPr>
            <w:autoSpaceDE w:val="0"/>
            <w:autoSpaceDN w:val="0"/>
            <w:ind w:left="480" w:hanging="480"/>
            <w:divId w:val="904101246"/>
            <w:rPr>
              <w:rFonts w:eastAsia="Times New Roman"/>
            </w:rPr>
          </w:pPr>
          <w:r>
            <w:rPr>
              <w:rFonts w:eastAsia="Times New Roman"/>
            </w:rPr>
            <w:t xml:space="preserve">Luque, A., Mazzoleni, M., Carrasco, A. &amp; </w:t>
          </w:r>
          <w:proofErr w:type="spellStart"/>
          <w:r>
            <w:rPr>
              <w:rFonts w:eastAsia="Times New Roman"/>
            </w:rPr>
            <w:t>Ferramosca</w:t>
          </w:r>
          <w:proofErr w:type="spellEnd"/>
          <w:r>
            <w:rPr>
              <w:rFonts w:eastAsia="Times New Roman"/>
            </w:rPr>
            <w:t xml:space="preserve">, A. (2022). Visualizing Classification Results: Confusion Star and Confusion Gear. </w:t>
          </w:r>
          <w:r>
            <w:rPr>
              <w:rFonts w:eastAsia="Times New Roman"/>
              <w:i/>
              <w:iCs/>
            </w:rPr>
            <w:t>IEEE Access</w:t>
          </w:r>
          <w:r>
            <w:rPr>
              <w:rFonts w:eastAsia="Times New Roman"/>
            </w:rPr>
            <w:t xml:space="preserve">. 10. </w:t>
          </w:r>
          <w:proofErr w:type="spellStart"/>
          <w:r>
            <w:rPr>
              <w:rFonts w:eastAsia="Times New Roman"/>
            </w:rPr>
            <w:t>p.pp</w:t>
          </w:r>
          <w:proofErr w:type="spellEnd"/>
          <w:r>
            <w:rPr>
              <w:rFonts w:eastAsia="Times New Roman"/>
            </w:rPr>
            <w:t>. 1659–1677.</w:t>
          </w:r>
        </w:p>
        <w:p w14:paraId="1E326AEF" w14:textId="77777777" w:rsidR="007B71FF" w:rsidRDefault="007B71FF">
          <w:pPr>
            <w:autoSpaceDE w:val="0"/>
            <w:autoSpaceDN w:val="0"/>
            <w:ind w:left="480" w:hanging="480"/>
            <w:divId w:val="1961721208"/>
            <w:rPr>
              <w:rFonts w:eastAsia="Times New Roman"/>
            </w:rPr>
          </w:pPr>
          <w:r>
            <w:rPr>
              <w:rFonts w:eastAsia="Times New Roman"/>
            </w:rPr>
            <w:lastRenderedPageBreak/>
            <w:t xml:space="preserve">Mahbub, M., Hossain, M.M. &amp; Gazi, M.S.A. (2021). Cloud-Enabled IoT-based embedded system and software for intelligent indoor lighting, ventilation, early stage fire detection and prevention. </w:t>
          </w:r>
          <w:r>
            <w:rPr>
              <w:rFonts w:eastAsia="Times New Roman"/>
              <w:i/>
              <w:iCs/>
            </w:rPr>
            <w:t>Computer Networks</w:t>
          </w:r>
          <w:r>
            <w:rPr>
              <w:rFonts w:eastAsia="Times New Roman"/>
            </w:rPr>
            <w:t>. 184. p.p. 107673. Available from: [Accessed: 4 November 2024].</w:t>
          </w:r>
        </w:p>
        <w:p w14:paraId="0F3D1A75" w14:textId="77777777" w:rsidR="007B71FF" w:rsidRDefault="007B71FF">
          <w:pPr>
            <w:autoSpaceDE w:val="0"/>
            <w:autoSpaceDN w:val="0"/>
            <w:ind w:left="480" w:hanging="480"/>
            <w:divId w:val="1164979521"/>
            <w:rPr>
              <w:rFonts w:eastAsia="Times New Roman"/>
            </w:rPr>
          </w:pPr>
          <w:proofErr w:type="spellStart"/>
          <w:r>
            <w:rPr>
              <w:rFonts w:eastAsia="Times New Roman"/>
            </w:rPr>
            <w:t>Mayub</w:t>
          </w:r>
          <w:proofErr w:type="spellEnd"/>
          <w:r>
            <w:rPr>
              <w:rFonts w:eastAsia="Times New Roman"/>
            </w:rPr>
            <w:t xml:space="preserve">, A., </w:t>
          </w:r>
          <w:proofErr w:type="spellStart"/>
          <w:r>
            <w:rPr>
              <w:rFonts w:eastAsia="Times New Roman"/>
            </w:rPr>
            <w:t>Fahmizal</w:t>
          </w:r>
          <w:proofErr w:type="spellEnd"/>
          <w:r>
            <w:rPr>
              <w:rFonts w:eastAsia="Times New Roman"/>
            </w:rPr>
            <w:t xml:space="preserve">, </w:t>
          </w:r>
          <w:proofErr w:type="spellStart"/>
          <w:r>
            <w:rPr>
              <w:rFonts w:eastAsia="Times New Roman"/>
            </w:rPr>
            <w:t>Shidiq</w:t>
          </w:r>
          <w:proofErr w:type="spellEnd"/>
          <w:r>
            <w:rPr>
              <w:rFonts w:eastAsia="Times New Roman"/>
            </w:rPr>
            <w:t xml:space="preserve">, M., </w:t>
          </w:r>
          <w:proofErr w:type="spellStart"/>
          <w:r>
            <w:rPr>
              <w:rFonts w:eastAsia="Times New Roman"/>
            </w:rPr>
            <w:t>Oktiawati</w:t>
          </w:r>
          <w:proofErr w:type="spellEnd"/>
          <w:r>
            <w:rPr>
              <w:rFonts w:eastAsia="Times New Roman"/>
            </w:rPr>
            <w:t xml:space="preserve">, U.Y. &amp; </w:t>
          </w:r>
          <w:proofErr w:type="spellStart"/>
          <w:r>
            <w:rPr>
              <w:rFonts w:eastAsia="Times New Roman"/>
            </w:rPr>
            <w:t>Rosyid</w:t>
          </w:r>
          <w:proofErr w:type="spellEnd"/>
          <w:r>
            <w:rPr>
              <w:rFonts w:eastAsia="Times New Roman"/>
            </w:rPr>
            <w:t xml:space="preserve">, N.R. (2019). Implementation smart home using internet of things. </w:t>
          </w:r>
          <w:proofErr w:type="spellStart"/>
          <w:r>
            <w:rPr>
              <w:rFonts w:eastAsia="Times New Roman"/>
              <w:i/>
              <w:iCs/>
            </w:rPr>
            <w:t>Telkomnika</w:t>
          </w:r>
          <w:proofErr w:type="spellEnd"/>
          <w:r>
            <w:rPr>
              <w:rFonts w:eastAsia="Times New Roman"/>
              <w:i/>
              <w:iCs/>
            </w:rPr>
            <w:t xml:space="preserve"> (Telecommunication Computing Electronics and Control)</w:t>
          </w:r>
          <w:r>
            <w:rPr>
              <w:rFonts w:eastAsia="Times New Roman"/>
            </w:rPr>
            <w:t xml:space="preserve">. 17 (6). </w:t>
          </w:r>
          <w:proofErr w:type="spellStart"/>
          <w:r>
            <w:rPr>
              <w:rFonts w:eastAsia="Times New Roman"/>
            </w:rPr>
            <w:t>p.pp</w:t>
          </w:r>
          <w:proofErr w:type="spellEnd"/>
          <w:r>
            <w:rPr>
              <w:rFonts w:eastAsia="Times New Roman"/>
            </w:rPr>
            <w:t>. 3126–3136.</w:t>
          </w:r>
        </w:p>
        <w:p w14:paraId="362CC6DB" w14:textId="77777777" w:rsidR="00F564B6" w:rsidRDefault="00F564B6">
          <w:pPr>
            <w:autoSpaceDE w:val="0"/>
            <w:autoSpaceDN w:val="0"/>
            <w:ind w:hanging="480"/>
            <w:divId w:val="1660309687"/>
            <w:rPr>
              <w:rFonts w:eastAsia="Times New Roman"/>
            </w:rPr>
          </w:pPr>
          <w:r>
            <w:rPr>
              <w:rFonts w:eastAsia="Times New Roman"/>
            </w:rPr>
            <w:t xml:space="preserve">van der Merwe, A., Gerber, A. &amp; Smuts, H. (2017). Mapping a design science research cycle to the postgraduate research report. In: </w:t>
          </w:r>
          <w:r>
            <w:rPr>
              <w:rFonts w:eastAsia="Times New Roman"/>
              <w:i/>
              <w:iCs/>
            </w:rPr>
            <w:t>Communications in Computer and Information Science</w:t>
          </w:r>
          <w:r>
            <w:rPr>
              <w:rFonts w:eastAsia="Times New Roman"/>
            </w:rPr>
            <w:t>. 2017, Springer Verlag, pp. 293–308.</w:t>
          </w:r>
        </w:p>
        <w:p w14:paraId="6ED59CEB" w14:textId="77777777" w:rsidR="007B71FF" w:rsidRDefault="007B71FF">
          <w:pPr>
            <w:autoSpaceDE w:val="0"/>
            <w:autoSpaceDN w:val="0"/>
            <w:ind w:left="480" w:hanging="480"/>
            <w:divId w:val="241531700"/>
            <w:rPr>
              <w:rFonts w:eastAsia="Times New Roman"/>
            </w:rPr>
          </w:pPr>
          <w:proofErr w:type="spellStart"/>
          <w:r>
            <w:rPr>
              <w:rFonts w:eastAsia="Times New Roman"/>
            </w:rPr>
            <w:t>Mienye</w:t>
          </w:r>
          <w:proofErr w:type="spellEnd"/>
          <w:r>
            <w:rPr>
              <w:rFonts w:eastAsia="Times New Roman"/>
            </w:rPr>
            <w:t xml:space="preserve">, I.D., Swart, T.G. &amp; </w:t>
          </w:r>
          <w:proofErr w:type="spellStart"/>
          <w:r>
            <w:rPr>
              <w:rFonts w:eastAsia="Times New Roman"/>
            </w:rPr>
            <w:t>Obaido</w:t>
          </w:r>
          <w:proofErr w:type="spellEnd"/>
          <w:r>
            <w:rPr>
              <w:rFonts w:eastAsia="Times New Roman"/>
            </w:rPr>
            <w:t xml:space="preserve">, G. (2024). Recurrent Neural Networks: A Comprehensive Review of Architectures, Variants, and Applications. </w:t>
          </w:r>
          <w:r>
            <w:rPr>
              <w:rFonts w:eastAsia="Times New Roman"/>
              <w:i/>
              <w:iCs/>
            </w:rPr>
            <w:t>Information</w:t>
          </w:r>
          <w:r>
            <w:rPr>
              <w:rFonts w:eastAsia="Times New Roman"/>
            </w:rPr>
            <w:t>. 15 (9). p.p. 517.</w:t>
          </w:r>
        </w:p>
        <w:p w14:paraId="13F1C9A7" w14:textId="77777777" w:rsidR="007B71FF" w:rsidRDefault="007B71FF">
          <w:pPr>
            <w:autoSpaceDE w:val="0"/>
            <w:autoSpaceDN w:val="0"/>
            <w:ind w:left="480" w:hanging="480"/>
            <w:divId w:val="420224042"/>
            <w:rPr>
              <w:rFonts w:eastAsia="Times New Roman"/>
            </w:rPr>
          </w:pPr>
          <w:r>
            <w:rPr>
              <w:rFonts w:eastAsia="Times New Roman"/>
            </w:rPr>
            <w:t xml:space="preserve">Naik, H.S., Fritzsche, A. &amp; Moeslein, K.M. (2021). Modularity in making: simplifying solution space for user innovation. In: </w:t>
          </w:r>
          <w:r>
            <w:rPr>
              <w:rFonts w:eastAsia="Times New Roman"/>
              <w:i/>
              <w:iCs/>
            </w:rPr>
            <w:t>R and D Management</w:t>
          </w:r>
          <w:r>
            <w:rPr>
              <w:rFonts w:eastAsia="Times New Roman"/>
            </w:rPr>
            <w:t>. 1 January 2021, Blackwell Publishing Ltd, pp. 57–72.</w:t>
          </w:r>
        </w:p>
        <w:p w14:paraId="3DD1BCE5" w14:textId="77777777" w:rsidR="007B71FF" w:rsidRDefault="007B71FF">
          <w:pPr>
            <w:autoSpaceDE w:val="0"/>
            <w:autoSpaceDN w:val="0"/>
            <w:ind w:left="480" w:hanging="480"/>
            <w:divId w:val="1571234727"/>
            <w:rPr>
              <w:rFonts w:eastAsia="Times New Roman"/>
            </w:rPr>
          </w:pPr>
          <w:proofErr w:type="spellStart"/>
          <w:r>
            <w:rPr>
              <w:rFonts w:eastAsia="Times New Roman"/>
            </w:rPr>
            <w:t>Netinant</w:t>
          </w:r>
          <w:proofErr w:type="spellEnd"/>
          <w:r>
            <w:rPr>
              <w:rFonts w:eastAsia="Times New Roman"/>
            </w:rPr>
            <w:t xml:space="preserve">, P., </w:t>
          </w:r>
          <w:proofErr w:type="spellStart"/>
          <w:r>
            <w:rPr>
              <w:rFonts w:eastAsia="Times New Roman"/>
            </w:rPr>
            <w:t>Utsanok</w:t>
          </w:r>
          <w:proofErr w:type="spellEnd"/>
          <w:r>
            <w:rPr>
              <w:rFonts w:eastAsia="Times New Roman"/>
            </w:rPr>
            <w:t xml:space="preserve">, T., </w:t>
          </w:r>
          <w:proofErr w:type="spellStart"/>
          <w:r>
            <w:rPr>
              <w:rFonts w:eastAsia="Times New Roman"/>
            </w:rPr>
            <w:t>Rukhiran</w:t>
          </w:r>
          <w:proofErr w:type="spellEnd"/>
          <w:r>
            <w:rPr>
              <w:rFonts w:eastAsia="Times New Roman"/>
            </w:rPr>
            <w:t xml:space="preserve">, M. &amp; </w:t>
          </w:r>
          <w:proofErr w:type="spellStart"/>
          <w:r>
            <w:rPr>
              <w:rFonts w:eastAsia="Times New Roman"/>
            </w:rPr>
            <w:t>Klongdee</w:t>
          </w:r>
          <w:proofErr w:type="spellEnd"/>
          <w:r>
            <w:rPr>
              <w:rFonts w:eastAsia="Times New Roman"/>
            </w:rPr>
            <w:t xml:space="preserve">, S. (2024). Development and Assessment of Internet of Things-Driven Smart Home Security and Automation with Voice Commands. </w:t>
          </w:r>
          <w:r>
            <w:rPr>
              <w:rFonts w:eastAsia="Times New Roman"/>
              <w:i/>
              <w:iCs/>
            </w:rPr>
            <w:t>Internet of Things</w:t>
          </w:r>
          <w:r>
            <w:rPr>
              <w:rFonts w:eastAsia="Times New Roman"/>
            </w:rPr>
            <w:t xml:space="preserve">. 5 (1). </w:t>
          </w:r>
          <w:proofErr w:type="spellStart"/>
          <w:r>
            <w:rPr>
              <w:rFonts w:eastAsia="Times New Roman"/>
            </w:rPr>
            <w:t>p.pp</w:t>
          </w:r>
          <w:proofErr w:type="spellEnd"/>
          <w:r>
            <w:rPr>
              <w:rFonts w:eastAsia="Times New Roman"/>
            </w:rPr>
            <w:t>. 79–99.</w:t>
          </w:r>
        </w:p>
        <w:p w14:paraId="324883FF" w14:textId="77777777" w:rsidR="007B71FF" w:rsidRDefault="007B71FF">
          <w:pPr>
            <w:autoSpaceDE w:val="0"/>
            <w:autoSpaceDN w:val="0"/>
            <w:ind w:left="480" w:hanging="480"/>
            <w:divId w:val="1925338544"/>
            <w:rPr>
              <w:rFonts w:eastAsia="Times New Roman"/>
            </w:rPr>
          </w:pPr>
          <w:proofErr w:type="spellStart"/>
          <w:r>
            <w:rPr>
              <w:rFonts w:eastAsia="Times New Roman"/>
            </w:rPr>
            <w:t>Parsafar</w:t>
          </w:r>
          <w:proofErr w:type="spellEnd"/>
          <w:r>
            <w:rPr>
              <w:rFonts w:eastAsia="Times New Roman"/>
            </w:rPr>
            <w:t xml:space="preserve">, P., Baban, P.Q. &amp; Nasiri, A. (n.d.). </w:t>
          </w:r>
          <w:r>
            <w:rPr>
              <w:rFonts w:eastAsia="Times New Roman"/>
              <w:i/>
              <w:iCs/>
            </w:rPr>
            <w:t>Improving Safety for Disabled and Elderly Individuals: A Multimodal Classification Approach Based on Support Vector Machine for Alert Systems Within Smart Homes</w:t>
          </w:r>
          <w:r>
            <w:rPr>
              <w:rFonts w:eastAsia="Times New Roman"/>
            </w:rPr>
            <w:t>.</w:t>
          </w:r>
        </w:p>
        <w:p w14:paraId="22FC8935" w14:textId="77777777" w:rsidR="007B71FF" w:rsidRDefault="007B71FF">
          <w:pPr>
            <w:autoSpaceDE w:val="0"/>
            <w:autoSpaceDN w:val="0"/>
            <w:ind w:left="480" w:hanging="480"/>
            <w:divId w:val="935481066"/>
            <w:rPr>
              <w:rFonts w:eastAsia="Times New Roman"/>
            </w:rPr>
          </w:pPr>
          <w:r>
            <w:rPr>
              <w:rFonts w:eastAsia="Times New Roman"/>
            </w:rPr>
            <w:t xml:space="preserve">Reig, S., Fong, T., Forlizzi, J. &amp; Steinfeld, A. (2022). Theory and Design Considerations for the User Experience of Smart Environments. </w:t>
          </w:r>
          <w:r>
            <w:rPr>
              <w:rFonts w:eastAsia="Times New Roman"/>
              <w:i/>
              <w:iCs/>
            </w:rPr>
            <w:t>IEEE Transactions on Human-Machine Systems</w:t>
          </w:r>
          <w:r>
            <w:rPr>
              <w:rFonts w:eastAsia="Times New Roman"/>
            </w:rPr>
            <w:t xml:space="preserve">. 52 (3). </w:t>
          </w:r>
          <w:proofErr w:type="spellStart"/>
          <w:r>
            <w:rPr>
              <w:rFonts w:eastAsia="Times New Roman"/>
            </w:rPr>
            <w:t>p.pp</w:t>
          </w:r>
          <w:proofErr w:type="spellEnd"/>
          <w:r>
            <w:rPr>
              <w:rFonts w:eastAsia="Times New Roman"/>
            </w:rPr>
            <w:t>. 522–535.</w:t>
          </w:r>
        </w:p>
        <w:p w14:paraId="4D28793D" w14:textId="77777777" w:rsidR="007B71FF" w:rsidRDefault="007B71FF">
          <w:pPr>
            <w:autoSpaceDE w:val="0"/>
            <w:autoSpaceDN w:val="0"/>
            <w:ind w:left="480" w:hanging="480"/>
            <w:divId w:val="759326438"/>
            <w:rPr>
              <w:rFonts w:eastAsia="Times New Roman"/>
            </w:rPr>
          </w:pPr>
          <w:proofErr w:type="spellStart"/>
          <w:r>
            <w:rPr>
              <w:rFonts w:eastAsia="Times New Roman"/>
            </w:rPr>
            <w:t>Sajun</w:t>
          </w:r>
          <w:proofErr w:type="spellEnd"/>
          <w:r>
            <w:rPr>
              <w:rFonts w:eastAsia="Times New Roman"/>
            </w:rPr>
            <w:t xml:space="preserve">, A.R., </w:t>
          </w:r>
          <w:proofErr w:type="spellStart"/>
          <w:r>
            <w:rPr>
              <w:rFonts w:eastAsia="Times New Roman"/>
            </w:rPr>
            <w:t>Zualkernan</w:t>
          </w:r>
          <w:proofErr w:type="spellEnd"/>
          <w:r>
            <w:rPr>
              <w:rFonts w:eastAsia="Times New Roman"/>
            </w:rPr>
            <w:t xml:space="preserve">, I. &amp; Sankalpa, D. (2024). A Historical Survey of Advances in Transformer Architectures. </w:t>
          </w:r>
          <w:r>
            <w:rPr>
              <w:rFonts w:eastAsia="Times New Roman"/>
              <w:i/>
              <w:iCs/>
            </w:rPr>
            <w:t>Applied Sciences (Switzerland)</w:t>
          </w:r>
          <w:r>
            <w:rPr>
              <w:rFonts w:eastAsia="Times New Roman"/>
            </w:rPr>
            <w:t>. 14 (10).</w:t>
          </w:r>
        </w:p>
        <w:p w14:paraId="24C001D6" w14:textId="77777777" w:rsidR="007B71FF" w:rsidRDefault="007B71FF">
          <w:pPr>
            <w:autoSpaceDE w:val="0"/>
            <w:autoSpaceDN w:val="0"/>
            <w:ind w:left="480" w:hanging="480"/>
            <w:divId w:val="407466250"/>
            <w:rPr>
              <w:rFonts w:eastAsia="Times New Roman"/>
            </w:rPr>
          </w:pPr>
          <w:proofErr w:type="spellStart"/>
          <w:r>
            <w:rPr>
              <w:rFonts w:eastAsia="Times New Roman"/>
            </w:rPr>
            <w:t>Sepasgozar</w:t>
          </w:r>
          <w:proofErr w:type="spellEnd"/>
          <w:r>
            <w:rPr>
              <w:rFonts w:eastAsia="Times New Roman"/>
            </w:rPr>
            <w:t xml:space="preserve">, S., Karimi, R., </w:t>
          </w:r>
          <w:proofErr w:type="spellStart"/>
          <w:r>
            <w:rPr>
              <w:rFonts w:eastAsia="Times New Roman"/>
            </w:rPr>
            <w:t>Farahzadi</w:t>
          </w:r>
          <w:proofErr w:type="spellEnd"/>
          <w:r>
            <w:rPr>
              <w:rFonts w:eastAsia="Times New Roman"/>
            </w:rPr>
            <w:t xml:space="preserve">, L., Moezzi, F., </w:t>
          </w:r>
          <w:proofErr w:type="spellStart"/>
          <w:r>
            <w:rPr>
              <w:rFonts w:eastAsia="Times New Roman"/>
            </w:rPr>
            <w:t>Shirowzhan</w:t>
          </w:r>
          <w:proofErr w:type="spellEnd"/>
          <w:r>
            <w:rPr>
              <w:rFonts w:eastAsia="Times New Roman"/>
            </w:rPr>
            <w:t xml:space="preserve">, S., Ebrahimzadeh, S.M., Hui, F. &amp; Aye, L. (2020). A systematic content review of artificial intelligence and the internet of things applications in smart home. </w:t>
          </w:r>
          <w:r>
            <w:rPr>
              <w:rFonts w:eastAsia="Times New Roman"/>
              <w:i/>
              <w:iCs/>
            </w:rPr>
            <w:t>Applied Sciences (Switzerland)</w:t>
          </w:r>
          <w:r>
            <w:rPr>
              <w:rFonts w:eastAsia="Times New Roman"/>
            </w:rPr>
            <w:t>. 10 (9).</w:t>
          </w:r>
        </w:p>
        <w:p w14:paraId="75133F10" w14:textId="77777777" w:rsidR="007B71FF" w:rsidRDefault="007B71FF">
          <w:pPr>
            <w:autoSpaceDE w:val="0"/>
            <w:autoSpaceDN w:val="0"/>
            <w:ind w:left="480" w:hanging="480"/>
            <w:divId w:val="304360526"/>
            <w:rPr>
              <w:rFonts w:eastAsia="Times New Roman"/>
            </w:rPr>
          </w:pPr>
          <w:proofErr w:type="spellStart"/>
          <w:r>
            <w:rPr>
              <w:rFonts w:eastAsia="Times New Roman"/>
            </w:rPr>
            <w:t>Shazhaev</w:t>
          </w:r>
          <w:proofErr w:type="spellEnd"/>
          <w:r>
            <w:rPr>
              <w:rFonts w:eastAsia="Times New Roman"/>
            </w:rPr>
            <w:t xml:space="preserve">, I., Mikhaylov, D., </w:t>
          </w:r>
          <w:proofErr w:type="spellStart"/>
          <w:r>
            <w:rPr>
              <w:rFonts w:eastAsia="Times New Roman"/>
            </w:rPr>
            <w:t>Shafeeg</w:t>
          </w:r>
          <w:proofErr w:type="spellEnd"/>
          <w:r>
            <w:rPr>
              <w:rFonts w:eastAsia="Times New Roman"/>
            </w:rPr>
            <w:t xml:space="preserve">, A., </w:t>
          </w:r>
          <w:proofErr w:type="spellStart"/>
          <w:r>
            <w:rPr>
              <w:rFonts w:eastAsia="Times New Roman"/>
            </w:rPr>
            <w:t>Tularov</w:t>
          </w:r>
          <w:proofErr w:type="spellEnd"/>
          <w:r>
            <w:rPr>
              <w:rFonts w:eastAsia="Times New Roman"/>
            </w:rPr>
            <w:t xml:space="preserve">, A. &amp; </w:t>
          </w:r>
          <w:proofErr w:type="spellStart"/>
          <w:r>
            <w:rPr>
              <w:rFonts w:eastAsia="Times New Roman"/>
            </w:rPr>
            <w:t>Shazhaev</w:t>
          </w:r>
          <w:proofErr w:type="spellEnd"/>
          <w:r>
            <w:rPr>
              <w:rFonts w:eastAsia="Times New Roman"/>
            </w:rPr>
            <w:t xml:space="preserve">, I. (2023). Personal Voice Assistant: from Inception to Everyday Application. </w:t>
          </w:r>
          <w:r>
            <w:rPr>
              <w:rFonts w:eastAsia="Times New Roman"/>
              <w:i/>
              <w:iCs/>
            </w:rPr>
            <w:t>Indonesian Journal of Data and Science</w:t>
          </w:r>
          <w:r>
            <w:rPr>
              <w:rFonts w:eastAsia="Times New Roman"/>
            </w:rPr>
            <w:t xml:space="preserve">. 4 (2). </w:t>
          </w:r>
          <w:proofErr w:type="spellStart"/>
          <w:r>
            <w:rPr>
              <w:rFonts w:eastAsia="Times New Roman"/>
            </w:rPr>
            <w:t>p.pp</w:t>
          </w:r>
          <w:proofErr w:type="spellEnd"/>
          <w:r>
            <w:rPr>
              <w:rFonts w:eastAsia="Times New Roman"/>
            </w:rPr>
            <w:t>. 64–72.</w:t>
          </w:r>
        </w:p>
        <w:p w14:paraId="7E673E39" w14:textId="77777777" w:rsidR="007B71FF" w:rsidRDefault="007B71FF">
          <w:pPr>
            <w:autoSpaceDE w:val="0"/>
            <w:autoSpaceDN w:val="0"/>
            <w:ind w:left="480" w:hanging="480"/>
            <w:divId w:val="1450853868"/>
            <w:rPr>
              <w:rFonts w:eastAsia="Times New Roman"/>
            </w:rPr>
          </w:pPr>
          <w:proofErr w:type="spellStart"/>
          <w:r>
            <w:rPr>
              <w:rFonts w:eastAsia="Times New Roman"/>
            </w:rPr>
            <w:t>Sirinayake</w:t>
          </w:r>
          <w:proofErr w:type="spellEnd"/>
          <w:r>
            <w:rPr>
              <w:rFonts w:eastAsia="Times New Roman"/>
            </w:rPr>
            <w:t xml:space="preserve">, S., </w:t>
          </w:r>
          <w:proofErr w:type="spellStart"/>
          <w:r>
            <w:rPr>
              <w:rFonts w:eastAsia="Times New Roman"/>
            </w:rPr>
            <w:t>Dasanayake</w:t>
          </w:r>
          <w:proofErr w:type="spellEnd"/>
          <w:r>
            <w:rPr>
              <w:rFonts w:eastAsia="Times New Roman"/>
            </w:rPr>
            <w:t xml:space="preserve">, D., Rodrigo, T., Perera, W., Hansika Mahaadikara, M. &amp; </w:t>
          </w:r>
          <w:proofErr w:type="spellStart"/>
          <w:r>
            <w:rPr>
              <w:rFonts w:eastAsia="Times New Roman"/>
            </w:rPr>
            <w:t>Kahandawala</w:t>
          </w:r>
          <w:proofErr w:type="spellEnd"/>
          <w:r>
            <w:rPr>
              <w:rFonts w:eastAsia="Times New Roman"/>
            </w:rPr>
            <w:t xml:space="preserve">, S. (2021). IOT-Based Intelligent Assistant Mirror For Smart Life &amp; </w:t>
          </w:r>
          <w:r>
            <w:rPr>
              <w:rFonts w:eastAsia="Times New Roman"/>
            </w:rPr>
            <w:lastRenderedPageBreak/>
            <w:t xml:space="preserve">Daily Routine Using Raspberry PI. In: </w:t>
          </w:r>
          <w:r>
            <w:rPr>
              <w:rFonts w:eastAsia="Times New Roman"/>
              <w:i/>
              <w:iCs/>
            </w:rPr>
            <w:t xml:space="preserve">21st International Conference on Advances in ICT for Emerging Regions, </w:t>
          </w:r>
          <w:proofErr w:type="spellStart"/>
          <w:r>
            <w:rPr>
              <w:rFonts w:eastAsia="Times New Roman"/>
              <w:i/>
              <w:iCs/>
            </w:rPr>
            <w:t>ICter</w:t>
          </w:r>
          <w:proofErr w:type="spellEnd"/>
          <w:r>
            <w:rPr>
              <w:rFonts w:eastAsia="Times New Roman"/>
              <w:i/>
              <w:iCs/>
            </w:rPr>
            <w:t xml:space="preserve"> 2021 - Proceedings</w:t>
          </w:r>
          <w:r>
            <w:rPr>
              <w:rFonts w:eastAsia="Times New Roman"/>
            </w:rPr>
            <w:t>. 2021, Institute of Electrical and Electronics Engineers Inc., pp. 30–35.</w:t>
          </w:r>
        </w:p>
        <w:p w14:paraId="59CB02D2" w14:textId="77777777" w:rsidR="007B71FF" w:rsidRDefault="007B71FF">
          <w:pPr>
            <w:autoSpaceDE w:val="0"/>
            <w:autoSpaceDN w:val="0"/>
            <w:ind w:left="480" w:hanging="480"/>
            <w:divId w:val="686251403"/>
            <w:rPr>
              <w:rFonts w:eastAsia="Times New Roman"/>
            </w:rPr>
          </w:pPr>
          <w:r>
            <w:rPr>
              <w:rFonts w:eastAsia="Times New Roman"/>
            </w:rPr>
            <w:t xml:space="preserve">Somesh, S., Senthilnathan, N., </w:t>
          </w:r>
          <w:proofErr w:type="spellStart"/>
          <w:r>
            <w:rPr>
              <w:rFonts w:eastAsia="Times New Roman"/>
            </w:rPr>
            <w:t>Sabarimuthu</w:t>
          </w:r>
          <w:proofErr w:type="spellEnd"/>
          <w:r>
            <w:rPr>
              <w:rFonts w:eastAsia="Times New Roman"/>
            </w:rPr>
            <w:t xml:space="preserve">, M., Kumar, A.S., </w:t>
          </w:r>
          <w:proofErr w:type="spellStart"/>
          <w:r>
            <w:rPr>
              <w:rFonts w:eastAsia="Times New Roman"/>
            </w:rPr>
            <w:t>Rishikeshanan</w:t>
          </w:r>
          <w:proofErr w:type="spellEnd"/>
          <w:r>
            <w:rPr>
              <w:rFonts w:eastAsia="Times New Roman"/>
            </w:rPr>
            <w:t xml:space="preserve">, R. &amp; Bala, V. (2020). Real time Implementation of Home appliance control using ALEXA. In: </w:t>
          </w:r>
          <w:r>
            <w:rPr>
              <w:rFonts w:eastAsia="Times New Roman"/>
              <w:i/>
              <w:iCs/>
            </w:rPr>
            <w:t>IOP Conference Series: Materials Science and Engineering</w:t>
          </w:r>
          <w:r>
            <w:rPr>
              <w:rFonts w:eastAsia="Times New Roman"/>
            </w:rPr>
            <w:t>. 1 October 2020, IOP Publishing Ltd.</w:t>
          </w:r>
        </w:p>
        <w:p w14:paraId="5C3824B4" w14:textId="77777777" w:rsidR="007B71FF" w:rsidRDefault="007B71FF">
          <w:pPr>
            <w:autoSpaceDE w:val="0"/>
            <w:autoSpaceDN w:val="0"/>
            <w:ind w:left="480" w:hanging="480"/>
            <w:divId w:val="873813711"/>
            <w:rPr>
              <w:rFonts w:eastAsia="Times New Roman"/>
            </w:rPr>
          </w:pPr>
          <w:r>
            <w:rPr>
              <w:rFonts w:eastAsia="Times New Roman"/>
            </w:rPr>
            <w:t xml:space="preserve">Venkatraman, S., Overmars, A. &amp; Thong, M. (2021). Smart home automation—use cases of a secure and integrated voice‐control system. </w:t>
          </w:r>
          <w:r>
            <w:rPr>
              <w:rFonts w:eastAsia="Times New Roman"/>
              <w:i/>
              <w:iCs/>
            </w:rPr>
            <w:t>Systems</w:t>
          </w:r>
          <w:r>
            <w:rPr>
              <w:rFonts w:eastAsia="Times New Roman"/>
            </w:rPr>
            <w:t>. 9 (4).</w:t>
          </w:r>
        </w:p>
        <w:p w14:paraId="70E4F53D" w14:textId="77777777" w:rsidR="007B71FF" w:rsidRDefault="007B71FF">
          <w:pPr>
            <w:autoSpaceDE w:val="0"/>
            <w:autoSpaceDN w:val="0"/>
            <w:ind w:left="480" w:hanging="480"/>
            <w:divId w:val="1346638332"/>
            <w:rPr>
              <w:rFonts w:eastAsia="Times New Roman"/>
            </w:rPr>
          </w:pPr>
          <w:r>
            <w:rPr>
              <w:rFonts w:eastAsia="Times New Roman"/>
            </w:rPr>
            <w:t xml:space="preserve">Wang, S., Wang, S., Fan, Y., Li, X. &amp; Liu, Y. (2024). Leveraging Large Vision-Language Model for Better Automatic Web GUI Testing. In: </w:t>
          </w:r>
          <w:r>
            <w:rPr>
              <w:rFonts w:eastAsia="Times New Roman"/>
              <w:i/>
              <w:iCs/>
            </w:rPr>
            <w:t>Proceedings - 2024 IEEE International Conference on Software Maintenance and Evolution, ICSME 2024</w:t>
          </w:r>
          <w:r>
            <w:rPr>
              <w:rFonts w:eastAsia="Times New Roman"/>
            </w:rPr>
            <w:t>. 2024, Institute of Electrical and Electronics Engineers Inc., pp. 125–137.</w:t>
          </w:r>
        </w:p>
        <w:p w14:paraId="1AA11BED" w14:textId="77777777" w:rsidR="007B71FF" w:rsidRDefault="007B71FF">
          <w:pPr>
            <w:autoSpaceDE w:val="0"/>
            <w:autoSpaceDN w:val="0"/>
            <w:ind w:left="480" w:hanging="480"/>
            <w:divId w:val="2050107315"/>
            <w:rPr>
              <w:rFonts w:eastAsia="Times New Roman"/>
            </w:rPr>
          </w:pPr>
          <w:r>
            <w:rPr>
              <w:rFonts w:eastAsia="Times New Roman"/>
            </w:rPr>
            <w:t xml:space="preserve">Wang, Z., Liu, D., Sun, Y., Pang, X., Sun, P., Lin, F., Lui, J.C.S. &amp; Ren, K. (2022). A Survey on IoT-Enabled Home Automation Systems: Attacks and </w:t>
          </w:r>
          <w:proofErr w:type="spellStart"/>
          <w:r>
            <w:rPr>
              <w:rFonts w:eastAsia="Times New Roman"/>
            </w:rPr>
            <w:t>Defenses</w:t>
          </w:r>
          <w:proofErr w:type="spellEnd"/>
          <w:r>
            <w:rPr>
              <w:rFonts w:eastAsia="Times New Roman"/>
            </w:rPr>
            <w:t xml:space="preserve">. </w:t>
          </w:r>
          <w:r>
            <w:rPr>
              <w:rFonts w:eastAsia="Times New Roman"/>
              <w:i/>
              <w:iCs/>
            </w:rPr>
            <w:t>IEEE Communications Surveys and Tutorials</w:t>
          </w:r>
          <w:r>
            <w:rPr>
              <w:rFonts w:eastAsia="Times New Roman"/>
            </w:rPr>
            <w:t xml:space="preserve">. 24 (4). </w:t>
          </w:r>
          <w:proofErr w:type="spellStart"/>
          <w:r>
            <w:rPr>
              <w:rFonts w:eastAsia="Times New Roman"/>
            </w:rPr>
            <w:t>p.pp</w:t>
          </w:r>
          <w:proofErr w:type="spellEnd"/>
          <w:r>
            <w:rPr>
              <w:rFonts w:eastAsia="Times New Roman"/>
            </w:rPr>
            <w:t>. 2292–2328.</w:t>
          </w:r>
        </w:p>
        <w:p w14:paraId="31B902D4" w14:textId="77777777" w:rsidR="007B71FF" w:rsidRDefault="007B71FF">
          <w:pPr>
            <w:autoSpaceDE w:val="0"/>
            <w:autoSpaceDN w:val="0"/>
            <w:ind w:left="480" w:hanging="480"/>
            <w:divId w:val="1552351918"/>
            <w:rPr>
              <w:rFonts w:eastAsia="Times New Roman"/>
            </w:rPr>
          </w:pPr>
          <w:proofErr w:type="spellStart"/>
          <w:r>
            <w:rPr>
              <w:rFonts w:eastAsia="Times New Roman"/>
            </w:rPr>
            <w:t>Wubet</w:t>
          </w:r>
          <w:proofErr w:type="spellEnd"/>
          <w:r>
            <w:rPr>
              <w:rFonts w:eastAsia="Times New Roman"/>
            </w:rPr>
            <w:t xml:space="preserve">, Y.A. &amp; Lian, K.Y. (2022). Voice Conversion Based Augmentation and a Hybrid CNN-LSTM Model for Improving Speaker-Independent Keyword Recognition on Limited Datasets. </w:t>
          </w:r>
          <w:r>
            <w:rPr>
              <w:rFonts w:eastAsia="Times New Roman"/>
              <w:i/>
              <w:iCs/>
            </w:rPr>
            <w:t>IEEE Access</w:t>
          </w:r>
          <w:r>
            <w:rPr>
              <w:rFonts w:eastAsia="Times New Roman"/>
            </w:rPr>
            <w:t xml:space="preserve">. 10. </w:t>
          </w:r>
          <w:proofErr w:type="spellStart"/>
          <w:r>
            <w:rPr>
              <w:rFonts w:eastAsia="Times New Roman"/>
            </w:rPr>
            <w:t>p.pp</w:t>
          </w:r>
          <w:proofErr w:type="spellEnd"/>
          <w:r>
            <w:rPr>
              <w:rFonts w:eastAsia="Times New Roman"/>
            </w:rPr>
            <w:t>. 89170–89180.</w:t>
          </w:r>
        </w:p>
        <w:p w14:paraId="21AE4D8B" w14:textId="77777777" w:rsidR="007B71FF" w:rsidRDefault="007B71FF">
          <w:pPr>
            <w:autoSpaceDE w:val="0"/>
            <w:autoSpaceDN w:val="0"/>
            <w:ind w:left="480" w:hanging="480"/>
            <w:divId w:val="330372890"/>
            <w:rPr>
              <w:rFonts w:eastAsia="Times New Roman"/>
            </w:rPr>
          </w:pPr>
          <w:proofErr w:type="spellStart"/>
          <w:r>
            <w:rPr>
              <w:rFonts w:eastAsia="Times New Roman"/>
            </w:rPr>
            <w:t>Younisse</w:t>
          </w:r>
          <w:proofErr w:type="spellEnd"/>
          <w:r>
            <w:rPr>
              <w:rFonts w:eastAsia="Times New Roman"/>
            </w:rPr>
            <w:t xml:space="preserve">, R., Ahmad, A. &amp; Abu Al-Haija, Q. (2022). Explaining Intrusion Detection-Based Convolutional Neural Networks Using Shapley Additive Explanations (SHAP). </w:t>
          </w:r>
          <w:r>
            <w:rPr>
              <w:rFonts w:eastAsia="Times New Roman"/>
              <w:i/>
              <w:iCs/>
            </w:rPr>
            <w:t>Big Data and Cognitive Computing</w:t>
          </w:r>
          <w:r>
            <w:rPr>
              <w:rFonts w:eastAsia="Times New Roman"/>
            </w:rPr>
            <w:t>. 6 (4).</w:t>
          </w:r>
        </w:p>
        <w:p w14:paraId="36E18EC2" w14:textId="77777777" w:rsidR="007B71FF" w:rsidRDefault="007B71FF">
          <w:pPr>
            <w:autoSpaceDE w:val="0"/>
            <w:autoSpaceDN w:val="0"/>
            <w:ind w:left="480" w:hanging="480"/>
            <w:divId w:val="631785997"/>
            <w:rPr>
              <w:rFonts w:eastAsia="Times New Roman"/>
            </w:rPr>
          </w:pPr>
          <w:r>
            <w:rPr>
              <w:rFonts w:eastAsia="Times New Roman"/>
            </w:rPr>
            <w:t xml:space="preserve">Yu, X. (n.d.). </w:t>
          </w:r>
          <w:r>
            <w:rPr>
              <w:rFonts w:eastAsia="Times New Roman"/>
              <w:i/>
              <w:iCs/>
            </w:rPr>
            <w:t>Improvement of Learning Ability and Prediction Accuracy of Intelligent Software through Machine Learning and Deep Learning Algorithms</w:t>
          </w:r>
          <w:r>
            <w:rPr>
              <w:rFonts w:eastAsia="Times New Roman"/>
            </w:rPr>
            <w:t>. p.p. 2024.</w:t>
          </w:r>
        </w:p>
        <w:p w14:paraId="1E451FA8" w14:textId="233816E4" w:rsidR="00833A6B" w:rsidRDefault="007B71FF" w:rsidP="00833A6B">
          <w:r>
            <w:rPr>
              <w:rFonts w:eastAsia="Times New Roman"/>
            </w:rPr>
            <w:t> </w:t>
          </w:r>
        </w:p>
      </w:sdtContent>
    </w:sdt>
    <w:p w14:paraId="73D9AEDC" w14:textId="77777777" w:rsidR="00833A6B" w:rsidRDefault="00833A6B" w:rsidP="006A6678">
      <w:pPr>
        <w:pStyle w:val="Heading1"/>
      </w:pPr>
    </w:p>
    <w:p w14:paraId="04B99C35" w14:textId="77777777" w:rsidR="009B1E88" w:rsidRDefault="009B1E88" w:rsidP="006A6678">
      <w:pPr>
        <w:pStyle w:val="Heading1"/>
      </w:pPr>
    </w:p>
    <w:p w14:paraId="6DE0D9E3" w14:textId="77777777" w:rsidR="009B1E88" w:rsidRDefault="009B1E88" w:rsidP="006A6678">
      <w:pPr>
        <w:pStyle w:val="Heading1"/>
      </w:pPr>
    </w:p>
    <w:p w14:paraId="1FBF316F" w14:textId="77777777" w:rsidR="009B1E88" w:rsidRPr="009B1E88" w:rsidRDefault="009B1E88" w:rsidP="009B1E88"/>
    <w:p w14:paraId="37657483" w14:textId="39D2FA80" w:rsidR="006A6678" w:rsidRDefault="00466AB2" w:rsidP="006A6678">
      <w:pPr>
        <w:pStyle w:val="Heading1"/>
      </w:pPr>
      <w:bookmarkStart w:id="56" w:name="_Toc197053622"/>
      <w:r>
        <w:lastRenderedPageBreak/>
        <w:t>APPEND</w:t>
      </w:r>
      <w:r w:rsidR="00412310">
        <w:t>I</w:t>
      </w:r>
      <w:r>
        <w:t>CIES</w:t>
      </w:r>
      <w:bookmarkEnd w:id="56"/>
    </w:p>
    <w:p w14:paraId="71E1592C" w14:textId="77777777" w:rsidR="008A19DD" w:rsidRPr="0053514F" w:rsidRDefault="008A19DD" w:rsidP="008A19DD">
      <w:pPr>
        <w:rPr>
          <w:b/>
          <w:bCs/>
          <w:sz w:val="28"/>
          <w:szCs w:val="28"/>
          <w:u w:val="single"/>
        </w:rPr>
      </w:pPr>
      <w:r w:rsidRPr="0053514F">
        <w:rPr>
          <w:b/>
          <w:bCs/>
          <w:sz w:val="28"/>
          <w:szCs w:val="28"/>
          <w:u w:val="single"/>
        </w:rPr>
        <w:t>Appendix A: Model Training Configuration and Parameters</w:t>
      </w:r>
    </w:p>
    <w:p w14:paraId="098B7A6F" w14:textId="7F9B7F62" w:rsidR="008A19DD" w:rsidRDefault="008A19DD" w:rsidP="008A19DD">
      <w:r>
        <w:t>This appendix provides technical details on the configuration of the machine learning model used to classify voice commands within the Voice-Controlled Smart Lighting System.</w:t>
      </w:r>
    </w:p>
    <w:p w14:paraId="4AB0500B" w14:textId="2E250DB4" w:rsidR="008A19DD" w:rsidRDefault="008A19DD" w:rsidP="008A19DD">
      <w:r>
        <w:t xml:space="preserve">Development Environment: Google </w:t>
      </w:r>
      <w:proofErr w:type="spellStart"/>
      <w:r>
        <w:t>Colab</w:t>
      </w:r>
      <w:proofErr w:type="spellEnd"/>
      <w:r>
        <w:t xml:space="preserve"> </w:t>
      </w:r>
      <w:r w:rsidR="00AD2C04">
        <w:t>Python</w:t>
      </w:r>
    </w:p>
    <w:p w14:paraId="17B2806E" w14:textId="712840BB" w:rsidR="008A19DD" w:rsidRPr="002C2AB5" w:rsidRDefault="008A19DD" w:rsidP="008A19DD">
      <w:pPr>
        <w:rPr>
          <w:b/>
          <w:bCs/>
          <w:u w:val="single"/>
        </w:rPr>
      </w:pPr>
      <w:r w:rsidRPr="002C2AB5">
        <w:rPr>
          <w:b/>
          <w:bCs/>
          <w:u w:val="single"/>
        </w:rPr>
        <w:t>Audio Feature Extraction:</w:t>
      </w:r>
    </w:p>
    <w:p w14:paraId="31857D40" w14:textId="2C854829" w:rsidR="008A19DD" w:rsidRDefault="008A19DD" w:rsidP="008A19DD">
      <w:r>
        <w:t>Sample Rate: 16,000 Hz</w:t>
      </w:r>
    </w:p>
    <w:p w14:paraId="793DB437" w14:textId="7A1E5779" w:rsidR="008A19DD" w:rsidRDefault="008A19DD" w:rsidP="008A19DD">
      <w:r>
        <w:t>Feature Type: Mel Frequency Cepstral Coefficients (MFCC)</w:t>
      </w:r>
    </w:p>
    <w:p w14:paraId="4F378E67" w14:textId="77777777" w:rsidR="008A19DD" w:rsidRDefault="008A19DD" w:rsidP="008A19DD">
      <w:r>
        <w:t>Number of MFCCs: 13</w:t>
      </w:r>
    </w:p>
    <w:p w14:paraId="215ED8F7" w14:textId="77777777" w:rsidR="008A19DD" w:rsidRDefault="008A19DD" w:rsidP="008A19DD"/>
    <w:p w14:paraId="4148D2E1" w14:textId="7F9DB316" w:rsidR="008A19DD" w:rsidRPr="002C2AB5" w:rsidRDefault="008A19DD" w:rsidP="008A19DD">
      <w:pPr>
        <w:rPr>
          <w:b/>
          <w:bCs/>
          <w:u w:val="single"/>
        </w:rPr>
      </w:pPr>
      <w:r w:rsidRPr="002C2AB5">
        <w:rPr>
          <w:b/>
          <w:bCs/>
          <w:u w:val="single"/>
        </w:rPr>
        <w:t>Dataset Used: Google Speech Commands Dataset (v0.02)</w:t>
      </w:r>
    </w:p>
    <w:p w14:paraId="17157696" w14:textId="04C1776C" w:rsidR="008A19DD" w:rsidRDefault="008A19DD" w:rsidP="008A19DD">
      <w:r>
        <w:t>Total Samples: 65,000+</w:t>
      </w:r>
    </w:p>
    <w:p w14:paraId="2D7328F7" w14:textId="77777777" w:rsidR="008A19DD" w:rsidRDefault="008A19DD" w:rsidP="008A19DD">
      <w:r>
        <w:t>Commands Used: “on” and “off”</w:t>
      </w:r>
    </w:p>
    <w:p w14:paraId="35F768B8" w14:textId="77777777" w:rsidR="008A19DD" w:rsidRDefault="008A19DD" w:rsidP="008A19DD"/>
    <w:p w14:paraId="148B75EB" w14:textId="197C1281" w:rsidR="008A19DD" w:rsidRPr="002C2AB5" w:rsidRDefault="008A19DD" w:rsidP="008A19DD">
      <w:pPr>
        <w:rPr>
          <w:b/>
          <w:bCs/>
          <w:u w:val="single"/>
        </w:rPr>
      </w:pPr>
      <w:r w:rsidRPr="002C2AB5">
        <w:rPr>
          <w:b/>
          <w:bCs/>
          <w:u w:val="single"/>
        </w:rPr>
        <w:t>Data Preprocessing:</w:t>
      </w:r>
    </w:p>
    <w:p w14:paraId="7AD22E42" w14:textId="3E8E23BA" w:rsidR="008A19DD" w:rsidRDefault="008A19DD" w:rsidP="008A19DD">
      <w:r>
        <w:t>Normalization: Resampling and trimming of audio clips</w:t>
      </w:r>
    </w:p>
    <w:p w14:paraId="45106A45" w14:textId="64734B27" w:rsidR="008A19DD" w:rsidRDefault="008A19DD" w:rsidP="008A19DD">
      <w:r>
        <w:t>Noise Reduction: Included samples with background noise</w:t>
      </w:r>
    </w:p>
    <w:p w14:paraId="21C9A678" w14:textId="77777777" w:rsidR="008A19DD" w:rsidRDefault="008A19DD" w:rsidP="008A19DD">
      <w:r>
        <w:t>Feature Shape: (13, 32)</w:t>
      </w:r>
    </w:p>
    <w:p w14:paraId="5004156C" w14:textId="77777777" w:rsidR="008A19DD" w:rsidRDefault="008A19DD" w:rsidP="008A19DD"/>
    <w:p w14:paraId="449EF879" w14:textId="4B4BE57E" w:rsidR="008A19DD" w:rsidRPr="002C2AB5" w:rsidRDefault="008A19DD" w:rsidP="008A19DD">
      <w:pPr>
        <w:rPr>
          <w:b/>
          <w:bCs/>
          <w:u w:val="single"/>
        </w:rPr>
      </w:pPr>
      <w:r w:rsidRPr="002C2AB5">
        <w:rPr>
          <w:b/>
          <w:bCs/>
          <w:u w:val="single"/>
        </w:rPr>
        <w:t>Training Configuration:</w:t>
      </w:r>
    </w:p>
    <w:p w14:paraId="53D99351" w14:textId="574C5457" w:rsidR="008A19DD" w:rsidRDefault="008A19DD" w:rsidP="008A19DD">
      <w:r>
        <w:t>Loss Function: Categorical Cross entropy</w:t>
      </w:r>
    </w:p>
    <w:p w14:paraId="4D875134" w14:textId="7E89B648" w:rsidR="008A19DD" w:rsidRDefault="008A19DD" w:rsidP="008A19DD">
      <w:r>
        <w:t>Epochs: 100</w:t>
      </w:r>
    </w:p>
    <w:p w14:paraId="58FAD68B" w14:textId="5B4305E4" w:rsidR="001E16DB" w:rsidRPr="001E16DB" w:rsidRDefault="008A19DD" w:rsidP="008A19DD">
      <w:r>
        <w:t>Batch Size: 32</w:t>
      </w:r>
    </w:p>
    <w:sectPr w:rsidR="001E16DB" w:rsidRPr="001E16DB" w:rsidSect="00034616">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AD6C8" w14:textId="77777777" w:rsidR="008018F3" w:rsidRDefault="008018F3" w:rsidP="00210121">
      <w:pPr>
        <w:spacing w:after="0" w:line="240" w:lineRule="auto"/>
      </w:pPr>
      <w:r>
        <w:separator/>
      </w:r>
    </w:p>
  </w:endnote>
  <w:endnote w:type="continuationSeparator" w:id="0">
    <w:p w14:paraId="02071E6F" w14:textId="77777777" w:rsidR="008018F3" w:rsidRDefault="008018F3" w:rsidP="00210121">
      <w:pPr>
        <w:spacing w:after="0" w:line="240" w:lineRule="auto"/>
      </w:pPr>
      <w:r>
        <w:continuationSeparator/>
      </w:r>
    </w:p>
  </w:endnote>
  <w:endnote w:type="continuationNotice" w:id="1">
    <w:p w14:paraId="0781D7EE" w14:textId="77777777" w:rsidR="008018F3" w:rsidRDefault="00801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062405"/>
      <w:docPartObj>
        <w:docPartGallery w:val="Page Numbers (Bottom of Page)"/>
        <w:docPartUnique/>
      </w:docPartObj>
    </w:sdtPr>
    <w:sdtEndPr>
      <w:rPr>
        <w:noProof/>
      </w:rPr>
    </w:sdtEndPr>
    <w:sdtContent>
      <w:p w14:paraId="27286365" w14:textId="46F543F4" w:rsidR="00DA5C6D" w:rsidRDefault="00DA5C6D">
        <w:pPr>
          <w:pStyle w:val="Footer"/>
        </w:pPr>
        <w:r>
          <w:fldChar w:fldCharType="begin"/>
        </w:r>
        <w:r>
          <w:instrText xml:space="preserve"> PAGE   \* MERGEFORMAT </w:instrText>
        </w:r>
        <w:r>
          <w:fldChar w:fldCharType="separate"/>
        </w:r>
        <w:r>
          <w:rPr>
            <w:noProof/>
          </w:rPr>
          <w:t>2</w:t>
        </w:r>
        <w:r>
          <w:rPr>
            <w:noProof/>
          </w:rPr>
          <w:fldChar w:fldCharType="end"/>
        </w:r>
      </w:p>
    </w:sdtContent>
  </w:sdt>
  <w:p w14:paraId="208FC1A1" w14:textId="77777777" w:rsidR="00210121" w:rsidRDefault="00210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60F28" w14:textId="77777777" w:rsidR="008018F3" w:rsidRDefault="008018F3" w:rsidP="00210121">
      <w:pPr>
        <w:spacing w:after="0" w:line="240" w:lineRule="auto"/>
      </w:pPr>
      <w:r>
        <w:separator/>
      </w:r>
    </w:p>
  </w:footnote>
  <w:footnote w:type="continuationSeparator" w:id="0">
    <w:p w14:paraId="416604A6" w14:textId="77777777" w:rsidR="008018F3" w:rsidRDefault="008018F3" w:rsidP="00210121">
      <w:pPr>
        <w:spacing w:after="0" w:line="240" w:lineRule="auto"/>
      </w:pPr>
      <w:r>
        <w:continuationSeparator/>
      </w:r>
    </w:p>
  </w:footnote>
  <w:footnote w:type="continuationNotice" w:id="1">
    <w:p w14:paraId="36DA99D7" w14:textId="77777777" w:rsidR="008018F3" w:rsidRDefault="008018F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2Of6HCaAUrhufF" int2:id="8CfdznSZ">
      <int2:state int2:value="Rejected" int2:type="AugLoop_Text_Critique"/>
    </int2:textHash>
    <int2:textHash int2:hashCode="8ZFx4Plwr3llfY" int2:id="MMIRvEF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960F96"/>
    <w:multiLevelType w:val="hybridMultilevel"/>
    <w:tmpl w:val="576A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5962F6"/>
    <w:multiLevelType w:val="hybridMultilevel"/>
    <w:tmpl w:val="90C0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C56F92"/>
    <w:multiLevelType w:val="multilevel"/>
    <w:tmpl w:val="1464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F954EE"/>
    <w:multiLevelType w:val="multilevel"/>
    <w:tmpl w:val="0674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14193"/>
    <w:multiLevelType w:val="multilevel"/>
    <w:tmpl w:val="CA9A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46060"/>
    <w:multiLevelType w:val="hybridMultilevel"/>
    <w:tmpl w:val="0BECB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91F1F"/>
    <w:multiLevelType w:val="multilevel"/>
    <w:tmpl w:val="5408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616571"/>
    <w:multiLevelType w:val="multilevel"/>
    <w:tmpl w:val="DBEE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82D74"/>
    <w:multiLevelType w:val="multilevel"/>
    <w:tmpl w:val="0992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514B3"/>
    <w:multiLevelType w:val="hybridMultilevel"/>
    <w:tmpl w:val="7224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435BD3"/>
    <w:multiLevelType w:val="multilevel"/>
    <w:tmpl w:val="FA46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8A57DC"/>
    <w:multiLevelType w:val="multilevel"/>
    <w:tmpl w:val="C248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695003"/>
    <w:multiLevelType w:val="multilevel"/>
    <w:tmpl w:val="A5E8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734EAF"/>
    <w:multiLevelType w:val="hybridMultilevel"/>
    <w:tmpl w:val="C3F6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03277"/>
    <w:multiLevelType w:val="hybridMultilevel"/>
    <w:tmpl w:val="64E6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35AD2"/>
    <w:multiLevelType w:val="hybridMultilevel"/>
    <w:tmpl w:val="D908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5298C"/>
    <w:multiLevelType w:val="multilevel"/>
    <w:tmpl w:val="554E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9E73EA"/>
    <w:multiLevelType w:val="hybridMultilevel"/>
    <w:tmpl w:val="441A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EA0F93"/>
    <w:multiLevelType w:val="multilevel"/>
    <w:tmpl w:val="6D8A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C73D6"/>
    <w:multiLevelType w:val="multilevel"/>
    <w:tmpl w:val="A602130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47058322">
    <w:abstractNumId w:val="8"/>
  </w:num>
  <w:num w:numId="2" w16cid:durableId="1825318157">
    <w:abstractNumId w:val="6"/>
  </w:num>
  <w:num w:numId="3" w16cid:durableId="1915166665">
    <w:abstractNumId w:val="5"/>
  </w:num>
  <w:num w:numId="4" w16cid:durableId="1444230939">
    <w:abstractNumId w:val="4"/>
  </w:num>
  <w:num w:numId="5" w16cid:durableId="1597327103">
    <w:abstractNumId w:val="7"/>
  </w:num>
  <w:num w:numId="6" w16cid:durableId="1798259187">
    <w:abstractNumId w:val="3"/>
  </w:num>
  <w:num w:numId="7" w16cid:durableId="2090226611">
    <w:abstractNumId w:val="2"/>
  </w:num>
  <w:num w:numId="8" w16cid:durableId="1368723669">
    <w:abstractNumId w:val="1"/>
  </w:num>
  <w:num w:numId="9" w16cid:durableId="255528092">
    <w:abstractNumId w:val="0"/>
  </w:num>
  <w:num w:numId="10" w16cid:durableId="1561402395">
    <w:abstractNumId w:val="28"/>
  </w:num>
  <w:num w:numId="11" w16cid:durableId="518196974">
    <w:abstractNumId w:val="25"/>
  </w:num>
  <w:num w:numId="12" w16cid:durableId="1592348663">
    <w:abstractNumId w:val="20"/>
  </w:num>
  <w:num w:numId="13" w16cid:durableId="1257985194">
    <w:abstractNumId w:val="16"/>
  </w:num>
  <w:num w:numId="14" w16cid:durableId="1469739978">
    <w:abstractNumId w:val="15"/>
  </w:num>
  <w:num w:numId="15" w16cid:durableId="22247220">
    <w:abstractNumId w:val="21"/>
  </w:num>
  <w:num w:numId="16" w16cid:durableId="744180574">
    <w:abstractNumId w:val="19"/>
  </w:num>
  <w:num w:numId="17" w16cid:durableId="1607614842">
    <w:abstractNumId w:val="12"/>
  </w:num>
  <w:num w:numId="18" w16cid:durableId="403601642">
    <w:abstractNumId w:val="13"/>
  </w:num>
  <w:num w:numId="19" w16cid:durableId="530147123">
    <w:abstractNumId w:val="27"/>
  </w:num>
  <w:num w:numId="20" w16cid:durableId="1179586565">
    <w:abstractNumId w:val="17"/>
  </w:num>
  <w:num w:numId="21" w16cid:durableId="1292981109">
    <w:abstractNumId w:val="11"/>
  </w:num>
  <w:num w:numId="22" w16cid:durableId="905847393">
    <w:abstractNumId w:val="14"/>
  </w:num>
  <w:num w:numId="23" w16cid:durableId="273906041">
    <w:abstractNumId w:val="24"/>
  </w:num>
  <w:num w:numId="24" w16cid:durableId="1753234615">
    <w:abstractNumId w:val="9"/>
  </w:num>
  <w:num w:numId="25" w16cid:durableId="431096901">
    <w:abstractNumId w:val="23"/>
  </w:num>
  <w:num w:numId="26" w16cid:durableId="861938156">
    <w:abstractNumId w:val="10"/>
  </w:num>
  <w:num w:numId="27" w16cid:durableId="232011978">
    <w:abstractNumId w:val="18"/>
  </w:num>
  <w:num w:numId="28" w16cid:durableId="1445615844">
    <w:abstractNumId w:val="26"/>
  </w:num>
  <w:num w:numId="29" w16cid:durableId="18553381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301"/>
    <w:rsid w:val="000019CF"/>
    <w:rsid w:val="00002499"/>
    <w:rsid w:val="00003762"/>
    <w:rsid w:val="0001027F"/>
    <w:rsid w:val="00013DB9"/>
    <w:rsid w:val="00016E27"/>
    <w:rsid w:val="00017C65"/>
    <w:rsid w:val="00021BD3"/>
    <w:rsid w:val="000221FB"/>
    <w:rsid w:val="00022740"/>
    <w:rsid w:val="00023160"/>
    <w:rsid w:val="000241A3"/>
    <w:rsid w:val="000255B1"/>
    <w:rsid w:val="00027A89"/>
    <w:rsid w:val="00032E59"/>
    <w:rsid w:val="0003450B"/>
    <w:rsid w:val="00034616"/>
    <w:rsid w:val="00035506"/>
    <w:rsid w:val="00035F3C"/>
    <w:rsid w:val="00037E07"/>
    <w:rsid w:val="000402E7"/>
    <w:rsid w:val="00040AC7"/>
    <w:rsid w:val="00042A8D"/>
    <w:rsid w:val="00047970"/>
    <w:rsid w:val="00050C78"/>
    <w:rsid w:val="00053A7C"/>
    <w:rsid w:val="000568B4"/>
    <w:rsid w:val="00057C56"/>
    <w:rsid w:val="0006063C"/>
    <w:rsid w:val="00061243"/>
    <w:rsid w:val="000612D2"/>
    <w:rsid w:val="00061329"/>
    <w:rsid w:val="00062207"/>
    <w:rsid w:val="00062660"/>
    <w:rsid w:val="000650A6"/>
    <w:rsid w:val="0006799D"/>
    <w:rsid w:val="00067FDC"/>
    <w:rsid w:val="00070F6D"/>
    <w:rsid w:val="0007281B"/>
    <w:rsid w:val="00072E2A"/>
    <w:rsid w:val="00072F48"/>
    <w:rsid w:val="000736E1"/>
    <w:rsid w:val="00073802"/>
    <w:rsid w:val="00073AE7"/>
    <w:rsid w:val="00076894"/>
    <w:rsid w:val="00080426"/>
    <w:rsid w:val="00082ED4"/>
    <w:rsid w:val="00084347"/>
    <w:rsid w:val="00085EBB"/>
    <w:rsid w:val="00086F65"/>
    <w:rsid w:val="00090AF3"/>
    <w:rsid w:val="000910B4"/>
    <w:rsid w:val="00092C2B"/>
    <w:rsid w:val="00096CB8"/>
    <w:rsid w:val="000A01D1"/>
    <w:rsid w:val="000A189C"/>
    <w:rsid w:val="000A2100"/>
    <w:rsid w:val="000A258A"/>
    <w:rsid w:val="000A6444"/>
    <w:rsid w:val="000A795D"/>
    <w:rsid w:val="000B0884"/>
    <w:rsid w:val="000B0B11"/>
    <w:rsid w:val="000B2183"/>
    <w:rsid w:val="000B32A7"/>
    <w:rsid w:val="000B40AD"/>
    <w:rsid w:val="000B4370"/>
    <w:rsid w:val="000B5D77"/>
    <w:rsid w:val="000B6B03"/>
    <w:rsid w:val="000C2AE8"/>
    <w:rsid w:val="000C4821"/>
    <w:rsid w:val="000C5C21"/>
    <w:rsid w:val="000D3005"/>
    <w:rsid w:val="000D46D6"/>
    <w:rsid w:val="000D6DDE"/>
    <w:rsid w:val="000D75A6"/>
    <w:rsid w:val="000E0C17"/>
    <w:rsid w:val="000E10D4"/>
    <w:rsid w:val="000E4E85"/>
    <w:rsid w:val="000E5A3B"/>
    <w:rsid w:val="000E750D"/>
    <w:rsid w:val="000F034D"/>
    <w:rsid w:val="000F3FBE"/>
    <w:rsid w:val="00103EDD"/>
    <w:rsid w:val="001042AD"/>
    <w:rsid w:val="00104B69"/>
    <w:rsid w:val="00105411"/>
    <w:rsid w:val="00105FF9"/>
    <w:rsid w:val="001062FB"/>
    <w:rsid w:val="00112626"/>
    <w:rsid w:val="0011609A"/>
    <w:rsid w:val="00117084"/>
    <w:rsid w:val="00123E91"/>
    <w:rsid w:val="00124948"/>
    <w:rsid w:val="00127EED"/>
    <w:rsid w:val="00130AE6"/>
    <w:rsid w:val="00132043"/>
    <w:rsid w:val="0013454B"/>
    <w:rsid w:val="00135272"/>
    <w:rsid w:val="001375A1"/>
    <w:rsid w:val="00140532"/>
    <w:rsid w:val="001455AD"/>
    <w:rsid w:val="0015074B"/>
    <w:rsid w:val="00150B78"/>
    <w:rsid w:val="00153793"/>
    <w:rsid w:val="001538CA"/>
    <w:rsid w:val="00155991"/>
    <w:rsid w:val="00155D64"/>
    <w:rsid w:val="00156392"/>
    <w:rsid w:val="00156AC5"/>
    <w:rsid w:val="001577C0"/>
    <w:rsid w:val="0016041A"/>
    <w:rsid w:val="00160D2F"/>
    <w:rsid w:val="00163372"/>
    <w:rsid w:val="0016534B"/>
    <w:rsid w:val="001669B2"/>
    <w:rsid w:val="001713C8"/>
    <w:rsid w:val="0017470F"/>
    <w:rsid w:val="00175477"/>
    <w:rsid w:val="00175A47"/>
    <w:rsid w:val="001761D2"/>
    <w:rsid w:val="00176502"/>
    <w:rsid w:val="00177641"/>
    <w:rsid w:val="00184698"/>
    <w:rsid w:val="00184AA4"/>
    <w:rsid w:val="00184C40"/>
    <w:rsid w:val="001859D7"/>
    <w:rsid w:val="0018645F"/>
    <w:rsid w:val="00187194"/>
    <w:rsid w:val="0018768D"/>
    <w:rsid w:val="00187790"/>
    <w:rsid w:val="00190CCA"/>
    <w:rsid w:val="001915F3"/>
    <w:rsid w:val="00193706"/>
    <w:rsid w:val="00195807"/>
    <w:rsid w:val="00196042"/>
    <w:rsid w:val="001962CB"/>
    <w:rsid w:val="001A2074"/>
    <w:rsid w:val="001A28BF"/>
    <w:rsid w:val="001A2A13"/>
    <w:rsid w:val="001A52A2"/>
    <w:rsid w:val="001A5DA7"/>
    <w:rsid w:val="001A7497"/>
    <w:rsid w:val="001B04DE"/>
    <w:rsid w:val="001B0A9C"/>
    <w:rsid w:val="001B1680"/>
    <w:rsid w:val="001B59F5"/>
    <w:rsid w:val="001C3447"/>
    <w:rsid w:val="001C4265"/>
    <w:rsid w:val="001C4CE1"/>
    <w:rsid w:val="001C4DEB"/>
    <w:rsid w:val="001D0659"/>
    <w:rsid w:val="001D34B1"/>
    <w:rsid w:val="001D3778"/>
    <w:rsid w:val="001D5947"/>
    <w:rsid w:val="001D6AC7"/>
    <w:rsid w:val="001E16DB"/>
    <w:rsid w:val="001E1E6F"/>
    <w:rsid w:val="001E5471"/>
    <w:rsid w:val="001E66E4"/>
    <w:rsid w:val="001E71B2"/>
    <w:rsid w:val="001E7B4A"/>
    <w:rsid w:val="001F42D4"/>
    <w:rsid w:val="001F4361"/>
    <w:rsid w:val="001F65B7"/>
    <w:rsid w:val="002026B0"/>
    <w:rsid w:val="00203BB2"/>
    <w:rsid w:val="00203BB7"/>
    <w:rsid w:val="00207607"/>
    <w:rsid w:val="00210121"/>
    <w:rsid w:val="002109B4"/>
    <w:rsid w:val="00210A8A"/>
    <w:rsid w:val="002115C4"/>
    <w:rsid w:val="00211B3E"/>
    <w:rsid w:val="002211EC"/>
    <w:rsid w:val="00223512"/>
    <w:rsid w:val="002241E0"/>
    <w:rsid w:val="00224BB5"/>
    <w:rsid w:val="0022621D"/>
    <w:rsid w:val="00233ABB"/>
    <w:rsid w:val="00234D46"/>
    <w:rsid w:val="002373DA"/>
    <w:rsid w:val="00242745"/>
    <w:rsid w:val="00244067"/>
    <w:rsid w:val="00246602"/>
    <w:rsid w:val="00252E23"/>
    <w:rsid w:val="00255141"/>
    <w:rsid w:val="002555C6"/>
    <w:rsid w:val="00262DF1"/>
    <w:rsid w:val="002660B9"/>
    <w:rsid w:val="002665B5"/>
    <w:rsid w:val="00270060"/>
    <w:rsid w:val="00270353"/>
    <w:rsid w:val="00271B11"/>
    <w:rsid w:val="00272B59"/>
    <w:rsid w:val="00273985"/>
    <w:rsid w:val="00273AA6"/>
    <w:rsid w:val="00275E57"/>
    <w:rsid w:val="0027699F"/>
    <w:rsid w:val="002826C6"/>
    <w:rsid w:val="00287FDD"/>
    <w:rsid w:val="00290C6F"/>
    <w:rsid w:val="00291912"/>
    <w:rsid w:val="0029474F"/>
    <w:rsid w:val="0029639D"/>
    <w:rsid w:val="002968D0"/>
    <w:rsid w:val="002A166E"/>
    <w:rsid w:val="002A21BB"/>
    <w:rsid w:val="002A374C"/>
    <w:rsid w:val="002B03F1"/>
    <w:rsid w:val="002B0650"/>
    <w:rsid w:val="002B0BD3"/>
    <w:rsid w:val="002B1A26"/>
    <w:rsid w:val="002B3B9D"/>
    <w:rsid w:val="002B4692"/>
    <w:rsid w:val="002B4EC2"/>
    <w:rsid w:val="002B5EEF"/>
    <w:rsid w:val="002B6618"/>
    <w:rsid w:val="002C2AB5"/>
    <w:rsid w:val="002C2F80"/>
    <w:rsid w:val="002C347D"/>
    <w:rsid w:val="002C3AED"/>
    <w:rsid w:val="002C3D7E"/>
    <w:rsid w:val="002C640A"/>
    <w:rsid w:val="002C6DB2"/>
    <w:rsid w:val="002D12D8"/>
    <w:rsid w:val="002D244E"/>
    <w:rsid w:val="002D3FEA"/>
    <w:rsid w:val="002D59B7"/>
    <w:rsid w:val="002D5D5C"/>
    <w:rsid w:val="002D776B"/>
    <w:rsid w:val="002D7E1C"/>
    <w:rsid w:val="002E11EE"/>
    <w:rsid w:val="002E27B9"/>
    <w:rsid w:val="002E5005"/>
    <w:rsid w:val="002E676A"/>
    <w:rsid w:val="002E68DD"/>
    <w:rsid w:val="002F0B43"/>
    <w:rsid w:val="002F2B0F"/>
    <w:rsid w:val="002F34DB"/>
    <w:rsid w:val="002F4085"/>
    <w:rsid w:val="002F4F97"/>
    <w:rsid w:val="002F5A54"/>
    <w:rsid w:val="002F7392"/>
    <w:rsid w:val="00301B8D"/>
    <w:rsid w:val="00301D14"/>
    <w:rsid w:val="00306B39"/>
    <w:rsid w:val="00306C96"/>
    <w:rsid w:val="0030784B"/>
    <w:rsid w:val="00307E04"/>
    <w:rsid w:val="00311255"/>
    <w:rsid w:val="003155FC"/>
    <w:rsid w:val="00315B9C"/>
    <w:rsid w:val="00315BF5"/>
    <w:rsid w:val="00316BEA"/>
    <w:rsid w:val="00317E1F"/>
    <w:rsid w:val="00320CAD"/>
    <w:rsid w:val="00322B3D"/>
    <w:rsid w:val="00325788"/>
    <w:rsid w:val="00326671"/>
    <w:rsid w:val="0032695A"/>
    <w:rsid w:val="00326F90"/>
    <w:rsid w:val="00327E94"/>
    <w:rsid w:val="0033003D"/>
    <w:rsid w:val="0033198E"/>
    <w:rsid w:val="00333373"/>
    <w:rsid w:val="003372EE"/>
    <w:rsid w:val="003461EC"/>
    <w:rsid w:val="00347FD3"/>
    <w:rsid w:val="003507F0"/>
    <w:rsid w:val="00355DFC"/>
    <w:rsid w:val="00356AED"/>
    <w:rsid w:val="00361348"/>
    <w:rsid w:val="003630B8"/>
    <w:rsid w:val="00371E20"/>
    <w:rsid w:val="003742A9"/>
    <w:rsid w:val="0037630E"/>
    <w:rsid w:val="00376C0D"/>
    <w:rsid w:val="00380244"/>
    <w:rsid w:val="00380EF7"/>
    <w:rsid w:val="0038394C"/>
    <w:rsid w:val="00390D75"/>
    <w:rsid w:val="003913E2"/>
    <w:rsid w:val="00392007"/>
    <w:rsid w:val="003924CF"/>
    <w:rsid w:val="00396151"/>
    <w:rsid w:val="00397F1F"/>
    <w:rsid w:val="003A4989"/>
    <w:rsid w:val="003A4BAE"/>
    <w:rsid w:val="003A6CB3"/>
    <w:rsid w:val="003B0AEE"/>
    <w:rsid w:val="003B2325"/>
    <w:rsid w:val="003B4480"/>
    <w:rsid w:val="003B44B9"/>
    <w:rsid w:val="003B49AD"/>
    <w:rsid w:val="003B5E49"/>
    <w:rsid w:val="003B64AB"/>
    <w:rsid w:val="003C1209"/>
    <w:rsid w:val="003C2246"/>
    <w:rsid w:val="003C7908"/>
    <w:rsid w:val="003D319F"/>
    <w:rsid w:val="003D6F3F"/>
    <w:rsid w:val="003D76E2"/>
    <w:rsid w:val="003E219D"/>
    <w:rsid w:val="003E35E4"/>
    <w:rsid w:val="003E3669"/>
    <w:rsid w:val="003E63F6"/>
    <w:rsid w:val="003E6B67"/>
    <w:rsid w:val="003E70B6"/>
    <w:rsid w:val="003F08F1"/>
    <w:rsid w:val="003F1A6D"/>
    <w:rsid w:val="003F1D65"/>
    <w:rsid w:val="003F2DBA"/>
    <w:rsid w:val="003F72D3"/>
    <w:rsid w:val="003F7C89"/>
    <w:rsid w:val="00400A49"/>
    <w:rsid w:val="004010D5"/>
    <w:rsid w:val="004019EB"/>
    <w:rsid w:val="004040DC"/>
    <w:rsid w:val="00404452"/>
    <w:rsid w:val="004050C7"/>
    <w:rsid w:val="00406ED3"/>
    <w:rsid w:val="004100D3"/>
    <w:rsid w:val="00412310"/>
    <w:rsid w:val="00417AF2"/>
    <w:rsid w:val="00420C1E"/>
    <w:rsid w:val="00421A8B"/>
    <w:rsid w:val="00422CC0"/>
    <w:rsid w:val="00424EC3"/>
    <w:rsid w:val="00424F06"/>
    <w:rsid w:val="00425577"/>
    <w:rsid w:val="00425C2B"/>
    <w:rsid w:val="00426F0C"/>
    <w:rsid w:val="004313C4"/>
    <w:rsid w:val="00433E35"/>
    <w:rsid w:val="004425C6"/>
    <w:rsid w:val="004467A7"/>
    <w:rsid w:val="00447333"/>
    <w:rsid w:val="00447ACC"/>
    <w:rsid w:val="00450B0F"/>
    <w:rsid w:val="00452A53"/>
    <w:rsid w:val="0045644D"/>
    <w:rsid w:val="00461929"/>
    <w:rsid w:val="00462821"/>
    <w:rsid w:val="00466020"/>
    <w:rsid w:val="00466AB2"/>
    <w:rsid w:val="00470303"/>
    <w:rsid w:val="00470511"/>
    <w:rsid w:val="00470990"/>
    <w:rsid w:val="004733C0"/>
    <w:rsid w:val="00473AD3"/>
    <w:rsid w:val="004749A7"/>
    <w:rsid w:val="0048003B"/>
    <w:rsid w:val="0048263A"/>
    <w:rsid w:val="00484392"/>
    <w:rsid w:val="00484562"/>
    <w:rsid w:val="00484B6A"/>
    <w:rsid w:val="00485085"/>
    <w:rsid w:val="00485C8D"/>
    <w:rsid w:val="00486EED"/>
    <w:rsid w:val="004873C6"/>
    <w:rsid w:val="00487932"/>
    <w:rsid w:val="00487E08"/>
    <w:rsid w:val="00492055"/>
    <w:rsid w:val="00492104"/>
    <w:rsid w:val="00493C18"/>
    <w:rsid w:val="00493D5F"/>
    <w:rsid w:val="0049492D"/>
    <w:rsid w:val="0049585E"/>
    <w:rsid w:val="0049705F"/>
    <w:rsid w:val="0049746B"/>
    <w:rsid w:val="004A073D"/>
    <w:rsid w:val="004A13A5"/>
    <w:rsid w:val="004A3B1F"/>
    <w:rsid w:val="004A4F0A"/>
    <w:rsid w:val="004A730F"/>
    <w:rsid w:val="004B121D"/>
    <w:rsid w:val="004B1DEE"/>
    <w:rsid w:val="004B45B2"/>
    <w:rsid w:val="004B4FA8"/>
    <w:rsid w:val="004B5C46"/>
    <w:rsid w:val="004B776F"/>
    <w:rsid w:val="004C52CB"/>
    <w:rsid w:val="004C6E17"/>
    <w:rsid w:val="004D091E"/>
    <w:rsid w:val="004D2038"/>
    <w:rsid w:val="004D610C"/>
    <w:rsid w:val="004D6FAF"/>
    <w:rsid w:val="004D7983"/>
    <w:rsid w:val="004E0EA2"/>
    <w:rsid w:val="004E3DC7"/>
    <w:rsid w:val="004E4D8F"/>
    <w:rsid w:val="004F1782"/>
    <w:rsid w:val="004F518C"/>
    <w:rsid w:val="005027DF"/>
    <w:rsid w:val="00505094"/>
    <w:rsid w:val="00505222"/>
    <w:rsid w:val="005113CF"/>
    <w:rsid w:val="00511517"/>
    <w:rsid w:val="00511BFA"/>
    <w:rsid w:val="005157A1"/>
    <w:rsid w:val="00517A7E"/>
    <w:rsid w:val="005202EA"/>
    <w:rsid w:val="0052191E"/>
    <w:rsid w:val="0052272C"/>
    <w:rsid w:val="005231F4"/>
    <w:rsid w:val="00523E17"/>
    <w:rsid w:val="00524055"/>
    <w:rsid w:val="00524EEF"/>
    <w:rsid w:val="0052663D"/>
    <w:rsid w:val="00526A1E"/>
    <w:rsid w:val="00526BA7"/>
    <w:rsid w:val="005272EB"/>
    <w:rsid w:val="00531471"/>
    <w:rsid w:val="005331AF"/>
    <w:rsid w:val="00534981"/>
    <w:rsid w:val="00534E40"/>
    <w:rsid w:val="0053514F"/>
    <w:rsid w:val="00535B75"/>
    <w:rsid w:val="005406B2"/>
    <w:rsid w:val="00540A63"/>
    <w:rsid w:val="00542242"/>
    <w:rsid w:val="00542CA4"/>
    <w:rsid w:val="005430E9"/>
    <w:rsid w:val="00543403"/>
    <w:rsid w:val="00544DE8"/>
    <w:rsid w:val="00546101"/>
    <w:rsid w:val="0055200C"/>
    <w:rsid w:val="00554A1C"/>
    <w:rsid w:val="00555095"/>
    <w:rsid w:val="005575F7"/>
    <w:rsid w:val="0055789B"/>
    <w:rsid w:val="005601BD"/>
    <w:rsid w:val="005623F5"/>
    <w:rsid w:val="00563E8D"/>
    <w:rsid w:val="00564634"/>
    <w:rsid w:val="005670EA"/>
    <w:rsid w:val="00573D61"/>
    <w:rsid w:val="0057478D"/>
    <w:rsid w:val="00576F97"/>
    <w:rsid w:val="00580C54"/>
    <w:rsid w:val="005810CD"/>
    <w:rsid w:val="00583EBF"/>
    <w:rsid w:val="00586099"/>
    <w:rsid w:val="00587038"/>
    <w:rsid w:val="00595490"/>
    <w:rsid w:val="00595C9B"/>
    <w:rsid w:val="00596126"/>
    <w:rsid w:val="005A18E5"/>
    <w:rsid w:val="005A1CC7"/>
    <w:rsid w:val="005A1F8E"/>
    <w:rsid w:val="005A2359"/>
    <w:rsid w:val="005A62AF"/>
    <w:rsid w:val="005B3546"/>
    <w:rsid w:val="005B4972"/>
    <w:rsid w:val="005B6561"/>
    <w:rsid w:val="005B67A5"/>
    <w:rsid w:val="005B6BAE"/>
    <w:rsid w:val="005B73BC"/>
    <w:rsid w:val="005C2C7F"/>
    <w:rsid w:val="005C2CED"/>
    <w:rsid w:val="005C5954"/>
    <w:rsid w:val="005C5E5D"/>
    <w:rsid w:val="005C6CAC"/>
    <w:rsid w:val="005D1EFE"/>
    <w:rsid w:val="005D61CD"/>
    <w:rsid w:val="005D62DA"/>
    <w:rsid w:val="005D6D6B"/>
    <w:rsid w:val="005D7253"/>
    <w:rsid w:val="005D790E"/>
    <w:rsid w:val="005E11C0"/>
    <w:rsid w:val="005E3B2A"/>
    <w:rsid w:val="005F32A4"/>
    <w:rsid w:val="005F35D2"/>
    <w:rsid w:val="005F4219"/>
    <w:rsid w:val="005F482F"/>
    <w:rsid w:val="00604BD5"/>
    <w:rsid w:val="00606314"/>
    <w:rsid w:val="006067BE"/>
    <w:rsid w:val="00606DB5"/>
    <w:rsid w:val="00610476"/>
    <w:rsid w:val="006118A5"/>
    <w:rsid w:val="00612BEE"/>
    <w:rsid w:val="00615628"/>
    <w:rsid w:val="00615638"/>
    <w:rsid w:val="0061624F"/>
    <w:rsid w:val="00623CDB"/>
    <w:rsid w:val="00626269"/>
    <w:rsid w:val="00627149"/>
    <w:rsid w:val="006271F5"/>
    <w:rsid w:val="00634F42"/>
    <w:rsid w:val="00635F64"/>
    <w:rsid w:val="00636AAF"/>
    <w:rsid w:val="006417EF"/>
    <w:rsid w:val="006455F2"/>
    <w:rsid w:val="006459DE"/>
    <w:rsid w:val="00647776"/>
    <w:rsid w:val="006477F0"/>
    <w:rsid w:val="00650D57"/>
    <w:rsid w:val="00651D00"/>
    <w:rsid w:val="00653DD9"/>
    <w:rsid w:val="006553E8"/>
    <w:rsid w:val="00655891"/>
    <w:rsid w:val="00656011"/>
    <w:rsid w:val="00656615"/>
    <w:rsid w:val="00656909"/>
    <w:rsid w:val="00660C66"/>
    <w:rsid w:val="00661232"/>
    <w:rsid w:val="00661ABA"/>
    <w:rsid w:val="006622D3"/>
    <w:rsid w:val="0066581F"/>
    <w:rsid w:val="00666BDA"/>
    <w:rsid w:val="00667C03"/>
    <w:rsid w:val="0067286D"/>
    <w:rsid w:val="00673F0D"/>
    <w:rsid w:val="0067666D"/>
    <w:rsid w:val="00676BCC"/>
    <w:rsid w:val="0067710C"/>
    <w:rsid w:val="0067749D"/>
    <w:rsid w:val="00682465"/>
    <w:rsid w:val="00682DDC"/>
    <w:rsid w:val="00685974"/>
    <w:rsid w:val="006863DD"/>
    <w:rsid w:val="0068651A"/>
    <w:rsid w:val="006871B3"/>
    <w:rsid w:val="0069038C"/>
    <w:rsid w:val="006908D3"/>
    <w:rsid w:val="00692535"/>
    <w:rsid w:val="006A0FE1"/>
    <w:rsid w:val="006A499B"/>
    <w:rsid w:val="006A5990"/>
    <w:rsid w:val="006A644A"/>
    <w:rsid w:val="006A6678"/>
    <w:rsid w:val="006B1322"/>
    <w:rsid w:val="006B1D5A"/>
    <w:rsid w:val="006B20E8"/>
    <w:rsid w:val="006B500B"/>
    <w:rsid w:val="006B6CC0"/>
    <w:rsid w:val="006C1589"/>
    <w:rsid w:val="006C4045"/>
    <w:rsid w:val="006C5008"/>
    <w:rsid w:val="006C5537"/>
    <w:rsid w:val="006C6707"/>
    <w:rsid w:val="006D04BC"/>
    <w:rsid w:val="006D2F56"/>
    <w:rsid w:val="006D459A"/>
    <w:rsid w:val="006D5829"/>
    <w:rsid w:val="006E0A04"/>
    <w:rsid w:val="006E251A"/>
    <w:rsid w:val="006E5767"/>
    <w:rsid w:val="006E5C5C"/>
    <w:rsid w:val="006E73E5"/>
    <w:rsid w:val="006E7BF0"/>
    <w:rsid w:val="006F0863"/>
    <w:rsid w:val="006F1C5F"/>
    <w:rsid w:val="006F339C"/>
    <w:rsid w:val="006F3C0E"/>
    <w:rsid w:val="006F3D90"/>
    <w:rsid w:val="006F64D5"/>
    <w:rsid w:val="007008CB"/>
    <w:rsid w:val="00703BCA"/>
    <w:rsid w:val="007049C6"/>
    <w:rsid w:val="00704A41"/>
    <w:rsid w:val="00705B2B"/>
    <w:rsid w:val="00707678"/>
    <w:rsid w:val="00707F35"/>
    <w:rsid w:val="00710C3C"/>
    <w:rsid w:val="0071337B"/>
    <w:rsid w:val="00714609"/>
    <w:rsid w:val="00715515"/>
    <w:rsid w:val="00717181"/>
    <w:rsid w:val="00721F78"/>
    <w:rsid w:val="007251EE"/>
    <w:rsid w:val="00726431"/>
    <w:rsid w:val="0072682E"/>
    <w:rsid w:val="0073229F"/>
    <w:rsid w:val="00732A6A"/>
    <w:rsid w:val="007346C7"/>
    <w:rsid w:val="00741147"/>
    <w:rsid w:val="00743EC9"/>
    <w:rsid w:val="00746198"/>
    <w:rsid w:val="00752D97"/>
    <w:rsid w:val="00753C2B"/>
    <w:rsid w:val="00755921"/>
    <w:rsid w:val="00755FF6"/>
    <w:rsid w:val="00756298"/>
    <w:rsid w:val="0075651D"/>
    <w:rsid w:val="007566A7"/>
    <w:rsid w:val="00757097"/>
    <w:rsid w:val="00757D1B"/>
    <w:rsid w:val="00757F76"/>
    <w:rsid w:val="00760446"/>
    <w:rsid w:val="00761854"/>
    <w:rsid w:val="00763F02"/>
    <w:rsid w:val="00764BEA"/>
    <w:rsid w:val="0076559D"/>
    <w:rsid w:val="0076610F"/>
    <w:rsid w:val="00766146"/>
    <w:rsid w:val="00770984"/>
    <w:rsid w:val="007710D7"/>
    <w:rsid w:val="00771539"/>
    <w:rsid w:val="00771A0A"/>
    <w:rsid w:val="00771B89"/>
    <w:rsid w:val="00772761"/>
    <w:rsid w:val="00772E37"/>
    <w:rsid w:val="00776AA1"/>
    <w:rsid w:val="00781A75"/>
    <w:rsid w:val="00782DE4"/>
    <w:rsid w:val="00783857"/>
    <w:rsid w:val="007843DB"/>
    <w:rsid w:val="0078777A"/>
    <w:rsid w:val="007908A0"/>
    <w:rsid w:val="00794111"/>
    <w:rsid w:val="00797908"/>
    <w:rsid w:val="00797A2A"/>
    <w:rsid w:val="007A0567"/>
    <w:rsid w:val="007A0F42"/>
    <w:rsid w:val="007A1846"/>
    <w:rsid w:val="007A23CA"/>
    <w:rsid w:val="007A245E"/>
    <w:rsid w:val="007A481E"/>
    <w:rsid w:val="007A50ED"/>
    <w:rsid w:val="007B15F3"/>
    <w:rsid w:val="007B2562"/>
    <w:rsid w:val="007B3B9F"/>
    <w:rsid w:val="007B439C"/>
    <w:rsid w:val="007B4D90"/>
    <w:rsid w:val="007B4E74"/>
    <w:rsid w:val="007B6FD4"/>
    <w:rsid w:val="007B71FF"/>
    <w:rsid w:val="007B75AA"/>
    <w:rsid w:val="007C0F89"/>
    <w:rsid w:val="007C11B5"/>
    <w:rsid w:val="007C400F"/>
    <w:rsid w:val="007C67F0"/>
    <w:rsid w:val="007C6D28"/>
    <w:rsid w:val="007D17D5"/>
    <w:rsid w:val="007D25DD"/>
    <w:rsid w:val="007D2D5B"/>
    <w:rsid w:val="007E2147"/>
    <w:rsid w:val="007E5DA0"/>
    <w:rsid w:val="007E6554"/>
    <w:rsid w:val="007E7234"/>
    <w:rsid w:val="007E7961"/>
    <w:rsid w:val="007F7E27"/>
    <w:rsid w:val="00801537"/>
    <w:rsid w:val="008016CC"/>
    <w:rsid w:val="008018F3"/>
    <w:rsid w:val="00801FAE"/>
    <w:rsid w:val="0080368C"/>
    <w:rsid w:val="008074FD"/>
    <w:rsid w:val="008104FA"/>
    <w:rsid w:val="00811D39"/>
    <w:rsid w:val="0081243D"/>
    <w:rsid w:val="00815260"/>
    <w:rsid w:val="0081634A"/>
    <w:rsid w:val="00821218"/>
    <w:rsid w:val="00822EA9"/>
    <w:rsid w:val="00823A33"/>
    <w:rsid w:val="00825113"/>
    <w:rsid w:val="00827A04"/>
    <w:rsid w:val="00827E4B"/>
    <w:rsid w:val="00831FF3"/>
    <w:rsid w:val="0083292C"/>
    <w:rsid w:val="00833A6B"/>
    <w:rsid w:val="00837D2E"/>
    <w:rsid w:val="008408EE"/>
    <w:rsid w:val="00840902"/>
    <w:rsid w:val="00842B94"/>
    <w:rsid w:val="00842CF9"/>
    <w:rsid w:val="00845442"/>
    <w:rsid w:val="00845700"/>
    <w:rsid w:val="008472D6"/>
    <w:rsid w:val="00851AD8"/>
    <w:rsid w:val="00853FEC"/>
    <w:rsid w:val="008541A1"/>
    <w:rsid w:val="00856286"/>
    <w:rsid w:val="00857E23"/>
    <w:rsid w:val="00860416"/>
    <w:rsid w:val="0086080D"/>
    <w:rsid w:val="00861856"/>
    <w:rsid w:val="00865451"/>
    <w:rsid w:val="0087094F"/>
    <w:rsid w:val="008716AA"/>
    <w:rsid w:val="00877E79"/>
    <w:rsid w:val="00881575"/>
    <w:rsid w:val="00884BD9"/>
    <w:rsid w:val="00884F8D"/>
    <w:rsid w:val="00892B15"/>
    <w:rsid w:val="00892CF7"/>
    <w:rsid w:val="008938A5"/>
    <w:rsid w:val="00897C32"/>
    <w:rsid w:val="008A19DD"/>
    <w:rsid w:val="008A3419"/>
    <w:rsid w:val="008A4987"/>
    <w:rsid w:val="008A4F60"/>
    <w:rsid w:val="008A56DA"/>
    <w:rsid w:val="008B1018"/>
    <w:rsid w:val="008B2D37"/>
    <w:rsid w:val="008B3C5B"/>
    <w:rsid w:val="008B4ED4"/>
    <w:rsid w:val="008B531C"/>
    <w:rsid w:val="008C1682"/>
    <w:rsid w:val="008C51CA"/>
    <w:rsid w:val="008C6EC3"/>
    <w:rsid w:val="008C71A8"/>
    <w:rsid w:val="008D62A6"/>
    <w:rsid w:val="008D7A27"/>
    <w:rsid w:val="008E10C2"/>
    <w:rsid w:val="008E1B53"/>
    <w:rsid w:val="008E3D72"/>
    <w:rsid w:val="008E51CB"/>
    <w:rsid w:val="008E5CA6"/>
    <w:rsid w:val="008F328E"/>
    <w:rsid w:val="008F69A6"/>
    <w:rsid w:val="008F7840"/>
    <w:rsid w:val="00902708"/>
    <w:rsid w:val="0090271A"/>
    <w:rsid w:val="00902F9F"/>
    <w:rsid w:val="00904DA9"/>
    <w:rsid w:val="00910191"/>
    <w:rsid w:val="00910727"/>
    <w:rsid w:val="00911DE9"/>
    <w:rsid w:val="00913170"/>
    <w:rsid w:val="00914EBE"/>
    <w:rsid w:val="00915D13"/>
    <w:rsid w:val="00916C2B"/>
    <w:rsid w:val="00917167"/>
    <w:rsid w:val="0092109C"/>
    <w:rsid w:val="0092300D"/>
    <w:rsid w:val="0092646F"/>
    <w:rsid w:val="0092684B"/>
    <w:rsid w:val="009314A6"/>
    <w:rsid w:val="00931F4D"/>
    <w:rsid w:val="009325C2"/>
    <w:rsid w:val="00936311"/>
    <w:rsid w:val="0093656B"/>
    <w:rsid w:val="009376AD"/>
    <w:rsid w:val="00941D2F"/>
    <w:rsid w:val="00944EC5"/>
    <w:rsid w:val="0094682E"/>
    <w:rsid w:val="00947613"/>
    <w:rsid w:val="009527F7"/>
    <w:rsid w:val="00955AE3"/>
    <w:rsid w:val="00957181"/>
    <w:rsid w:val="009709D4"/>
    <w:rsid w:val="009713A9"/>
    <w:rsid w:val="0097487E"/>
    <w:rsid w:val="00981929"/>
    <w:rsid w:val="009833B7"/>
    <w:rsid w:val="00983A02"/>
    <w:rsid w:val="00983B87"/>
    <w:rsid w:val="00984D57"/>
    <w:rsid w:val="00985E2B"/>
    <w:rsid w:val="00985FD0"/>
    <w:rsid w:val="00987010"/>
    <w:rsid w:val="00991D13"/>
    <w:rsid w:val="00992CA3"/>
    <w:rsid w:val="00997F74"/>
    <w:rsid w:val="009A4482"/>
    <w:rsid w:val="009B18A0"/>
    <w:rsid w:val="009B1E88"/>
    <w:rsid w:val="009B32B6"/>
    <w:rsid w:val="009B4A46"/>
    <w:rsid w:val="009B5FBE"/>
    <w:rsid w:val="009B711C"/>
    <w:rsid w:val="009B75D9"/>
    <w:rsid w:val="009C1E33"/>
    <w:rsid w:val="009C214F"/>
    <w:rsid w:val="009C4F79"/>
    <w:rsid w:val="009C7CF5"/>
    <w:rsid w:val="009D2398"/>
    <w:rsid w:val="009D274F"/>
    <w:rsid w:val="009D3310"/>
    <w:rsid w:val="009E067B"/>
    <w:rsid w:val="009E2B9A"/>
    <w:rsid w:val="009E30D8"/>
    <w:rsid w:val="009E39CC"/>
    <w:rsid w:val="009E5298"/>
    <w:rsid w:val="009E6A18"/>
    <w:rsid w:val="009E78CD"/>
    <w:rsid w:val="009F2CCA"/>
    <w:rsid w:val="009F400F"/>
    <w:rsid w:val="009F5C33"/>
    <w:rsid w:val="009F61AF"/>
    <w:rsid w:val="009F6D2D"/>
    <w:rsid w:val="00A00173"/>
    <w:rsid w:val="00A01D4F"/>
    <w:rsid w:val="00A0249B"/>
    <w:rsid w:val="00A02FBB"/>
    <w:rsid w:val="00A04AC0"/>
    <w:rsid w:val="00A065CE"/>
    <w:rsid w:val="00A06804"/>
    <w:rsid w:val="00A07F1E"/>
    <w:rsid w:val="00A13BA3"/>
    <w:rsid w:val="00A20E48"/>
    <w:rsid w:val="00A22F7E"/>
    <w:rsid w:val="00A23252"/>
    <w:rsid w:val="00A24B18"/>
    <w:rsid w:val="00A27A99"/>
    <w:rsid w:val="00A31081"/>
    <w:rsid w:val="00A32BB5"/>
    <w:rsid w:val="00A335E9"/>
    <w:rsid w:val="00A349E9"/>
    <w:rsid w:val="00A3548E"/>
    <w:rsid w:val="00A35DD3"/>
    <w:rsid w:val="00A40134"/>
    <w:rsid w:val="00A42CF0"/>
    <w:rsid w:val="00A42E09"/>
    <w:rsid w:val="00A43D28"/>
    <w:rsid w:val="00A441AF"/>
    <w:rsid w:val="00A45C66"/>
    <w:rsid w:val="00A51FF7"/>
    <w:rsid w:val="00A52EBE"/>
    <w:rsid w:val="00A533EB"/>
    <w:rsid w:val="00A53F2F"/>
    <w:rsid w:val="00A54E39"/>
    <w:rsid w:val="00A560CE"/>
    <w:rsid w:val="00A60581"/>
    <w:rsid w:val="00A60A61"/>
    <w:rsid w:val="00A61948"/>
    <w:rsid w:val="00A619EB"/>
    <w:rsid w:val="00A6235C"/>
    <w:rsid w:val="00A62E01"/>
    <w:rsid w:val="00A634AD"/>
    <w:rsid w:val="00A63E92"/>
    <w:rsid w:val="00A63EB1"/>
    <w:rsid w:val="00A65ADF"/>
    <w:rsid w:val="00A667DB"/>
    <w:rsid w:val="00A7102A"/>
    <w:rsid w:val="00A711D1"/>
    <w:rsid w:val="00A73DAA"/>
    <w:rsid w:val="00A746B2"/>
    <w:rsid w:val="00A76F13"/>
    <w:rsid w:val="00A77197"/>
    <w:rsid w:val="00A831D6"/>
    <w:rsid w:val="00A83375"/>
    <w:rsid w:val="00A86DDE"/>
    <w:rsid w:val="00A8713D"/>
    <w:rsid w:val="00A8757B"/>
    <w:rsid w:val="00A900AB"/>
    <w:rsid w:val="00A93D50"/>
    <w:rsid w:val="00A94001"/>
    <w:rsid w:val="00A953FE"/>
    <w:rsid w:val="00AA024E"/>
    <w:rsid w:val="00AA16A5"/>
    <w:rsid w:val="00AA1D8D"/>
    <w:rsid w:val="00AA282D"/>
    <w:rsid w:val="00AA304D"/>
    <w:rsid w:val="00AA4760"/>
    <w:rsid w:val="00AA54E3"/>
    <w:rsid w:val="00AA5A07"/>
    <w:rsid w:val="00AA65D0"/>
    <w:rsid w:val="00AA6A65"/>
    <w:rsid w:val="00AB03FA"/>
    <w:rsid w:val="00AB3FD7"/>
    <w:rsid w:val="00AB492D"/>
    <w:rsid w:val="00AB62D4"/>
    <w:rsid w:val="00AB6948"/>
    <w:rsid w:val="00AB7E68"/>
    <w:rsid w:val="00AC09F5"/>
    <w:rsid w:val="00AD1ACE"/>
    <w:rsid w:val="00AD1FFC"/>
    <w:rsid w:val="00AD2C04"/>
    <w:rsid w:val="00AD4023"/>
    <w:rsid w:val="00AD6080"/>
    <w:rsid w:val="00AD7578"/>
    <w:rsid w:val="00AD77A1"/>
    <w:rsid w:val="00AE0F80"/>
    <w:rsid w:val="00AE2088"/>
    <w:rsid w:val="00AE2935"/>
    <w:rsid w:val="00AE3A68"/>
    <w:rsid w:val="00AE4802"/>
    <w:rsid w:val="00AE7432"/>
    <w:rsid w:val="00AF0033"/>
    <w:rsid w:val="00AF7340"/>
    <w:rsid w:val="00AF7F89"/>
    <w:rsid w:val="00B0227C"/>
    <w:rsid w:val="00B031D4"/>
    <w:rsid w:val="00B0426E"/>
    <w:rsid w:val="00B044DC"/>
    <w:rsid w:val="00B07A4D"/>
    <w:rsid w:val="00B1083D"/>
    <w:rsid w:val="00B11F23"/>
    <w:rsid w:val="00B13445"/>
    <w:rsid w:val="00B15D7D"/>
    <w:rsid w:val="00B1731B"/>
    <w:rsid w:val="00B2179E"/>
    <w:rsid w:val="00B22706"/>
    <w:rsid w:val="00B23D58"/>
    <w:rsid w:val="00B247EC"/>
    <w:rsid w:val="00B24EFD"/>
    <w:rsid w:val="00B254CB"/>
    <w:rsid w:val="00B30E2F"/>
    <w:rsid w:val="00B332F4"/>
    <w:rsid w:val="00B36285"/>
    <w:rsid w:val="00B36436"/>
    <w:rsid w:val="00B36815"/>
    <w:rsid w:val="00B43D48"/>
    <w:rsid w:val="00B451EE"/>
    <w:rsid w:val="00B462DA"/>
    <w:rsid w:val="00B46AFB"/>
    <w:rsid w:val="00B46C37"/>
    <w:rsid w:val="00B46D59"/>
    <w:rsid w:val="00B47730"/>
    <w:rsid w:val="00B50CB0"/>
    <w:rsid w:val="00B54FF8"/>
    <w:rsid w:val="00B57E1A"/>
    <w:rsid w:val="00B6006A"/>
    <w:rsid w:val="00B61A82"/>
    <w:rsid w:val="00B65A52"/>
    <w:rsid w:val="00B74DAB"/>
    <w:rsid w:val="00B7716E"/>
    <w:rsid w:val="00B77375"/>
    <w:rsid w:val="00B85688"/>
    <w:rsid w:val="00B857C9"/>
    <w:rsid w:val="00B86D69"/>
    <w:rsid w:val="00B9071F"/>
    <w:rsid w:val="00B92F68"/>
    <w:rsid w:val="00B95201"/>
    <w:rsid w:val="00B956C6"/>
    <w:rsid w:val="00B97D97"/>
    <w:rsid w:val="00BA0984"/>
    <w:rsid w:val="00BA1958"/>
    <w:rsid w:val="00BA3D0F"/>
    <w:rsid w:val="00BA6D2C"/>
    <w:rsid w:val="00BA706A"/>
    <w:rsid w:val="00BA75AF"/>
    <w:rsid w:val="00BA7C83"/>
    <w:rsid w:val="00BB2053"/>
    <w:rsid w:val="00BB3CDC"/>
    <w:rsid w:val="00BC0CD6"/>
    <w:rsid w:val="00BC2881"/>
    <w:rsid w:val="00BC28D6"/>
    <w:rsid w:val="00BC3BAF"/>
    <w:rsid w:val="00BC46B0"/>
    <w:rsid w:val="00BC4C6A"/>
    <w:rsid w:val="00BC4DC5"/>
    <w:rsid w:val="00BC50DF"/>
    <w:rsid w:val="00BC6E34"/>
    <w:rsid w:val="00BD0044"/>
    <w:rsid w:val="00BD0092"/>
    <w:rsid w:val="00BD01DA"/>
    <w:rsid w:val="00BD12B6"/>
    <w:rsid w:val="00BD3C75"/>
    <w:rsid w:val="00BD632D"/>
    <w:rsid w:val="00BD684A"/>
    <w:rsid w:val="00BD703E"/>
    <w:rsid w:val="00BE063D"/>
    <w:rsid w:val="00BE21A7"/>
    <w:rsid w:val="00BE6EFF"/>
    <w:rsid w:val="00BE7908"/>
    <w:rsid w:val="00BF1093"/>
    <w:rsid w:val="00BF14B3"/>
    <w:rsid w:val="00BF14CF"/>
    <w:rsid w:val="00BF2C44"/>
    <w:rsid w:val="00BF4BD0"/>
    <w:rsid w:val="00BF58D2"/>
    <w:rsid w:val="00C013C7"/>
    <w:rsid w:val="00C02281"/>
    <w:rsid w:val="00C02ABE"/>
    <w:rsid w:val="00C036AF"/>
    <w:rsid w:val="00C04219"/>
    <w:rsid w:val="00C05B6F"/>
    <w:rsid w:val="00C074B4"/>
    <w:rsid w:val="00C07BDD"/>
    <w:rsid w:val="00C109D9"/>
    <w:rsid w:val="00C142B2"/>
    <w:rsid w:val="00C148D0"/>
    <w:rsid w:val="00C15927"/>
    <w:rsid w:val="00C16206"/>
    <w:rsid w:val="00C207BF"/>
    <w:rsid w:val="00C214DD"/>
    <w:rsid w:val="00C24E42"/>
    <w:rsid w:val="00C30A5E"/>
    <w:rsid w:val="00C31DB6"/>
    <w:rsid w:val="00C33887"/>
    <w:rsid w:val="00C3682D"/>
    <w:rsid w:val="00C37925"/>
    <w:rsid w:val="00C402C7"/>
    <w:rsid w:val="00C42AA7"/>
    <w:rsid w:val="00C440AC"/>
    <w:rsid w:val="00C4533E"/>
    <w:rsid w:val="00C45DD5"/>
    <w:rsid w:val="00C46020"/>
    <w:rsid w:val="00C514C2"/>
    <w:rsid w:val="00C522AC"/>
    <w:rsid w:val="00C52E23"/>
    <w:rsid w:val="00C537D6"/>
    <w:rsid w:val="00C54822"/>
    <w:rsid w:val="00C5580A"/>
    <w:rsid w:val="00C56B25"/>
    <w:rsid w:val="00C56C0A"/>
    <w:rsid w:val="00C572E3"/>
    <w:rsid w:val="00C578E4"/>
    <w:rsid w:val="00C57C42"/>
    <w:rsid w:val="00C61141"/>
    <w:rsid w:val="00C612D2"/>
    <w:rsid w:val="00C63715"/>
    <w:rsid w:val="00C6422B"/>
    <w:rsid w:val="00C66CD8"/>
    <w:rsid w:val="00C761D1"/>
    <w:rsid w:val="00C77125"/>
    <w:rsid w:val="00C8005E"/>
    <w:rsid w:val="00C819C0"/>
    <w:rsid w:val="00C82880"/>
    <w:rsid w:val="00C83109"/>
    <w:rsid w:val="00C84C69"/>
    <w:rsid w:val="00C8692C"/>
    <w:rsid w:val="00C92276"/>
    <w:rsid w:val="00C9567D"/>
    <w:rsid w:val="00CA2243"/>
    <w:rsid w:val="00CA74B9"/>
    <w:rsid w:val="00CA7A14"/>
    <w:rsid w:val="00CB0664"/>
    <w:rsid w:val="00CB0C8C"/>
    <w:rsid w:val="00CB0EDA"/>
    <w:rsid w:val="00CB3731"/>
    <w:rsid w:val="00CB3963"/>
    <w:rsid w:val="00CC054A"/>
    <w:rsid w:val="00CC300B"/>
    <w:rsid w:val="00CC39C0"/>
    <w:rsid w:val="00CC3A3C"/>
    <w:rsid w:val="00CC4B38"/>
    <w:rsid w:val="00CD4E75"/>
    <w:rsid w:val="00CE453C"/>
    <w:rsid w:val="00CE5046"/>
    <w:rsid w:val="00CF0320"/>
    <w:rsid w:val="00CF045E"/>
    <w:rsid w:val="00CF2E4F"/>
    <w:rsid w:val="00CF715D"/>
    <w:rsid w:val="00D00987"/>
    <w:rsid w:val="00D0105B"/>
    <w:rsid w:val="00D03F46"/>
    <w:rsid w:val="00D0457B"/>
    <w:rsid w:val="00D130F0"/>
    <w:rsid w:val="00D13DC1"/>
    <w:rsid w:val="00D15DEE"/>
    <w:rsid w:val="00D1635B"/>
    <w:rsid w:val="00D16E0A"/>
    <w:rsid w:val="00D204BA"/>
    <w:rsid w:val="00D20519"/>
    <w:rsid w:val="00D20825"/>
    <w:rsid w:val="00D22F12"/>
    <w:rsid w:val="00D270F0"/>
    <w:rsid w:val="00D27346"/>
    <w:rsid w:val="00D3079E"/>
    <w:rsid w:val="00D31BEC"/>
    <w:rsid w:val="00D31FB6"/>
    <w:rsid w:val="00D354EA"/>
    <w:rsid w:val="00D37E1C"/>
    <w:rsid w:val="00D414E7"/>
    <w:rsid w:val="00D41C91"/>
    <w:rsid w:val="00D42B11"/>
    <w:rsid w:val="00D43A43"/>
    <w:rsid w:val="00D43EB7"/>
    <w:rsid w:val="00D509D7"/>
    <w:rsid w:val="00D5729A"/>
    <w:rsid w:val="00D60068"/>
    <w:rsid w:val="00D6321E"/>
    <w:rsid w:val="00D649C6"/>
    <w:rsid w:val="00D660F6"/>
    <w:rsid w:val="00D66A0B"/>
    <w:rsid w:val="00D7151A"/>
    <w:rsid w:val="00D72B5A"/>
    <w:rsid w:val="00D72EB9"/>
    <w:rsid w:val="00D73851"/>
    <w:rsid w:val="00D740F0"/>
    <w:rsid w:val="00D775D4"/>
    <w:rsid w:val="00D81FC3"/>
    <w:rsid w:val="00D827AE"/>
    <w:rsid w:val="00D82B12"/>
    <w:rsid w:val="00D85805"/>
    <w:rsid w:val="00D86462"/>
    <w:rsid w:val="00D90014"/>
    <w:rsid w:val="00D915D8"/>
    <w:rsid w:val="00D927B9"/>
    <w:rsid w:val="00D95BEA"/>
    <w:rsid w:val="00D960F5"/>
    <w:rsid w:val="00D97839"/>
    <w:rsid w:val="00DA0150"/>
    <w:rsid w:val="00DA27B3"/>
    <w:rsid w:val="00DA5C6D"/>
    <w:rsid w:val="00DA5F4A"/>
    <w:rsid w:val="00DA7A29"/>
    <w:rsid w:val="00DB18BF"/>
    <w:rsid w:val="00DBCC7B"/>
    <w:rsid w:val="00DC0B6E"/>
    <w:rsid w:val="00DC1540"/>
    <w:rsid w:val="00DC246D"/>
    <w:rsid w:val="00DC65D9"/>
    <w:rsid w:val="00DC7A6E"/>
    <w:rsid w:val="00DD7774"/>
    <w:rsid w:val="00DE5AA3"/>
    <w:rsid w:val="00DE666E"/>
    <w:rsid w:val="00DF0A6B"/>
    <w:rsid w:val="00DF30B6"/>
    <w:rsid w:val="00DF50C0"/>
    <w:rsid w:val="00DF5AB0"/>
    <w:rsid w:val="00DF5FA3"/>
    <w:rsid w:val="00E01FB7"/>
    <w:rsid w:val="00E026C2"/>
    <w:rsid w:val="00E027A5"/>
    <w:rsid w:val="00E0281F"/>
    <w:rsid w:val="00E02B3A"/>
    <w:rsid w:val="00E02CD8"/>
    <w:rsid w:val="00E04587"/>
    <w:rsid w:val="00E059DC"/>
    <w:rsid w:val="00E06E98"/>
    <w:rsid w:val="00E10CEE"/>
    <w:rsid w:val="00E11256"/>
    <w:rsid w:val="00E11814"/>
    <w:rsid w:val="00E12B84"/>
    <w:rsid w:val="00E22A49"/>
    <w:rsid w:val="00E22D87"/>
    <w:rsid w:val="00E24130"/>
    <w:rsid w:val="00E24850"/>
    <w:rsid w:val="00E264E5"/>
    <w:rsid w:val="00E27B9A"/>
    <w:rsid w:val="00E27CC4"/>
    <w:rsid w:val="00E27D8E"/>
    <w:rsid w:val="00E27EDF"/>
    <w:rsid w:val="00E323BB"/>
    <w:rsid w:val="00E32D2C"/>
    <w:rsid w:val="00E33ABE"/>
    <w:rsid w:val="00E34ED7"/>
    <w:rsid w:val="00E36C35"/>
    <w:rsid w:val="00E37EF5"/>
    <w:rsid w:val="00E37F30"/>
    <w:rsid w:val="00E40D7B"/>
    <w:rsid w:val="00E40E4D"/>
    <w:rsid w:val="00E45FCE"/>
    <w:rsid w:val="00E4720D"/>
    <w:rsid w:val="00E505FA"/>
    <w:rsid w:val="00E5221A"/>
    <w:rsid w:val="00E5721E"/>
    <w:rsid w:val="00E60DAF"/>
    <w:rsid w:val="00E635BB"/>
    <w:rsid w:val="00E64FF0"/>
    <w:rsid w:val="00E66B98"/>
    <w:rsid w:val="00E71771"/>
    <w:rsid w:val="00E73A16"/>
    <w:rsid w:val="00E74076"/>
    <w:rsid w:val="00E8087D"/>
    <w:rsid w:val="00E838B3"/>
    <w:rsid w:val="00E83A2C"/>
    <w:rsid w:val="00E84D60"/>
    <w:rsid w:val="00E86A8B"/>
    <w:rsid w:val="00E87080"/>
    <w:rsid w:val="00E871B0"/>
    <w:rsid w:val="00E9477A"/>
    <w:rsid w:val="00E94C4A"/>
    <w:rsid w:val="00E952E7"/>
    <w:rsid w:val="00E96EE5"/>
    <w:rsid w:val="00E973AD"/>
    <w:rsid w:val="00EA0C9C"/>
    <w:rsid w:val="00EA16E7"/>
    <w:rsid w:val="00EA3529"/>
    <w:rsid w:val="00EA3AF5"/>
    <w:rsid w:val="00EA4189"/>
    <w:rsid w:val="00EA5B9C"/>
    <w:rsid w:val="00EA5E4B"/>
    <w:rsid w:val="00EA67B7"/>
    <w:rsid w:val="00EA7811"/>
    <w:rsid w:val="00EA7B01"/>
    <w:rsid w:val="00EB0478"/>
    <w:rsid w:val="00EB220C"/>
    <w:rsid w:val="00EB3381"/>
    <w:rsid w:val="00EB71AB"/>
    <w:rsid w:val="00EB75D8"/>
    <w:rsid w:val="00EB7632"/>
    <w:rsid w:val="00EB7ECA"/>
    <w:rsid w:val="00EC1EA7"/>
    <w:rsid w:val="00ED23D7"/>
    <w:rsid w:val="00ED5CA4"/>
    <w:rsid w:val="00EE0799"/>
    <w:rsid w:val="00EE1FA3"/>
    <w:rsid w:val="00EE4A33"/>
    <w:rsid w:val="00EE53EB"/>
    <w:rsid w:val="00EE6A8D"/>
    <w:rsid w:val="00EF4AC6"/>
    <w:rsid w:val="00EF5200"/>
    <w:rsid w:val="00EF5937"/>
    <w:rsid w:val="00EF68D0"/>
    <w:rsid w:val="00EF75B4"/>
    <w:rsid w:val="00EF765B"/>
    <w:rsid w:val="00F00CC7"/>
    <w:rsid w:val="00F01618"/>
    <w:rsid w:val="00F116E0"/>
    <w:rsid w:val="00F13497"/>
    <w:rsid w:val="00F210BD"/>
    <w:rsid w:val="00F21527"/>
    <w:rsid w:val="00F24248"/>
    <w:rsid w:val="00F25DDF"/>
    <w:rsid w:val="00F27936"/>
    <w:rsid w:val="00F32D4F"/>
    <w:rsid w:val="00F34F9A"/>
    <w:rsid w:val="00F356C5"/>
    <w:rsid w:val="00F356F0"/>
    <w:rsid w:val="00F36F98"/>
    <w:rsid w:val="00F37A1A"/>
    <w:rsid w:val="00F4030D"/>
    <w:rsid w:val="00F444C6"/>
    <w:rsid w:val="00F44F76"/>
    <w:rsid w:val="00F503B8"/>
    <w:rsid w:val="00F51AEF"/>
    <w:rsid w:val="00F51F55"/>
    <w:rsid w:val="00F529B0"/>
    <w:rsid w:val="00F538B8"/>
    <w:rsid w:val="00F53932"/>
    <w:rsid w:val="00F54763"/>
    <w:rsid w:val="00F551D5"/>
    <w:rsid w:val="00F55C3C"/>
    <w:rsid w:val="00F564B6"/>
    <w:rsid w:val="00F60BF6"/>
    <w:rsid w:val="00F62083"/>
    <w:rsid w:val="00F667C8"/>
    <w:rsid w:val="00F708F3"/>
    <w:rsid w:val="00F7122F"/>
    <w:rsid w:val="00F7193B"/>
    <w:rsid w:val="00F74954"/>
    <w:rsid w:val="00F75A52"/>
    <w:rsid w:val="00F80A97"/>
    <w:rsid w:val="00F8115E"/>
    <w:rsid w:val="00F82F33"/>
    <w:rsid w:val="00F90293"/>
    <w:rsid w:val="00F90F46"/>
    <w:rsid w:val="00F916CD"/>
    <w:rsid w:val="00F94356"/>
    <w:rsid w:val="00FA167D"/>
    <w:rsid w:val="00FA19EF"/>
    <w:rsid w:val="00FA6F25"/>
    <w:rsid w:val="00FA79ED"/>
    <w:rsid w:val="00FA7E1A"/>
    <w:rsid w:val="00FB0176"/>
    <w:rsid w:val="00FB02FE"/>
    <w:rsid w:val="00FB0F78"/>
    <w:rsid w:val="00FB2460"/>
    <w:rsid w:val="00FB4D01"/>
    <w:rsid w:val="00FB50DA"/>
    <w:rsid w:val="00FB6834"/>
    <w:rsid w:val="00FC10C2"/>
    <w:rsid w:val="00FC4468"/>
    <w:rsid w:val="00FC68D5"/>
    <w:rsid w:val="00FC693F"/>
    <w:rsid w:val="00FD114D"/>
    <w:rsid w:val="00FD37F8"/>
    <w:rsid w:val="00FD3F26"/>
    <w:rsid w:val="00FD44A2"/>
    <w:rsid w:val="00FD712C"/>
    <w:rsid w:val="00FE230D"/>
    <w:rsid w:val="00FE5C8A"/>
    <w:rsid w:val="00FF0685"/>
    <w:rsid w:val="00FF42C7"/>
    <w:rsid w:val="00FF5902"/>
    <w:rsid w:val="00FF62F9"/>
    <w:rsid w:val="02324FBE"/>
    <w:rsid w:val="041FBC02"/>
    <w:rsid w:val="04618ABC"/>
    <w:rsid w:val="08825CF4"/>
    <w:rsid w:val="10E1F0FD"/>
    <w:rsid w:val="11CC6380"/>
    <w:rsid w:val="1370A3E7"/>
    <w:rsid w:val="15C6DB98"/>
    <w:rsid w:val="1E6B5A20"/>
    <w:rsid w:val="200B7A3C"/>
    <w:rsid w:val="23DB3A15"/>
    <w:rsid w:val="34DEB8F8"/>
    <w:rsid w:val="4351677E"/>
    <w:rsid w:val="477B75EE"/>
    <w:rsid w:val="55188E11"/>
    <w:rsid w:val="553EE04F"/>
    <w:rsid w:val="566E4E4C"/>
    <w:rsid w:val="5E131CD2"/>
    <w:rsid w:val="66BA4C12"/>
    <w:rsid w:val="6A3D822E"/>
    <w:rsid w:val="73CAADB4"/>
    <w:rsid w:val="778D95F6"/>
    <w:rsid w:val="77F8B9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67D72A"/>
  <w14:defaultImageDpi w14:val="300"/>
  <w15:docId w15:val="{2A306A90-F510-4D92-B1B9-FCC04FD3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laceholderText">
    <w:name w:val="Placeholder Text"/>
    <w:basedOn w:val="DefaultParagraphFont"/>
    <w:uiPriority w:val="99"/>
    <w:semiHidden/>
    <w:rsid w:val="00271B11"/>
    <w:rPr>
      <w:color w:val="666666"/>
    </w:rPr>
  </w:style>
  <w:style w:type="paragraph" w:styleId="TOC1">
    <w:name w:val="toc 1"/>
    <w:basedOn w:val="Normal"/>
    <w:next w:val="Normal"/>
    <w:autoRedefine/>
    <w:uiPriority w:val="39"/>
    <w:unhideWhenUsed/>
    <w:rsid w:val="00523E17"/>
    <w:pPr>
      <w:spacing w:after="100"/>
    </w:pPr>
  </w:style>
  <w:style w:type="character" w:styleId="Hyperlink">
    <w:name w:val="Hyperlink"/>
    <w:basedOn w:val="DefaultParagraphFont"/>
    <w:uiPriority w:val="99"/>
    <w:unhideWhenUsed/>
    <w:rsid w:val="00523E17"/>
    <w:rPr>
      <w:color w:val="0000FF" w:themeColor="hyperlink"/>
      <w:u w:val="single"/>
    </w:rPr>
  </w:style>
  <w:style w:type="character" w:customStyle="1" w:styleId="NoSpacingChar">
    <w:name w:val="No Spacing Char"/>
    <w:basedOn w:val="DefaultParagraphFont"/>
    <w:link w:val="NoSpacing"/>
    <w:uiPriority w:val="1"/>
    <w:rsid w:val="00E02B3A"/>
  </w:style>
  <w:style w:type="character" w:styleId="CommentReference">
    <w:name w:val="annotation reference"/>
    <w:basedOn w:val="DefaultParagraphFont"/>
    <w:uiPriority w:val="99"/>
    <w:semiHidden/>
    <w:unhideWhenUsed/>
    <w:rsid w:val="007B6FD4"/>
    <w:rPr>
      <w:sz w:val="16"/>
      <w:szCs w:val="16"/>
    </w:rPr>
  </w:style>
  <w:style w:type="paragraph" w:styleId="CommentText">
    <w:name w:val="annotation text"/>
    <w:basedOn w:val="Normal"/>
    <w:link w:val="CommentTextChar"/>
    <w:uiPriority w:val="99"/>
    <w:unhideWhenUsed/>
    <w:rsid w:val="007B6FD4"/>
    <w:pPr>
      <w:spacing w:line="240" w:lineRule="auto"/>
    </w:pPr>
    <w:rPr>
      <w:sz w:val="20"/>
      <w:szCs w:val="20"/>
    </w:rPr>
  </w:style>
  <w:style w:type="character" w:customStyle="1" w:styleId="CommentTextChar">
    <w:name w:val="Comment Text Char"/>
    <w:basedOn w:val="DefaultParagraphFont"/>
    <w:link w:val="CommentText"/>
    <w:uiPriority w:val="99"/>
    <w:rsid w:val="007B6FD4"/>
    <w:rPr>
      <w:sz w:val="20"/>
      <w:szCs w:val="20"/>
      <w:lang w:val="en-GB"/>
    </w:rPr>
  </w:style>
  <w:style w:type="paragraph" w:styleId="CommentSubject">
    <w:name w:val="annotation subject"/>
    <w:basedOn w:val="CommentText"/>
    <w:next w:val="CommentText"/>
    <w:link w:val="CommentSubjectChar"/>
    <w:uiPriority w:val="99"/>
    <w:semiHidden/>
    <w:unhideWhenUsed/>
    <w:rsid w:val="007B6FD4"/>
    <w:rPr>
      <w:b/>
      <w:bCs/>
    </w:rPr>
  </w:style>
  <w:style w:type="character" w:customStyle="1" w:styleId="CommentSubjectChar">
    <w:name w:val="Comment Subject Char"/>
    <w:basedOn w:val="CommentTextChar"/>
    <w:link w:val="CommentSubject"/>
    <w:uiPriority w:val="99"/>
    <w:semiHidden/>
    <w:rsid w:val="007B6FD4"/>
    <w:rPr>
      <w:b/>
      <w:bCs/>
      <w:sz w:val="20"/>
      <w:szCs w:val="20"/>
      <w:lang w:val="en-GB"/>
    </w:rPr>
  </w:style>
  <w:style w:type="paragraph" w:styleId="NormalWeb">
    <w:name w:val="Normal (Web)"/>
    <w:basedOn w:val="Normal"/>
    <w:uiPriority w:val="99"/>
    <w:semiHidden/>
    <w:unhideWhenUsed/>
    <w:rsid w:val="005601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D20519"/>
    <w:pPr>
      <w:spacing w:after="100"/>
      <w:ind w:left="220"/>
    </w:pPr>
  </w:style>
  <w:style w:type="paragraph" w:styleId="TOC3">
    <w:name w:val="toc 3"/>
    <w:basedOn w:val="Normal"/>
    <w:next w:val="Normal"/>
    <w:autoRedefine/>
    <w:uiPriority w:val="39"/>
    <w:unhideWhenUsed/>
    <w:rsid w:val="00D205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983">
      <w:bodyDiv w:val="1"/>
      <w:marLeft w:val="0"/>
      <w:marRight w:val="0"/>
      <w:marTop w:val="0"/>
      <w:marBottom w:val="0"/>
      <w:divBdr>
        <w:top w:val="none" w:sz="0" w:space="0" w:color="auto"/>
        <w:left w:val="none" w:sz="0" w:space="0" w:color="auto"/>
        <w:bottom w:val="none" w:sz="0" w:space="0" w:color="auto"/>
        <w:right w:val="none" w:sz="0" w:space="0" w:color="auto"/>
      </w:divBdr>
    </w:div>
    <w:div w:id="1667400">
      <w:bodyDiv w:val="1"/>
      <w:marLeft w:val="0"/>
      <w:marRight w:val="0"/>
      <w:marTop w:val="0"/>
      <w:marBottom w:val="0"/>
      <w:divBdr>
        <w:top w:val="none" w:sz="0" w:space="0" w:color="auto"/>
        <w:left w:val="none" w:sz="0" w:space="0" w:color="auto"/>
        <w:bottom w:val="none" w:sz="0" w:space="0" w:color="auto"/>
        <w:right w:val="none" w:sz="0" w:space="0" w:color="auto"/>
      </w:divBdr>
    </w:div>
    <w:div w:id="4139478">
      <w:bodyDiv w:val="1"/>
      <w:marLeft w:val="0"/>
      <w:marRight w:val="0"/>
      <w:marTop w:val="0"/>
      <w:marBottom w:val="0"/>
      <w:divBdr>
        <w:top w:val="none" w:sz="0" w:space="0" w:color="auto"/>
        <w:left w:val="none" w:sz="0" w:space="0" w:color="auto"/>
        <w:bottom w:val="none" w:sz="0" w:space="0" w:color="auto"/>
        <w:right w:val="none" w:sz="0" w:space="0" w:color="auto"/>
      </w:divBdr>
      <w:divsChild>
        <w:div w:id="39600172">
          <w:marLeft w:val="480"/>
          <w:marRight w:val="0"/>
          <w:marTop w:val="0"/>
          <w:marBottom w:val="0"/>
          <w:divBdr>
            <w:top w:val="none" w:sz="0" w:space="0" w:color="auto"/>
            <w:left w:val="none" w:sz="0" w:space="0" w:color="auto"/>
            <w:bottom w:val="none" w:sz="0" w:space="0" w:color="auto"/>
            <w:right w:val="none" w:sz="0" w:space="0" w:color="auto"/>
          </w:divBdr>
        </w:div>
        <w:div w:id="75637317">
          <w:marLeft w:val="480"/>
          <w:marRight w:val="0"/>
          <w:marTop w:val="0"/>
          <w:marBottom w:val="0"/>
          <w:divBdr>
            <w:top w:val="none" w:sz="0" w:space="0" w:color="auto"/>
            <w:left w:val="none" w:sz="0" w:space="0" w:color="auto"/>
            <w:bottom w:val="none" w:sz="0" w:space="0" w:color="auto"/>
            <w:right w:val="none" w:sz="0" w:space="0" w:color="auto"/>
          </w:divBdr>
        </w:div>
        <w:div w:id="128784768">
          <w:marLeft w:val="480"/>
          <w:marRight w:val="0"/>
          <w:marTop w:val="0"/>
          <w:marBottom w:val="0"/>
          <w:divBdr>
            <w:top w:val="none" w:sz="0" w:space="0" w:color="auto"/>
            <w:left w:val="none" w:sz="0" w:space="0" w:color="auto"/>
            <w:bottom w:val="none" w:sz="0" w:space="0" w:color="auto"/>
            <w:right w:val="none" w:sz="0" w:space="0" w:color="auto"/>
          </w:divBdr>
        </w:div>
        <w:div w:id="184901839">
          <w:marLeft w:val="480"/>
          <w:marRight w:val="0"/>
          <w:marTop w:val="0"/>
          <w:marBottom w:val="0"/>
          <w:divBdr>
            <w:top w:val="none" w:sz="0" w:space="0" w:color="auto"/>
            <w:left w:val="none" w:sz="0" w:space="0" w:color="auto"/>
            <w:bottom w:val="none" w:sz="0" w:space="0" w:color="auto"/>
            <w:right w:val="none" w:sz="0" w:space="0" w:color="auto"/>
          </w:divBdr>
        </w:div>
        <w:div w:id="187136506">
          <w:marLeft w:val="480"/>
          <w:marRight w:val="0"/>
          <w:marTop w:val="0"/>
          <w:marBottom w:val="0"/>
          <w:divBdr>
            <w:top w:val="none" w:sz="0" w:space="0" w:color="auto"/>
            <w:left w:val="none" w:sz="0" w:space="0" w:color="auto"/>
            <w:bottom w:val="none" w:sz="0" w:space="0" w:color="auto"/>
            <w:right w:val="none" w:sz="0" w:space="0" w:color="auto"/>
          </w:divBdr>
        </w:div>
        <w:div w:id="276261419">
          <w:marLeft w:val="480"/>
          <w:marRight w:val="0"/>
          <w:marTop w:val="0"/>
          <w:marBottom w:val="0"/>
          <w:divBdr>
            <w:top w:val="none" w:sz="0" w:space="0" w:color="auto"/>
            <w:left w:val="none" w:sz="0" w:space="0" w:color="auto"/>
            <w:bottom w:val="none" w:sz="0" w:space="0" w:color="auto"/>
            <w:right w:val="none" w:sz="0" w:space="0" w:color="auto"/>
          </w:divBdr>
        </w:div>
        <w:div w:id="406421277">
          <w:marLeft w:val="480"/>
          <w:marRight w:val="0"/>
          <w:marTop w:val="0"/>
          <w:marBottom w:val="0"/>
          <w:divBdr>
            <w:top w:val="none" w:sz="0" w:space="0" w:color="auto"/>
            <w:left w:val="none" w:sz="0" w:space="0" w:color="auto"/>
            <w:bottom w:val="none" w:sz="0" w:space="0" w:color="auto"/>
            <w:right w:val="none" w:sz="0" w:space="0" w:color="auto"/>
          </w:divBdr>
        </w:div>
        <w:div w:id="522673986">
          <w:marLeft w:val="480"/>
          <w:marRight w:val="0"/>
          <w:marTop w:val="0"/>
          <w:marBottom w:val="0"/>
          <w:divBdr>
            <w:top w:val="none" w:sz="0" w:space="0" w:color="auto"/>
            <w:left w:val="none" w:sz="0" w:space="0" w:color="auto"/>
            <w:bottom w:val="none" w:sz="0" w:space="0" w:color="auto"/>
            <w:right w:val="none" w:sz="0" w:space="0" w:color="auto"/>
          </w:divBdr>
        </w:div>
        <w:div w:id="550270156">
          <w:marLeft w:val="480"/>
          <w:marRight w:val="0"/>
          <w:marTop w:val="0"/>
          <w:marBottom w:val="0"/>
          <w:divBdr>
            <w:top w:val="none" w:sz="0" w:space="0" w:color="auto"/>
            <w:left w:val="none" w:sz="0" w:space="0" w:color="auto"/>
            <w:bottom w:val="none" w:sz="0" w:space="0" w:color="auto"/>
            <w:right w:val="none" w:sz="0" w:space="0" w:color="auto"/>
          </w:divBdr>
        </w:div>
        <w:div w:id="550574544">
          <w:marLeft w:val="480"/>
          <w:marRight w:val="0"/>
          <w:marTop w:val="0"/>
          <w:marBottom w:val="0"/>
          <w:divBdr>
            <w:top w:val="none" w:sz="0" w:space="0" w:color="auto"/>
            <w:left w:val="none" w:sz="0" w:space="0" w:color="auto"/>
            <w:bottom w:val="none" w:sz="0" w:space="0" w:color="auto"/>
            <w:right w:val="none" w:sz="0" w:space="0" w:color="auto"/>
          </w:divBdr>
        </w:div>
        <w:div w:id="648872862">
          <w:marLeft w:val="480"/>
          <w:marRight w:val="0"/>
          <w:marTop w:val="0"/>
          <w:marBottom w:val="0"/>
          <w:divBdr>
            <w:top w:val="none" w:sz="0" w:space="0" w:color="auto"/>
            <w:left w:val="none" w:sz="0" w:space="0" w:color="auto"/>
            <w:bottom w:val="none" w:sz="0" w:space="0" w:color="auto"/>
            <w:right w:val="none" w:sz="0" w:space="0" w:color="auto"/>
          </w:divBdr>
        </w:div>
        <w:div w:id="714550931">
          <w:marLeft w:val="480"/>
          <w:marRight w:val="0"/>
          <w:marTop w:val="0"/>
          <w:marBottom w:val="0"/>
          <w:divBdr>
            <w:top w:val="none" w:sz="0" w:space="0" w:color="auto"/>
            <w:left w:val="none" w:sz="0" w:space="0" w:color="auto"/>
            <w:bottom w:val="none" w:sz="0" w:space="0" w:color="auto"/>
            <w:right w:val="none" w:sz="0" w:space="0" w:color="auto"/>
          </w:divBdr>
        </w:div>
        <w:div w:id="743844999">
          <w:marLeft w:val="480"/>
          <w:marRight w:val="0"/>
          <w:marTop w:val="0"/>
          <w:marBottom w:val="0"/>
          <w:divBdr>
            <w:top w:val="none" w:sz="0" w:space="0" w:color="auto"/>
            <w:left w:val="none" w:sz="0" w:space="0" w:color="auto"/>
            <w:bottom w:val="none" w:sz="0" w:space="0" w:color="auto"/>
            <w:right w:val="none" w:sz="0" w:space="0" w:color="auto"/>
          </w:divBdr>
        </w:div>
        <w:div w:id="890728912">
          <w:marLeft w:val="480"/>
          <w:marRight w:val="0"/>
          <w:marTop w:val="0"/>
          <w:marBottom w:val="0"/>
          <w:divBdr>
            <w:top w:val="none" w:sz="0" w:space="0" w:color="auto"/>
            <w:left w:val="none" w:sz="0" w:space="0" w:color="auto"/>
            <w:bottom w:val="none" w:sz="0" w:space="0" w:color="auto"/>
            <w:right w:val="none" w:sz="0" w:space="0" w:color="auto"/>
          </w:divBdr>
        </w:div>
        <w:div w:id="1025134644">
          <w:marLeft w:val="480"/>
          <w:marRight w:val="0"/>
          <w:marTop w:val="0"/>
          <w:marBottom w:val="0"/>
          <w:divBdr>
            <w:top w:val="none" w:sz="0" w:space="0" w:color="auto"/>
            <w:left w:val="none" w:sz="0" w:space="0" w:color="auto"/>
            <w:bottom w:val="none" w:sz="0" w:space="0" w:color="auto"/>
            <w:right w:val="none" w:sz="0" w:space="0" w:color="auto"/>
          </w:divBdr>
        </w:div>
        <w:div w:id="1056273804">
          <w:marLeft w:val="480"/>
          <w:marRight w:val="0"/>
          <w:marTop w:val="0"/>
          <w:marBottom w:val="0"/>
          <w:divBdr>
            <w:top w:val="none" w:sz="0" w:space="0" w:color="auto"/>
            <w:left w:val="none" w:sz="0" w:space="0" w:color="auto"/>
            <w:bottom w:val="none" w:sz="0" w:space="0" w:color="auto"/>
            <w:right w:val="none" w:sz="0" w:space="0" w:color="auto"/>
          </w:divBdr>
        </w:div>
        <w:div w:id="1066223336">
          <w:marLeft w:val="480"/>
          <w:marRight w:val="0"/>
          <w:marTop w:val="0"/>
          <w:marBottom w:val="0"/>
          <w:divBdr>
            <w:top w:val="none" w:sz="0" w:space="0" w:color="auto"/>
            <w:left w:val="none" w:sz="0" w:space="0" w:color="auto"/>
            <w:bottom w:val="none" w:sz="0" w:space="0" w:color="auto"/>
            <w:right w:val="none" w:sz="0" w:space="0" w:color="auto"/>
          </w:divBdr>
        </w:div>
        <w:div w:id="1080177230">
          <w:marLeft w:val="480"/>
          <w:marRight w:val="0"/>
          <w:marTop w:val="0"/>
          <w:marBottom w:val="0"/>
          <w:divBdr>
            <w:top w:val="none" w:sz="0" w:space="0" w:color="auto"/>
            <w:left w:val="none" w:sz="0" w:space="0" w:color="auto"/>
            <w:bottom w:val="none" w:sz="0" w:space="0" w:color="auto"/>
            <w:right w:val="none" w:sz="0" w:space="0" w:color="auto"/>
          </w:divBdr>
        </w:div>
        <w:div w:id="1249465472">
          <w:marLeft w:val="480"/>
          <w:marRight w:val="0"/>
          <w:marTop w:val="0"/>
          <w:marBottom w:val="0"/>
          <w:divBdr>
            <w:top w:val="none" w:sz="0" w:space="0" w:color="auto"/>
            <w:left w:val="none" w:sz="0" w:space="0" w:color="auto"/>
            <w:bottom w:val="none" w:sz="0" w:space="0" w:color="auto"/>
            <w:right w:val="none" w:sz="0" w:space="0" w:color="auto"/>
          </w:divBdr>
        </w:div>
        <w:div w:id="1256749553">
          <w:marLeft w:val="480"/>
          <w:marRight w:val="0"/>
          <w:marTop w:val="0"/>
          <w:marBottom w:val="0"/>
          <w:divBdr>
            <w:top w:val="none" w:sz="0" w:space="0" w:color="auto"/>
            <w:left w:val="none" w:sz="0" w:space="0" w:color="auto"/>
            <w:bottom w:val="none" w:sz="0" w:space="0" w:color="auto"/>
            <w:right w:val="none" w:sz="0" w:space="0" w:color="auto"/>
          </w:divBdr>
        </w:div>
        <w:div w:id="1412391264">
          <w:marLeft w:val="480"/>
          <w:marRight w:val="0"/>
          <w:marTop w:val="0"/>
          <w:marBottom w:val="0"/>
          <w:divBdr>
            <w:top w:val="none" w:sz="0" w:space="0" w:color="auto"/>
            <w:left w:val="none" w:sz="0" w:space="0" w:color="auto"/>
            <w:bottom w:val="none" w:sz="0" w:space="0" w:color="auto"/>
            <w:right w:val="none" w:sz="0" w:space="0" w:color="auto"/>
          </w:divBdr>
        </w:div>
        <w:div w:id="1471750020">
          <w:marLeft w:val="480"/>
          <w:marRight w:val="0"/>
          <w:marTop w:val="0"/>
          <w:marBottom w:val="0"/>
          <w:divBdr>
            <w:top w:val="none" w:sz="0" w:space="0" w:color="auto"/>
            <w:left w:val="none" w:sz="0" w:space="0" w:color="auto"/>
            <w:bottom w:val="none" w:sz="0" w:space="0" w:color="auto"/>
            <w:right w:val="none" w:sz="0" w:space="0" w:color="auto"/>
          </w:divBdr>
        </w:div>
        <w:div w:id="1518041811">
          <w:marLeft w:val="480"/>
          <w:marRight w:val="0"/>
          <w:marTop w:val="0"/>
          <w:marBottom w:val="0"/>
          <w:divBdr>
            <w:top w:val="none" w:sz="0" w:space="0" w:color="auto"/>
            <w:left w:val="none" w:sz="0" w:space="0" w:color="auto"/>
            <w:bottom w:val="none" w:sz="0" w:space="0" w:color="auto"/>
            <w:right w:val="none" w:sz="0" w:space="0" w:color="auto"/>
          </w:divBdr>
        </w:div>
        <w:div w:id="1658610742">
          <w:marLeft w:val="480"/>
          <w:marRight w:val="0"/>
          <w:marTop w:val="0"/>
          <w:marBottom w:val="0"/>
          <w:divBdr>
            <w:top w:val="none" w:sz="0" w:space="0" w:color="auto"/>
            <w:left w:val="none" w:sz="0" w:space="0" w:color="auto"/>
            <w:bottom w:val="none" w:sz="0" w:space="0" w:color="auto"/>
            <w:right w:val="none" w:sz="0" w:space="0" w:color="auto"/>
          </w:divBdr>
        </w:div>
        <w:div w:id="1680543519">
          <w:marLeft w:val="480"/>
          <w:marRight w:val="0"/>
          <w:marTop w:val="0"/>
          <w:marBottom w:val="0"/>
          <w:divBdr>
            <w:top w:val="none" w:sz="0" w:space="0" w:color="auto"/>
            <w:left w:val="none" w:sz="0" w:space="0" w:color="auto"/>
            <w:bottom w:val="none" w:sz="0" w:space="0" w:color="auto"/>
            <w:right w:val="none" w:sz="0" w:space="0" w:color="auto"/>
          </w:divBdr>
        </w:div>
        <w:div w:id="1888565208">
          <w:marLeft w:val="480"/>
          <w:marRight w:val="0"/>
          <w:marTop w:val="0"/>
          <w:marBottom w:val="0"/>
          <w:divBdr>
            <w:top w:val="none" w:sz="0" w:space="0" w:color="auto"/>
            <w:left w:val="none" w:sz="0" w:space="0" w:color="auto"/>
            <w:bottom w:val="none" w:sz="0" w:space="0" w:color="auto"/>
            <w:right w:val="none" w:sz="0" w:space="0" w:color="auto"/>
          </w:divBdr>
        </w:div>
        <w:div w:id="1963267857">
          <w:marLeft w:val="480"/>
          <w:marRight w:val="0"/>
          <w:marTop w:val="0"/>
          <w:marBottom w:val="0"/>
          <w:divBdr>
            <w:top w:val="none" w:sz="0" w:space="0" w:color="auto"/>
            <w:left w:val="none" w:sz="0" w:space="0" w:color="auto"/>
            <w:bottom w:val="none" w:sz="0" w:space="0" w:color="auto"/>
            <w:right w:val="none" w:sz="0" w:space="0" w:color="auto"/>
          </w:divBdr>
        </w:div>
        <w:div w:id="1979530260">
          <w:marLeft w:val="480"/>
          <w:marRight w:val="0"/>
          <w:marTop w:val="0"/>
          <w:marBottom w:val="0"/>
          <w:divBdr>
            <w:top w:val="none" w:sz="0" w:space="0" w:color="auto"/>
            <w:left w:val="none" w:sz="0" w:space="0" w:color="auto"/>
            <w:bottom w:val="none" w:sz="0" w:space="0" w:color="auto"/>
            <w:right w:val="none" w:sz="0" w:space="0" w:color="auto"/>
          </w:divBdr>
        </w:div>
        <w:div w:id="2006517924">
          <w:marLeft w:val="480"/>
          <w:marRight w:val="0"/>
          <w:marTop w:val="0"/>
          <w:marBottom w:val="0"/>
          <w:divBdr>
            <w:top w:val="none" w:sz="0" w:space="0" w:color="auto"/>
            <w:left w:val="none" w:sz="0" w:space="0" w:color="auto"/>
            <w:bottom w:val="none" w:sz="0" w:space="0" w:color="auto"/>
            <w:right w:val="none" w:sz="0" w:space="0" w:color="auto"/>
          </w:divBdr>
        </w:div>
        <w:div w:id="2068532497">
          <w:marLeft w:val="480"/>
          <w:marRight w:val="0"/>
          <w:marTop w:val="0"/>
          <w:marBottom w:val="0"/>
          <w:divBdr>
            <w:top w:val="none" w:sz="0" w:space="0" w:color="auto"/>
            <w:left w:val="none" w:sz="0" w:space="0" w:color="auto"/>
            <w:bottom w:val="none" w:sz="0" w:space="0" w:color="auto"/>
            <w:right w:val="none" w:sz="0" w:space="0" w:color="auto"/>
          </w:divBdr>
        </w:div>
      </w:divsChild>
    </w:div>
    <w:div w:id="4942730">
      <w:bodyDiv w:val="1"/>
      <w:marLeft w:val="0"/>
      <w:marRight w:val="0"/>
      <w:marTop w:val="0"/>
      <w:marBottom w:val="0"/>
      <w:divBdr>
        <w:top w:val="none" w:sz="0" w:space="0" w:color="auto"/>
        <w:left w:val="none" w:sz="0" w:space="0" w:color="auto"/>
        <w:bottom w:val="none" w:sz="0" w:space="0" w:color="auto"/>
        <w:right w:val="none" w:sz="0" w:space="0" w:color="auto"/>
      </w:divBdr>
    </w:div>
    <w:div w:id="6837879">
      <w:bodyDiv w:val="1"/>
      <w:marLeft w:val="0"/>
      <w:marRight w:val="0"/>
      <w:marTop w:val="0"/>
      <w:marBottom w:val="0"/>
      <w:divBdr>
        <w:top w:val="none" w:sz="0" w:space="0" w:color="auto"/>
        <w:left w:val="none" w:sz="0" w:space="0" w:color="auto"/>
        <w:bottom w:val="none" w:sz="0" w:space="0" w:color="auto"/>
        <w:right w:val="none" w:sz="0" w:space="0" w:color="auto"/>
      </w:divBdr>
    </w:div>
    <w:div w:id="10180110">
      <w:bodyDiv w:val="1"/>
      <w:marLeft w:val="0"/>
      <w:marRight w:val="0"/>
      <w:marTop w:val="0"/>
      <w:marBottom w:val="0"/>
      <w:divBdr>
        <w:top w:val="none" w:sz="0" w:space="0" w:color="auto"/>
        <w:left w:val="none" w:sz="0" w:space="0" w:color="auto"/>
        <w:bottom w:val="none" w:sz="0" w:space="0" w:color="auto"/>
        <w:right w:val="none" w:sz="0" w:space="0" w:color="auto"/>
      </w:divBdr>
    </w:div>
    <w:div w:id="10690881">
      <w:bodyDiv w:val="1"/>
      <w:marLeft w:val="0"/>
      <w:marRight w:val="0"/>
      <w:marTop w:val="0"/>
      <w:marBottom w:val="0"/>
      <w:divBdr>
        <w:top w:val="none" w:sz="0" w:space="0" w:color="auto"/>
        <w:left w:val="none" w:sz="0" w:space="0" w:color="auto"/>
        <w:bottom w:val="none" w:sz="0" w:space="0" w:color="auto"/>
        <w:right w:val="none" w:sz="0" w:space="0" w:color="auto"/>
      </w:divBdr>
    </w:div>
    <w:div w:id="11106522">
      <w:bodyDiv w:val="1"/>
      <w:marLeft w:val="0"/>
      <w:marRight w:val="0"/>
      <w:marTop w:val="0"/>
      <w:marBottom w:val="0"/>
      <w:divBdr>
        <w:top w:val="none" w:sz="0" w:space="0" w:color="auto"/>
        <w:left w:val="none" w:sz="0" w:space="0" w:color="auto"/>
        <w:bottom w:val="none" w:sz="0" w:space="0" w:color="auto"/>
        <w:right w:val="none" w:sz="0" w:space="0" w:color="auto"/>
      </w:divBdr>
    </w:div>
    <w:div w:id="11299218">
      <w:bodyDiv w:val="1"/>
      <w:marLeft w:val="0"/>
      <w:marRight w:val="0"/>
      <w:marTop w:val="0"/>
      <w:marBottom w:val="0"/>
      <w:divBdr>
        <w:top w:val="none" w:sz="0" w:space="0" w:color="auto"/>
        <w:left w:val="none" w:sz="0" w:space="0" w:color="auto"/>
        <w:bottom w:val="none" w:sz="0" w:space="0" w:color="auto"/>
        <w:right w:val="none" w:sz="0" w:space="0" w:color="auto"/>
      </w:divBdr>
    </w:div>
    <w:div w:id="11733984">
      <w:bodyDiv w:val="1"/>
      <w:marLeft w:val="0"/>
      <w:marRight w:val="0"/>
      <w:marTop w:val="0"/>
      <w:marBottom w:val="0"/>
      <w:divBdr>
        <w:top w:val="none" w:sz="0" w:space="0" w:color="auto"/>
        <w:left w:val="none" w:sz="0" w:space="0" w:color="auto"/>
        <w:bottom w:val="none" w:sz="0" w:space="0" w:color="auto"/>
        <w:right w:val="none" w:sz="0" w:space="0" w:color="auto"/>
      </w:divBdr>
    </w:div>
    <w:div w:id="12389162">
      <w:bodyDiv w:val="1"/>
      <w:marLeft w:val="0"/>
      <w:marRight w:val="0"/>
      <w:marTop w:val="0"/>
      <w:marBottom w:val="0"/>
      <w:divBdr>
        <w:top w:val="none" w:sz="0" w:space="0" w:color="auto"/>
        <w:left w:val="none" w:sz="0" w:space="0" w:color="auto"/>
        <w:bottom w:val="none" w:sz="0" w:space="0" w:color="auto"/>
        <w:right w:val="none" w:sz="0" w:space="0" w:color="auto"/>
      </w:divBdr>
    </w:div>
    <w:div w:id="12810176">
      <w:bodyDiv w:val="1"/>
      <w:marLeft w:val="0"/>
      <w:marRight w:val="0"/>
      <w:marTop w:val="0"/>
      <w:marBottom w:val="0"/>
      <w:divBdr>
        <w:top w:val="none" w:sz="0" w:space="0" w:color="auto"/>
        <w:left w:val="none" w:sz="0" w:space="0" w:color="auto"/>
        <w:bottom w:val="none" w:sz="0" w:space="0" w:color="auto"/>
        <w:right w:val="none" w:sz="0" w:space="0" w:color="auto"/>
      </w:divBdr>
      <w:divsChild>
        <w:div w:id="38557630">
          <w:marLeft w:val="480"/>
          <w:marRight w:val="0"/>
          <w:marTop w:val="0"/>
          <w:marBottom w:val="0"/>
          <w:divBdr>
            <w:top w:val="none" w:sz="0" w:space="0" w:color="auto"/>
            <w:left w:val="none" w:sz="0" w:space="0" w:color="auto"/>
            <w:bottom w:val="none" w:sz="0" w:space="0" w:color="auto"/>
            <w:right w:val="none" w:sz="0" w:space="0" w:color="auto"/>
          </w:divBdr>
        </w:div>
        <w:div w:id="57673980">
          <w:marLeft w:val="480"/>
          <w:marRight w:val="0"/>
          <w:marTop w:val="0"/>
          <w:marBottom w:val="0"/>
          <w:divBdr>
            <w:top w:val="none" w:sz="0" w:space="0" w:color="auto"/>
            <w:left w:val="none" w:sz="0" w:space="0" w:color="auto"/>
            <w:bottom w:val="none" w:sz="0" w:space="0" w:color="auto"/>
            <w:right w:val="none" w:sz="0" w:space="0" w:color="auto"/>
          </w:divBdr>
        </w:div>
        <w:div w:id="105933368">
          <w:marLeft w:val="480"/>
          <w:marRight w:val="0"/>
          <w:marTop w:val="0"/>
          <w:marBottom w:val="0"/>
          <w:divBdr>
            <w:top w:val="none" w:sz="0" w:space="0" w:color="auto"/>
            <w:left w:val="none" w:sz="0" w:space="0" w:color="auto"/>
            <w:bottom w:val="none" w:sz="0" w:space="0" w:color="auto"/>
            <w:right w:val="none" w:sz="0" w:space="0" w:color="auto"/>
          </w:divBdr>
        </w:div>
        <w:div w:id="218634503">
          <w:marLeft w:val="480"/>
          <w:marRight w:val="0"/>
          <w:marTop w:val="0"/>
          <w:marBottom w:val="0"/>
          <w:divBdr>
            <w:top w:val="none" w:sz="0" w:space="0" w:color="auto"/>
            <w:left w:val="none" w:sz="0" w:space="0" w:color="auto"/>
            <w:bottom w:val="none" w:sz="0" w:space="0" w:color="auto"/>
            <w:right w:val="none" w:sz="0" w:space="0" w:color="auto"/>
          </w:divBdr>
        </w:div>
        <w:div w:id="228462308">
          <w:marLeft w:val="480"/>
          <w:marRight w:val="0"/>
          <w:marTop w:val="0"/>
          <w:marBottom w:val="0"/>
          <w:divBdr>
            <w:top w:val="none" w:sz="0" w:space="0" w:color="auto"/>
            <w:left w:val="none" w:sz="0" w:space="0" w:color="auto"/>
            <w:bottom w:val="none" w:sz="0" w:space="0" w:color="auto"/>
            <w:right w:val="none" w:sz="0" w:space="0" w:color="auto"/>
          </w:divBdr>
        </w:div>
        <w:div w:id="229389819">
          <w:marLeft w:val="480"/>
          <w:marRight w:val="0"/>
          <w:marTop w:val="0"/>
          <w:marBottom w:val="0"/>
          <w:divBdr>
            <w:top w:val="none" w:sz="0" w:space="0" w:color="auto"/>
            <w:left w:val="none" w:sz="0" w:space="0" w:color="auto"/>
            <w:bottom w:val="none" w:sz="0" w:space="0" w:color="auto"/>
            <w:right w:val="none" w:sz="0" w:space="0" w:color="auto"/>
          </w:divBdr>
        </w:div>
        <w:div w:id="273903958">
          <w:marLeft w:val="480"/>
          <w:marRight w:val="0"/>
          <w:marTop w:val="0"/>
          <w:marBottom w:val="0"/>
          <w:divBdr>
            <w:top w:val="none" w:sz="0" w:space="0" w:color="auto"/>
            <w:left w:val="none" w:sz="0" w:space="0" w:color="auto"/>
            <w:bottom w:val="none" w:sz="0" w:space="0" w:color="auto"/>
            <w:right w:val="none" w:sz="0" w:space="0" w:color="auto"/>
          </w:divBdr>
        </w:div>
        <w:div w:id="394085971">
          <w:marLeft w:val="480"/>
          <w:marRight w:val="0"/>
          <w:marTop w:val="0"/>
          <w:marBottom w:val="0"/>
          <w:divBdr>
            <w:top w:val="none" w:sz="0" w:space="0" w:color="auto"/>
            <w:left w:val="none" w:sz="0" w:space="0" w:color="auto"/>
            <w:bottom w:val="none" w:sz="0" w:space="0" w:color="auto"/>
            <w:right w:val="none" w:sz="0" w:space="0" w:color="auto"/>
          </w:divBdr>
        </w:div>
        <w:div w:id="463623212">
          <w:marLeft w:val="480"/>
          <w:marRight w:val="0"/>
          <w:marTop w:val="0"/>
          <w:marBottom w:val="0"/>
          <w:divBdr>
            <w:top w:val="none" w:sz="0" w:space="0" w:color="auto"/>
            <w:left w:val="none" w:sz="0" w:space="0" w:color="auto"/>
            <w:bottom w:val="none" w:sz="0" w:space="0" w:color="auto"/>
            <w:right w:val="none" w:sz="0" w:space="0" w:color="auto"/>
          </w:divBdr>
        </w:div>
        <w:div w:id="476915781">
          <w:marLeft w:val="480"/>
          <w:marRight w:val="0"/>
          <w:marTop w:val="0"/>
          <w:marBottom w:val="0"/>
          <w:divBdr>
            <w:top w:val="none" w:sz="0" w:space="0" w:color="auto"/>
            <w:left w:val="none" w:sz="0" w:space="0" w:color="auto"/>
            <w:bottom w:val="none" w:sz="0" w:space="0" w:color="auto"/>
            <w:right w:val="none" w:sz="0" w:space="0" w:color="auto"/>
          </w:divBdr>
        </w:div>
        <w:div w:id="507914028">
          <w:marLeft w:val="480"/>
          <w:marRight w:val="0"/>
          <w:marTop w:val="0"/>
          <w:marBottom w:val="0"/>
          <w:divBdr>
            <w:top w:val="none" w:sz="0" w:space="0" w:color="auto"/>
            <w:left w:val="none" w:sz="0" w:space="0" w:color="auto"/>
            <w:bottom w:val="none" w:sz="0" w:space="0" w:color="auto"/>
            <w:right w:val="none" w:sz="0" w:space="0" w:color="auto"/>
          </w:divBdr>
        </w:div>
        <w:div w:id="546524891">
          <w:marLeft w:val="480"/>
          <w:marRight w:val="0"/>
          <w:marTop w:val="0"/>
          <w:marBottom w:val="0"/>
          <w:divBdr>
            <w:top w:val="none" w:sz="0" w:space="0" w:color="auto"/>
            <w:left w:val="none" w:sz="0" w:space="0" w:color="auto"/>
            <w:bottom w:val="none" w:sz="0" w:space="0" w:color="auto"/>
            <w:right w:val="none" w:sz="0" w:space="0" w:color="auto"/>
          </w:divBdr>
        </w:div>
        <w:div w:id="548886106">
          <w:marLeft w:val="480"/>
          <w:marRight w:val="0"/>
          <w:marTop w:val="0"/>
          <w:marBottom w:val="0"/>
          <w:divBdr>
            <w:top w:val="none" w:sz="0" w:space="0" w:color="auto"/>
            <w:left w:val="none" w:sz="0" w:space="0" w:color="auto"/>
            <w:bottom w:val="none" w:sz="0" w:space="0" w:color="auto"/>
            <w:right w:val="none" w:sz="0" w:space="0" w:color="auto"/>
          </w:divBdr>
        </w:div>
        <w:div w:id="557130105">
          <w:marLeft w:val="480"/>
          <w:marRight w:val="0"/>
          <w:marTop w:val="0"/>
          <w:marBottom w:val="0"/>
          <w:divBdr>
            <w:top w:val="none" w:sz="0" w:space="0" w:color="auto"/>
            <w:left w:val="none" w:sz="0" w:space="0" w:color="auto"/>
            <w:bottom w:val="none" w:sz="0" w:space="0" w:color="auto"/>
            <w:right w:val="none" w:sz="0" w:space="0" w:color="auto"/>
          </w:divBdr>
        </w:div>
        <w:div w:id="619532807">
          <w:marLeft w:val="480"/>
          <w:marRight w:val="0"/>
          <w:marTop w:val="0"/>
          <w:marBottom w:val="0"/>
          <w:divBdr>
            <w:top w:val="none" w:sz="0" w:space="0" w:color="auto"/>
            <w:left w:val="none" w:sz="0" w:space="0" w:color="auto"/>
            <w:bottom w:val="none" w:sz="0" w:space="0" w:color="auto"/>
            <w:right w:val="none" w:sz="0" w:space="0" w:color="auto"/>
          </w:divBdr>
        </w:div>
        <w:div w:id="652947390">
          <w:marLeft w:val="480"/>
          <w:marRight w:val="0"/>
          <w:marTop w:val="0"/>
          <w:marBottom w:val="0"/>
          <w:divBdr>
            <w:top w:val="none" w:sz="0" w:space="0" w:color="auto"/>
            <w:left w:val="none" w:sz="0" w:space="0" w:color="auto"/>
            <w:bottom w:val="none" w:sz="0" w:space="0" w:color="auto"/>
            <w:right w:val="none" w:sz="0" w:space="0" w:color="auto"/>
          </w:divBdr>
        </w:div>
        <w:div w:id="683047852">
          <w:marLeft w:val="480"/>
          <w:marRight w:val="0"/>
          <w:marTop w:val="0"/>
          <w:marBottom w:val="0"/>
          <w:divBdr>
            <w:top w:val="none" w:sz="0" w:space="0" w:color="auto"/>
            <w:left w:val="none" w:sz="0" w:space="0" w:color="auto"/>
            <w:bottom w:val="none" w:sz="0" w:space="0" w:color="auto"/>
            <w:right w:val="none" w:sz="0" w:space="0" w:color="auto"/>
          </w:divBdr>
        </w:div>
        <w:div w:id="702366229">
          <w:marLeft w:val="480"/>
          <w:marRight w:val="0"/>
          <w:marTop w:val="0"/>
          <w:marBottom w:val="0"/>
          <w:divBdr>
            <w:top w:val="none" w:sz="0" w:space="0" w:color="auto"/>
            <w:left w:val="none" w:sz="0" w:space="0" w:color="auto"/>
            <w:bottom w:val="none" w:sz="0" w:space="0" w:color="auto"/>
            <w:right w:val="none" w:sz="0" w:space="0" w:color="auto"/>
          </w:divBdr>
        </w:div>
        <w:div w:id="796337463">
          <w:marLeft w:val="480"/>
          <w:marRight w:val="0"/>
          <w:marTop w:val="0"/>
          <w:marBottom w:val="0"/>
          <w:divBdr>
            <w:top w:val="none" w:sz="0" w:space="0" w:color="auto"/>
            <w:left w:val="none" w:sz="0" w:space="0" w:color="auto"/>
            <w:bottom w:val="none" w:sz="0" w:space="0" w:color="auto"/>
            <w:right w:val="none" w:sz="0" w:space="0" w:color="auto"/>
          </w:divBdr>
        </w:div>
        <w:div w:id="946891180">
          <w:marLeft w:val="480"/>
          <w:marRight w:val="0"/>
          <w:marTop w:val="0"/>
          <w:marBottom w:val="0"/>
          <w:divBdr>
            <w:top w:val="none" w:sz="0" w:space="0" w:color="auto"/>
            <w:left w:val="none" w:sz="0" w:space="0" w:color="auto"/>
            <w:bottom w:val="none" w:sz="0" w:space="0" w:color="auto"/>
            <w:right w:val="none" w:sz="0" w:space="0" w:color="auto"/>
          </w:divBdr>
        </w:div>
        <w:div w:id="949163231">
          <w:marLeft w:val="480"/>
          <w:marRight w:val="0"/>
          <w:marTop w:val="0"/>
          <w:marBottom w:val="0"/>
          <w:divBdr>
            <w:top w:val="none" w:sz="0" w:space="0" w:color="auto"/>
            <w:left w:val="none" w:sz="0" w:space="0" w:color="auto"/>
            <w:bottom w:val="none" w:sz="0" w:space="0" w:color="auto"/>
            <w:right w:val="none" w:sz="0" w:space="0" w:color="auto"/>
          </w:divBdr>
        </w:div>
        <w:div w:id="968319521">
          <w:marLeft w:val="480"/>
          <w:marRight w:val="0"/>
          <w:marTop w:val="0"/>
          <w:marBottom w:val="0"/>
          <w:divBdr>
            <w:top w:val="none" w:sz="0" w:space="0" w:color="auto"/>
            <w:left w:val="none" w:sz="0" w:space="0" w:color="auto"/>
            <w:bottom w:val="none" w:sz="0" w:space="0" w:color="auto"/>
            <w:right w:val="none" w:sz="0" w:space="0" w:color="auto"/>
          </w:divBdr>
        </w:div>
        <w:div w:id="985015131">
          <w:marLeft w:val="480"/>
          <w:marRight w:val="0"/>
          <w:marTop w:val="0"/>
          <w:marBottom w:val="0"/>
          <w:divBdr>
            <w:top w:val="none" w:sz="0" w:space="0" w:color="auto"/>
            <w:left w:val="none" w:sz="0" w:space="0" w:color="auto"/>
            <w:bottom w:val="none" w:sz="0" w:space="0" w:color="auto"/>
            <w:right w:val="none" w:sz="0" w:space="0" w:color="auto"/>
          </w:divBdr>
        </w:div>
        <w:div w:id="1107235254">
          <w:marLeft w:val="480"/>
          <w:marRight w:val="0"/>
          <w:marTop w:val="0"/>
          <w:marBottom w:val="0"/>
          <w:divBdr>
            <w:top w:val="none" w:sz="0" w:space="0" w:color="auto"/>
            <w:left w:val="none" w:sz="0" w:space="0" w:color="auto"/>
            <w:bottom w:val="none" w:sz="0" w:space="0" w:color="auto"/>
            <w:right w:val="none" w:sz="0" w:space="0" w:color="auto"/>
          </w:divBdr>
        </w:div>
        <w:div w:id="1167865997">
          <w:marLeft w:val="480"/>
          <w:marRight w:val="0"/>
          <w:marTop w:val="0"/>
          <w:marBottom w:val="0"/>
          <w:divBdr>
            <w:top w:val="none" w:sz="0" w:space="0" w:color="auto"/>
            <w:left w:val="none" w:sz="0" w:space="0" w:color="auto"/>
            <w:bottom w:val="none" w:sz="0" w:space="0" w:color="auto"/>
            <w:right w:val="none" w:sz="0" w:space="0" w:color="auto"/>
          </w:divBdr>
        </w:div>
        <w:div w:id="1199902498">
          <w:marLeft w:val="480"/>
          <w:marRight w:val="0"/>
          <w:marTop w:val="0"/>
          <w:marBottom w:val="0"/>
          <w:divBdr>
            <w:top w:val="none" w:sz="0" w:space="0" w:color="auto"/>
            <w:left w:val="none" w:sz="0" w:space="0" w:color="auto"/>
            <w:bottom w:val="none" w:sz="0" w:space="0" w:color="auto"/>
            <w:right w:val="none" w:sz="0" w:space="0" w:color="auto"/>
          </w:divBdr>
        </w:div>
        <w:div w:id="1311598055">
          <w:marLeft w:val="480"/>
          <w:marRight w:val="0"/>
          <w:marTop w:val="0"/>
          <w:marBottom w:val="0"/>
          <w:divBdr>
            <w:top w:val="none" w:sz="0" w:space="0" w:color="auto"/>
            <w:left w:val="none" w:sz="0" w:space="0" w:color="auto"/>
            <w:bottom w:val="none" w:sz="0" w:space="0" w:color="auto"/>
            <w:right w:val="none" w:sz="0" w:space="0" w:color="auto"/>
          </w:divBdr>
        </w:div>
        <w:div w:id="1317150696">
          <w:marLeft w:val="480"/>
          <w:marRight w:val="0"/>
          <w:marTop w:val="0"/>
          <w:marBottom w:val="0"/>
          <w:divBdr>
            <w:top w:val="none" w:sz="0" w:space="0" w:color="auto"/>
            <w:left w:val="none" w:sz="0" w:space="0" w:color="auto"/>
            <w:bottom w:val="none" w:sz="0" w:space="0" w:color="auto"/>
            <w:right w:val="none" w:sz="0" w:space="0" w:color="auto"/>
          </w:divBdr>
        </w:div>
        <w:div w:id="1322462294">
          <w:marLeft w:val="480"/>
          <w:marRight w:val="0"/>
          <w:marTop w:val="0"/>
          <w:marBottom w:val="0"/>
          <w:divBdr>
            <w:top w:val="none" w:sz="0" w:space="0" w:color="auto"/>
            <w:left w:val="none" w:sz="0" w:space="0" w:color="auto"/>
            <w:bottom w:val="none" w:sz="0" w:space="0" w:color="auto"/>
            <w:right w:val="none" w:sz="0" w:space="0" w:color="auto"/>
          </w:divBdr>
        </w:div>
        <w:div w:id="1323125211">
          <w:marLeft w:val="480"/>
          <w:marRight w:val="0"/>
          <w:marTop w:val="0"/>
          <w:marBottom w:val="0"/>
          <w:divBdr>
            <w:top w:val="none" w:sz="0" w:space="0" w:color="auto"/>
            <w:left w:val="none" w:sz="0" w:space="0" w:color="auto"/>
            <w:bottom w:val="none" w:sz="0" w:space="0" w:color="auto"/>
            <w:right w:val="none" w:sz="0" w:space="0" w:color="auto"/>
          </w:divBdr>
        </w:div>
        <w:div w:id="1324359711">
          <w:marLeft w:val="480"/>
          <w:marRight w:val="0"/>
          <w:marTop w:val="0"/>
          <w:marBottom w:val="0"/>
          <w:divBdr>
            <w:top w:val="none" w:sz="0" w:space="0" w:color="auto"/>
            <w:left w:val="none" w:sz="0" w:space="0" w:color="auto"/>
            <w:bottom w:val="none" w:sz="0" w:space="0" w:color="auto"/>
            <w:right w:val="none" w:sz="0" w:space="0" w:color="auto"/>
          </w:divBdr>
        </w:div>
        <w:div w:id="1339965393">
          <w:marLeft w:val="480"/>
          <w:marRight w:val="0"/>
          <w:marTop w:val="0"/>
          <w:marBottom w:val="0"/>
          <w:divBdr>
            <w:top w:val="none" w:sz="0" w:space="0" w:color="auto"/>
            <w:left w:val="none" w:sz="0" w:space="0" w:color="auto"/>
            <w:bottom w:val="none" w:sz="0" w:space="0" w:color="auto"/>
            <w:right w:val="none" w:sz="0" w:space="0" w:color="auto"/>
          </w:divBdr>
        </w:div>
        <w:div w:id="1347050150">
          <w:marLeft w:val="480"/>
          <w:marRight w:val="0"/>
          <w:marTop w:val="0"/>
          <w:marBottom w:val="0"/>
          <w:divBdr>
            <w:top w:val="none" w:sz="0" w:space="0" w:color="auto"/>
            <w:left w:val="none" w:sz="0" w:space="0" w:color="auto"/>
            <w:bottom w:val="none" w:sz="0" w:space="0" w:color="auto"/>
            <w:right w:val="none" w:sz="0" w:space="0" w:color="auto"/>
          </w:divBdr>
        </w:div>
        <w:div w:id="1523201724">
          <w:marLeft w:val="480"/>
          <w:marRight w:val="0"/>
          <w:marTop w:val="0"/>
          <w:marBottom w:val="0"/>
          <w:divBdr>
            <w:top w:val="none" w:sz="0" w:space="0" w:color="auto"/>
            <w:left w:val="none" w:sz="0" w:space="0" w:color="auto"/>
            <w:bottom w:val="none" w:sz="0" w:space="0" w:color="auto"/>
            <w:right w:val="none" w:sz="0" w:space="0" w:color="auto"/>
          </w:divBdr>
        </w:div>
        <w:div w:id="1537229009">
          <w:marLeft w:val="480"/>
          <w:marRight w:val="0"/>
          <w:marTop w:val="0"/>
          <w:marBottom w:val="0"/>
          <w:divBdr>
            <w:top w:val="none" w:sz="0" w:space="0" w:color="auto"/>
            <w:left w:val="none" w:sz="0" w:space="0" w:color="auto"/>
            <w:bottom w:val="none" w:sz="0" w:space="0" w:color="auto"/>
            <w:right w:val="none" w:sz="0" w:space="0" w:color="auto"/>
          </w:divBdr>
        </w:div>
        <w:div w:id="1614938620">
          <w:marLeft w:val="480"/>
          <w:marRight w:val="0"/>
          <w:marTop w:val="0"/>
          <w:marBottom w:val="0"/>
          <w:divBdr>
            <w:top w:val="none" w:sz="0" w:space="0" w:color="auto"/>
            <w:left w:val="none" w:sz="0" w:space="0" w:color="auto"/>
            <w:bottom w:val="none" w:sz="0" w:space="0" w:color="auto"/>
            <w:right w:val="none" w:sz="0" w:space="0" w:color="auto"/>
          </w:divBdr>
        </w:div>
        <w:div w:id="1669750217">
          <w:marLeft w:val="480"/>
          <w:marRight w:val="0"/>
          <w:marTop w:val="0"/>
          <w:marBottom w:val="0"/>
          <w:divBdr>
            <w:top w:val="none" w:sz="0" w:space="0" w:color="auto"/>
            <w:left w:val="none" w:sz="0" w:space="0" w:color="auto"/>
            <w:bottom w:val="none" w:sz="0" w:space="0" w:color="auto"/>
            <w:right w:val="none" w:sz="0" w:space="0" w:color="auto"/>
          </w:divBdr>
        </w:div>
        <w:div w:id="1719163184">
          <w:marLeft w:val="480"/>
          <w:marRight w:val="0"/>
          <w:marTop w:val="0"/>
          <w:marBottom w:val="0"/>
          <w:divBdr>
            <w:top w:val="none" w:sz="0" w:space="0" w:color="auto"/>
            <w:left w:val="none" w:sz="0" w:space="0" w:color="auto"/>
            <w:bottom w:val="none" w:sz="0" w:space="0" w:color="auto"/>
            <w:right w:val="none" w:sz="0" w:space="0" w:color="auto"/>
          </w:divBdr>
        </w:div>
        <w:div w:id="1724326354">
          <w:marLeft w:val="480"/>
          <w:marRight w:val="0"/>
          <w:marTop w:val="0"/>
          <w:marBottom w:val="0"/>
          <w:divBdr>
            <w:top w:val="none" w:sz="0" w:space="0" w:color="auto"/>
            <w:left w:val="none" w:sz="0" w:space="0" w:color="auto"/>
            <w:bottom w:val="none" w:sz="0" w:space="0" w:color="auto"/>
            <w:right w:val="none" w:sz="0" w:space="0" w:color="auto"/>
          </w:divBdr>
        </w:div>
        <w:div w:id="1797747709">
          <w:marLeft w:val="480"/>
          <w:marRight w:val="0"/>
          <w:marTop w:val="0"/>
          <w:marBottom w:val="0"/>
          <w:divBdr>
            <w:top w:val="none" w:sz="0" w:space="0" w:color="auto"/>
            <w:left w:val="none" w:sz="0" w:space="0" w:color="auto"/>
            <w:bottom w:val="none" w:sz="0" w:space="0" w:color="auto"/>
            <w:right w:val="none" w:sz="0" w:space="0" w:color="auto"/>
          </w:divBdr>
        </w:div>
        <w:div w:id="1854952784">
          <w:marLeft w:val="480"/>
          <w:marRight w:val="0"/>
          <w:marTop w:val="0"/>
          <w:marBottom w:val="0"/>
          <w:divBdr>
            <w:top w:val="none" w:sz="0" w:space="0" w:color="auto"/>
            <w:left w:val="none" w:sz="0" w:space="0" w:color="auto"/>
            <w:bottom w:val="none" w:sz="0" w:space="0" w:color="auto"/>
            <w:right w:val="none" w:sz="0" w:space="0" w:color="auto"/>
          </w:divBdr>
        </w:div>
        <w:div w:id="1864517006">
          <w:marLeft w:val="480"/>
          <w:marRight w:val="0"/>
          <w:marTop w:val="0"/>
          <w:marBottom w:val="0"/>
          <w:divBdr>
            <w:top w:val="none" w:sz="0" w:space="0" w:color="auto"/>
            <w:left w:val="none" w:sz="0" w:space="0" w:color="auto"/>
            <w:bottom w:val="none" w:sz="0" w:space="0" w:color="auto"/>
            <w:right w:val="none" w:sz="0" w:space="0" w:color="auto"/>
          </w:divBdr>
        </w:div>
      </w:divsChild>
    </w:div>
    <w:div w:id="15472723">
      <w:bodyDiv w:val="1"/>
      <w:marLeft w:val="0"/>
      <w:marRight w:val="0"/>
      <w:marTop w:val="0"/>
      <w:marBottom w:val="0"/>
      <w:divBdr>
        <w:top w:val="none" w:sz="0" w:space="0" w:color="auto"/>
        <w:left w:val="none" w:sz="0" w:space="0" w:color="auto"/>
        <w:bottom w:val="none" w:sz="0" w:space="0" w:color="auto"/>
        <w:right w:val="none" w:sz="0" w:space="0" w:color="auto"/>
      </w:divBdr>
    </w:div>
    <w:div w:id="18820317">
      <w:bodyDiv w:val="1"/>
      <w:marLeft w:val="0"/>
      <w:marRight w:val="0"/>
      <w:marTop w:val="0"/>
      <w:marBottom w:val="0"/>
      <w:divBdr>
        <w:top w:val="none" w:sz="0" w:space="0" w:color="auto"/>
        <w:left w:val="none" w:sz="0" w:space="0" w:color="auto"/>
        <w:bottom w:val="none" w:sz="0" w:space="0" w:color="auto"/>
        <w:right w:val="none" w:sz="0" w:space="0" w:color="auto"/>
      </w:divBdr>
    </w:div>
    <w:div w:id="19595716">
      <w:bodyDiv w:val="1"/>
      <w:marLeft w:val="0"/>
      <w:marRight w:val="0"/>
      <w:marTop w:val="0"/>
      <w:marBottom w:val="0"/>
      <w:divBdr>
        <w:top w:val="none" w:sz="0" w:space="0" w:color="auto"/>
        <w:left w:val="none" w:sz="0" w:space="0" w:color="auto"/>
        <w:bottom w:val="none" w:sz="0" w:space="0" w:color="auto"/>
        <w:right w:val="none" w:sz="0" w:space="0" w:color="auto"/>
      </w:divBdr>
      <w:divsChild>
        <w:div w:id="57824846">
          <w:marLeft w:val="480"/>
          <w:marRight w:val="0"/>
          <w:marTop w:val="0"/>
          <w:marBottom w:val="0"/>
          <w:divBdr>
            <w:top w:val="none" w:sz="0" w:space="0" w:color="auto"/>
            <w:left w:val="none" w:sz="0" w:space="0" w:color="auto"/>
            <w:bottom w:val="none" w:sz="0" w:space="0" w:color="auto"/>
            <w:right w:val="none" w:sz="0" w:space="0" w:color="auto"/>
          </w:divBdr>
        </w:div>
        <w:div w:id="86655902">
          <w:marLeft w:val="480"/>
          <w:marRight w:val="0"/>
          <w:marTop w:val="0"/>
          <w:marBottom w:val="0"/>
          <w:divBdr>
            <w:top w:val="none" w:sz="0" w:space="0" w:color="auto"/>
            <w:left w:val="none" w:sz="0" w:space="0" w:color="auto"/>
            <w:bottom w:val="none" w:sz="0" w:space="0" w:color="auto"/>
            <w:right w:val="none" w:sz="0" w:space="0" w:color="auto"/>
          </w:divBdr>
        </w:div>
        <w:div w:id="98375771">
          <w:marLeft w:val="480"/>
          <w:marRight w:val="0"/>
          <w:marTop w:val="0"/>
          <w:marBottom w:val="0"/>
          <w:divBdr>
            <w:top w:val="none" w:sz="0" w:space="0" w:color="auto"/>
            <w:left w:val="none" w:sz="0" w:space="0" w:color="auto"/>
            <w:bottom w:val="none" w:sz="0" w:space="0" w:color="auto"/>
            <w:right w:val="none" w:sz="0" w:space="0" w:color="auto"/>
          </w:divBdr>
        </w:div>
        <w:div w:id="140929357">
          <w:marLeft w:val="480"/>
          <w:marRight w:val="0"/>
          <w:marTop w:val="0"/>
          <w:marBottom w:val="0"/>
          <w:divBdr>
            <w:top w:val="none" w:sz="0" w:space="0" w:color="auto"/>
            <w:left w:val="none" w:sz="0" w:space="0" w:color="auto"/>
            <w:bottom w:val="none" w:sz="0" w:space="0" w:color="auto"/>
            <w:right w:val="none" w:sz="0" w:space="0" w:color="auto"/>
          </w:divBdr>
        </w:div>
        <w:div w:id="180710221">
          <w:marLeft w:val="480"/>
          <w:marRight w:val="0"/>
          <w:marTop w:val="0"/>
          <w:marBottom w:val="0"/>
          <w:divBdr>
            <w:top w:val="none" w:sz="0" w:space="0" w:color="auto"/>
            <w:left w:val="none" w:sz="0" w:space="0" w:color="auto"/>
            <w:bottom w:val="none" w:sz="0" w:space="0" w:color="auto"/>
            <w:right w:val="none" w:sz="0" w:space="0" w:color="auto"/>
          </w:divBdr>
        </w:div>
        <w:div w:id="303773770">
          <w:marLeft w:val="480"/>
          <w:marRight w:val="0"/>
          <w:marTop w:val="0"/>
          <w:marBottom w:val="0"/>
          <w:divBdr>
            <w:top w:val="none" w:sz="0" w:space="0" w:color="auto"/>
            <w:left w:val="none" w:sz="0" w:space="0" w:color="auto"/>
            <w:bottom w:val="none" w:sz="0" w:space="0" w:color="auto"/>
            <w:right w:val="none" w:sz="0" w:space="0" w:color="auto"/>
          </w:divBdr>
        </w:div>
        <w:div w:id="312829419">
          <w:marLeft w:val="480"/>
          <w:marRight w:val="0"/>
          <w:marTop w:val="0"/>
          <w:marBottom w:val="0"/>
          <w:divBdr>
            <w:top w:val="none" w:sz="0" w:space="0" w:color="auto"/>
            <w:left w:val="none" w:sz="0" w:space="0" w:color="auto"/>
            <w:bottom w:val="none" w:sz="0" w:space="0" w:color="auto"/>
            <w:right w:val="none" w:sz="0" w:space="0" w:color="auto"/>
          </w:divBdr>
        </w:div>
        <w:div w:id="396320105">
          <w:marLeft w:val="480"/>
          <w:marRight w:val="0"/>
          <w:marTop w:val="0"/>
          <w:marBottom w:val="0"/>
          <w:divBdr>
            <w:top w:val="none" w:sz="0" w:space="0" w:color="auto"/>
            <w:left w:val="none" w:sz="0" w:space="0" w:color="auto"/>
            <w:bottom w:val="none" w:sz="0" w:space="0" w:color="auto"/>
            <w:right w:val="none" w:sz="0" w:space="0" w:color="auto"/>
          </w:divBdr>
        </w:div>
        <w:div w:id="413553547">
          <w:marLeft w:val="480"/>
          <w:marRight w:val="0"/>
          <w:marTop w:val="0"/>
          <w:marBottom w:val="0"/>
          <w:divBdr>
            <w:top w:val="none" w:sz="0" w:space="0" w:color="auto"/>
            <w:left w:val="none" w:sz="0" w:space="0" w:color="auto"/>
            <w:bottom w:val="none" w:sz="0" w:space="0" w:color="auto"/>
            <w:right w:val="none" w:sz="0" w:space="0" w:color="auto"/>
          </w:divBdr>
        </w:div>
        <w:div w:id="416748832">
          <w:marLeft w:val="480"/>
          <w:marRight w:val="0"/>
          <w:marTop w:val="0"/>
          <w:marBottom w:val="0"/>
          <w:divBdr>
            <w:top w:val="none" w:sz="0" w:space="0" w:color="auto"/>
            <w:left w:val="none" w:sz="0" w:space="0" w:color="auto"/>
            <w:bottom w:val="none" w:sz="0" w:space="0" w:color="auto"/>
            <w:right w:val="none" w:sz="0" w:space="0" w:color="auto"/>
          </w:divBdr>
        </w:div>
        <w:div w:id="450826576">
          <w:marLeft w:val="480"/>
          <w:marRight w:val="0"/>
          <w:marTop w:val="0"/>
          <w:marBottom w:val="0"/>
          <w:divBdr>
            <w:top w:val="none" w:sz="0" w:space="0" w:color="auto"/>
            <w:left w:val="none" w:sz="0" w:space="0" w:color="auto"/>
            <w:bottom w:val="none" w:sz="0" w:space="0" w:color="auto"/>
            <w:right w:val="none" w:sz="0" w:space="0" w:color="auto"/>
          </w:divBdr>
        </w:div>
        <w:div w:id="631137999">
          <w:marLeft w:val="480"/>
          <w:marRight w:val="0"/>
          <w:marTop w:val="0"/>
          <w:marBottom w:val="0"/>
          <w:divBdr>
            <w:top w:val="none" w:sz="0" w:space="0" w:color="auto"/>
            <w:left w:val="none" w:sz="0" w:space="0" w:color="auto"/>
            <w:bottom w:val="none" w:sz="0" w:space="0" w:color="auto"/>
            <w:right w:val="none" w:sz="0" w:space="0" w:color="auto"/>
          </w:divBdr>
        </w:div>
        <w:div w:id="643697677">
          <w:marLeft w:val="480"/>
          <w:marRight w:val="0"/>
          <w:marTop w:val="0"/>
          <w:marBottom w:val="0"/>
          <w:divBdr>
            <w:top w:val="none" w:sz="0" w:space="0" w:color="auto"/>
            <w:left w:val="none" w:sz="0" w:space="0" w:color="auto"/>
            <w:bottom w:val="none" w:sz="0" w:space="0" w:color="auto"/>
            <w:right w:val="none" w:sz="0" w:space="0" w:color="auto"/>
          </w:divBdr>
        </w:div>
        <w:div w:id="678579729">
          <w:marLeft w:val="480"/>
          <w:marRight w:val="0"/>
          <w:marTop w:val="0"/>
          <w:marBottom w:val="0"/>
          <w:divBdr>
            <w:top w:val="none" w:sz="0" w:space="0" w:color="auto"/>
            <w:left w:val="none" w:sz="0" w:space="0" w:color="auto"/>
            <w:bottom w:val="none" w:sz="0" w:space="0" w:color="auto"/>
            <w:right w:val="none" w:sz="0" w:space="0" w:color="auto"/>
          </w:divBdr>
        </w:div>
        <w:div w:id="729772829">
          <w:marLeft w:val="480"/>
          <w:marRight w:val="0"/>
          <w:marTop w:val="0"/>
          <w:marBottom w:val="0"/>
          <w:divBdr>
            <w:top w:val="none" w:sz="0" w:space="0" w:color="auto"/>
            <w:left w:val="none" w:sz="0" w:space="0" w:color="auto"/>
            <w:bottom w:val="none" w:sz="0" w:space="0" w:color="auto"/>
            <w:right w:val="none" w:sz="0" w:space="0" w:color="auto"/>
          </w:divBdr>
        </w:div>
        <w:div w:id="764419204">
          <w:marLeft w:val="480"/>
          <w:marRight w:val="0"/>
          <w:marTop w:val="0"/>
          <w:marBottom w:val="0"/>
          <w:divBdr>
            <w:top w:val="none" w:sz="0" w:space="0" w:color="auto"/>
            <w:left w:val="none" w:sz="0" w:space="0" w:color="auto"/>
            <w:bottom w:val="none" w:sz="0" w:space="0" w:color="auto"/>
            <w:right w:val="none" w:sz="0" w:space="0" w:color="auto"/>
          </w:divBdr>
        </w:div>
        <w:div w:id="832646491">
          <w:marLeft w:val="480"/>
          <w:marRight w:val="0"/>
          <w:marTop w:val="0"/>
          <w:marBottom w:val="0"/>
          <w:divBdr>
            <w:top w:val="none" w:sz="0" w:space="0" w:color="auto"/>
            <w:left w:val="none" w:sz="0" w:space="0" w:color="auto"/>
            <w:bottom w:val="none" w:sz="0" w:space="0" w:color="auto"/>
            <w:right w:val="none" w:sz="0" w:space="0" w:color="auto"/>
          </w:divBdr>
        </w:div>
        <w:div w:id="868100808">
          <w:marLeft w:val="480"/>
          <w:marRight w:val="0"/>
          <w:marTop w:val="0"/>
          <w:marBottom w:val="0"/>
          <w:divBdr>
            <w:top w:val="none" w:sz="0" w:space="0" w:color="auto"/>
            <w:left w:val="none" w:sz="0" w:space="0" w:color="auto"/>
            <w:bottom w:val="none" w:sz="0" w:space="0" w:color="auto"/>
            <w:right w:val="none" w:sz="0" w:space="0" w:color="auto"/>
          </w:divBdr>
        </w:div>
        <w:div w:id="881554005">
          <w:marLeft w:val="480"/>
          <w:marRight w:val="0"/>
          <w:marTop w:val="0"/>
          <w:marBottom w:val="0"/>
          <w:divBdr>
            <w:top w:val="none" w:sz="0" w:space="0" w:color="auto"/>
            <w:left w:val="none" w:sz="0" w:space="0" w:color="auto"/>
            <w:bottom w:val="none" w:sz="0" w:space="0" w:color="auto"/>
            <w:right w:val="none" w:sz="0" w:space="0" w:color="auto"/>
          </w:divBdr>
        </w:div>
        <w:div w:id="883559575">
          <w:marLeft w:val="480"/>
          <w:marRight w:val="0"/>
          <w:marTop w:val="0"/>
          <w:marBottom w:val="0"/>
          <w:divBdr>
            <w:top w:val="none" w:sz="0" w:space="0" w:color="auto"/>
            <w:left w:val="none" w:sz="0" w:space="0" w:color="auto"/>
            <w:bottom w:val="none" w:sz="0" w:space="0" w:color="auto"/>
            <w:right w:val="none" w:sz="0" w:space="0" w:color="auto"/>
          </w:divBdr>
        </w:div>
        <w:div w:id="891620472">
          <w:marLeft w:val="480"/>
          <w:marRight w:val="0"/>
          <w:marTop w:val="0"/>
          <w:marBottom w:val="0"/>
          <w:divBdr>
            <w:top w:val="none" w:sz="0" w:space="0" w:color="auto"/>
            <w:left w:val="none" w:sz="0" w:space="0" w:color="auto"/>
            <w:bottom w:val="none" w:sz="0" w:space="0" w:color="auto"/>
            <w:right w:val="none" w:sz="0" w:space="0" w:color="auto"/>
          </w:divBdr>
        </w:div>
        <w:div w:id="1014771409">
          <w:marLeft w:val="480"/>
          <w:marRight w:val="0"/>
          <w:marTop w:val="0"/>
          <w:marBottom w:val="0"/>
          <w:divBdr>
            <w:top w:val="none" w:sz="0" w:space="0" w:color="auto"/>
            <w:left w:val="none" w:sz="0" w:space="0" w:color="auto"/>
            <w:bottom w:val="none" w:sz="0" w:space="0" w:color="auto"/>
            <w:right w:val="none" w:sz="0" w:space="0" w:color="auto"/>
          </w:divBdr>
        </w:div>
        <w:div w:id="1118525267">
          <w:marLeft w:val="480"/>
          <w:marRight w:val="0"/>
          <w:marTop w:val="0"/>
          <w:marBottom w:val="0"/>
          <w:divBdr>
            <w:top w:val="none" w:sz="0" w:space="0" w:color="auto"/>
            <w:left w:val="none" w:sz="0" w:space="0" w:color="auto"/>
            <w:bottom w:val="none" w:sz="0" w:space="0" w:color="auto"/>
            <w:right w:val="none" w:sz="0" w:space="0" w:color="auto"/>
          </w:divBdr>
        </w:div>
        <w:div w:id="1231885389">
          <w:marLeft w:val="480"/>
          <w:marRight w:val="0"/>
          <w:marTop w:val="0"/>
          <w:marBottom w:val="0"/>
          <w:divBdr>
            <w:top w:val="none" w:sz="0" w:space="0" w:color="auto"/>
            <w:left w:val="none" w:sz="0" w:space="0" w:color="auto"/>
            <w:bottom w:val="none" w:sz="0" w:space="0" w:color="auto"/>
            <w:right w:val="none" w:sz="0" w:space="0" w:color="auto"/>
          </w:divBdr>
        </w:div>
        <w:div w:id="1249265581">
          <w:marLeft w:val="480"/>
          <w:marRight w:val="0"/>
          <w:marTop w:val="0"/>
          <w:marBottom w:val="0"/>
          <w:divBdr>
            <w:top w:val="none" w:sz="0" w:space="0" w:color="auto"/>
            <w:left w:val="none" w:sz="0" w:space="0" w:color="auto"/>
            <w:bottom w:val="none" w:sz="0" w:space="0" w:color="auto"/>
            <w:right w:val="none" w:sz="0" w:space="0" w:color="auto"/>
          </w:divBdr>
        </w:div>
        <w:div w:id="1330599072">
          <w:marLeft w:val="480"/>
          <w:marRight w:val="0"/>
          <w:marTop w:val="0"/>
          <w:marBottom w:val="0"/>
          <w:divBdr>
            <w:top w:val="none" w:sz="0" w:space="0" w:color="auto"/>
            <w:left w:val="none" w:sz="0" w:space="0" w:color="auto"/>
            <w:bottom w:val="none" w:sz="0" w:space="0" w:color="auto"/>
            <w:right w:val="none" w:sz="0" w:space="0" w:color="auto"/>
          </w:divBdr>
        </w:div>
        <w:div w:id="1350989015">
          <w:marLeft w:val="480"/>
          <w:marRight w:val="0"/>
          <w:marTop w:val="0"/>
          <w:marBottom w:val="0"/>
          <w:divBdr>
            <w:top w:val="none" w:sz="0" w:space="0" w:color="auto"/>
            <w:left w:val="none" w:sz="0" w:space="0" w:color="auto"/>
            <w:bottom w:val="none" w:sz="0" w:space="0" w:color="auto"/>
            <w:right w:val="none" w:sz="0" w:space="0" w:color="auto"/>
          </w:divBdr>
        </w:div>
        <w:div w:id="1415012730">
          <w:marLeft w:val="480"/>
          <w:marRight w:val="0"/>
          <w:marTop w:val="0"/>
          <w:marBottom w:val="0"/>
          <w:divBdr>
            <w:top w:val="none" w:sz="0" w:space="0" w:color="auto"/>
            <w:left w:val="none" w:sz="0" w:space="0" w:color="auto"/>
            <w:bottom w:val="none" w:sz="0" w:space="0" w:color="auto"/>
            <w:right w:val="none" w:sz="0" w:space="0" w:color="auto"/>
          </w:divBdr>
        </w:div>
        <w:div w:id="1570385599">
          <w:marLeft w:val="480"/>
          <w:marRight w:val="0"/>
          <w:marTop w:val="0"/>
          <w:marBottom w:val="0"/>
          <w:divBdr>
            <w:top w:val="none" w:sz="0" w:space="0" w:color="auto"/>
            <w:left w:val="none" w:sz="0" w:space="0" w:color="auto"/>
            <w:bottom w:val="none" w:sz="0" w:space="0" w:color="auto"/>
            <w:right w:val="none" w:sz="0" w:space="0" w:color="auto"/>
          </w:divBdr>
        </w:div>
        <w:div w:id="1602302115">
          <w:marLeft w:val="480"/>
          <w:marRight w:val="0"/>
          <w:marTop w:val="0"/>
          <w:marBottom w:val="0"/>
          <w:divBdr>
            <w:top w:val="none" w:sz="0" w:space="0" w:color="auto"/>
            <w:left w:val="none" w:sz="0" w:space="0" w:color="auto"/>
            <w:bottom w:val="none" w:sz="0" w:space="0" w:color="auto"/>
            <w:right w:val="none" w:sz="0" w:space="0" w:color="auto"/>
          </w:divBdr>
        </w:div>
        <w:div w:id="1676689678">
          <w:marLeft w:val="480"/>
          <w:marRight w:val="0"/>
          <w:marTop w:val="0"/>
          <w:marBottom w:val="0"/>
          <w:divBdr>
            <w:top w:val="none" w:sz="0" w:space="0" w:color="auto"/>
            <w:left w:val="none" w:sz="0" w:space="0" w:color="auto"/>
            <w:bottom w:val="none" w:sz="0" w:space="0" w:color="auto"/>
            <w:right w:val="none" w:sz="0" w:space="0" w:color="auto"/>
          </w:divBdr>
        </w:div>
        <w:div w:id="1749695493">
          <w:marLeft w:val="480"/>
          <w:marRight w:val="0"/>
          <w:marTop w:val="0"/>
          <w:marBottom w:val="0"/>
          <w:divBdr>
            <w:top w:val="none" w:sz="0" w:space="0" w:color="auto"/>
            <w:left w:val="none" w:sz="0" w:space="0" w:color="auto"/>
            <w:bottom w:val="none" w:sz="0" w:space="0" w:color="auto"/>
            <w:right w:val="none" w:sz="0" w:space="0" w:color="auto"/>
          </w:divBdr>
        </w:div>
        <w:div w:id="1764955642">
          <w:marLeft w:val="480"/>
          <w:marRight w:val="0"/>
          <w:marTop w:val="0"/>
          <w:marBottom w:val="0"/>
          <w:divBdr>
            <w:top w:val="none" w:sz="0" w:space="0" w:color="auto"/>
            <w:left w:val="none" w:sz="0" w:space="0" w:color="auto"/>
            <w:bottom w:val="none" w:sz="0" w:space="0" w:color="auto"/>
            <w:right w:val="none" w:sz="0" w:space="0" w:color="auto"/>
          </w:divBdr>
        </w:div>
        <w:div w:id="1847549423">
          <w:marLeft w:val="480"/>
          <w:marRight w:val="0"/>
          <w:marTop w:val="0"/>
          <w:marBottom w:val="0"/>
          <w:divBdr>
            <w:top w:val="none" w:sz="0" w:space="0" w:color="auto"/>
            <w:left w:val="none" w:sz="0" w:space="0" w:color="auto"/>
            <w:bottom w:val="none" w:sz="0" w:space="0" w:color="auto"/>
            <w:right w:val="none" w:sz="0" w:space="0" w:color="auto"/>
          </w:divBdr>
        </w:div>
        <w:div w:id="1933972368">
          <w:marLeft w:val="480"/>
          <w:marRight w:val="0"/>
          <w:marTop w:val="0"/>
          <w:marBottom w:val="0"/>
          <w:divBdr>
            <w:top w:val="none" w:sz="0" w:space="0" w:color="auto"/>
            <w:left w:val="none" w:sz="0" w:space="0" w:color="auto"/>
            <w:bottom w:val="none" w:sz="0" w:space="0" w:color="auto"/>
            <w:right w:val="none" w:sz="0" w:space="0" w:color="auto"/>
          </w:divBdr>
        </w:div>
        <w:div w:id="1952976183">
          <w:marLeft w:val="480"/>
          <w:marRight w:val="0"/>
          <w:marTop w:val="0"/>
          <w:marBottom w:val="0"/>
          <w:divBdr>
            <w:top w:val="none" w:sz="0" w:space="0" w:color="auto"/>
            <w:left w:val="none" w:sz="0" w:space="0" w:color="auto"/>
            <w:bottom w:val="none" w:sz="0" w:space="0" w:color="auto"/>
            <w:right w:val="none" w:sz="0" w:space="0" w:color="auto"/>
          </w:divBdr>
        </w:div>
        <w:div w:id="2055424764">
          <w:marLeft w:val="480"/>
          <w:marRight w:val="0"/>
          <w:marTop w:val="0"/>
          <w:marBottom w:val="0"/>
          <w:divBdr>
            <w:top w:val="none" w:sz="0" w:space="0" w:color="auto"/>
            <w:left w:val="none" w:sz="0" w:space="0" w:color="auto"/>
            <w:bottom w:val="none" w:sz="0" w:space="0" w:color="auto"/>
            <w:right w:val="none" w:sz="0" w:space="0" w:color="auto"/>
          </w:divBdr>
        </w:div>
        <w:div w:id="2138058359">
          <w:marLeft w:val="480"/>
          <w:marRight w:val="0"/>
          <w:marTop w:val="0"/>
          <w:marBottom w:val="0"/>
          <w:divBdr>
            <w:top w:val="none" w:sz="0" w:space="0" w:color="auto"/>
            <w:left w:val="none" w:sz="0" w:space="0" w:color="auto"/>
            <w:bottom w:val="none" w:sz="0" w:space="0" w:color="auto"/>
            <w:right w:val="none" w:sz="0" w:space="0" w:color="auto"/>
          </w:divBdr>
        </w:div>
      </w:divsChild>
    </w:div>
    <w:div w:id="19933932">
      <w:bodyDiv w:val="1"/>
      <w:marLeft w:val="0"/>
      <w:marRight w:val="0"/>
      <w:marTop w:val="0"/>
      <w:marBottom w:val="0"/>
      <w:divBdr>
        <w:top w:val="none" w:sz="0" w:space="0" w:color="auto"/>
        <w:left w:val="none" w:sz="0" w:space="0" w:color="auto"/>
        <w:bottom w:val="none" w:sz="0" w:space="0" w:color="auto"/>
        <w:right w:val="none" w:sz="0" w:space="0" w:color="auto"/>
      </w:divBdr>
    </w:div>
    <w:div w:id="20520662">
      <w:bodyDiv w:val="1"/>
      <w:marLeft w:val="0"/>
      <w:marRight w:val="0"/>
      <w:marTop w:val="0"/>
      <w:marBottom w:val="0"/>
      <w:divBdr>
        <w:top w:val="none" w:sz="0" w:space="0" w:color="auto"/>
        <w:left w:val="none" w:sz="0" w:space="0" w:color="auto"/>
        <w:bottom w:val="none" w:sz="0" w:space="0" w:color="auto"/>
        <w:right w:val="none" w:sz="0" w:space="0" w:color="auto"/>
      </w:divBdr>
    </w:div>
    <w:div w:id="20859380">
      <w:bodyDiv w:val="1"/>
      <w:marLeft w:val="0"/>
      <w:marRight w:val="0"/>
      <w:marTop w:val="0"/>
      <w:marBottom w:val="0"/>
      <w:divBdr>
        <w:top w:val="none" w:sz="0" w:space="0" w:color="auto"/>
        <w:left w:val="none" w:sz="0" w:space="0" w:color="auto"/>
        <w:bottom w:val="none" w:sz="0" w:space="0" w:color="auto"/>
        <w:right w:val="none" w:sz="0" w:space="0" w:color="auto"/>
      </w:divBdr>
    </w:div>
    <w:div w:id="20934246">
      <w:bodyDiv w:val="1"/>
      <w:marLeft w:val="0"/>
      <w:marRight w:val="0"/>
      <w:marTop w:val="0"/>
      <w:marBottom w:val="0"/>
      <w:divBdr>
        <w:top w:val="none" w:sz="0" w:space="0" w:color="auto"/>
        <w:left w:val="none" w:sz="0" w:space="0" w:color="auto"/>
        <w:bottom w:val="none" w:sz="0" w:space="0" w:color="auto"/>
        <w:right w:val="none" w:sz="0" w:space="0" w:color="auto"/>
      </w:divBdr>
    </w:div>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23795498">
      <w:bodyDiv w:val="1"/>
      <w:marLeft w:val="0"/>
      <w:marRight w:val="0"/>
      <w:marTop w:val="0"/>
      <w:marBottom w:val="0"/>
      <w:divBdr>
        <w:top w:val="none" w:sz="0" w:space="0" w:color="auto"/>
        <w:left w:val="none" w:sz="0" w:space="0" w:color="auto"/>
        <w:bottom w:val="none" w:sz="0" w:space="0" w:color="auto"/>
        <w:right w:val="none" w:sz="0" w:space="0" w:color="auto"/>
      </w:divBdr>
      <w:divsChild>
        <w:div w:id="96021119">
          <w:marLeft w:val="480"/>
          <w:marRight w:val="0"/>
          <w:marTop w:val="0"/>
          <w:marBottom w:val="0"/>
          <w:divBdr>
            <w:top w:val="none" w:sz="0" w:space="0" w:color="auto"/>
            <w:left w:val="none" w:sz="0" w:space="0" w:color="auto"/>
            <w:bottom w:val="none" w:sz="0" w:space="0" w:color="auto"/>
            <w:right w:val="none" w:sz="0" w:space="0" w:color="auto"/>
          </w:divBdr>
        </w:div>
        <w:div w:id="217015046">
          <w:marLeft w:val="480"/>
          <w:marRight w:val="0"/>
          <w:marTop w:val="0"/>
          <w:marBottom w:val="0"/>
          <w:divBdr>
            <w:top w:val="none" w:sz="0" w:space="0" w:color="auto"/>
            <w:left w:val="none" w:sz="0" w:space="0" w:color="auto"/>
            <w:bottom w:val="none" w:sz="0" w:space="0" w:color="auto"/>
            <w:right w:val="none" w:sz="0" w:space="0" w:color="auto"/>
          </w:divBdr>
        </w:div>
        <w:div w:id="509030412">
          <w:marLeft w:val="480"/>
          <w:marRight w:val="0"/>
          <w:marTop w:val="0"/>
          <w:marBottom w:val="0"/>
          <w:divBdr>
            <w:top w:val="none" w:sz="0" w:space="0" w:color="auto"/>
            <w:left w:val="none" w:sz="0" w:space="0" w:color="auto"/>
            <w:bottom w:val="none" w:sz="0" w:space="0" w:color="auto"/>
            <w:right w:val="none" w:sz="0" w:space="0" w:color="auto"/>
          </w:divBdr>
        </w:div>
        <w:div w:id="570850230">
          <w:marLeft w:val="480"/>
          <w:marRight w:val="0"/>
          <w:marTop w:val="0"/>
          <w:marBottom w:val="0"/>
          <w:divBdr>
            <w:top w:val="none" w:sz="0" w:space="0" w:color="auto"/>
            <w:left w:val="none" w:sz="0" w:space="0" w:color="auto"/>
            <w:bottom w:val="none" w:sz="0" w:space="0" w:color="auto"/>
            <w:right w:val="none" w:sz="0" w:space="0" w:color="auto"/>
          </w:divBdr>
        </w:div>
        <w:div w:id="628970411">
          <w:marLeft w:val="480"/>
          <w:marRight w:val="0"/>
          <w:marTop w:val="0"/>
          <w:marBottom w:val="0"/>
          <w:divBdr>
            <w:top w:val="none" w:sz="0" w:space="0" w:color="auto"/>
            <w:left w:val="none" w:sz="0" w:space="0" w:color="auto"/>
            <w:bottom w:val="none" w:sz="0" w:space="0" w:color="auto"/>
            <w:right w:val="none" w:sz="0" w:space="0" w:color="auto"/>
          </w:divBdr>
        </w:div>
        <w:div w:id="729840372">
          <w:marLeft w:val="480"/>
          <w:marRight w:val="0"/>
          <w:marTop w:val="0"/>
          <w:marBottom w:val="0"/>
          <w:divBdr>
            <w:top w:val="none" w:sz="0" w:space="0" w:color="auto"/>
            <w:left w:val="none" w:sz="0" w:space="0" w:color="auto"/>
            <w:bottom w:val="none" w:sz="0" w:space="0" w:color="auto"/>
            <w:right w:val="none" w:sz="0" w:space="0" w:color="auto"/>
          </w:divBdr>
        </w:div>
        <w:div w:id="815996891">
          <w:marLeft w:val="480"/>
          <w:marRight w:val="0"/>
          <w:marTop w:val="0"/>
          <w:marBottom w:val="0"/>
          <w:divBdr>
            <w:top w:val="none" w:sz="0" w:space="0" w:color="auto"/>
            <w:left w:val="none" w:sz="0" w:space="0" w:color="auto"/>
            <w:bottom w:val="none" w:sz="0" w:space="0" w:color="auto"/>
            <w:right w:val="none" w:sz="0" w:space="0" w:color="auto"/>
          </w:divBdr>
        </w:div>
        <w:div w:id="1014529515">
          <w:marLeft w:val="480"/>
          <w:marRight w:val="0"/>
          <w:marTop w:val="0"/>
          <w:marBottom w:val="0"/>
          <w:divBdr>
            <w:top w:val="none" w:sz="0" w:space="0" w:color="auto"/>
            <w:left w:val="none" w:sz="0" w:space="0" w:color="auto"/>
            <w:bottom w:val="none" w:sz="0" w:space="0" w:color="auto"/>
            <w:right w:val="none" w:sz="0" w:space="0" w:color="auto"/>
          </w:divBdr>
        </w:div>
        <w:div w:id="1118841194">
          <w:marLeft w:val="480"/>
          <w:marRight w:val="0"/>
          <w:marTop w:val="0"/>
          <w:marBottom w:val="0"/>
          <w:divBdr>
            <w:top w:val="none" w:sz="0" w:space="0" w:color="auto"/>
            <w:left w:val="none" w:sz="0" w:space="0" w:color="auto"/>
            <w:bottom w:val="none" w:sz="0" w:space="0" w:color="auto"/>
            <w:right w:val="none" w:sz="0" w:space="0" w:color="auto"/>
          </w:divBdr>
        </w:div>
        <w:div w:id="1194685665">
          <w:marLeft w:val="480"/>
          <w:marRight w:val="0"/>
          <w:marTop w:val="0"/>
          <w:marBottom w:val="0"/>
          <w:divBdr>
            <w:top w:val="none" w:sz="0" w:space="0" w:color="auto"/>
            <w:left w:val="none" w:sz="0" w:space="0" w:color="auto"/>
            <w:bottom w:val="none" w:sz="0" w:space="0" w:color="auto"/>
            <w:right w:val="none" w:sz="0" w:space="0" w:color="auto"/>
          </w:divBdr>
        </w:div>
        <w:div w:id="1383483846">
          <w:marLeft w:val="480"/>
          <w:marRight w:val="0"/>
          <w:marTop w:val="0"/>
          <w:marBottom w:val="0"/>
          <w:divBdr>
            <w:top w:val="none" w:sz="0" w:space="0" w:color="auto"/>
            <w:left w:val="none" w:sz="0" w:space="0" w:color="auto"/>
            <w:bottom w:val="none" w:sz="0" w:space="0" w:color="auto"/>
            <w:right w:val="none" w:sz="0" w:space="0" w:color="auto"/>
          </w:divBdr>
        </w:div>
        <w:div w:id="1406026644">
          <w:marLeft w:val="480"/>
          <w:marRight w:val="0"/>
          <w:marTop w:val="0"/>
          <w:marBottom w:val="0"/>
          <w:divBdr>
            <w:top w:val="none" w:sz="0" w:space="0" w:color="auto"/>
            <w:left w:val="none" w:sz="0" w:space="0" w:color="auto"/>
            <w:bottom w:val="none" w:sz="0" w:space="0" w:color="auto"/>
            <w:right w:val="none" w:sz="0" w:space="0" w:color="auto"/>
          </w:divBdr>
        </w:div>
        <w:div w:id="1476487172">
          <w:marLeft w:val="480"/>
          <w:marRight w:val="0"/>
          <w:marTop w:val="0"/>
          <w:marBottom w:val="0"/>
          <w:divBdr>
            <w:top w:val="none" w:sz="0" w:space="0" w:color="auto"/>
            <w:left w:val="none" w:sz="0" w:space="0" w:color="auto"/>
            <w:bottom w:val="none" w:sz="0" w:space="0" w:color="auto"/>
            <w:right w:val="none" w:sz="0" w:space="0" w:color="auto"/>
          </w:divBdr>
        </w:div>
        <w:div w:id="1485782261">
          <w:marLeft w:val="480"/>
          <w:marRight w:val="0"/>
          <w:marTop w:val="0"/>
          <w:marBottom w:val="0"/>
          <w:divBdr>
            <w:top w:val="none" w:sz="0" w:space="0" w:color="auto"/>
            <w:left w:val="none" w:sz="0" w:space="0" w:color="auto"/>
            <w:bottom w:val="none" w:sz="0" w:space="0" w:color="auto"/>
            <w:right w:val="none" w:sz="0" w:space="0" w:color="auto"/>
          </w:divBdr>
        </w:div>
        <w:div w:id="1577131214">
          <w:marLeft w:val="480"/>
          <w:marRight w:val="0"/>
          <w:marTop w:val="0"/>
          <w:marBottom w:val="0"/>
          <w:divBdr>
            <w:top w:val="none" w:sz="0" w:space="0" w:color="auto"/>
            <w:left w:val="none" w:sz="0" w:space="0" w:color="auto"/>
            <w:bottom w:val="none" w:sz="0" w:space="0" w:color="auto"/>
            <w:right w:val="none" w:sz="0" w:space="0" w:color="auto"/>
          </w:divBdr>
        </w:div>
        <w:div w:id="1630823619">
          <w:marLeft w:val="480"/>
          <w:marRight w:val="0"/>
          <w:marTop w:val="0"/>
          <w:marBottom w:val="0"/>
          <w:divBdr>
            <w:top w:val="none" w:sz="0" w:space="0" w:color="auto"/>
            <w:left w:val="none" w:sz="0" w:space="0" w:color="auto"/>
            <w:bottom w:val="none" w:sz="0" w:space="0" w:color="auto"/>
            <w:right w:val="none" w:sz="0" w:space="0" w:color="auto"/>
          </w:divBdr>
        </w:div>
        <w:div w:id="1729111939">
          <w:marLeft w:val="480"/>
          <w:marRight w:val="0"/>
          <w:marTop w:val="0"/>
          <w:marBottom w:val="0"/>
          <w:divBdr>
            <w:top w:val="none" w:sz="0" w:space="0" w:color="auto"/>
            <w:left w:val="none" w:sz="0" w:space="0" w:color="auto"/>
            <w:bottom w:val="none" w:sz="0" w:space="0" w:color="auto"/>
            <w:right w:val="none" w:sz="0" w:space="0" w:color="auto"/>
          </w:divBdr>
        </w:div>
      </w:divsChild>
    </w:div>
    <w:div w:id="25569874">
      <w:bodyDiv w:val="1"/>
      <w:marLeft w:val="0"/>
      <w:marRight w:val="0"/>
      <w:marTop w:val="0"/>
      <w:marBottom w:val="0"/>
      <w:divBdr>
        <w:top w:val="none" w:sz="0" w:space="0" w:color="auto"/>
        <w:left w:val="none" w:sz="0" w:space="0" w:color="auto"/>
        <w:bottom w:val="none" w:sz="0" w:space="0" w:color="auto"/>
        <w:right w:val="none" w:sz="0" w:space="0" w:color="auto"/>
      </w:divBdr>
    </w:div>
    <w:div w:id="25714718">
      <w:bodyDiv w:val="1"/>
      <w:marLeft w:val="0"/>
      <w:marRight w:val="0"/>
      <w:marTop w:val="0"/>
      <w:marBottom w:val="0"/>
      <w:divBdr>
        <w:top w:val="none" w:sz="0" w:space="0" w:color="auto"/>
        <w:left w:val="none" w:sz="0" w:space="0" w:color="auto"/>
        <w:bottom w:val="none" w:sz="0" w:space="0" w:color="auto"/>
        <w:right w:val="none" w:sz="0" w:space="0" w:color="auto"/>
      </w:divBdr>
    </w:div>
    <w:div w:id="28264779">
      <w:bodyDiv w:val="1"/>
      <w:marLeft w:val="0"/>
      <w:marRight w:val="0"/>
      <w:marTop w:val="0"/>
      <w:marBottom w:val="0"/>
      <w:divBdr>
        <w:top w:val="none" w:sz="0" w:space="0" w:color="auto"/>
        <w:left w:val="none" w:sz="0" w:space="0" w:color="auto"/>
        <w:bottom w:val="none" w:sz="0" w:space="0" w:color="auto"/>
        <w:right w:val="none" w:sz="0" w:space="0" w:color="auto"/>
      </w:divBdr>
    </w:div>
    <w:div w:id="32926511">
      <w:bodyDiv w:val="1"/>
      <w:marLeft w:val="0"/>
      <w:marRight w:val="0"/>
      <w:marTop w:val="0"/>
      <w:marBottom w:val="0"/>
      <w:divBdr>
        <w:top w:val="none" w:sz="0" w:space="0" w:color="auto"/>
        <w:left w:val="none" w:sz="0" w:space="0" w:color="auto"/>
        <w:bottom w:val="none" w:sz="0" w:space="0" w:color="auto"/>
        <w:right w:val="none" w:sz="0" w:space="0" w:color="auto"/>
      </w:divBdr>
    </w:div>
    <w:div w:id="36049761">
      <w:bodyDiv w:val="1"/>
      <w:marLeft w:val="0"/>
      <w:marRight w:val="0"/>
      <w:marTop w:val="0"/>
      <w:marBottom w:val="0"/>
      <w:divBdr>
        <w:top w:val="none" w:sz="0" w:space="0" w:color="auto"/>
        <w:left w:val="none" w:sz="0" w:space="0" w:color="auto"/>
        <w:bottom w:val="none" w:sz="0" w:space="0" w:color="auto"/>
        <w:right w:val="none" w:sz="0" w:space="0" w:color="auto"/>
      </w:divBdr>
    </w:div>
    <w:div w:id="36704503">
      <w:bodyDiv w:val="1"/>
      <w:marLeft w:val="0"/>
      <w:marRight w:val="0"/>
      <w:marTop w:val="0"/>
      <w:marBottom w:val="0"/>
      <w:divBdr>
        <w:top w:val="none" w:sz="0" w:space="0" w:color="auto"/>
        <w:left w:val="none" w:sz="0" w:space="0" w:color="auto"/>
        <w:bottom w:val="none" w:sz="0" w:space="0" w:color="auto"/>
        <w:right w:val="none" w:sz="0" w:space="0" w:color="auto"/>
      </w:divBdr>
    </w:div>
    <w:div w:id="36777749">
      <w:bodyDiv w:val="1"/>
      <w:marLeft w:val="0"/>
      <w:marRight w:val="0"/>
      <w:marTop w:val="0"/>
      <w:marBottom w:val="0"/>
      <w:divBdr>
        <w:top w:val="none" w:sz="0" w:space="0" w:color="auto"/>
        <w:left w:val="none" w:sz="0" w:space="0" w:color="auto"/>
        <w:bottom w:val="none" w:sz="0" w:space="0" w:color="auto"/>
        <w:right w:val="none" w:sz="0" w:space="0" w:color="auto"/>
      </w:divBdr>
    </w:div>
    <w:div w:id="37701342">
      <w:bodyDiv w:val="1"/>
      <w:marLeft w:val="0"/>
      <w:marRight w:val="0"/>
      <w:marTop w:val="0"/>
      <w:marBottom w:val="0"/>
      <w:divBdr>
        <w:top w:val="none" w:sz="0" w:space="0" w:color="auto"/>
        <w:left w:val="none" w:sz="0" w:space="0" w:color="auto"/>
        <w:bottom w:val="none" w:sz="0" w:space="0" w:color="auto"/>
        <w:right w:val="none" w:sz="0" w:space="0" w:color="auto"/>
      </w:divBdr>
    </w:div>
    <w:div w:id="39403920">
      <w:bodyDiv w:val="1"/>
      <w:marLeft w:val="0"/>
      <w:marRight w:val="0"/>
      <w:marTop w:val="0"/>
      <w:marBottom w:val="0"/>
      <w:divBdr>
        <w:top w:val="none" w:sz="0" w:space="0" w:color="auto"/>
        <w:left w:val="none" w:sz="0" w:space="0" w:color="auto"/>
        <w:bottom w:val="none" w:sz="0" w:space="0" w:color="auto"/>
        <w:right w:val="none" w:sz="0" w:space="0" w:color="auto"/>
      </w:divBdr>
    </w:div>
    <w:div w:id="40908192">
      <w:bodyDiv w:val="1"/>
      <w:marLeft w:val="0"/>
      <w:marRight w:val="0"/>
      <w:marTop w:val="0"/>
      <w:marBottom w:val="0"/>
      <w:divBdr>
        <w:top w:val="none" w:sz="0" w:space="0" w:color="auto"/>
        <w:left w:val="none" w:sz="0" w:space="0" w:color="auto"/>
        <w:bottom w:val="none" w:sz="0" w:space="0" w:color="auto"/>
        <w:right w:val="none" w:sz="0" w:space="0" w:color="auto"/>
      </w:divBdr>
      <w:divsChild>
        <w:div w:id="31155228">
          <w:marLeft w:val="480"/>
          <w:marRight w:val="0"/>
          <w:marTop w:val="0"/>
          <w:marBottom w:val="0"/>
          <w:divBdr>
            <w:top w:val="none" w:sz="0" w:space="0" w:color="auto"/>
            <w:left w:val="none" w:sz="0" w:space="0" w:color="auto"/>
            <w:bottom w:val="none" w:sz="0" w:space="0" w:color="auto"/>
            <w:right w:val="none" w:sz="0" w:space="0" w:color="auto"/>
          </w:divBdr>
        </w:div>
        <w:div w:id="173106690">
          <w:marLeft w:val="480"/>
          <w:marRight w:val="0"/>
          <w:marTop w:val="0"/>
          <w:marBottom w:val="0"/>
          <w:divBdr>
            <w:top w:val="none" w:sz="0" w:space="0" w:color="auto"/>
            <w:left w:val="none" w:sz="0" w:space="0" w:color="auto"/>
            <w:bottom w:val="none" w:sz="0" w:space="0" w:color="auto"/>
            <w:right w:val="none" w:sz="0" w:space="0" w:color="auto"/>
          </w:divBdr>
        </w:div>
        <w:div w:id="260186677">
          <w:marLeft w:val="480"/>
          <w:marRight w:val="0"/>
          <w:marTop w:val="0"/>
          <w:marBottom w:val="0"/>
          <w:divBdr>
            <w:top w:val="none" w:sz="0" w:space="0" w:color="auto"/>
            <w:left w:val="none" w:sz="0" w:space="0" w:color="auto"/>
            <w:bottom w:val="none" w:sz="0" w:space="0" w:color="auto"/>
            <w:right w:val="none" w:sz="0" w:space="0" w:color="auto"/>
          </w:divBdr>
        </w:div>
        <w:div w:id="270168409">
          <w:marLeft w:val="480"/>
          <w:marRight w:val="0"/>
          <w:marTop w:val="0"/>
          <w:marBottom w:val="0"/>
          <w:divBdr>
            <w:top w:val="none" w:sz="0" w:space="0" w:color="auto"/>
            <w:left w:val="none" w:sz="0" w:space="0" w:color="auto"/>
            <w:bottom w:val="none" w:sz="0" w:space="0" w:color="auto"/>
            <w:right w:val="none" w:sz="0" w:space="0" w:color="auto"/>
          </w:divBdr>
        </w:div>
        <w:div w:id="437021318">
          <w:marLeft w:val="480"/>
          <w:marRight w:val="0"/>
          <w:marTop w:val="0"/>
          <w:marBottom w:val="0"/>
          <w:divBdr>
            <w:top w:val="none" w:sz="0" w:space="0" w:color="auto"/>
            <w:left w:val="none" w:sz="0" w:space="0" w:color="auto"/>
            <w:bottom w:val="none" w:sz="0" w:space="0" w:color="auto"/>
            <w:right w:val="none" w:sz="0" w:space="0" w:color="auto"/>
          </w:divBdr>
        </w:div>
        <w:div w:id="447626960">
          <w:marLeft w:val="480"/>
          <w:marRight w:val="0"/>
          <w:marTop w:val="0"/>
          <w:marBottom w:val="0"/>
          <w:divBdr>
            <w:top w:val="none" w:sz="0" w:space="0" w:color="auto"/>
            <w:left w:val="none" w:sz="0" w:space="0" w:color="auto"/>
            <w:bottom w:val="none" w:sz="0" w:space="0" w:color="auto"/>
            <w:right w:val="none" w:sz="0" w:space="0" w:color="auto"/>
          </w:divBdr>
        </w:div>
        <w:div w:id="591159864">
          <w:marLeft w:val="480"/>
          <w:marRight w:val="0"/>
          <w:marTop w:val="0"/>
          <w:marBottom w:val="0"/>
          <w:divBdr>
            <w:top w:val="none" w:sz="0" w:space="0" w:color="auto"/>
            <w:left w:val="none" w:sz="0" w:space="0" w:color="auto"/>
            <w:bottom w:val="none" w:sz="0" w:space="0" w:color="auto"/>
            <w:right w:val="none" w:sz="0" w:space="0" w:color="auto"/>
          </w:divBdr>
        </w:div>
        <w:div w:id="692456692">
          <w:marLeft w:val="480"/>
          <w:marRight w:val="0"/>
          <w:marTop w:val="0"/>
          <w:marBottom w:val="0"/>
          <w:divBdr>
            <w:top w:val="none" w:sz="0" w:space="0" w:color="auto"/>
            <w:left w:val="none" w:sz="0" w:space="0" w:color="auto"/>
            <w:bottom w:val="none" w:sz="0" w:space="0" w:color="auto"/>
            <w:right w:val="none" w:sz="0" w:space="0" w:color="auto"/>
          </w:divBdr>
        </w:div>
        <w:div w:id="699357775">
          <w:marLeft w:val="480"/>
          <w:marRight w:val="0"/>
          <w:marTop w:val="0"/>
          <w:marBottom w:val="0"/>
          <w:divBdr>
            <w:top w:val="none" w:sz="0" w:space="0" w:color="auto"/>
            <w:left w:val="none" w:sz="0" w:space="0" w:color="auto"/>
            <w:bottom w:val="none" w:sz="0" w:space="0" w:color="auto"/>
            <w:right w:val="none" w:sz="0" w:space="0" w:color="auto"/>
          </w:divBdr>
        </w:div>
        <w:div w:id="721444923">
          <w:marLeft w:val="480"/>
          <w:marRight w:val="0"/>
          <w:marTop w:val="0"/>
          <w:marBottom w:val="0"/>
          <w:divBdr>
            <w:top w:val="none" w:sz="0" w:space="0" w:color="auto"/>
            <w:left w:val="none" w:sz="0" w:space="0" w:color="auto"/>
            <w:bottom w:val="none" w:sz="0" w:space="0" w:color="auto"/>
            <w:right w:val="none" w:sz="0" w:space="0" w:color="auto"/>
          </w:divBdr>
        </w:div>
        <w:div w:id="760297722">
          <w:marLeft w:val="480"/>
          <w:marRight w:val="0"/>
          <w:marTop w:val="0"/>
          <w:marBottom w:val="0"/>
          <w:divBdr>
            <w:top w:val="none" w:sz="0" w:space="0" w:color="auto"/>
            <w:left w:val="none" w:sz="0" w:space="0" w:color="auto"/>
            <w:bottom w:val="none" w:sz="0" w:space="0" w:color="auto"/>
            <w:right w:val="none" w:sz="0" w:space="0" w:color="auto"/>
          </w:divBdr>
        </w:div>
        <w:div w:id="818810868">
          <w:marLeft w:val="480"/>
          <w:marRight w:val="0"/>
          <w:marTop w:val="0"/>
          <w:marBottom w:val="0"/>
          <w:divBdr>
            <w:top w:val="none" w:sz="0" w:space="0" w:color="auto"/>
            <w:left w:val="none" w:sz="0" w:space="0" w:color="auto"/>
            <w:bottom w:val="none" w:sz="0" w:space="0" w:color="auto"/>
            <w:right w:val="none" w:sz="0" w:space="0" w:color="auto"/>
          </w:divBdr>
        </w:div>
        <w:div w:id="819003598">
          <w:marLeft w:val="480"/>
          <w:marRight w:val="0"/>
          <w:marTop w:val="0"/>
          <w:marBottom w:val="0"/>
          <w:divBdr>
            <w:top w:val="none" w:sz="0" w:space="0" w:color="auto"/>
            <w:left w:val="none" w:sz="0" w:space="0" w:color="auto"/>
            <w:bottom w:val="none" w:sz="0" w:space="0" w:color="auto"/>
            <w:right w:val="none" w:sz="0" w:space="0" w:color="auto"/>
          </w:divBdr>
        </w:div>
        <w:div w:id="842934632">
          <w:marLeft w:val="480"/>
          <w:marRight w:val="0"/>
          <w:marTop w:val="0"/>
          <w:marBottom w:val="0"/>
          <w:divBdr>
            <w:top w:val="none" w:sz="0" w:space="0" w:color="auto"/>
            <w:left w:val="none" w:sz="0" w:space="0" w:color="auto"/>
            <w:bottom w:val="none" w:sz="0" w:space="0" w:color="auto"/>
            <w:right w:val="none" w:sz="0" w:space="0" w:color="auto"/>
          </w:divBdr>
        </w:div>
        <w:div w:id="862590462">
          <w:marLeft w:val="480"/>
          <w:marRight w:val="0"/>
          <w:marTop w:val="0"/>
          <w:marBottom w:val="0"/>
          <w:divBdr>
            <w:top w:val="none" w:sz="0" w:space="0" w:color="auto"/>
            <w:left w:val="none" w:sz="0" w:space="0" w:color="auto"/>
            <w:bottom w:val="none" w:sz="0" w:space="0" w:color="auto"/>
            <w:right w:val="none" w:sz="0" w:space="0" w:color="auto"/>
          </w:divBdr>
        </w:div>
        <w:div w:id="956565589">
          <w:marLeft w:val="480"/>
          <w:marRight w:val="0"/>
          <w:marTop w:val="0"/>
          <w:marBottom w:val="0"/>
          <w:divBdr>
            <w:top w:val="none" w:sz="0" w:space="0" w:color="auto"/>
            <w:left w:val="none" w:sz="0" w:space="0" w:color="auto"/>
            <w:bottom w:val="none" w:sz="0" w:space="0" w:color="auto"/>
            <w:right w:val="none" w:sz="0" w:space="0" w:color="auto"/>
          </w:divBdr>
        </w:div>
        <w:div w:id="1126118293">
          <w:marLeft w:val="480"/>
          <w:marRight w:val="0"/>
          <w:marTop w:val="0"/>
          <w:marBottom w:val="0"/>
          <w:divBdr>
            <w:top w:val="none" w:sz="0" w:space="0" w:color="auto"/>
            <w:left w:val="none" w:sz="0" w:space="0" w:color="auto"/>
            <w:bottom w:val="none" w:sz="0" w:space="0" w:color="auto"/>
            <w:right w:val="none" w:sz="0" w:space="0" w:color="auto"/>
          </w:divBdr>
        </w:div>
        <w:div w:id="1199204364">
          <w:marLeft w:val="480"/>
          <w:marRight w:val="0"/>
          <w:marTop w:val="0"/>
          <w:marBottom w:val="0"/>
          <w:divBdr>
            <w:top w:val="none" w:sz="0" w:space="0" w:color="auto"/>
            <w:left w:val="none" w:sz="0" w:space="0" w:color="auto"/>
            <w:bottom w:val="none" w:sz="0" w:space="0" w:color="auto"/>
            <w:right w:val="none" w:sz="0" w:space="0" w:color="auto"/>
          </w:divBdr>
        </w:div>
        <w:div w:id="1201867000">
          <w:marLeft w:val="480"/>
          <w:marRight w:val="0"/>
          <w:marTop w:val="0"/>
          <w:marBottom w:val="0"/>
          <w:divBdr>
            <w:top w:val="none" w:sz="0" w:space="0" w:color="auto"/>
            <w:left w:val="none" w:sz="0" w:space="0" w:color="auto"/>
            <w:bottom w:val="none" w:sz="0" w:space="0" w:color="auto"/>
            <w:right w:val="none" w:sz="0" w:space="0" w:color="auto"/>
          </w:divBdr>
        </w:div>
        <w:div w:id="1219780990">
          <w:marLeft w:val="480"/>
          <w:marRight w:val="0"/>
          <w:marTop w:val="0"/>
          <w:marBottom w:val="0"/>
          <w:divBdr>
            <w:top w:val="none" w:sz="0" w:space="0" w:color="auto"/>
            <w:left w:val="none" w:sz="0" w:space="0" w:color="auto"/>
            <w:bottom w:val="none" w:sz="0" w:space="0" w:color="auto"/>
            <w:right w:val="none" w:sz="0" w:space="0" w:color="auto"/>
          </w:divBdr>
        </w:div>
        <w:div w:id="1225261352">
          <w:marLeft w:val="480"/>
          <w:marRight w:val="0"/>
          <w:marTop w:val="0"/>
          <w:marBottom w:val="0"/>
          <w:divBdr>
            <w:top w:val="none" w:sz="0" w:space="0" w:color="auto"/>
            <w:left w:val="none" w:sz="0" w:space="0" w:color="auto"/>
            <w:bottom w:val="none" w:sz="0" w:space="0" w:color="auto"/>
            <w:right w:val="none" w:sz="0" w:space="0" w:color="auto"/>
          </w:divBdr>
        </w:div>
        <w:div w:id="1355377134">
          <w:marLeft w:val="480"/>
          <w:marRight w:val="0"/>
          <w:marTop w:val="0"/>
          <w:marBottom w:val="0"/>
          <w:divBdr>
            <w:top w:val="none" w:sz="0" w:space="0" w:color="auto"/>
            <w:left w:val="none" w:sz="0" w:space="0" w:color="auto"/>
            <w:bottom w:val="none" w:sz="0" w:space="0" w:color="auto"/>
            <w:right w:val="none" w:sz="0" w:space="0" w:color="auto"/>
          </w:divBdr>
        </w:div>
        <w:div w:id="1360936023">
          <w:marLeft w:val="480"/>
          <w:marRight w:val="0"/>
          <w:marTop w:val="0"/>
          <w:marBottom w:val="0"/>
          <w:divBdr>
            <w:top w:val="none" w:sz="0" w:space="0" w:color="auto"/>
            <w:left w:val="none" w:sz="0" w:space="0" w:color="auto"/>
            <w:bottom w:val="none" w:sz="0" w:space="0" w:color="auto"/>
            <w:right w:val="none" w:sz="0" w:space="0" w:color="auto"/>
          </w:divBdr>
        </w:div>
        <w:div w:id="1428770139">
          <w:marLeft w:val="480"/>
          <w:marRight w:val="0"/>
          <w:marTop w:val="0"/>
          <w:marBottom w:val="0"/>
          <w:divBdr>
            <w:top w:val="none" w:sz="0" w:space="0" w:color="auto"/>
            <w:left w:val="none" w:sz="0" w:space="0" w:color="auto"/>
            <w:bottom w:val="none" w:sz="0" w:space="0" w:color="auto"/>
            <w:right w:val="none" w:sz="0" w:space="0" w:color="auto"/>
          </w:divBdr>
        </w:div>
        <w:div w:id="1460563494">
          <w:marLeft w:val="480"/>
          <w:marRight w:val="0"/>
          <w:marTop w:val="0"/>
          <w:marBottom w:val="0"/>
          <w:divBdr>
            <w:top w:val="none" w:sz="0" w:space="0" w:color="auto"/>
            <w:left w:val="none" w:sz="0" w:space="0" w:color="auto"/>
            <w:bottom w:val="none" w:sz="0" w:space="0" w:color="auto"/>
            <w:right w:val="none" w:sz="0" w:space="0" w:color="auto"/>
          </w:divBdr>
        </w:div>
        <w:div w:id="1491557321">
          <w:marLeft w:val="480"/>
          <w:marRight w:val="0"/>
          <w:marTop w:val="0"/>
          <w:marBottom w:val="0"/>
          <w:divBdr>
            <w:top w:val="none" w:sz="0" w:space="0" w:color="auto"/>
            <w:left w:val="none" w:sz="0" w:space="0" w:color="auto"/>
            <w:bottom w:val="none" w:sz="0" w:space="0" w:color="auto"/>
            <w:right w:val="none" w:sz="0" w:space="0" w:color="auto"/>
          </w:divBdr>
        </w:div>
        <w:div w:id="1630431044">
          <w:marLeft w:val="480"/>
          <w:marRight w:val="0"/>
          <w:marTop w:val="0"/>
          <w:marBottom w:val="0"/>
          <w:divBdr>
            <w:top w:val="none" w:sz="0" w:space="0" w:color="auto"/>
            <w:left w:val="none" w:sz="0" w:space="0" w:color="auto"/>
            <w:bottom w:val="none" w:sz="0" w:space="0" w:color="auto"/>
            <w:right w:val="none" w:sz="0" w:space="0" w:color="auto"/>
          </w:divBdr>
        </w:div>
        <w:div w:id="1670404528">
          <w:marLeft w:val="480"/>
          <w:marRight w:val="0"/>
          <w:marTop w:val="0"/>
          <w:marBottom w:val="0"/>
          <w:divBdr>
            <w:top w:val="none" w:sz="0" w:space="0" w:color="auto"/>
            <w:left w:val="none" w:sz="0" w:space="0" w:color="auto"/>
            <w:bottom w:val="none" w:sz="0" w:space="0" w:color="auto"/>
            <w:right w:val="none" w:sz="0" w:space="0" w:color="auto"/>
          </w:divBdr>
        </w:div>
        <w:div w:id="1715500841">
          <w:marLeft w:val="480"/>
          <w:marRight w:val="0"/>
          <w:marTop w:val="0"/>
          <w:marBottom w:val="0"/>
          <w:divBdr>
            <w:top w:val="none" w:sz="0" w:space="0" w:color="auto"/>
            <w:left w:val="none" w:sz="0" w:space="0" w:color="auto"/>
            <w:bottom w:val="none" w:sz="0" w:space="0" w:color="auto"/>
            <w:right w:val="none" w:sz="0" w:space="0" w:color="auto"/>
          </w:divBdr>
        </w:div>
        <w:div w:id="1721437637">
          <w:marLeft w:val="480"/>
          <w:marRight w:val="0"/>
          <w:marTop w:val="0"/>
          <w:marBottom w:val="0"/>
          <w:divBdr>
            <w:top w:val="none" w:sz="0" w:space="0" w:color="auto"/>
            <w:left w:val="none" w:sz="0" w:space="0" w:color="auto"/>
            <w:bottom w:val="none" w:sz="0" w:space="0" w:color="auto"/>
            <w:right w:val="none" w:sz="0" w:space="0" w:color="auto"/>
          </w:divBdr>
        </w:div>
        <w:div w:id="1744717944">
          <w:marLeft w:val="480"/>
          <w:marRight w:val="0"/>
          <w:marTop w:val="0"/>
          <w:marBottom w:val="0"/>
          <w:divBdr>
            <w:top w:val="none" w:sz="0" w:space="0" w:color="auto"/>
            <w:left w:val="none" w:sz="0" w:space="0" w:color="auto"/>
            <w:bottom w:val="none" w:sz="0" w:space="0" w:color="auto"/>
            <w:right w:val="none" w:sz="0" w:space="0" w:color="auto"/>
          </w:divBdr>
        </w:div>
        <w:div w:id="1850020258">
          <w:marLeft w:val="480"/>
          <w:marRight w:val="0"/>
          <w:marTop w:val="0"/>
          <w:marBottom w:val="0"/>
          <w:divBdr>
            <w:top w:val="none" w:sz="0" w:space="0" w:color="auto"/>
            <w:left w:val="none" w:sz="0" w:space="0" w:color="auto"/>
            <w:bottom w:val="none" w:sz="0" w:space="0" w:color="auto"/>
            <w:right w:val="none" w:sz="0" w:space="0" w:color="auto"/>
          </w:divBdr>
        </w:div>
        <w:div w:id="2036419211">
          <w:marLeft w:val="480"/>
          <w:marRight w:val="0"/>
          <w:marTop w:val="0"/>
          <w:marBottom w:val="0"/>
          <w:divBdr>
            <w:top w:val="none" w:sz="0" w:space="0" w:color="auto"/>
            <w:left w:val="none" w:sz="0" w:space="0" w:color="auto"/>
            <w:bottom w:val="none" w:sz="0" w:space="0" w:color="auto"/>
            <w:right w:val="none" w:sz="0" w:space="0" w:color="auto"/>
          </w:divBdr>
        </w:div>
        <w:div w:id="2053966101">
          <w:marLeft w:val="480"/>
          <w:marRight w:val="0"/>
          <w:marTop w:val="0"/>
          <w:marBottom w:val="0"/>
          <w:divBdr>
            <w:top w:val="none" w:sz="0" w:space="0" w:color="auto"/>
            <w:left w:val="none" w:sz="0" w:space="0" w:color="auto"/>
            <w:bottom w:val="none" w:sz="0" w:space="0" w:color="auto"/>
            <w:right w:val="none" w:sz="0" w:space="0" w:color="auto"/>
          </w:divBdr>
        </w:div>
        <w:div w:id="2065834456">
          <w:marLeft w:val="480"/>
          <w:marRight w:val="0"/>
          <w:marTop w:val="0"/>
          <w:marBottom w:val="0"/>
          <w:divBdr>
            <w:top w:val="none" w:sz="0" w:space="0" w:color="auto"/>
            <w:left w:val="none" w:sz="0" w:space="0" w:color="auto"/>
            <w:bottom w:val="none" w:sz="0" w:space="0" w:color="auto"/>
            <w:right w:val="none" w:sz="0" w:space="0" w:color="auto"/>
          </w:divBdr>
        </w:div>
        <w:div w:id="2072146597">
          <w:marLeft w:val="480"/>
          <w:marRight w:val="0"/>
          <w:marTop w:val="0"/>
          <w:marBottom w:val="0"/>
          <w:divBdr>
            <w:top w:val="none" w:sz="0" w:space="0" w:color="auto"/>
            <w:left w:val="none" w:sz="0" w:space="0" w:color="auto"/>
            <w:bottom w:val="none" w:sz="0" w:space="0" w:color="auto"/>
            <w:right w:val="none" w:sz="0" w:space="0" w:color="auto"/>
          </w:divBdr>
        </w:div>
        <w:div w:id="2145732919">
          <w:marLeft w:val="480"/>
          <w:marRight w:val="0"/>
          <w:marTop w:val="0"/>
          <w:marBottom w:val="0"/>
          <w:divBdr>
            <w:top w:val="none" w:sz="0" w:space="0" w:color="auto"/>
            <w:left w:val="none" w:sz="0" w:space="0" w:color="auto"/>
            <w:bottom w:val="none" w:sz="0" w:space="0" w:color="auto"/>
            <w:right w:val="none" w:sz="0" w:space="0" w:color="auto"/>
          </w:divBdr>
        </w:div>
      </w:divsChild>
    </w:div>
    <w:div w:id="42096238">
      <w:bodyDiv w:val="1"/>
      <w:marLeft w:val="0"/>
      <w:marRight w:val="0"/>
      <w:marTop w:val="0"/>
      <w:marBottom w:val="0"/>
      <w:divBdr>
        <w:top w:val="none" w:sz="0" w:space="0" w:color="auto"/>
        <w:left w:val="none" w:sz="0" w:space="0" w:color="auto"/>
        <w:bottom w:val="none" w:sz="0" w:space="0" w:color="auto"/>
        <w:right w:val="none" w:sz="0" w:space="0" w:color="auto"/>
      </w:divBdr>
    </w:div>
    <w:div w:id="42877339">
      <w:bodyDiv w:val="1"/>
      <w:marLeft w:val="0"/>
      <w:marRight w:val="0"/>
      <w:marTop w:val="0"/>
      <w:marBottom w:val="0"/>
      <w:divBdr>
        <w:top w:val="none" w:sz="0" w:space="0" w:color="auto"/>
        <w:left w:val="none" w:sz="0" w:space="0" w:color="auto"/>
        <w:bottom w:val="none" w:sz="0" w:space="0" w:color="auto"/>
        <w:right w:val="none" w:sz="0" w:space="0" w:color="auto"/>
      </w:divBdr>
    </w:div>
    <w:div w:id="45378527">
      <w:bodyDiv w:val="1"/>
      <w:marLeft w:val="0"/>
      <w:marRight w:val="0"/>
      <w:marTop w:val="0"/>
      <w:marBottom w:val="0"/>
      <w:divBdr>
        <w:top w:val="none" w:sz="0" w:space="0" w:color="auto"/>
        <w:left w:val="none" w:sz="0" w:space="0" w:color="auto"/>
        <w:bottom w:val="none" w:sz="0" w:space="0" w:color="auto"/>
        <w:right w:val="none" w:sz="0" w:space="0" w:color="auto"/>
      </w:divBdr>
    </w:div>
    <w:div w:id="47263201">
      <w:bodyDiv w:val="1"/>
      <w:marLeft w:val="0"/>
      <w:marRight w:val="0"/>
      <w:marTop w:val="0"/>
      <w:marBottom w:val="0"/>
      <w:divBdr>
        <w:top w:val="none" w:sz="0" w:space="0" w:color="auto"/>
        <w:left w:val="none" w:sz="0" w:space="0" w:color="auto"/>
        <w:bottom w:val="none" w:sz="0" w:space="0" w:color="auto"/>
        <w:right w:val="none" w:sz="0" w:space="0" w:color="auto"/>
      </w:divBdr>
    </w:div>
    <w:div w:id="49160708">
      <w:bodyDiv w:val="1"/>
      <w:marLeft w:val="0"/>
      <w:marRight w:val="0"/>
      <w:marTop w:val="0"/>
      <w:marBottom w:val="0"/>
      <w:divBdr>
        <w:top w:val="none" w:sz="0" w:space="0" w:color="auto"/>
        <w:left w:val="none" w:sz="0" w:space="0" w:color="auto"/>
        <w:bottom w:val="none" w:sz="0" w:space="0" w:color="auto"/>
        <w:right w:val="none" w:sz="0" w:space="0" w:color="auto"/>
      </w:divBdr>
    </w:div>
    <w:div w:id="49547480">
      <w:bodyDiv w:val="1"/>
      <w:marLeft w:val="0"/>
      <w:marRight w:val="0"/>
      <w:marTop w:val="0"/>
      <w:marBottom w:val="0"/>
      <w:divBdr>
        <w:top w:val="none" w:sz="0" w:space="0" w:color="auto"/>
        <w:left w:val="none" w:sz="0" w:space="0" w:color="auto"/>
        <w:bottom w:val="none" w:sz="0" w:space="0" w:color="auto"/>
        <w:right w:val="none" w:sz="0" w:space="0" w:color="auto"/>
      </w:divBdr>
    </w:div>
    <w:div w:id="51665022">
      <w:bodyDiv w:val="1"/>
      <w:marLeft w:val="0"/>
      <w:marRight w:val="0"/>
      <w:marTop w:val="0"/>
      <w:marBottom w:val="0"/>
      <w:divBdr>
        <w:top w:val="none" w:sz="0" w:space="0" w:color="auto"/>
        <w:left w:val="none" w:sz="0" w:space="0" w:color="auto"/>
        <w:bottom w:val="none" w:sz="0" w:space="0" w:color="auto"/>
        <w:right w:val="none" w:sz="0" w:space="0" w:color="auto"/>
      </w:divBdr>
    </w:div>
    <w:div w:id="53627173">
      <w:bodyDiv w:val="1"/>
      <w:marLeft w:val="0"/>
      <w:marRight w:val="0"/>
      <w:marTop w:val="0"/>
      <w:marBottom w:val="0"/>
      <w:divBdr>
        <w:top w:val="none" w:sz="0" w:space="0" w:color="auto"/>
        <w:left w:val="none" w:sz="0" w:space="0" w:color="auto"/>
        <w:bottom w:val="none" w:sz="0" w:space="0" w:color="auto"/>
        <w:right w:val="none" w:sz="0" w:space="0" w:color="auto"/>
      </w:divBdr>
    </w:div>
    <w:div w:id="55320335">
      <w:bodyDiv w:val="1"/>
      <w:marLeft w:val="0"/>
      <w:marRight w:val="0"/>
      <w:marTop w:val="0"/>
      <w:marBottom w:val="0"/>
      <w:divBdr>
        <w:top w:val="none" w:sz="0" w:space="0" w:color="auto"/>
        <w:left w:val="none" w:sz="0" w:space="0" w:color="auto"/>
        <w:bottom w:val="none" w:sz="0" w:space="0" w:color="auto"/>
        <w:right w:val="none" w:sz="0" w:space="0" w:color="auto"/>
      </w:divBdr>
    </w:div>
    <w:div w:id="56321243">
      <w:bodyDiv w:val="1"/>
      <w:marLeft w:val="0"/>
      <w:marRight w:val="0"/>
      <w:marTop w:val="0"/>
      <w:marBottom w:val="0"/>
      <w:divBdr>
        <w:top w:val="none" w:sz="0" w:space="0" w:color="auto"/>
        <w:left w:val="none" w:sz="0" w:space="0" w:color="auto"/>
        <w:bottom w:val="none" w:sz="0" w:space="0" w:color="auto"/>
        <w:right w:val="none" w:sz="0" w:space="0" w:color="auto"/>
      </w:divBdr>
      <w:divsChild>
        <w:div w:id="27029785">
          <w:marLeft w:val="480"/>
          <w:marRight w:val="0"/>
          <w:marTop w:val="0"/>
          <w:marBottom w:val="0"/>
          <w:divBdr>
            <w:top w:val="none" w:sz="0" w:space="0" w:color="auto"/>
            <w:left w:val="none" w:sz="0" w:space="0" w:color="auto"/>
            <w:bottom w:val="none" w:sz="0" w:space="0" w:color="auto"/>
            <w:right w:val="none" w:sz="0" w:space="0" w:color="auto"/>
          </w:divBdr>
        </w:div>
        <w:div w:id="170459802">
          <w:marLeft w:val="480"/>
          <w:marRight w:val="0"/>
          <w:marTop w:val="0"/>
          <w:marBottom w:val="0"/>
          <w:divBdr>
            <w:top w:val="none" w:sz="0" w:space="0" w:color="auto"/>
            <w:left w:val="none" w:sz="0" w:space="0" w:color="auto"/>
            <w:bottom w:val="none" w:sz="0" w:space="0" w:color="auto"/>
            <w:right w:val="none" w:sz="0" w:space="0" w:color="auto"/>
          </w:divBdr>
        </w:div>
        <w:div w:id="172110379">
          <w:marLeft w:val="480"/>
          <w:marRight w:val="0"/>
          <w:marTop w:val="0"/>
          <w:marBottom w:val="0"/>
          <w:divBdr>
            <w:top w:val="none" w:sz="0" w:space="0" w:color="auto"/>
            <w:left w:val="none" w:sz="0" w:space="0" w:color="auto"/>
            <w:bottom w:val="none" w:sz="0" w:space="0" w:color="auto"/>
            <w:right w:val="none" w:sz="0" w:space="0" w:color="auto"/>
          </w:divBdr>
        </w:div>
        <w:div w:id="269708950">
          <w:marLeft w:val="480"/>
          <w:marRight w:val="0"/>
          <w:marTop w:val="0"/>
          <w:marBottom w:val="0"/>
          <w:divBdr>
            <w:top w:val="none" w:sz="0" w:space="0" w:color="auto"/>
            <w:left w:val="none" w:sz="0" w:space="0" w:color="auto"/>
            <w:bottom w:val="none" w:sz="0" w:space="0" w:color="auto"/>
            <w:right w:val="none" w:sz="0" w:space="0" w:color="auto"/>
          </w:divBdr>
        </w:div>
        <w:div w:id="275135272">
          <w:marLeft w:val="480"/>
          <w:marRight w:val="0"/>
          <w:marTop w:val="0"/>
          <w:marBottom w:val="0"/>
          <w:divBdr>
            <w:top w:val="none" w:sz="0" w:space="0" w:color="auto"/>
            <w:left w:val="none" w:sz="0" w:space="0" w:color="auto"/>
            <w:bottom w:val="none" w:sz="0" w:space="0" w:color="auto"/>
            <w:right w:val="none" w:sz="0" w:space="0" w:color="auto"/>
          </w:divBdr>
        </w:div>
        <w:div w:id="305427964">
          <w:marLeft w:val="480"/>
          <w:marRight w:val="0"/>
          <w:marTop w:val="0"/>
          <w:marBottom w:val="0"/>
          <w:divBdr>
            <w:top w:val="none" w:sz="0" w:space="0" w:color="auto"/>
            <w:left w:val="none" w:sz="0" w:space="0" w:color="auto"/>
            <w:bottom w:val="none" w:sz="0" w:space="0" w:color="auto"/>
            <w:right w:val="none" w:sz="0" w:space="0" w:color="auto"/>
          </w:divBdr>
        </w:div>
        <w:div w:id="378170218">
          <w:marLeft w:val="480"/>
          <w:marRight w:val="0"/>
          <w:marTop w:val="0"/>
          <w:marBottom w:val="0"/>
          <w:divBdr>
            <w:top w:val="none" w:sz="0" w:space="0" w:color="auto"/>
            <w:left w:val="none" w:sz="0" w:space="0" w:color="auto"/>
            <w:bottom w:val="none" w:sz="0" w:space="0" w:color="auto"/>
            <w:right w:val="none" w:sz="0" w:space="0" w:color="auto"/>
          </w:divBdr>
        </w:div>
        <w:div w:id="400561708">
          <w:marLeft w:val="480"/>
          <w:marRight w:val="0"/>
          <w:marTop w:val="0"/>
          <w:marBottom w:val="0"/>
          <w:divBdr>
            <w:top w:val="none" w:sz="0" w:space="0" w:color="auto"/>
            <w:left w:val="none" w:sz="0" w:space="0" w:color="auto"/>
            <w:bottom w:val="none" w:sz="0" w:space="0" w:color="auto"/>
            <w:right w:val="none" w:sz="0" w:space="0" w:color="auto"/>
          </w:divBdr>
        </w:div>
        <w:div w:id="428160747">
          <w:marLeft w:val="480"/>
          <w:marRight w:val="0"/>
          <w:marTop w:val="0"/>
          <w:marBottom w:val="0"/>
          <w:divBdr>
            <w:top w:val="none" w:sz="0" w:space="0" w:color="auto"/>
            <w:left w:val="none" w:sz="0" w:space="0" w:color="auto"/>
            <w:bottom w:val="none" w:sz="0" w:space="0" w:color="auto"/>
            <w:right w:val="none" w:sz="0" w:space="0" w:color="auto"/>
          </w:divBdr>
        </w:div>
        <w:div w:id="477193361">
          <w:marLeft w:val="480"/>
          <w:marRight w:val="0"/>
          <w:marTop w:val="0"/>
          <w:marBottom w:val="0"/>
          <w:divBdr>
            <w:top w:val="none" w:sz="0" w:space="0" w:color="auto"/>
            <w:left w:val="none" w:sz="0" w:space="0" w:color="auto"/>
            <w:bottom w:val="none" w:sz="0" w:space="0" w:color="auto"/>
            <w:right w:val="none" w:sz="0" w:space="0" w:color="auto"/>
          </w:divBdr>
        </w:div>
        <w:div w:id="573123090">
          <w:marLeft w:val="480"/>
          <w:marRight w:val="0"/>
          <w:marTop w:val="0"/>
          <w:marBottom w:val="0"/>
          <w:divBdr>
            <w:top w:val="none" w:sz="0" w:space="0" w:color="auto"/>
            <w:left w:val="none" w:sz="0" w:space="0" w:color="auto"/>
            <w:bottom w:val="none" w:sz="0" w:space="0" w:color="auto"/>
            <w:right w:val="none" w:sz="0" w:space="0" w:color="auto"/>
          </w:divBdr>
        </w:div>
        <w:div w:id="634913331">
          <w:marLeft w:val="480"/>
          <w:marRight w:val="0"/>
          <w:marTop w:val="0"/>
          <w:marBottom w:val="0"/>
          <w:divBdr>
            <w:top w:val="none" w:sz="0" w:space="0" w:color="auto"/>
            <w:left w:val="none" w:sz="0" w:space="0" w:color="auto"/>
            <w:bottom w:val="none" w:sz="0" w:space="0" w:color="auto"/>
            <w:right w:val="none" w:sz="0" w:space="0" w:color="auto"/>
          </w:divBdr>
        </w:div>
        <w:div w:id="750127693">
          <w:marLeft w:val="480"/>
          <w:marRight w:val="0"/>
          <w:marTop w:val="0"/>
          <w:marBottom w:val="0"/>
          <w:divBdr>
            <w:top w:val="none" w:sz="0" w:space="0" w:color="auto"/>
            <w:left w:val="none" w:sz="0" w:space="0" w:color="auto"/>
            <w:bottom w:val="none" w:sz="0" w:space="0" w:color="auto"/>
            <w:right w:val="none" w:sz="0" w:space="0" w:color="auto"/>
          </w:divBdr>
        </w:div>
        <w:div w:id="831264172">
          <w:marLeft w:val="480"/>
          <w:marRight w:val="0"/>
          <w:marTop w:val="0"/>
          <w:marBottom w:val="0"/>
          <w:divBdr>
            <w:top w:val="none" w:sz="0" w:space="0" w:color="auto"/>
            <w:left w:val="none" w:sz="0" w:space="0" w:color="auto"/>
            <w:bottom w:val="none" w:sz="0" w:space="0" w:color="auto"/>
            <w:right w:val="none" w:sz="0" w:space="0" w:color="auto"/>
          </w:divBdr>
        </w:div>
        <w:div w:id="923149862">
          <w:marLeft w:val="480"/>
          <w:marRight w:val="0"/>
          <w:marTop w:val="0"/>
          <w:marBottom w:val="0"/>
          <w:divBdr>
            <w:top w:val="none" w:sz="0" w:space="0" w:color="auto"/>
            <w:left w:val="none" w:sz="0" w:space="0" w:color="auto"/>
            <w:bottom w:val="none" w:sz="0" w:space="0" w:color="auto"/>
            <w:right w:val="none" w:sz="0" w:space="0" w:color="auto"/>
          </w:divBdr>
        </w:div>
        <w:div w:id="926697541">
          <w:marLeft w:val="480"/>
          <w:marRight w:val="0"/>
          <w:marTop w:val="0"/>
          <w:marBottom w:val="0"/>
          <w:divBdr>
            <w:top w:val="none" w:sz="0" w:space="0" w:color="auto"/>
            <w:left w:val="none" w:sz="0" w:space="0" w:color="auto"/>
            <w:bottom w:val="none" w:sz="0" w:space="0" w:color="auto"/>
            <w:right w:val="none" w:sz="0" w:space="0" w:color="auto"/>
          </w:divBdr>
        </w:div>
        <w:div w:id="1001350411">
          <w:marLeft w:val="480"/>
          <w:marRight w:val="0"/>
          <w:marTop w:val="0"/>
          <w:marBottom w:val="0"/>
          <w:divBdr>
            <w:top w:val="none" w:sz="0" w:space="0" w:color="auto"/>
            <w:left w:val="none" w:sz="0" w:space="0" w:color="auto"/>
            <w:bottom w:val="none" w:sz="0" w:space="0" w:color="auto"/>
            <w:right w:val="none" w:sz="0" w:space="0" w:color="auto"/>
          </w:divBdr>
        </w:div>
        <w:div w:id="1050961567">
          <w:marLeft w:val="480"/>
          <w:marRight w:val="0"/>
          <w:marTop w:val="0"/>
          <w:marBottom w:val="0"/>
          <w:divBdr>
            <w:top w:val="none" w:sz="0" w:space="0" w:color="auto"/>
            <w:left w:val="none" w:sz="0" w:space="0" w:color="auto"/>
            <w:bottom w:val="none" w:sz="0" w:space="0" w:color="auto"/>
            <w:right w:val="none" w:sz="0" w:space="0" w:color="auto"/>
          </w:divBdr>
        </w:div>
        <w:div w:id="1164903569">
          <w:marLeft w:val="480"/>
          <w:marRight w:val="0"/>
          <w:marTop w:val="0"/>
          <w:marBottom w:val="0"/>
          <w:divBdr>
            <w:top w:val="none" w:sz="0" w:space="0" w:color="auto"/>
            <w:left w:val="none" w:sz="0" w:space="0" w:color="auto"/>
            <w:bottom w:val="none" w:sz="0" w:space="0" w:color="auto"/>
            <w:right w:val="none" w:sz="0" w:space="0" w:color="auto"/>
          </w:divBdr>
        </w:div>
        <w:div w:id="1172528525">
          <w:marLeft w:val="480"/>
          <w:marRight w:val="0"/>
          <w:marTop w:val="0"/>
          <w:marBottom w:val="0"/>
          <w:divBdr>
            <w:top w:val="none" w:sz="0" w:space="0" w:color="auto"/>
            <w:left w:val="none" w:sz="0" w:space="0" w:color="auto"/>
            <w:bottom w:val="none" w:sz="0" w:space="0" w:color="auto"/>
            <w:right w:val="none" w:sz="0" w:space="0" w:color="auto"/>
          </w:divBdr>
        </w:div>
        <w:div w:id="1221599575">
          <w:marLeft w:val="480"/>
          <w:marRight w:val="0"/>
          <w:marTop w:val="0"/>
          <w:marBottom w:val="0"/>
          <w:divBdr>
            <w:top w:val="none" w:sz="0" w:space="0" w:color="auto"/>
            <w:left w:val="none" w:sz="0" w:space="0" w:color="auto"/>
            <w:bottom w:val="none" w:sz="0" w:space="0" w:color="auto"/>
            <w:right w:val="none" w:sz="0" w:space="0" w:color="auto"/>
          </w:divBdr>
        </w:div>
        <w:div w:id="1229267800">
          <w:marLeft w:val="480"/>
          <w:marRight w:val="0"/>
          <w:marTop w:val="0"/>
          <w:marBottom w:val="0"/>
          <w:divBdr>
            <w:top w:val="none" w:sz="0" w:space="0" w:color="auto"/>
            <w:left w:val="none" w:sz="0" w:space="0" w:color="auto"/>
            <w:bottom w:val="none" w:sz="0" w:space="0" w:color="auto"/>
            <w:right w:val="none" w:sz="0" w:space="0" w:color="auto"/>
          </w:divBdr>
        </w:div>
        <w:div w:id="1284069811">
          <w:marLeft w:val="480"/>
          <w:marRight w:val="0"/>
          <w:marTop w:val="0"/>
          <w:marBottom w:val="0"/>
          <w:divBdr>
            <w:top w:val="none" w:sz="0" w:space="0" w:color="auto"/>
            <w:left w:val="none" w:sz="0" w:space="0" w:color="auto"/>
            <w:bottom w:val="none" w:sz="0" w:space="0" w:color="auto"/>
            <w:right w:val="none" w:sz="0" w:space="0" w:color="auto"/>
          </w:divBdr>
        </w:div>
        <w:div w:id="1486975332">
          <w:marLeft w:val="480"/>
          <w:marRight w:val="0"/>
          <w:marTop w:val="0"/>
          <w:marBottom w:val="0"/>
          <w:divBdr>
            <w:top w:val="none" w:sz="0" w:space="0" w:color="auto"/>
            <w:left w:val="none" w:sz="0" w:space="0" w:color="auto"/>
            <w:bottom w:val="none" w:sz="0" w:space="0" w:color="auto"/>
            <w:right w:val="none" w:sz="0" w:space="0" w:color="auto"/>
          </w:divBdr>
        </w:div>
        <w:div w:id="1518737398">
          <w:marLeft w:val="480"/>
          <w:marRight w:val="0"/>
          <w:marTop w:val="0"/>
          <w:marBottom w:val="0"/>
          <w:divBdr>
            <w:top w:val="none" w:sz="0" w:space="0" w:color="auto"/>
            <w:left w:val="none" w:sz="0" w:space="0" w:color="auto"/>
            <w:bottom w:val="none" w:sz="0" w:space="0" w:color="auto"/>
            <w:right w:val="none" w:sz="0" w:space="0" w:color="auto"/>
          </w:divBdr>
        </w:div>
        <w:div w:id="1629125555">
          <w:marLeft w:val="480"/>
          <w:marRight w:val="0"/>
          <w:marTop w:val="0"/>
          <w:marBottom w:val="0"/>
          <w:divBdr>
            <w:top w:val="none" w:sz="0" w:space="0" w:color="auto"/>
            <w:left w:val="none" w:sz="0" w:space="0" w:color="auto"/>
            <w:bottom w:val="none" w:sz="0" w:space="0" w:color="auto"/>
            <w:right w:val="none" w:sz="0" w:space="0" w:color="auto"/>
          </w:divBdr>
        </w:div>
        <w:div w:id="1637637751">
          <w:marLeft w:val="480"/>
          <w:marRight w:val="0"/>
          <w:marTop w:val="0"/>
          <w:marBottom w:val="0"/>
          <w:divBdr>
            <w:top w:val="none" w:sz="0" w:space="0" w:color="auto"/>
            <w:left w:val="none" w:sz="0" w:space="0" w:color="auto"/>
            <w:bottom w:val="none" w:sz="0" w:space="0" w:color="auto"/>
            <w:right w:val="none" w:sz="0" w:space="0" w:color="auto"/>
          </w:divBdr>
        </w:div>
        <w:div w:id="1707827642">
          <w:marLeft w:val="480"/>
          <w:marRight w:val="0"/>
          <w:marTop w:val="0"/>
          <w:marBottom w:val="0"/>
          <w:divBdr>
            <w:top w:val="none" w:sz="0" w:space="0" w:color="auto"/>
            <w:left w:val="none" w:sz="0" w:space="0" w:color="auto"/>
            <w:bottom w:val="none" w:sz="0" w:space="0" w:color="auto"/>
            <w:right w:val="none" w:sz="0" w:space="0" w:color="auto"/>
          </w:divBdr>
        </w:div>
        <w:div w:id="1718158438">
          <w:marLeft w:val="480"/>
          <w:marRight w:val="0"/>
          <w:marTop w:val="0"/>
          <w:marBottom w:val="0"/>
          <w:divBdr>
            <w:top w:val="none" w:sz="0" w:space="0" w:color="auto"/>
            <w:left w:val="none" w:sz="0" w:space="0" w:color="auto"/>
            <w:bottom w:val="none" w:sz="0" w:space="0" w:color="auto"/>
            <w:right w:val="none" w:sz="0" w:space="0" w:color="auto"/>
          </w:divBdr>
        </w:div>
        <w:div w:id="1790197305">
          <w:marLeft w:val="480"/>
          <w:marRight w:val="0"/>
          <w:marTop w:val="0"/>
          <w:marBottom w:val="0"/>
          <w:divBdr>
            <w:top w:val="none" w:sz="0" w:space="0" w:color="auto"/>
            <w:left w:val="none" w:sz="0" w:space="0" w:color="auto"/>
            <w:bottom w:val="none" w:sz="0" w:space="0" w:color="auto"/>
            <w:right w:val="none" w:sz="0" w:space="0" w:color="auto"/>
          </w:divBdr>
        </w:div>
        <w:div w:id="1835141713">
          <w:marLeft w:val="480"/>
          <w:marRight w:val="0"/>
          <w:marTop w:val="0"/>
          <w:marBottom w:val="0"/>
          <w:divBdr>
            <w:top w:val="none" w:sz="0" w:space="0" w:color="auto"/>
            <w:left w:val="none" w:sz="0" w:space="0" w:color="auto"/>
            <w:bottom w:val="none" w:sz="0" w:space="0" w:color="auto"/>
            <w:right w:val="none" w:sz="0" w:space="0" w:color="auto"/>
          </w:divBdr>
        </w:div>
        <w:div w:id="1893925090">
          <w:marLeft w:val="480"/>
          <w:marRight w:val="0"/>
          <w:marTop w:val="0"/>
          <w:marBottom w:val="0"/>
          <w:divBdr>
            <w:top w:val="none" w:sz="0" w:space="0" w:color="auto"/>
            <w:left w:val="none" w:sz="0" w:space="0" w:color="auto"/>
            <w:bottom w:val="none" w:sz="0" w:space="0" w:color="auto"/>
            <w:right w:val="none" w:sz="0" w:space="0" w:color="auto"/>
          </w:divBdr>
        </w:div>
        <w:div w:id="1919943144">
          <w:marLeft w:val="480"/>
          <w:marRight w:val="0"/>
          <w:marTop w:val="0"/>
          <w:marBottom w:val="0"/>
          <w:divBdr>
            <w:top w:val="none" w:sz="0" w:space="0" w:color="auto"/>
            <w:left w:val="none" w:sz="0" w:space="0" w:color="auto"/>
            <w:bottom w:val="none" w:sz="0" w:space="0" w:color="auto"/>
            <w:right w:val="none" w:sz="0" w:space="0" w:color="auto"/>
          </w:divBdr>
        </w:div>
        <w:div w:id="1967000637">
          <w:marLeft w:val="480"/>
          <w:marRight w:val="0"/>
          <w:marTop w:val="0"/>
          <w:marBottom w:val="0"/>
          <w:divBdr>
            <w:top w:val="none" w:sz="0" w:space="0" w:color="auto"/>
            <w:left w:val="none" w:sz="0" w:space="0" w:color="auto"/>
            <w:bottom w:val="none" w:sz="0" w:space="0" w:color="auto"/>
            <w:right w:val="none" w:sz="0" w:space="0" w:color="auto"/>
          </w:divBdr>
        </w:div>
        <w:div w:id="1979914415">
          <w:marLeft w:val="480"/>
          <w:marRight w:val="0"/>
          <w:marTop w:val="0"/>
          <w:marBottom w:val="0"/>
          <w:divBdr>
            <w:top w:val="none" w:sz="0" w:space="0" w:color="auto"/>
            <w:left w:val="none" w:sz="0" w:space="0" w:color="auto"/>
            <w:bottom w:val="none" w:sz="0" w:space="0" w:color="auto"/>
            <w:right w:val="none" w:sz="0" w:space="0" w:color="auto"/>
          </w:divBdr>
        </w:div>
        <w:div w:id="2066177970">
          <w:marLeft w:val="480"/>
          <w:marRight w:val="0"/>
          <w:marTop w:val="0"/>
          <w:marBottom w:val="0"/>
          <w:divBdr>
            <w:top w:val="none" w:sz="0" w:space="0" w:color="auto"/>
            <w:left w:val="none" w:sz="0" w:space="0" w:color="auto"/>
            <w:bottom w:val="none" w:sz="0" w:space="0" w:color="auto"/>
            <w:right w:val="none" w:sz="0" w:space="0" w:color="auto"/>
          </w:divBdr>
        </w:div>
      </w:divsChild>
    </w:div>
    <w:div w:id="56364133">
      <w:bodyDiv w:val="1"/>
      <w:marLeft w:val="0"/>
      <w:marRight w:val="0"/>
      <w:marTop w:val="0"/>
      <w:marBottom w:val="0"/>
      <w:divBdr>
        <w:top w:val="none" w:sz="0" w:space="0" w:color="auto"/>
        <w:left w:val="none" w:sz="0" w:space="0" w:color="auto"/>
        <w:bottom w:val="none" w:sz="0" w:space="0" w:color="auto"/>
        <w:right w:val="none" w:sz="0" w:space="0" w:color="auto"/>
      </w:divBdr>
    </w:div>
    <w:div w:id="61098263">
      <w:bodyDiv w:val="1"/>
      <w:marLeft w:val="0"/>
      <w:marRight w:val="0"/>
      <w:marTop w:val="0"/>
      <w:marBottom w:val="0"/>
      <w:divBdr>
        <w:top w:val="none" w:sz="0" w:space="0" w:color="auto"/>
        <w:left w:val="none" w:sz="0" w:space="0" w:color="auto"/>
        <w:bottom w:val="none" w:sz="0" w:space="0" w:color="auto"/>
        <w:right w:val="none" w:sz="0" w:space="0" w:color="auto"/>
      </w:divBdr>
      <w:divsChild>
        <w:div w:id="32468519">
          <w:marLeft w:val="480"/>
          <w:marRight w:val="0"/>
          <w:marTop w:val="0"/>
          <w:marBottom w:val="0"/>
          <w:divBdr>
            <w:top w:val="none" w:sz="0" w:space="0" w:color="auto"/>
            <w:left w:val="none" w:sz="0" w:space="0" w:color="auto"/>
            <w:bottom w:val="none" w:sz="0" w:space="0" w:color="auto"/>
            <w:right w:val="none" w:sz="0" w:space="0" w:color="auto"/>
          </w:divBdr>
        </w:div>
        <w:div w:id="84882457">
          <w:marLeft w:val="480"/>
          <w:marRight w:val="0"/>
          <w:marTop w:val="0"/>
          <w:marBottom w:val="0"/>
          <w:divBdr>
            <w:top w:val="none" w:sz="0" w:space="0" w:color="auto"/>
            <w:left w:val="none" w:sz="0" w:space="0" w:color="auto"/>
            <w:bottom w:val="none" w:sz="0" w:space="0" w:color="auto"/>
            <w:right w:val="none" w:sz="0" w:space="0" w:color="auto"/>
          </w:divBdr>
        </w:div>
        <w:div w:id="207881950">
          <w:marLeft w:val="480"/>
          <w:marRight w:val="0"/>
          <w:marTop w:val="0"/>
          <w:marBottom w:val="0"/>
          <w:divBdr>
            <w:top w:val="none" w:sz="0" w:space="0" w:color="auto"/>
            <w:left w:val="none" w:sz="0" w:space="0" w:color="auto"/>
            <w:bottom w:val="none" w:sz="0" w:space="0" w:color="auto"/>
            <w:right w:val="none" w:sz="0" w:space="0" w:color="auto"/>
          </w:divBdr>
        </w:div>
        <w:div w:id="298726620">
          <w:marLeft w:val="480"/>
          <w:marRight w:val="0"/>
          <w:marTop w:val="0"/>
          <w:marBottom w:val="0"/>
          <w:divBdr>
            <w:top w:val="none" w:sz="0" w:space="0" w:color="auto"/>
            <w:left w:val="none" w:sz="0" w:space="0" w:color="auto"/>
            <w:bottom w:val="none" w:sz="0" w:space="0" w:color="auto"/>
            <w:right w:val="none" w:sz="0" w:space="0" w:color="auto"/>
          </w:divBdr>
        </w:div>
        <w:div w:id="352267998">
          <w:marLeft w:val="480"/>
          <w:marRight w:val="0"/>
          <w:marTop w:val="0"/>
          <w:marBottom w:val="0"/>
          <w:divBdr>
            <w:top w:val="none" w:sz="0" w:space="0" w:color="auto"/>
            <w:left w:val="none" w:sz="0" w:space="0" w:color="auto"/>
            <w:bottom w:val="none" w:sz="0" w:space="0" w:color="auto"/>
            <w:right w:val="none" w:sz="0" w:space="0" w:color="auto"/>
          </w:divBdr>
        </w:div>
        <w:div w:id="367266990">
          <w:marLeft w:val="480"/>
          <w:marRight w:val="0"/>
          <w:marTop w:val="0"/>
          <w:marBottom w:val="0"/>
          <w:divBdr>
            <w:top w:val="none" w:sz="0" w:space="0" w:color="auto"/>
            <w:left w:val="none" w:sz="0" w:space="0" w:color="auto"/>
            <w:bottom w:val="none" w:sz="0" w:space="0" w:color="auto"/>
            <w:right w:val="none" w:sz="0" w:space="0" w:color="auto"/>
          </w:divBdr>
        </w:div>
        <w:div w:id="383602226">
          <w:marLeft w:val="480"/>
          <w:marRight w:val="0"/>
          <w:marTop w:val="0"/>
          <w:marBottom w:val="0"/>
          <w:divBdr>
            <w:top w:val="none" w:sz="0" w:space="0" w:color="auto"/>
            <w:left w:val="none" w:sz="0" w:space="0" w:color="auto"/>
            <w:bottom w:val="none" w:sz="0" w:space="0" w:color="auto"/>
            <w:right w:val="none" w:sz="0" w:space="0" w:color="auto"/>
          </w:divBdr>
        </w:div>
        <w:div w:id="565845722">
          <w:marLeft w:val="480"/>
          <w:marRight w:val="0"/>
          <w:marTop w:val="0"/>
          <w:marBottom w:val="0"/>
          <w:divBdr>
            <w:top w:val="none" w:sz="0" w:space="0" w:color="auto"/>
            <w:left w:val="none" w:sz="0" w:space="0" w:color="auto"/>
            <w:bottom w:val="none" w:sz="0" w:space="0" w:color="auto"/>
            <w:right w:val="none" w:sz="0" w:space="0" w:color="auto"/>
          </w:divBdr>
        </w:div>
        <w:div w:id="764887578">
          <w:marLeft w:val="480"/>
          <w:marRight w:val="0"/>
          <w:marTop w:val="0"/>
          <w:marBottom w:val="0"/>
          <w:divBdr>
            <w:top w:val="none" w:sz="0" w:space="0" w:color="auto"/>
            <w:left w:val="none" w:sz="0" w:space="0" w:color="auto"/>
            <w:bottom w:val="none" w:sz="0" w:space="0" w:color="auto"/>
            <w:right w:val="none" w:sz="0" w:space="0" w:color="auto"/>
          </w:divBdr>
        </w:div>
        <w:div w:id="808061424">
          <w:marLeft w:val="480"/>
          <w:marRight w:val="0"/>
          <w:marTop w:val="0"/>
          <w:marBottom w:val="0"/>
          <w:divBdr>
            <w:top w:val="none" w:sz="0" w:space="0" w:color="auto"/>
            <w:left w:val="none" w:sz="0" w:space="0" w:color="auto"/>
            <w:bottom w:val="none" w:sz="0" w:space="0" w:color="auto"/>
            <w:right w:val="none" w:sz="0" w:space="0" w:color="auto"/>
          </w:divBdr>
        </w:div>
        <w:div w:id="867450420">
          <w:marLeft w:val="480"/>
          <w:marRight w:val="0"/>
          <w:marTop w:val="0"/>
          <w:marBottom w:val="0"/>
          <w:divBdr>
            <w:top w:val="none" w:sz="0" w:space="0" w:color="auto"/>
            <w:left w:val="none" w:sz="0" w:space="0" w:color="auto"/>
            <w:bottom w:val="none" w:sz="0" w:space="0" w:color="auto"/>
            <w:right w:val="none" w:sz="0" w:space="0" w:color="auto"/>
          </w:divBdr>
        </w:div>
        <w:div w:id="869755765">
          <w:marLeft w:val="480"/>
          <w:marRight w:val="0"/>
          <w:marTop w:val="0"/>
          <w:marBottom w:val="0"/>
          <w:divBdr>
            <w:top w:val="none" w:sz="0" w:space="0" w:color="auto"/>
            <w:left w:val="none" w:sz="0" w:space="0" w:color="auto"/>
            <w:bottom w:val="none" w:sz="0" w:space="0" w:color="auto"/>
            <w:right w:val="none" w:sz="0" w:space="0" w:color="auto"/>
          </w:divBdr>
        </w:div>
        <w:div w:id="869800054">
          <w:marLeft w:val="480"/>
          <w:marRight w:val="0"/>
          <w:marTop w:val="0"/>
          <w:marBottom w:val="0"/>
          <w:divBdr>
            <w:top w:val="none" w:sz="0" w:space="0" w:color="auto"/>
            <w:left w:val="none" w:sz="0" w:space="0" w:color="auto"/>
            <w:bottom w:val="none" w:sz="0" w:space="0" w:color="auto"/>
            <w:right w:val="none" w:sz="0" w:space="0" w:color="auto"/>
          </w:divBdr>
        </w:div>
        <w:div w:id="909652380">
          <w:marLeft w:val="480"/>
          <w:marRight w:val="0"/>
          <w:marTop w:val="0"/>
          <w:marBottom w:val="0"/>
          <w:divBdr>
            <w:top w:val="none" w:sz="0" w:space="0" w:color="auto"/>
            <w:left w:val="none" w:sz="0" w:space="0" w:color="auto"/>
            <w:bottom w:val="none" w:sz="0" w:space="0" w:color="auto"/>
            <w:right w:val="none" w:sz="0" w:space="0" w:color="auto"/>
          </w:divBdr>
        </w:div>
        <w:div w:id="1197893949">
          <w:marLeft w:val="480"/>
          <w:marRight w:val="0"/>
          <w:marTop w:val="0"/>
          <w:marBottom w:val="0"/>
          <w:divBdr>
            <w:top w:val="none" w:sz="0" w:space="0" w:color="auto"/>
            <w:left w:val="none" w:sz="0" w:space="0" w:color="auto"/>
            <w:bottom w:val="none" w:sz="0" w:space="0" w:color="auto"/>
            <w:right w:val="none" w:sz="0" w:space="0" w:color="auto"/>
          </w:divBdr>
        </w:div>
        <w:div w:id="1249466506">
          <w:marLeft w:val="480"/>
          <w:marRight w:val="0"/>
          <w:marTop w:val="0"/>
          <w:marBottom w:val="0"/>
          <w:divBdr>
            <w:top w:val="none" w:sz="0" w:space="0" w:color="auto"/>
            <w:left w:val="none" w:sz="0" w:space="0" w:color="auto"/>
            <w:bottom w:val="none" w:sz="0" w:space="0" w:color="auto"/>
            <w:right w:val="none" w:sz="0" w:space="0" w:color="auto"/>
          </w:divBdr>
        </w:div>
        <w:div w:id="1289508882">
          <w:marLeft w:val="480"/>
          <w:marRight w:val="0"/>
          <w:marTop w:val="0"/>
          <w:marBottom w:val="0"/>
          <w:divBdr>
            <w:top w:val="none" w:sz="0" w:space="0" w:color="auto"/>
            <w:left w:val="none" w:sz="0" w:space="0" w:color="auto"/>
            <w:bottom w:val="none" w:sz="0" w:space="0" w:color="auto"/>
            <w:right w:val="none" w:sz="0" w:space="0" w:color="auto"/>
          </w:divBdr>
        </w:div>
        <w:div w:id="1361199860">
          <w:marLeft w:val="480"/>
          <w:marRight w:val="0"/>
          <w:marTop w:val="0"/>
          <w:marBottom w:val="0"/>
          <w:divBdr>
            <w:top w:val="none" w:sz="0" w:space="0" w:color="auto"/>
            <w:left w:val="none" w:sz="0" w:space="0" w:color="auto"/>
            <w:bottom w:val="none" w:sz="0" w:space="0" w:color="auto"/>
            <w:right w:val="none" w:sz="0" w:space="0" w:color="auto"/>
          </w:divBdr>
        </w:div>
        <w:div w:id="1462504083">
          <w:marLeft w:val="480"/>
          <w:marRight w:val="0"/>
          <w:marTop w:val="0"/>
          <w:marBottom w:val="0"/>
          <w:divBdr>
            <w:top w:val="none" w:sz="0" w:space="0" w:color="auto"/>
            <w:left w:val="none" w:sz="0" w:space="0" w:color="auto"/>
            <w:bottom w:val="none" w:sz="0" w:space="0" w:color="auto"/>
            <w:right w:val="none" w:sz="0" w:space="0" w:color="auto"/>
          </w:divBdr>
        </w:div>
        <w:div w:id="1484270669">
          <w:marLeft w:val="480"/>
          <w:marRight w:val="0"/>
          <w:marTop w:val="0"/>
          <w:marBottom w:val="0"/>
          <w:divBdr>
            <w:top w:val="none" w:sz="0" w:space="0" w:color="auto"/>
            <w:left w:val="none" w:sz="0" w:space="0" w:color="auto"/>
            <w:bottom w:val="none" w:sz="0" w:space="0" w:color="auto"/>
            <w:right w:val="none" w:sz="0" w:space="0" w:color="auto"/>
          </w:divBdr>
        </w:div>
        <w:div w:id="1493571373">
          <w:marLeft w:val="480"/>
          <w:marRight w:val="0"/>
          <w:marTop w:val="0"/>
          <w:marBottom w:val="0"/>
          <w:divBdr>
            <w:top w:val="none" w:sz="0" w:space="0" w:color="auto"/>
            <w:left w:val="none" w:sz="0" w:space="0" w:color="auto"/>
            <w:bottom w:val="none" w:sz="0" w:space="0" w:color="auto"/>
            <w:right w:val="none" w:sz="0" w:space="0" w:color="auto"/>
          </w:divBdr>
        </w:div>
        <w:div w:id="1690254332">
          <w:marLeft w:val="480"/>
          <w:marRight w:val="0"/>
          <w:marTop w:val="0"/>
          <w:marBottom w:val="0"/>
          <w:divBdr>
            <w:top w:val="none" w:sz="0" w:space="0" w:color="auto"/>
            <w:left w:val="none" w:sz="0" w:space="0" w:color="auto"/>
            <w:bottom w:val="none" w:sz="0" w:space="0" w:color="auto"/>
            <w:right w:val="none" w:sz="0" w:space="0" w:color="auto"/>
          </w:divBdr>
        </w:div>
        <w:div w:id="1700741903">
          <w:marLeft w:val="480"/>
          <w:marRight w:val="0"/>
          <w:marTop w:val="0"/>
          <w:marBottom w:val="0"/>
          <w:divBdr>
            <w:top w:val="none" w:sz="0" w:space="0" w:color="auto"/>
            <w:left w:val="none" w:sz="0" w:space="0" w:color="auto"/>
            <w:bottom w:val="none" w:sz="0" w:space="0" w:color="auto"/>
            <w:right w:val="none" w:sz="0" w:space="0" w:color="auto"/>
          </w:divBdr>
        </w:div>
        <w:div w:id="1822698268">
          <w:marLeft w:val="480"/>
          <w:marRight w:val="0"/>
          <w:marTop w:val="0"/>
          <w:marBottom w:val="0"/>
          <w:divBdr>
            <w:top w:val="none" w:sz="0" w:space="0" w:color="auto"/>
            <w:left w:val="none" w:sz="0" w:space="0" w:color="auto"/>
            <w:bottom w:val="none" w:sz="0" w:space="0" w:color="auto"/>
            <w:right w:val="none" w:sz="0" w:space="0" w:color="auto"/>
          </w:divBdr>
        </w:div>
        <w:div w:id="1834837103">
          <w:marLeft w:val="480"/>
          <w:marRight w:val="0"/>
          <w:marTop w:val="0"/>
          <w:marBottom w:val="0"/>
          <w:divBdr>
            <w:top w:val="none" w:sz="0" w:space="0" w:color="auto"/>
            <w:left w:val="none" w:sz="0" w:space="0" w:color="auto"/>
            <w:bottom w:val="none" w:sz="0" w:space="0" w:color="auto"/>
            <w:right w:val="none" w:sz="0" w:space="0" w:color="auto"/>
          </w:divBdr>
        </w:div>
        <w:div w:id="1899046078">
          <w:marLeft w:val="480"/>
          <w:marRight w:val="0"/>
          <w:marTop w:val="0"/>
          <w:marBottom w:val="0"/>
          <w:divBdr>
            <w:top w:val="none" w:sz="0" w:space="0" w:color="auto"/>
            <w:left w:val="none" w:sz="0" w:space="0" w:color="auto"/>
            <w:bottom w:val="none" w:sz="0" w:space="0" w:color="auto"/>
            <w:right w:val="none" w:sz="0" w:space="0" w:color="auto"/>
          </w:divBdr>
        </w:div>
        <w:div w:id="1930238484">
          <w:marLeft w:val="480"/>
          <w:marRight w:val="0"/>
          <w:marTop w:val="0"/>
          <w:marBottom w:val="0"/>
          <w:divBdr>
            <w:top w:val="none" w:sz="0" w:space="0" w:color="auto"/>
            <w:left w:val="none" w:sz="0" w:space="0" w:color="auto"/>
            <w:bottom w:val="none" w:sz="0" w:space="0" w:color="auto"/>
            <w:right w:val="none" w:sz="0" w:space="0" w:color="auto"/>
          </w:divBdr>
        </w:div>
        <w:div w:id="1944799955">
          <w:marLeft w:val="480"/>
          <w:marRight w:val="0"/>
          <w:marTop w:val="0"/>
          <w:marBottom w:val="0"/>
          <w:divBdr>
            <w:top w:val="none" w:sz="0" w:space="0" w:color="auto"/>
            <w:left w:val="none" w:sz="0" w:space="0" w:color="auto"/>
            <w:bottom w:val="none" w:sz="0" w:space="0" w:color="auto"/>
            <w:right w:val="none" w:sz="0" w:space="0" w:color="auto"/>
          </w:divBdr>
        </w:div>
        <w:div w:id="2088915540">
          <w:marLeft w:val="480"/>
          <w:marRight w:val="0"/>
          <w:marTop w:val="0"/>
          <w:marBottom w:val="0"/>
          <w:divBdr>
            <w:top w:val="none" w:sz="0" w:space="0" w:color="auto"/>
            <w:left w:val="none" w:sz="0" w:space="0" w:color="auto"/>
            <w:bottom w:val="none" w:sz="0" w:space="0" w:color="auto"/>
            <w:right w:val="none" w:sz="0" w:space="0" w:color="auto"/>
          </w:divBdr>
        </w:div>
        <w:div w:id="2111269899">
          <w:marLeft w:val="480"/>
          <w:marRight w:val="0"/>
          <w:marTop w:val="0"/>
          <w:marBottom w:val="0"/>
          <w:divBdr>
            <w:top w:val="none" w:sz="0" w:space="0" w:color="auto"/>
            <w:left w:val="none" w:sz="0" w:space="0" w:color="auto"/>
            <w:bottom w:val="none" w:sz="0" w:space="0" w:color="auto"/>
            <w:right w:val="none" w:sz="0" w:space="0" w:color="auto"/>
          </w:divBdr>
        </w:div>
      </w:divsChild>
    </w:div>
    <w:div w:id="64499702">
      <w:bodyDiv w:val="1"/>
      <w:marLeft w:val="0"/>
      <w:marRight w:val="0"/>
      <w:marTop w:val="0"/>
      <w:marBottom w:val="0"/>
      <w:divBdr>
        <w:top w:val="none" w:sz="0" w:space="0" w:color="auto"/>
        <w:left w:val="none" w:sz="0" w:space="0" w:color="auto"/>
        <w:bottom w:val="none" w:sz="0" w:space="0" w:color="auto"/>
        <w:right w:val="none" w:sz="0" w:space="0" w:color="auto"/>
      </w:divBdr>
    </w:div>
    <w:div w:id="64575043">
      <w:bodyDiv w:val="1"/>
      <w:marLeft w:val="0"/>
      <w:marRight w:val="0"/>
      <w:marTop w:val="0"/>
      <w:marBottom w:val="0"/>
      <w:divBdr>
        <w:top w:val="none" w:sz="0" w:space="0" w:color="auto"/>
        <w:left w:val="none" w:sz="0" w:space="0" w:color="auto"/>
        <w:bottom w:val="none" w:sz="0" w:space="0" w:color="auto"/>
        <w:right w:val="none" w:sz="0" w:space="0" w:color="auto"/>
      </w:divBdr>
      <w:divsChild>
        <w:div w:id="26609560">
          <w:marLeft w:val="480"/>
          <w:marRight w:val="0"/>
          <w:marTop w:val="0"/>
          <w:marBottom w:val="0"/>
          <w:divBdr>
            <w:top w:val="none" w:sz="0" w:space="0" w:color="auto"/>
            <w:left w:val="none" w:sz="0" w:space="0" w:color="auto"/>
            <w:bottom w:val="none" w:sz="0" w:space="0" w:color="auto"/>
            <w:right w:val="none" w:sz="0" w:space="0" w:color="auto"/>
          </w:divBdr>
        </w:div>
        <w:div w:id="97146637">
          <w:marLeft w:val="480"/>
          <w:marRight w:val="0"/>
          <w:marTop w:val="0"/>
          <w:marBottom w:val="0"/>
          <w:divBdr>
            <w:top w:val="none" w:sz="0" w:space="0" w:color="auto"/>
            <w:left w:val="none" w:sz="0" w:space="0" w:color="auto"/>
            <w:bottom w:val="none" w:sz="0" w:space="0" w:color="auto"/>
            <w:right w:val="none" w:sz="0" w:space="0" w:color="auto"/>
          </w:divBdr>
        </w:div>
        <w:div w:id="110560400">
          <w:marLeft w:val="480"/>
          <w:marRight w:val="0"/>
          <w:marTop w:val="0"/>
          <w:marBottom w:val="0"/>
          <w:divBdr>
            <w:top w:val="none" w:sz="0" w:space="0" w:color="auto"/>
            <w:left w:val="none" w:sz="0" w:space="0" w:color="auto"/>
            <w:bottom w:val="none" w:sz="0" w:space="0" w:color="auto"/>
            <w:right w:val="none" w:sz="0" w:space="0" w:color="auto"/>
          </w:divBdr>
        </w:div>
        <w:div w:id="130366933">
          <w:marLeft w:val="480"/>
          <w:marRight w:val="0"/>
          <w:marTop w:val="0"/>
          <w:marBottom w:val="0"/>
          <w:divBdr>
            <w:top w:val="none" w:sz="0" w:space="0" w:color="auto"/>
            <w:left w:val="none" w:sz="0" w:space="0" w:color="auto"/>
            <w:bottom w:val="none" w:sz="0" w:space="0" w:color="auto"/>
            <w:right w:val="none" w:sz="0" w:space="0" w:color="auto"/>
          </w:divBdr>
        </w:div>
        <w:div w:id="194198000">
          <w:marLeft w:val="480"/>
          <w:marRight w:val="0"/>
          <w:marTop w:val="0"/>
          <w:marBottom w:val="0"/>
          <w:divBdr>
            <w:top w:val="none" w:sz="0" w:space="0" w:color="auto"/>
            <w:left w:val="none" w:sz="0" w:space="0" w:color="auto"/>
            <w:bottom w:val="none" w:sz="0" w:space="0" w:color="auto"/>
            <w:right w:val="none" w:sz="0" w:space="0" w:color="auto"/>
          </w:divBdr>
        </w:div>
        <w:div w:id="212694233">
          <w:marLeft w:val="480"/>
          <w:marRight w:val="0"/>
          <w:marTop w:val="0"/>
          <w:marBottom w:val="0"/>
          <w:divBdr>
            <w:top w:val="none" w:sz="0" w:space="0" w:color="auto"/>
            <w:left w:val="none" w:sz="0" w:space="0" w:color="auto"/>
            <w:bottom w:val="none" w:sz="0" w:space="0" w:color="auto"/>
            <w:right w:val="none" w:sz="0" w:space="0" w:color="auto"/>
          </w:divBdr>
        </w:div>
        <w:div w:id="243145300">
          <w:marLeft w:val="480"/>
          <w:marRight w:val="0"/>
          <w:marTop w:val="0"/>
          <w:marBottom w:val="0"/>
          <w:divBdr>
            <w:top w:val="none" w:sz="0" w:space="0" w:color="auto"/>
            <w:left w:val="none" w:sz="0" w:space="0" w:color="auto"/>
            <w:bottom w:val="none" w:sz="0" w:space="0" w:color="auto"/>
            <w:right w:val="none" w:sz="0" w:space="0" w:color="auto"/>
          </w:divBdr>
        </w:div>
        <w:div w:id="265039252">
          <w:marLeft w:val="480"/>
          <w:marRight w:val="0"/>
          <w:marTop w:val="0"/>
          <w:marBottom w:val="0"/>
          <w:divBdr>
            <w:top w:val="none" w:sz="0" w:space="0" w:color="auto"/>
            <w:left w:val="none" w:sz="0" w:space="0" w:color="auto"/>
            <w:bottom w:val="none" w:sz="0" w:space="0" w:color="auto"/>
            <w:right w:val="none" w:sz="0" w:space="0" w:color="auto"/>
          </w:divBdr>
        </w:div>
        <w:div w:id="392387385">
          <w:marLeft w:val="480"/>
          <w:marRight w:val="0"/>
          <w:marTop w:val="0"/>
          <w:marBottom w:val="0"/>
          <w:divBdr>
            <w:top w:val="none" w:sz="0" w:space="0" w:color="auto"/>
            <w:left w:val="none" w:sz="0" w:space="0" w:color="auto"/>
            <w:bottom w:val="none" w:sz="0" w:space="0" w:color="auto"/>
            <w:right w:val="none" w:sz="0" w:space="0" w:color="auto"/>
          </w:divBdr>
        </w:div>
        <w:div w:id="414085153">
          <w:marLeft w:val="480"/>
          <w:marRight w:val="0"/>
          <w:marTop w:val="0"/>
          <w:marBottom w:val="0"/>
          <w:divBdr>
            <w:top w:val="none" w:sz="0" w:space="0" w:color="auto"/>
            <w:left w:val="none" w:sz="0" w:space="0" w:color="auto"/>
            <w:bottom w:val="none" w:sz="0" w:space="0" w:color="auto"/>
            <w:right w:val="none" w:sz="0" w:space="0" w:color="auto"/>
          </w:divBdr>
        </w:div>
        <w:div w:id="463424273">
          <w:marLeft w:val="480"/>
          <w:marRight w:val="0"/>
          <w:marTop w:val="0"/>
          <w:marBottom w:val="0"/>
          <w:divBdr>
            <w:top w:val="none" w:sz="0" w:space="0" w:color="auto"/>
            <w:left w:val="none" w:sz="0" w:space="0" w:color="auto"/>
            <w:bottom w:val="none" w:sz="0" w:space="0" w:color="auto"/>
            <w:right w:val="none" w:sz="0" w:space="0" w:color="auto"/>
          </w:divBdr>
        </w:div>
        <w:div w:id="509221937">
          <w:marLeft w:val="480"/>
          <w:marRight w:val="0"/>
          <w:marTop w:val="0"/>
          <w:marBottom w:val="0"/>
          <w:divBdr>
            <w:top w:val="none" w:sz="0" w:space="0" w:color="auto"/>
            <w:left w:val="none" w:sz="0" w:space="0" w:color="auto"/>
            <w:bottom w:val="none" w:sz="0" w:space="0" w:color="auto"/>
            <w:right w:val="none" w:sz="0" w:space="0" w:color="auto"/>
          </w:divBdr>
        </w:div>
        <w:div w:id="517744622">
          <w:marLeft w:val="480"/>
          <w:marRight w:val="0"/>
          <w:marTop w:val="0"/>
          <w:marBottom w:val="0"/>
          <w:divBdr>
            <w:top w:val="none" w:sz="0" w:space="0" w:color="auto"/>
            <w:left w:val="none" w:sz="0" w:space="0" w:color="auto"/>
            <w:bottom w:val="none" w:sz="0" w:space="0" w:color="auto"/>
            <w:right w:val="none" w:sz="0" w:space="0" w:color="auto"/>
          </w:divBdr>
        </w:div>
        <w:div w:id="539129641">
          <w:marLeft w:val="480"/>
          <w:marRight w:val="0"/>
          <w:marTop w:val="0"/>
          <w:marBottom w:val="0"/>
          <w:divBdr>
            <w:top w:val="none" w:sz="0" w:space="0" w:color="auto"/>
            <w:left w:val="none" w:sz="0" w:space="0" w:color="auto"/>
            <w:bottom w:val="none" w:sz="0" w:space="0" w:color="auto"/>
            <w:right w:val="none" w:sz="0" w:space="0" w:color="auto"/>
          </w:divBdr>
        </w:div>
        <w:div w:id="565382647">
          <w:marLeft w:val="480"/>
          <w:marRight w:val="0"/>
          <w:marTop w:val="0"/>
          <w:marBottom w:val="0"/>
          <w:divBdr>
            <w:top w:val="none" w:sz="0" w:space="0" w:color="auto"/>
            <w:left w:val="none" w:sz="0" w:space="0" w:color="auto"/>
            <w:bottom w:val="none" w:sz="0" w:space="0" w:color="auto"/>
            <w:right w:val="none" w:sz="0" w:space="0" w:color="auto"/>
          </w:divBdr>
        </w:div>
        <w:div w:id="628172538">
          <w:marLeft w:val="480"/>
          <w:marRight w:val="0"/>
          <w:marTop w:val="0"/>
          <w:marBottom w:val="0"/>
          <w:divBdr>
            <w:top w:val="none" w:sz="0" w:space="0" w:color="auto"/>
            <w:left w:val="none" w:sz="0" w:space="0" w:color="auto"/>
            <w:bottom w:val="none" w:sz="0" w:space="0" w:color="auto"/>
            <w:right w:val="none" w:sz="0" w:space="0" w:color="auto"/>
          </w:divBdr>
        </w:div>
        <w:div w:id="682823123">
          <w:marLeft w:val="480"/>
          <w:marRight w:val="0"/>
          <w:marTop w:val="0"/>
          <w:marBottom w:val="0"/>
          <w:divBdr>
            <w:top w:val="none" w:sz="0" w:space="0" w:color="auto"/>
            <w:left w:val="none" w:sz="0" w:space="0" w:color="auto"/>
            <w:bottom w:val="none" w:sz="0" w:space="0" w:color="auto"/>
            <w:right w:val="none" w:sz="0" w:space="0" w:color="auto"/>
          </w:divBdr>
        </w:div>
        <w:div w:id="762535627">
          <w:marLeft w:val="480"/>
          <w:marRight w:val="0"/>
          <w:marTop w:val="0"/>
          <w:marBottom w:val="0"/>
          <w:divBdr>
            <w:top w:val="none" w:sz="0" w:space="0" w:color="auto"/>
            <w:left w:val="none" w:sz="0" w:space="0" w:color="auto"/>
            <w:bottom w:val="none" w:sz="0" w:space="0" w:color="auto"/>
            <w:right w:val="none" w:sz="0" w:space="0" w:color="auto"/>
          </w:divBdr>
        </w:div>
        <w:div w:id="846288926">
          <w:marLeft w:val="480"/>
          <w:marRight w:val="0"/>
          <w:marTop w:val="0"/>
          <w:marBottom w:val="0"/>
          <w:divBdr>
            <w:top w:val="none" w:sz="0" w:space="0" w:color="auto"/>
            <w:left w:val="none" w:sz="0" w:space="0" w:color="auto"/>
            <w:bottom w:val="none" w:sz="0" w:space="0" w:color="auto"/>
            <w:right w:val="none" w:sz="0" w:space="0" w:color="auto"/>
          </w:divBdr>
        </w:div>
        <w:div w:id="917524062">
          <w:marLeft w:val="480"/>
          <w:marRight w:val="0"/>
          <w:marTop w:val="0"/>
          <w:marBottom w:val="0"/>
          <w:divBdr>
            <w:top w:val="none" w:sz="0" w:space="0" w:color="auto"/>
            <w:left w:val="none" w:sz="0" w:space="0" w:color="auto"/>
            <w:bottom w:val="none" w:sz="0" w:space="0" w:color="auto"/>
            <w:right w:val="none" w:sz="0" w:space="0" w:color="auto"/>
          </w:divBdr>
        </w:div>
        <w:div w:id="973562075">
          <w:marLeft w:val="480"/>
          <w:marRight w:val="0"/>
          <w:marTop w:val="0"/>
          <w:marBottom w:val="0"/>
          <w:divBdr>
            <w:top w:val="none" w:sz="0" w:space="0" w:color="auto"/>
            <w:left w:val="none" w:sz="0" w:space="0" w:color="auto"/>
            <w:bottom w:val="none" w:sz="0" w:space="0" w:color="auto"/>
            <w:right w:val="none" w:sz="0" w:space="0" w:color="auto"/>
          </w:divBdr>
        </w:div>
        <w:div w:id="1107894012">
          <w:marLeft w:val="480"/>
          <w:marRight w:val="0"/>
          <w:marTop w:val="0"/>
          <w:marBottom w:val="0"/>
          <w:divBdr>
            <w:top w:val="none" w:sz="0" w:space="0" w:color="auto"/>
            <w:left w:val="none" w:sz="0" w:space="0" w:color="auto"/>
            <w:bottom w:val="none" w:sz="0" w:space="0" w:color="auto"/>
            <w:right w:val="none" w:sz="0" w:space="0" w:color="auto"/>
          </w:divBdr>
        </w:div>
        <w:div w:id="1141506777">
          <w:marLeft w:val="480"/>
          <w:marRight w:val="0"/>
          <w:marTop w:val="0"/>
          <w:marBottom w:val="0"/>
          <w:divBdr>
            <w:top w:val="none" w:sz="0" w:space="0" w:color="auto"/>
            <w:left w:val="none" w:sz="0" w:space="0" w:color="auto"/>
            <w:bottom w:val="none" w:sz="0" w:space="0" w:color="auto"/>
            <w:right w:val="none" w:sz="0" w:space="0" w:color="auto"/>
          </w:divBdr>
        </w:div>
        <w:div w:id="1176117966">
          <w:marLeft w:val="480"/>
          <w:marRight w:val="0"/>
          <w:marTop w:val="0"/>
          <w:marBottom w:val="0"/>
          <w:divBdr>
            <w:top w:val="none" w:sz="0" w:space="0" w:color="auto"/>
            <w:left w:val="none" w:sz="0" w:space="0" w:color="auto"/>
            <w:bottom w:val="none" w:sz="0" w:space="0" w:color="auto"/>
            <w:right w:val="none" w:sz="0" w:space="0" w:color="auto"/>
          </w:divBdr>
        </w:div>
        <w:div w:id="1201280257">
          <w:marLeft w:val="480"/>
          <w:marRight w:val="0"/>
          <w:marTop w:val="0"/>
          <w:marBottom w:val="0"/>
          <w:divBdr>
            <w:top w:val="none" w:sz="0" w:space="0" w:color="auto"/>
            <w:left w:val="none" w:sz="0" w:space="0" w:color="auto"/>
            <w:bottom w:val="none" w:sz="0" w:space="0" w:color="auto"/>
            <w:right w:val="none" w:sz="0" w:space="0" w:color="auto"/>
          </w:divBdr>
        </w:div>
        <w:div w:id="1207721701">
          <w:marLeft w:val="480"/>
          <w:marRight w:val="0"/>
          <w:marTop w:val="0"/>
          <w:marBottom w:val="0"/>
          <w:divBdr>
            <w:top w:val="none" w:sz="0" w:space="0" w:color="auto"/>
            <w:left w:val="none" w:sz="0" w:space="0" w:color="auto"/>
            <w:bottom w:val="none" w:sz="0" w:space="0" w:color="auto"/>
            <w:right w:val="none" w:sz="0" w:space="0" w:color="auto"/>
          </w:divBdr>
        </w:div>
        <w:div w:id="1254775095">
          <w:marLeft w:val="480"/>
          <w:marRight w:val="0"/>
          <w:marTop w:val="0"/>
          <w:marBottom w:val="0"/>
          <w:divBdr>
            <w:top w:val="none" w:sz="0" w:space="0" w:color="auto"/>
            <w:left w:val="none" w:sz="0" w:space="0" w:color="auto"/>
            <w:bottom w:val="none" w:sz="0" w:space="0" w:color="auto"/>
            <w:right w:val="none" w:sz="0" w:space="0" w:color="auto"/>
          </w:divBdr>
        </w:div>
        <w:div w:id="1447386962">
          <w:marLeft w:val="480"/>
          <w:marRight w:val="0"/>
          <w:marTop w:val="0"/>
          <w:marBottom w:val="0"/>
          <w:divBdr>
            <w:top w:val="none" w:sz="0" w:space="0" w:color="auto"/>
            <w:left w:val="none" w:sz="0" w:space="0" w:color="auto"/>
            <w:bottom w:val="none" w:sz="0" w:space="0" w:color="auto"/>
            <w:right w:val="none" w:sz="0" w:space="0" w:color="auto"/>
          </w:divBdr>
        </w:div>
        <w:div w:id="1639994974">
          <w:marLeft w:val="480"/>
          <w:marRight w:val="0"/>
          <w:marTop w:val="0"/>
          <w:marBottom w:val="0"/>
          <w:divBdr>
            <w:top w:val="none" w:sz="0" w:space="0" w:color="auto"/>
            <w:left w:val="none" w:sz="0" w:space="0" w:color="auto"/>
            <w:bottom w:val="none" w:sz="0" w:space="0" w:color="auto"/>
            <w:right w:val="none" w:sz="0" w:space="0" w:color="auto"/>
          </w:divBdr>
        </w:div>
        <w:div w:id="1704285044">
          <w:marLeft w:val="480"/>
          <w:marRight w:val="0"/>
          <w:marTop w:val="0"/>
          <w:marBottom w:val="0"/>
          <w:divBdr>
            <w:top w:val="none" w:sz="0" w:space="0" w:color="auto"/>
            <w:left w:val="none" w:sz="0" w:space="0" w:color="auto"/>
            <w:bottom w:val="none" w:sz="0" w:space="0" w:color="auto"/>
            <w:right w:val="none" w:sz="0" w:space="0" w:color="auto"/>
          </w:divBdr>
        </w:div>
        <w:div w:id="1732577980">
          <w:marLeft w:val="480"/>
          <w:marRight w:val="0"/>
          <w:marTop w:val="0"/>
          <w:marBottom w:val="0"/>
          <w:divBdr>
            <w:top w:val="none" w:sz="0" w:space="0" w:color="auto"/>
            <w:left w:val="none" w:sz="0" w:space="0" w:color="auto"/>
            <w:bottom w:val="none" w:sz="0" w:space="0" w:color="auto"/>
            <w:right w:val="none" w:sz="0" w:space="0" w:color="auto"/>
          </w:divBdr>
        </w:div>
        <w:div w:id="1763791599">
          <w:marLeft w:val="480"/>
          <w:marRight w:val="0"/>
          <w:marTop w:val="0"/>
          <w:marBottom w:val="0"/>
          <w:divBdr>
            <w:top w:val="none" w:sz="0" w:space="0" w:color="auto"/>
            <w:left w:val="none" w:sz="0" w:space="0" w:color="auto"/>
            <w:bottom w:val="none" w:sz="0" w:space="0" w:color="auto"/>
            <w:right w:val="none" w:sz="0" w:space="0" w:color="auto"/>
          </w:divBdr>
        </w:div>
        <w:div w:id="1775317580">
          <w:marLeft w:val="480"/>
          <w:marRight w:val="0"/>
          <w:marTop w:val="0"/>
          <w:marBottom w:val="0"/>
          <w:divBdr>
            <w:top w:val="none" w:sz="0" w:space="0" w:color="auto"/>
            <w:left w:val="none" w:sz="0" w:space="0" w:color="auto"/>
            <w:bottom w:val="none" w:sz="0" w:space="0" w:color="auto"/>
            <w:right w:val="none" w:sz="0" w:space="0" w:color="auto"/>
          </w:divBdr>
        </w:div>
        <w:div w:id="1796829556">
          <w:marLeft w:val="480"/>
          <w:marRight w:val="0"/>
          <w:marTop w:val="0"/>
          <w:marBottom w:val="0"/>
          <w:divBdr>
            <w:top w:val="none" w:sz="0" w:space="0" w:color="auto"/>
            <w:left w:val="none" w:sz="0" w:space="0" w:color="auto"/>
            <w:bottom w:val="none" w:sz="0" w:space="0" w:color="auto"/>
            <w:right w:val="none" w:sz="0" w:space="0" w:color="auto"/>
          </w:divBdr>
        </w:div>
        <w:div w:id="1870336858">
          <w:marLeft w:val="480"/>
          <w:marRight w:val="0"/>
          <w:marTop w:val="0"/>
          <w:marBottom w:val="0"/>
          <w:divBdr>
            <w:top w:val="none" w:sz="0" w:space="0" w:color="auto"/>
            <w:left w:val="none" w:sz="0" w:space="0" w:color="auto"/>
            <w:bottom w:val="none" w:sz="0" w:space="0" w:color="auto"/>
            <w:right w:val="none" w:sz="0" w:space="0" w:color="auto"/>
          </w:divBdr>
        </w:div>
        <w:div w:id="1887908325">
          <w:marLeft w:val="480"/>
          <w:marRight w:val="0"/>
          <w:marTop w:val="0"/>
          <w:marBottom w:val="0"/>
          <w:divBdr>
            <w:top w:val="none" w:sz="0" w:space="0" w:color="auto"/>
            <w:left w:val="none" w:sz="0" w:space="0" w:color="auto"/>
            <w:bottom w:val="none" w:sz="0" w:space="0" w:color="auto"/>
            <w:right w:val="none" w:sz="0" w:space="0" w:color="auto"/>
          </w:divBdr>
        </w:div>
      </w:divsChild>
    </w:div>
    <w:div w:id="69013070">
      <w:bodyDiv w:val="1"/>
      <w:marLeft w:val="0"/>
      <w:marRight w:val="0"/>
      <w:marTop w:val="0"/>
      <w:marBottom w:val="0"/>
      <w:divBdr>
        <w:top w:val="none" w:sz="0" w:space="0" w:color="auto"/>
        <w:left w:val="none" w:sz="0" w:space="0" w:color="auto"/>
        <w:bottom w:val="none" w:sz="0" w:space="0" w:color="auto"/>
        <w:right w:val="none" w:sz="0" w:space="0" w:color="auto"/>
      </w:divBdr>
    </w:div>
    <w:div w:id="72941580">
      <w:bodyDiv w:val="1"/>
      <w:marLeft w:val="0"/>
      <w:marRight w:val="0"/>
      <w:marTop w:val="0"/>
      <w:marBottom w:val="0"/>
      <w:divBdr>
        <w:top w:val="none" w:sz="0" w:space="0" w:color="auto"/>
        <w:left w:val="none" w:sz="0" w:space="0" w:color="auto"/>
        <w:bottom w:val="none" w:sz="0" w:space="0" w:color="auto"/>
        <w:right w:val="none" w:sz="0" w:space="0" w:color="auto"/>
      </w:divBdr>
    </w:div>
    <w:div w:id="73746280">
      <w:bodyDiv w:val="1"/>
      <w:marLeft w:val="0"/>
      <w:marRight w:val="0"/>
      <w:marTop w:val="0"/>
      <w:marBottom w:val="0"/>
      <w:divBdr>
        <w:top w:val="none" w:sz="0" w:space="0" w:color="auto"/>
        <w:left w:val="none" w:sz="0" w:space="0" w:color="auto"/>
        <w:bottom w:val="none" w:sz="0" w:space="0" w:color="auto"/>
        <w:right w:val="none" w:sz="0" w:space="0" w:color="auto"/>
      </w:divBdr>
      <w:divsChild>
        <w:div w:id="226502348">
          <w:marLeft w:val="480"/>
          <w:marRight w:val="0"/>
          <w:marTop w:val="0"/>
          <w:marBottom w:val="0"/>
          <w:divBdr>
            <w:top w:val="none" w:sz="0" w:space="0" w:color="auto"/>
            <w:left w:val="none" w:sz="0" w:space="0" w:color="auto"/>
            <w:bottom w:val="none" w:sz="0" w:space="0" w:color="auto"/>
            <w:right w:val="none" w:sz="0" w:space="0" w:color="auto"/>
          </w:divBdr>
        </w:div>
        <w:div w:id="254900193">
          <w:marLeft w:val="480"/>
          <w:marRight w:val="0"/>
          <w:marTop w:val="0"/>
          <w:marBottom w:val="0"/>
          <w:divBdr>
            <w:top w:val="none" w:sz="0" w:space="0" w:color="auto"/>
            <w:left w:val="none" w:sz="0" w:space="0" w:color="auto"/>
            <w:bottom w:val="none" w:sz="0" w:space="0" w:color="auto"/>
            <w:right w:val="none" w:sz="0" w:space="0" w:color="auto"/>
          </w:divBdr>
        </w:div>
        <w:div w:id="344527157">
          <w:marLeft w:val="480"/>
          <w:marRight w:val="0"/>
          <w:marTop w:val="0"/>
          <w:marBottom w:val="0"/>
          <w:divBdr>
            <w:top w:val="none" w:sz="0" w:space="0" w:color="auto"/>
            <w:left w:val="none" w:sz="0" w:space="0" w:color="auto"/>
            <w:bottom w:val="none" w:sz="0" w:space="0" w:color="auto"/>
            <w:right w:val="none" w:sz="0" w:space="0" w:color="auto"/>
          </w:divBdr>
        </w:div>
        <w:div w:id="372652274">
          <w:marLeft w:val="480"/>
          <w:marRight w:val="0"/>
          <w:marTop w:val="0"/>
          <w:marBottom w:val="0"/>
          <w:divBdr>
            <w:top w:val="none" w:sz="0" w:space="0" w:color="auto"/>
            <w:left w:val="none" w:sz="0" w:space="0" w:color="auto"/>
            <w:bottom w:val="none" w:sz="0" w:space="0" w:color="auto"/>
            <w:right w:val="none" w:sz="0" w:space="0" w:color="auto"/>
          </w:divBdr>
        </w:div>
        <w:div w:id="505170407">
          <w:marLeft w:val="480"/>
          <w:marRight w:val="0"/>
          <w:marTop w:val="0"/>
          <w:marBottom w:val="0"/>
          <w:divBdr>
            <w:top w:val="none" w:sz="0" w:space="0" w:color="auto"/>
            <w:left w:val="none" w:sz="0" w:space="0" w:color="auto"/>
            <w:bottom w:val="none" w:sz="0" w:space="0" w:color="auto"/>
            <w:right w:val="none" w:sz="0" w:space="0" w:color="auto"/>
          </w:divBdr>
        </w:div>
        <w:div w:id="511140076">
          <w:marLeft w:val="480"/>
          <w:marRight w:val="0"/>
          <w:marTop w:val="0"/>
          <w:marBottom w:val="0"/>
          <w:divBdr>
            <w:top w:val="none" w:sz="0" w:space="0" w:color="auto"/>
            <w:left w:val="none" w:sz="0" w:space="0" w:color="auto"/>
            <w:bottom w:val="none" w:sz="0" w:space="0" w:color="auto"/>
            <w:right w:val="none" w:sz="0" w:space="0" w:color="auto"/>
          </w:divBdr>
        </w:div>
        <w:div w:id="535630032">
          <w:marLeft w:val="480"/>
          <w:marRight w:val="0"/>
          <w:marTop w:val="0"/>
          <w:marBottom w:val="0"/>
          <w:divBdr>
            <w:top w:val="none" w:sz="0" w:space="0" w:color="auto"/>
            <w:left w:val="none" w:sz="0" w:space="0" w:color="auto"/>
            <w:bottom w:val="none" w:sz="0" w:space="0" w:color="auto"/>
            <w:right w:val="none" w:sz="0" w:space="0" w:color="auto"/>
          </w:divBdr>
        </w:div>
        <w:div w:id="576671777">
          <w:marLeft w:val="480"/>
          <w:marRight w:val="0"/>
          <w:marTop w:val="0"/>
          <w:marBottom w:val="0"/>
          <w:divBdr>
            <w:top w:val="none" w:sz="0" w:space="0" w:color="auto"/>
            <w:left w:val="none" w:sz="0" w:space="0" w:color="auto"/>
            <w:bottom w:val="none" w:sz="0" w:space="0" w:color="auto"/>
            <w:right w:val="none" w:sz="0" w:space="0" w:color="auto"/>
          </w:divBdr>
        </w:div>
        <w:div w:id="792019456">
          <w:marLeft w:val="480"/>
          <w:marRight w:val="0"/>
          <w:marTop w:val="0"/>
          <w:marBottom w:val="0"/>
          <w:divBdr>
            <w:top w:val="none" w:sz="0" w:space="0" w:color="auto"/>
            <w:left w:val="none" w:sz="0" w:space="0" w:color="auto"/>
            <w:bottom w:val="none" w:sz="0" w:space="0" w:color="auto"/>
            <w:right w:val="none" w:sz="0" w:space="0" w:color="auto"/>
          </w:divBdr>
        </w:div>
        <w:div w:id="792947105">
          <w:marLeft w:val="480"/>
          <w:marRight w:val="0"/>
          <w:marTop w:val="0"/>
          <w:marBottom w:val="0"/>
          <w:divBdr>
            <w:top w:val="none" w:sz="0" w:space="0" w:color="auto"/>
            <w:left w:val="none" w:sz="0" w:space="0" w:color="auto"/>
            <w:bottom w:val="none" w:sz="0" w:space="0" w:color="auto"/>
            <w:right w:val="none" w:sz="0" w:space="0" w:color="auto"/>
          </w:divBdr>
        </w:div>
        <w:div w:id="949435058">
          <w:marLeft w:val="480"/>
          <w:marRight w:val="0"/>
          <w:marTop w:val="0"/>
          <w:marBottom w:val="0"/>
          <w:divBdr>
            <w:top w:val="none" w:sz="0" w:space="0" w:color="auto"/>
            <w:left w:val="none" w:sz="0" w:space="0" w:color="auto"/>
            <w:bottom w:val="none" w:sz="0" w:space="0" w:color="auto"/>
            <w:right w:val="none" w:sz="0" w:space="0" w:color="auto"/>
          </w:divBdr>
        </w:div>
        <w:div w:id="952135717">
          <w:marLeft w:val="480"/>
          <w:marRight w:val="0"/>
          <w:marTop w:val="0"/>
          <w:marBottom w:val="0"/>
          <w:divBdr>
            <w:top w:val="none" w:sz="0" w:space="0" w:color="auto"/>
            <w:left w:val="none" w:sz="0" w:space="0" w:color="auto"/>
            <w:bottom w:val="none" w:sz="0" w:space="0" w:color="auto"/>
            <w:right w:val="none" w:sz="0" w:space="0" w:color="auto"/>
          </w:divBdr>
        </w:div>
        <w:div w:id="1077509860">
          <w:marLeft w:val="480"/>
          <w:marRight w:val="0"/>
          <w:marTop w:val="0"/>
          <w:marBottom w:val="0"/>
          <w:divBdr>
            <w:top w:val="none" w:sz="0" w:space="0" w:color="auto"/>
            <w:left w:val="none" w:sz="0" w:space="0" w:color="auto"/>
            <w:bottom w:val="none" w:sz="0" w:space="0" w:color="auto"/>
            <w:right w:val="none" w:sz="0" w:space="0" w:color="auto"/>
          </w:divBdr>
        </w:div>
        <w:div w:id="1095243861">
          <w:marLeft w:val="480"/>
          <w:marRight w:val="0"/>
          <w:marTop w:val="0"/>
          <w:marBottom w:val="0"/>
          <w:divBdr>
            <w:top w:val="none" w:sz="0" w:space="0" w:color="auto"/>
            <w:left w:val="none" w:sz="0" w:space="0" w:color="auto"/>
            <w:bottom w:val="none" w:sz="0" w:space="0" w:color="auto"/>
            <w:right w:val="none" w:sz="0" w:space="0" w:color="auto"/>
          </w:divBdr>
        </w:div>
        <w:div w:id="1102535755">
          <w:marLeft w:val="480"/>
          <w:marRight w:val="0"/>
          <w:marTop w:val="0"/>
          <w:marBottom w:val="0"/>
          <w:divBdr>
            <w:top w:val="none" w:sz="0" w:space="0" w:color="auto"/>
            <w:left w:val="none" w:sz="0" w:space="0" w:color="auto"/>
            <w:bottom w:val="none" w:sz="0" w:space="0" w:color="auto"/>
            <w:right w:val="none" w:sz="0" w:space="0" w:color="auto"/>
          </w:divBdr>
        </w:div>
        <w:div w:id="1158498207">
          <w:marLeft w:val="480"/>
          <w:marRight w:val="0"/>
          <w:marTop w:val="0"/>
          <w:marBottom w:val="0"/>
          <w:divBdr>
            <w:top w:val="none" w:sz="0" w:space="0" w:color="auto"/>
            <w:left w:val="none" w:sz="0" w:space="0" w:color="auto"/>
            <w:bottom w:val="none" w:sz="0" w:space="0" w:color="auto"/>
            <w:right w:val="none" w:sz="0" w:space="0" w:color="auto"/>
          </w:divBdr>
        </w:div>
        <w:div w:id="1334528170">
          <w:marLeft w:val="480"/>
          <w:marRight w:val="0"/>
          <w:marTop w:val="0"/>
          <w:marBottom w:val="0"/>
          <w:divBdr>
            <w:top w:val="none" w:sz="0" w:space="0" w:color="auto"/>
            <w:left w:val="none" w:sz="0" w:space="0" w:color="auto"/>
            <w:bottom w:val="none" w:sz="0" w:space="0" w:color="auto"/>
            <w:right w:val="none" w:sz="0" w:space="0" w:color="auto"/>
          </w:divBdr>
        </w:div>
        <w:div w:id="1383751271">
          <w:marLeft w:val="480"/>
          <w:marRight w:val="0"/>
          <w:marTop w:val="0"/>
          <w:marBottom w:val="0"/>
          <w:divBdr>
            <w:top w:val="none" w:sz="0" w:space="0" w:color="auto"/>
            <w:left w:val="none" w:sz="0" w:space="0" w:color="auto"/>
            <w:bottom w:val="none" w:sz="0" w:space="0" w:color="auto"/>
            <w:right w:val="none" w:sz="0" w:space="0" w:color="auto"/>
          </w:divBdr>
        </w:div>
        <w:div w:id="1443376322">
          <w:marLeft w:val="480"/>
          <w:marRight w:val="0"/>
          <w:marTop w:val="0"/>
          <w:marBottom w:val="0"/>
          <w:divBdr>
            <w:top w:val="none" w:sz="0" w:space="0" w:color="auto"/>
            <w:left w:val="none" w:sz="0" w:space="0" w:color="auto"/>
            <w:bottom w:val="none" w:sz="0" w:space="0" w:color="auto"/>
            <w:right w:val="none" w:sz="0" w:space="0" w:color="auto"/>
          </w:divBdr>
        </w:div>
        <w:div w:id="1465153024">
          <w:marLeft w:val="480"/>
          <w:marRight w:val="0"/>
          <w:marTop w:val="0"/>
          <w:marBottom w:val="0"/>
          <w:divBdr>
            <w:top w:val="none" w:sz="0" w:space="0" w:color="auto"/>
            <w:left w:val="none" w:sz="0" w:space="0" w:color="auto"/>
            <w:bottom w:val="none" w:sz="0" w:space="0" w:color="auto"/>
            <w:right w:val="none" w:sz="0" w:space="0" w:color="auto"/>
          </w:divBdr>
        </w:div>
        <w:div w:id="1544365885">
          <w:marLeft w:val="480"/>
          <w:marRight w:val="0"/>
          <w:marTop w:val="0"/>
          <w:marBottom w:val="0"/>
          <w:divBdr>
            <w:top w:val="none" w:sz="0" w:space="0" w:color="auto"/>
            <w:left w:val="none" w:sz="0" w:space="0" w:color="auto"/>
            <w:bottom w:val="none" w:sz="0" w:space="0" w:color="auto"/>
            <w:right w:val="none" w:sz="0" w:space="0" w:color="auto"/>
          </w:divBdr>
        </w:div>
        <w:div w:id="1563444050">
          <w:marLeft w:val="480"/>
          <w:marRight w:val="0"/>
          <w:marTop w:val="0"/>
          <w:marBottom w:val="0"/>
          <w:divBdr>
            <w:top w:val="none" w:sz="0" w:space="0" w:color="auto"/>
            <w:left w:val="none" w:sz="0" w:space="0" w:color="auto"/>
            <w:bottom w:val="none" w:sz="0" w:space="0" w:color="auto"/>
            <w:right w:val="none" w:sz="0" w:space="0" w:color="auto"/>
          </w:divBdr>
        </w:div>
        <w:div w:id="1608389665">
          <w:marLeft w:val="480"/>
          <w:marRight w:val="0"/>
          <w:marTop w:val="0"/>
          <w:marBottom w:val="0"/>
          <w:divBdr>
            <w:top w:val="none" w:sz="0" w:space="0" w:color="auto"/>
            <w:left w:val="none" w:sz="0" w:space="0" w:color="auto"/>
            <w:bottom w:val="none" w:sz="0" w:space="0" w:color="auto"/>
            <w:right w:val="none" w:sz="0" w:space="0" w:color="auto"/>
          </w:divBdr>
        </w:div>
        <w:div w:id="1618293702">
          <w:marLeft w:val="480"/>
          <w:marRight w:val="0"/>
          <w:marTop w:val="0"/>
          <w:marBottom w:val="0"/>
          <w:divBdr>
            <w:top w:val="none" w:sz="0" w:space="0" w:color="auto"/>
            <w:left w:val="none" w:sz="0" w:space="0" w:color="auto"/>
            <w:bottom w:val="none" w:sz="0" w:space="0" w:color="auto"/>
            <w:right w:val="none" w:sz="0" w:space="0" w:color="auto"/>
          </w:divBdr>
        </w:div>
        <w:div w:id="1727878631">
          <w:marLeft w:val="480"/>
          <w:marRight w:val="0"/>
          <w:marTop w:val="0"/>
          <w:marBottom w:val="0"/>
          <w:divBdr>
            <w:top w:val="none" w:sz="0" w:space="0" w:color="auto"/>
            <w:left w:val="none" w:sz="0" w:space="0" w:color="auto"/>
            <w:bottom w:val="none" w:sz="0" w:space="0" w:color="auto"/>
            <w:right w:val="none" w:sz="0" w:space="0" w:color="auto"/>
          </w:divBdr>
        </w:div>
        <w:div w:id="1800103108">
          <w:marLeft w:val="480"/>
          <w:marRight w:val="0"/>
          <w:marTop w:val="0"/>
          <w:marBottom w:val="0"/>
          <w:divBdr>
            <w:top w:val="none" w:sz="0" w:space="0" w:color="auto"/>
            <w:left w:val="none" w:sz="0" w:space="0" w:color="auto"/>
            <w:bottom w:val="none" w:sz="0" w:space="0" w:color="auto"/>
            <w:right w:val="none" w:sz="0" w:space="0" w:color="auto"/>
          </w:divBdr>
        </w:div>
        <w:div w:id="1813130981">
          <w:marLeft w:val="480"/>
          <w:marRight w:val="0"/>
          <w:marTop w:val="0"/>
          <w:marBottom w:val="0"/>
          <w:divBdr>
            <w:top w:val="none" w:sz="0" w:space="0" w:color="auto"/>
            <w:left w:val="none" w:sz="0" w:space="0" w:color="auto"/>
            <w:bottom w:val="none" w:sz="0" w:space="0" w:color="auto"/>
            <w:right w:val="none" w:sz="0" w:space="0" w:color="auto"/>
          </w:divBdr>
        </w:div>
        <w:div w:id="1906262041">
          <w:marLeft w:val="480"/>
          <w:marRight w:val="0"/>
          <w:marTop w:val="0"/>
          <w:marBottom w:val="0"/>
          <w:divBdr>
            <w:top w:val="none" w:sz="0" w:space="0" w:color="auto"/>
            <w:left w:val="none" w:sz="0" w:space="0" w:color="auto"/>
            <w:bottom w:val="none" w:sz="0" w:space="0" w:color="auto"/>
            <w:right w:val="none" w:sz="0" w:space="0" w:color="auto"/>
          </w:divBdr>
        </w:div>
        <w:div w:id="1912933159">
          <w:marLeft w:val="480"/>
          <w:marRight w:val="0"/>
          <w:marTop w:val="0"/>
          <w:marBottom w:val="0"/>
          <w:divBdr>
            <w:top w:val="none" w:sz="0" w:space="0" w:color="auto"/>
            <w:left w:val="none" w:sz="0" w:space="0" w:color="auto"/>
            <w:bottom w:val="none" w:sz="0" w:space="0" w:color="auto"/>
            <w:right w:val="none" w:sz="0" w:space="0" w:color="auto"/>
          </w:divBdr>
        </w:div>
        <w:div w:id="1964994060">
          <w:marLeft w:val="480"/>
          <w:marRight w:val="0"/>
          <w:marTop w:val="0"/>
          <w:marBottom w:val="0"/>
          <w:divBdr>
            <w:top w:val="none" w:sz="0" w:space="0" w:color="auto"/>
            <w:left w:val="none" w:sz="0" w:space="0" w:color="auto"/>
            <w:bottom w:val="none" w:sz="0" w:space="0" w:color="auto"/>
            <w:right w:val="none" w:sz="0" w:space="0" w:color="auto"/>
          </w:divBdr>
        </w:div>
        <w:div w:id="2013337973">
          <w:marLeft w:val="480"/>
          <w:marRight w:val="0"/>
          <w:marTop w:val="0"/>
          <w:marBottom w:val="0"/>
          <w:divBdr>
            <w:top w:val="none" w:sz="0" w:space="0" w:color="auto"/>
            <w:left w:val="none" w:sz="0" w:space="0" w:color="auto"/>
            <w:bottom w:val="none" w:sz="0" w:space="0" w:color="auto"/>
            <w:right w:val="none" w:sz="0" w:space="0" w:color="auto"/>
          </w:divBdr>
        </w:div>
        <w:div w:id="2017999456">
          <w:marLeft w:val="480"/>
          <w:marRight w:val="0"/>
          <w:marTop w:val="0"/>
          <w:marBottom w:val="0"/>
          <w:divBdr>
            <w:top w:val="none" w:sz="0" w:space="0" w:color="auto"/>
            <w:left w:val="none" w:sz="0" w:space="0" w:color="auto"/>
            <w:bottom w:val="none" w:sz="0" w:space="0" w:color="auto"/>
            <w:right w:val="none" w:sz="0" w:space="0" w:color="auto"/>
          </w:divBdr>
        </w:div>
      </w:divsChild>
    </w:div>
    <w:div w:id="75983413">
      <w:bodyDiv w:val="1"/>
      <w:marLeft w:val="0"/>
      <w:marRight w:val="0"/>
      <w:marTop w:val="0"/>
      <w:marBottom w:val="0"/>
      <w:divBdr>
        <w:top w:val="none" w:sz="0" w:space="0" w:color="auto"/>
        <w:left w:val="none" w:sz="0" w:space="0" w:color="auto"/>
        <w:bottom w:val="none" w:sz="0" w:space="0" w:color="auto"/>
        <w:right w:val="none" w:sz="0" w:space="0" w:color="auto"/>
      </w:divBdr>
      <w:divsChild>
        <w:div w:id="11810492">
          <w:marLeft w:val="480"/>
          <w:marRight w:val="0"/>
          <w:marTop w:val="0"/>
          <w:marBottom w:val="0"/>
          <w:divBdr>
            <w:top w:val="none" w:sz="0" w:space="0" w:color="auto"/>
            <w:left w:val="none" w:sz="0" w:space="0" w:color="auto"/>
            <w:bottom w:val="none" w:sz="0" w:space="0" w:color="auto"/>
            <w:right w:val="none" w:sz="0" w:space="0" w:color="auto"/>
          </w:divBdr>
        </w:div>
        <w:div w:id="13504573">
          <w:marLeft w:val="480"/>
          <w:marRight w:val="0"/>
          <w:marTop w:val="0"/>
          <w:marBottom w:val="0"/>
          <w:divBdr>
            <w:top w:val="none" w:sz="0" w:space="0" w:color="auto"/>
            <w:left w:val="none" w:sz="0" w:space="0" w:color="auto"/>
            <w:bottom w:val="none" w:sz="0" w:space="0" w:color="auto"/>
            <w:right w:val="none" w:sz="0" w:space="0" w:color="auto"/>
          </w:divBdr>
        </w:div>
        <w:div w:id="36438899">
          <w:marLeft w:val="480"/>
          <w:marRight w:val="0"/>
          <w:marTop w:val="0"/>
          <w:marBottom w:val="0"/>
          <w:divBdr>
            <w:top w:val="none" w:sz="0" w:space="0" w:color="auto"/>
            <w:left w:val="none" w:sz="0" w:space="0" w:color="auto"/>
            <w:bottom w:val="none" w:sz="0" w:space="0" w:color="auto"/>
            <w:right w:val="none" w:sz="0" w:space="0" w:color="auto"/>
          </w:divBdr>
        </w:div>
        <w:div w:id="62027006">
          <w:marLeft w:val="480"/>
          <w:marRight w:val="0"/>
          <w:marTop w:val="0"/>
          <w:marBottom w:val="0"/>
          <w:divBdr>
            <w:top w:val="none" w:sz="0" w:space="0" w:color="auto"/>
            <w:left w:val="none" w:sz="0" w:space="0" w:color="auto"/>
            <w:bottom w:val="none" w:sz="0" w:space="0" w:color="auto"/>
            <w:right w:val="none" w:sz="0" w:space="0" w:color="auto"/>
          </w:divBdr>
        </w:div>
        <w:div w:id="76365060">
          <w:marLeft w:val="480"/>
          <w:marRight w:val="0"/>
          <w:marTop w:val="0"/>
          <w:marBottom w:val="0"/>
          <w:divBdr>
            <w:top w:val="none" w:sz="0" w:space="0" w:color="auto"/>
            <w:left w:val="none" w:sz="0" w:space="0" w:color="auto"/>
            <w:bottom w:val="none" w:sz="0" w:space="0" w:color="auto"/>
            <w:right w:val="none" w:sz="0" w:space="0" w:color="auto"/>
          </w:divBdr>
        </w:div>
        <w:div w:id="81490739">
          <w:marLeft w:val="480"/>
          <w:marRight w:val="0"/>
          <w:marTop w:val="0"/>
          <w:marBottom w:val="0"/>
          <w:divBdr>
            <w:top w:val="none" w:sz="0" w:space="0" w:color="auto"/>
            <w:left w:val="none" w:sz="0" w:space="0" w:color="auto"/>
            <w:bottom w:val="none" w:sz="0" w:space="0" w:color="auto"/>
            <w:right w:val="none" w:sz="0" w:space="0" w:color="auto"/>
          </w:divBdr>
        </w:div>
        <w:div w:id="127433623">
          <w:marLeft w:val="480"/>
          <w:marRight w:val="0"/>
          <w:marTop w:val="0"/>
          <w:marBottom w:val="0"/>
          <w:divBdr>
            <w:top w:val="none" w:sz="0" w:space="0" w:color="auto"/>
            <w:left w:val="none" w:sz="0" w:space="0" w:color="auto"/>
            <w:bottom w:val="none" w:sz="0" w:space="0" w:color="auto"/>
            <w:right w:val="none" w:sz="0" w:space="0" w:color="auto"/>
          </w:divBdr>
        </w:div>
        <w:div w:id="188689137">
          <w:marLeft w:val="480"/>
          <w:marRight w:val="0"/>
          <w:marTop w:val="0"/>
          <w:marBottom w:val="0"/>
          <w:divBdr>
            <w:top w:val="none" w:sz="0" w:space="0" w:color="auto"/>
            <w:left w:val="none" w:sz="0" w:space="0" w:color="auto"/>
            <w:bottom w:val="none" w:sz="0" w:space="0" w:color="auto"/>
            <w:right w:val="none" w:sz="0" w:space="0" w:color="auto"/>
          </w:divBdr>
        </w:div>
        <w:div w:id="203250147">
          <w:marLeft w:val="480"/>
          <w:marRight w:val="0"/>
          <w:marTop w:val="0"/>
          <w:marBottom w:val="0"/>
          <w:divBdr>
            <w:top w:val="none" w:sz="0" w:space="0" w:color="auto"/>
            <w:left w:val="none" w:sz="0" w:space="0" w:color="auto"/>
            <w:bottom w:val="none" w:sz="0" w:space="0" w:color="auto"/>
            <w:right w:val="none" w:sz="0" w:space="0" w:color="auto"/>
          </w:divBdr>
        </w:div>
        <w:div w:id="204145193">
          <w:marLeft w:val="480"/>
          <w:marRight w:val="0"/>
          <w:marTop w:val="0"/>
          <w:marBottom w:val="0"/>
          <w:divBdr>
            <w:top w:val="none" w:sz="0" w:space="0" w:color="auto"/>
            <w:left w:val="none" w:sz="0" w:space="0" w:color="auto"/>
            <w:bottom w:val="none" w:sz="0" w:space="0" w:color="auto"/>
            <w:right w:val="none" w:sz="0" w:space="0" w:color="auto"/>
          </w:divBdr>
        </w:div>
        <w:div w:id="267811691">
          <w:marLeft w:val="480"/>
          <w:marRight w:val="0"/>
          <w:marTop w:val="0"/>
          <w:marBottom w:val="0"/>
          <w:divBdr>
            <w:top w:val="none" w:sz="0" w:space="0" w:color="auto"/>
            <w:left w:val="none" w:sz="0" w:space="0" w:color="auto"/>
            <w:bottom w:val="none" w:sz="0" w:space="0" w:color="auto"/>
            <w:right w:val="none" w:sz="0" w:space="0" w:color="auto"/>
          </w:divBdr>
        </w:div>
        <w:div w:id="458844500">
          <w:marLeft w:val="480"/>
          <w:marRight w:val="0"/>
          <w:marTop w:val="0"/>
          <w:marBottom w:val="0"/>
          <w:divBdr>
            <w:top w:val="none" w:sz="0" w:space="0" w:color="auto"/>
            <w:left w:val="none" w:sz="0" w:space="0" w:color="auto"/>
            <w:bottom w:val="none" w:sz="0" w:space="0" w:color="auto"/>
            <w:right w:val="none" w:sz="0" w:space="0" w:color="auto"/>
          </w:divBdr>
        </w:div>
        <w:div w:id="478883185">
          <w:marLeft w:val="480"/>
          <w:marRight w:val="0"/>
          <w:marTop w:val="0"/>
          <w:marBottom w:val="0"/>
          <w:divBdr>
            <w:top w:val="none" w:sz="0" w:space="0" w:color="auto"/>
            <w:left w:val="none" w:sz="0" w:space="0" w:color="auto"/>
            <w:bottom w:val="none" w:sz="0" w:space="0" w:color="auto"/>
            <w:right w:val="none" w:sz="0" w:space="0" w:color="auto"/>
          </w:divBdr>
        </w:div>
        <w:div w:id="687830452">
          <w:marLeft w:val="480"/>
          <w:marRight w:val="0"/>
          <w:marTop w:val="0"/>
          <w:marBottom w:val="0"/>
          <w:divBdr>
            <w:top w:val="none" w:sz="0" w:space="0" w:color="auto"/>
            <w:left w:val="none" w:sz="0" w:space="0" w:color="auto"/>
            <w:bottom w:val="none" w:sz="0" w:space="0" w:color="auto"/>
            <w:right w:val="none" w:sz="0" w:space="0" w:color="auto"/>
          </w:divBdr>
        </w:div>
        <w:div w:id="741176922">
          <w:marLeft w:val="480"/>
          <w:marRight w:val="0"/>
          <w:marTop w:val="0"/>
          <w:marBottom w:val="0"/>
          <w:divBdr>
            <w:top w:val="none" w:sz="0" w:space="0" w:color="auto"/>
            <w:left w:val="none" w:sz="0" w:space="0" w:color="auto"/>
            <w:bottom w:val="none" w:sz="0" w:space="0" w:color="auto"/>
            <w:right w:val="none" w:sz="0" w:space="0" w:color="auto"/>
          </w:divBdr>
        </w:div>
        <w:div w:id="775490771">
          <w:marLeft w:val="480"/>
          <w:marRight w:val="0"/>
          <w:marTop w:val="0"/>
          <w:marBottom w:val="0"/>
          <w:divBdr>
            <w:top w:val="none" w:sz="0" w:space="0" w:color="auto"/>
            <w:left w:val="none" w:sz="0" w:space="0" w:color="auto"/>
            <w:bottom w:val="none" w:sz="0" w:space="0" w:color="auto"/>
            <w:right w:val="none" w:sz="0" w:space="0" w:color="auto"/>
          </w:divBdr>
        </w:div>
        <w:div w:id="830608524">
          <w:marLeft w:val="480"/>
          <w:marRight w:val="0"/>
          <w:marTop w:val="0"/>
          <w:marBottom w:val="0"/>
          <w:divBdr>
            <w:top w:val="none" w:sz="0" w:space="0" w:color="auto"/>
            <w:left w:val="none" w:sz="0" w:space="0" w:color="auto"/>
            <w:bottom w:val="none" w:sz="0" w:space="0" w:color="auto"/>
            <w:right w:val="none" w:sz="0" w:space="0" w:color="auto"/>
          </w:divBdr>
        </w:div>
        <w:div w:id="837883207">
          <w:marLeft w:val="480"/>
          <w:marRight w:val="0"/>
          <w:marTop w:val="0"/>
          <w:marBottom w:val="0"/>
          <w:divBdr>
            <w:top w:val="none" w:sz="0" w:space="0" w:color="auto"/>
            <w:left w:val="none" w:sz="0" w:space="0" w:color="auto"/>
            <w:bottom w:val="none" w:sz="0" w:space="0" w:color="auto"/>
            <w:right w:val="none" w:sz="0" w:space="0" w:color="auto"/>
          </w:divBdr>
        </w:div>
        <w:div w:id="943927509">
          <w:marLeft w:val="480"/>
          <w:marRight w:val="0"/>
          <w:marTop w:val="0"/>
          <w:marBottom w:val="0"/>
          <w:divBdr>
            <w:top w:val="none" w:sz="0" w:space="0" w:color="auto"/>
            <w:left w:val="none" w:sz="0" w:space="0" w:color="auto"/>
            <w:bottom w:val="none" w:sz="0" w:space="0" w:color="auto"/>
            <w:right w:val="none" w:sz="0" w:space="0" w:color="auto"/>
          </w:divBdr>
        </w:div>
        <w:div w:id="996149776">
          <w:marLeft w:val="480"/>
          <w:marRight w:val="0"/>
          <w:marTop w:val="0"/>
          <w:marBottom w:val="0"/>
          <w:divBdr>
            <w:top w:val="none" w:sz="0" w:space="0" w:color="auto"/>
            <w:left w:val="none" w:sz="0" w:space="0" w:color="auto"/>
            <w:bottom w:val="none" w:sz="0" w:space="0" w:color="auto"/>
            <w:right w:val="none" w:sz="0" w:space="0" w:color="auto"/>
          </w:divBdr>
        </w:div>
        <w:div w:id="1086725946">
          <w:marLeft w:val="480"/>
          <w:marRight w:val="0"/>
          <w:marTop w:val="0"/>
          <w:marBottom w:val="0"/>
          <w:divBdr>
            <w:top w:val="none" w:sz="0" w:space="0" w:color="auto"/>
            <w:left w:val="none" w:sz="0" w:space="0" w:color="auto"/>
            <w:bottom w:val="none" w:sz="0" w:space="0" w:color="auto"/>
            <w:right w:val="none" w:sz="0" w:space="0" w:color="auto"/>
          </w:divBdr>
        </w:div>
        <w:div w:id="1141389573">
          <w:marLeft w:val="480"/>
          <w:marRight w:val="0"/>
          <w:marTop w:val="0"/>
          <w:marBottom w:val="0"/>
          <w:divBdr>
            <w:top w:val="none" w:sz="0" w:space="0" w:color="auto"/>
            <w:left w:val="none" w:sz="0" w:space="0" w:color="auto"/>
            <w:bottom w:val="none" w:sz="0" w:space="0" w:color="auto"/>
            <w:right w:val="none" w:sz="0" w:space="0" w:color="auto"/>
          </w:divBdr>
        </w:div>
        <w:div w:id="1186016692">
          <w:marLeft w:val="480"/>
          <w:marRight w:val="0"/>
          <w:marTop w:val="0"/>
          <w:marBottom w:val="0"/>
          <w:divBdr>
            <w:top w:val="none" w:sz="0" w:space="0" w:color="auto"/>
            <w:left w:val="none" w:sz="0" w:space="0" w:color="auto"/>
            <w:bottom w:val="none" w:sz="0" w:space="0" w:color="auto"/>
            <w:right w:val="none" w:sz="0" w:space="0" w:color="auto"/>
          </w:divBdr>
        </w:div>
        <w:div w:id="1254507522">
          <w:marLeft w:val="480"/>
          <w:marRight w:val="0"/>
          <w:marTop w:val="0"/>
          <w:marBottom w:val="0"/>
          <w:divBdr>
            <w:top w:val="none" w:sz="0" w:space="0" w:color="auto"/>
            <w:left w:val="none" w:sz="0" w:space="0" w:color="auto"/>
            <w:bottom w:val="none" w:sz="0" w:space="0" w:color="auto"/>
            <w:right w:val="none" w:sz="0" w:space="0" w:color="auto"/>
          </w:divBdr>
        </w:div>
        <w:div w:id="1286694939">
          <w:marLeft w:val="480"/>
          <w:marRight w:val="0"/>
          <w:marTop w:val="0"/>
          <w:marBottom w:val="0"/>
          <w:divBdr>
            <w:top w:val="none" w:sz="0" w:space="0" w:color="auto"/>
            <w:left w:val="none" w:sz="0" w:space="0" w:color="auto"/>
            <w:bottom w:val="none" w:sz="0" w:space="0" w:color="auto"/>
            <w:right w:val="none" w:sz="0" w:space="0" w:color="auto"/>
          </w:divBdr>
        </w:div>
        <w:div w:id="1337922288">
          <w:marLeft w:val="480"/>
          <w:marRight w:val="0"/>
          <w:marTop w:val="0"/>
          <w:marBottom w:val="0"/>
          <w:divBdr>
            <w:top w:val="none" w:sz="0" w:space="0" w:color="auto"/>
            <w:left w:val="none" w:sz="0" w:space="0" w:color="auto"/>
            <w:bottom w:val="none" w:sz="0" w:space="0" w:color="auto"/>
            <w:right w:val="none" w:sz="0" w:space="0" w:color="auto"/>
          </w:divBdr>
        </w:div>
        <w:div w:id="1469591304">
          <w:marLeft w:val="480"/>
          <w:marRight w:val="0"/>
          <w:marTop w:val="0"/>
          <w:marBottom w:val="0"/>
          <w:divBdr>
            <w:top w:val="none" w:sz="0" w:space="0" w:color="auto"/>
            <w:left w:val="none" w:sz="0" w:space="0" w:color="auto"/>
            <w:bottom w:val="none" w:sz="0" w:space="0" w:color="auto"/>
            <w:right w:val="none" w:sz="0" w:space="0" w:color="auto"/>
          </w:divBdr>
        </w:div>
        <w:div w:id="1474328605">
          <w:marLeft w:val="480"/>
          <w:marRight w:val="0"/>
          <w:marTop w:val="0"/>
          <w:marBottom w:val="0"/>
          <w:divBdr>
            <w:top w:val="none" w:sz="0" w:space="0" w:color="auto"/>
            <w:left w:val="none" w:sz="0" w:space="0" w:color="auto"/>
            <w:bottom w:val="none" w:sz="0" w:space="0" w:color="auto"/>
            <w:right w:val="none" w:sz="0" w:space="0" w:color="auto"/>
          </w:divBdr>
        </w:div>
        <w:div w:id="1524705728">
          <w:marLeft w:val="480"/>
          <w:marRight w:val="0"/>
          <w:marTop w:val="0"/>
          <w:marBottom w:val="0"/>
          <w:divBdr>
            <w:top w:val="none" w:sz="0" w:space="0" w:color="auto"/>
            <w:left w:val="none" w:sz="0" w:space="0" w:color="auto"/>
            <w:bottom w:val="none" w:sz="0" w:space="0" w:color="auto"/>
            <w:right w:val="none" w:sz="0" w:space="0" w:color="auto"/>
          </w:divBdr>
        </w:div>
        <w:div w:id="1557428791">
          <w:marLeft w:val="480"/>
          <w:marRight w:val="0"/>
          <w:marTop w:val="0"/>
          <w:marBottom w:val="0"/>
          <w:divBdr>
            <w:top w:val="none" w:sz="0" w:space="0" w:color="auto"/>
            <w:left w:val="none" w:sz="0" w:space="0" w:color="auto"/>
            <w:bottom w:val="none" w:sz="0" w:space="0" w:color="auto"/>
            <w:right w:val="none" w:sz="0" w:space="0" w:color="auto"/>
          </w:divBdr>
        </w:div>
        <w:div w:id="1569920072">
          <w:marLeft w:val="480"/>
          <w:marRight w:val="0"/>
          <w:marTop w:val="0"/>
          <w:marBottom w:val="0"/>
          <w:divBdr>
            <w:top w:val="none" w:sz="0" w:space="0" w:color="auto"/>
            <w:left w:val="none" w:sz="0" w:space="0" w:color="auto"/>
            <w:bottom w:val="none" w:sz="0" w:space="0" w:color="auto"/>
            <w:right w:val="none" w:sz="0" w:space="0" w:color="auto"/>
          </w:divBdr>
        </w:div>
        <w:div w:id="1592809704">
          <w:marLeft w:val="480"/>
          <w:marRight w:val="0"/>
          <w:marTop w:val="0"/>
          <w:marBottom w:val="0"/>
          <w:divBdr>
            <w:top w:val="none" w:sz="0" w:space="0" w:color="auto"/>
            <w:left w:val="none" w:sz="0" w:space="0" w:color="auto"/>
            <w:bottom w:val="none" w:sz="0" w:space="0" w:color="auto"/>
            <w:right w:val="none" w:sz="0" w:space="0" w:color="auto"/>
          </w:divBdr>
        </w:div>
        <w:div w:id="1628848717">
          <w:marLeft w:val="480"/>
          <w:marRight w:val="0"/>
          <w:marTop w:val="0"/>
          <w:marBottom w:val="0"/>
          <w:divBdr>
            <w:top w:val="none" w:sz="0" w:space="0" w:color="auto"/>
            <w:left w:val="none" w:sz="0" w:space="0" w:color="auto"/>
            <w:bottom w:val="none" w:sz="0" w:space="0" w:color="auto"/>
            <w:right w:val="none" w:sz="0" w:space="0" w:color="auto"/>
          </w:divBdr>
        </w:div>
        <w:div w:id="1668436282">
          <w:marLeft w:val="480"/>
          <w:marRight w:val="0"/>
          <w:marTop w:val="0"/>
          <w:marBottom w:val="0"/>
          <w:divBdr>
            <w:top w:val="none" w:sz="0" w:space="0" w:color="auto"/>
            <w:left w:val="none" w:sz="0" w:space="0" w:color="auto"/>
            <w:bottom w:val="none" w:sz="0" w:space="0" w:color="auto"/>
            <w:right w:val="none" w:sz="0" w:space="0" w:color="auto"/>
          </w:divBdr>
        </w:div>
        <w:div w:id="1736245691">
          <w:marLeft w:val="480"/>
          <w:marRight w:val="0"/>
          <w:marTop w:val="0"/>
          <w:marBottom w:val="0"/>
          <w:divBdr>
            <w:top w:val="none" w:sz="0" w:space="0" w:color="auto"/>
            <w:left w:val="none" w:sz="0" w:space="0" w:color="auto"/>
            <w:bottom w:val="none" w:sz="0" w:space="0" w:color="auto"/>
            <w:right w:val="none" w:sz="0" w:space="0" w:color="auto"/>
          </w:divBdr>
        </w:div>
        <w:div w:id="1752966625">
          <w:marLeft w:val="480"/>
          <w:marRight w:val="0"/>
          <w:marTop w:val="0"/>
          <w:marBottom w:val="0"/>
          <w:divBdr>
            <w:top w:val="none" w:sz="0" w:space="0" w:color="auto"/>
            <w:left w:val="none" w:sz="0" w:space="0" w:color="auto"/>
            <w:bottom w:val="none" w:sz="0" w:space="0" w:color="auto"/>
            <w:right w:val="none" w:sz="0" w:space="0" w:color="auto"/>
          </w:divBdr>
        </w:div>
        <w:div w:id="1841462487">
          <w:marLeft w:val="480"/>
          <w:marRight w:val="0"/>
          <w:marTop w:val="0"/>
          <w:marBottom w:val="0"/>
          <w:divBdr>
            <w:top w:val="none" w:sz="0" w:space="0" w:color="auto"/>
            <w:left w:val="none" w:sz="0" w:space="0" w:color="auto"/>
            <w:bottom w:val="none" w:sz="0" w:space="0" w:color="auto"/>
            <w:right w:val="none" w:sz="0" w:space="0" w:color="auto"/>
          </w:divBdr>
        </w:div>
        <w:div w:id="2031759575">
          <w:marLeft w:val="480"/>
          <w:marRight w:val="0"/>
          <w:marTop w:val="0"/>
          <w:marBottom w:val="0"/>
          <w:divBdr>
            <w:top w:val="none" w:sz="0" w:space="0" w:color="auto"/>
            <w:left w:val="none" w:sz="0" w:space="0" w:color="auto"/>
            <w:bottom w:val="none" w:sz="0" w:space="0" w:color="auto"/>
            <w:right w:val="none" w:sz="0" w:space="0" w:color="auto"/>
          </w:divBdr>
        </w:div>
        <w:div w:id="2083789883">
          <w:marLeft w:val="480"/>
          <w:marRight w:val="0"/>
          <w:marTop w:val="0"/>
          <w:marBottom w:val="0"/>
          <w:divBdr>
            <w:top w:val="none" w:sz="0" w:space="0" w:color="auto"/>
            <w:left w:val="none" w:sz="0" w:space="0" w:color="auto"/>
            <w:bottom w:val="none" w:sz="0" w:space="0" w:color="auto"/>
            <w:right w:val="none" w:sz="0" w:space="0" w:color="auto"/>
          </w:divBdr>
        </w:div>
        <w:div w:id="2106534211">
          <w:marLeft w:val="480"/>
          <w:marRight w:val="0"/>
          <w:marTop w:val="0"/>
          <w:marBottom w:val="0"/>
          <w:divBdr>
            <w:top w:val="none" w:sz="0" w:space="0" w:color="auto"/>
            <w:left w:val="none" w:sz="0" w:space="0" w:color="auto"/>
            <w:bottom w:val="none" w:sz="0" w:space="0" w:color="auto"/>
            <w:right w:val="none" w:sz="0" w:space="0" w:color="auto"/>
          </w:divBdr>
        </w:div>
      </w:divsChild>
    </w:div>
    <w:div w:id="76093831">
      <w:bodyDiv w:val="1"/>
      <w:marLeft w:val="0"/>
      <w:marRight w:val="0"/>
      <w:marTop w:val="0"/>
      <w:marBottom w:val="0"/>
      <w:divBdr>
        <w:top w:val="none" w:sz="0" w:space="0" w:color="auto"/>
        <w:left w:val="none" w:sz="0" w:space="0" w:color="auto"/>
        <w:bottom w:val="none" w:sz="0" w:space="0" w:color="auto"/>
        <w:right w:val="none" w:sz="0" w:space="0" w:color="auto"/>
      </w:divBdr>
    </w:div>
    <w:div w:id="76246871">
      <w:bodyDiv w:val="1"/>
      <w:marLeft w:val="0"/>
      <w:marRight w:val="0"/>
      <w:marTop w:val="0"/>
      <w:marBottom w:val="0"/>
      <w:divBdr>
        <w:top w:val="none" w:sz="0" w:space="0" w:color="auto"/>
        <w:left w:val="none" w:sz="0" w:space="0" w:color="auto"/>
        <w:bottom w:val="none" w:sz="0" w:space="0" w:color="auto"/>
        <w:right w:val="none" w:sz="0" w:space="0" w:color="auto"/>
      </w:divBdr>
    </w:div>
    <w:div w:id="79722710">
      <w:bodyDiv w:val="1"/>
      <w:marLeft w:val="0"/>
      <w:marRight w:val="0"/>
      <w:marTop w:val="0"/>
      <w:marBottom w:val="0"/>
      <w:divBdr>
        <w:top w:val="none" w:sz="0" w:space="0" w:color="auto"/>
        <w:left w:val="none" w:sz="0" w:space="0" w:color="auto"/>
        <w:bottom w:val="none" w:sz="0" w:space="0" w:color="auto"/>
        <w:right w:val="none" w:sz="0" w:space="0" w:color="auto"/>
      </w:divBdr>
    </w:div>
    <w:div w:id="85537785">
      <w:bodyDiv w:val="1"/>
      <w:marLeft w:val="0"/>
      <w:marRight w:val="0"/>
      <w:marTop w:val="0"/>
      <w:marBottom w:val="0"/>
      <w:divBdr>
        <w:top w:val="none" w:sz="0" w:space="0" w:color="auto"/>
        <w:left w:val="none" w:sz="0" w:space="0" w:color="auto"/>
        <w:bottom w:val="none" w:sz="0" w:space="0" w:color="auto"/>
        <w:right w:val="none" w:sz="0" w:space="0" w:color="auto"/>
      </w:divBdr>
    </w:div>
    <w:div w:id="88088850">
      <w:bodyDiv w:val="1"/>
      <w:marLeft w:val="0"/>
      <w:marRight w:val="0"/>
      <w:marTop w:val="0"/>
      <w:marBottom w:val="0"/>
      <w:divBdr>
        <w:top w:val="none" w:sz="0" w:space="0" w:color="auto"/>
        <w:left w:val="none" w:sz="0" w:space="0" w:color="auto"/>
        <w:bottom w:val="none" w:sz="0" w:space="0" w:color="auto"/>
        <w:right w:val="none" w:sz="0" w:space="0" w:color="auto"/>
      </w:divBdr>
    </w:div>
    <w:div w:id="90049315">
      <w:bodyDiv w:val="1"/>
      <w:marLeft w:val="0"/>
      <w:marRight w:val="0"/>
      <w:marTop w:val="0"/>
      <w:marBottom w:val="0"/>
      <w:divBdr>
        <w:top w:val="none" w:sz="0" w:space="0" w:color="auto"/>
        <w:left w:val="none" w:sz="0" w:space="0" w:color="auto"/>
        <w:bottom w:val="none" w:sz="0" w:space="0" w:color="auto"/>
        <w:right w:val="none" w:sz="0" w:space="0" w:color="auto"/>
      </w:divBdr>
    </w:div>
    <w:div w:id="90703148">
      <w:bodyDiv w:val="1"/>
      <w:marLeft w:val="0"/>
      <w:marRight w:val="0"/>
      <w:marTop w:val="0"/>
      <w:marBottom w:val="0"/>
      <w:divBdr>
        <w:top w:val="none" w:sz="0" w:space="0" w:color="auto"/>
        <w:left w:val="none" w:sz="0" w:space="0" w:color="auto"/>
        <w:bottom w:val="none" w:sz="0" w:space="0" w:color="auto"/>
        <w:right w:val="none" w:sz="0" w:space="0" w:color="auto"/>
      </w:divBdr>
    </w:div>
    <w:div w:id="90786690">
      <w:bodyDiv w:val="1"/>
      <w:marLeft w:val="0"/>
      <w:marRight w:val="0"/>
      <w:marTop w:val="0"/>
      <w:marBottom w:val="0"/>
      <w:divBdr>
        <w:top w:val="none" w:sz="0" w:space="0" w:color="auto"/>
        <w:left w:val="none" w:sz="0" w:space="0" w:color="auto"/>
        <w:bottom w:val="none" w:sz="0" w:space="0" w:color="auto"/>
        <w:right w:val="none" w:sz="0" w:space="0" w:color="auto"/>
      </w:divBdr>
    </w:div>
    <w:div w:id="98255095">
      <w:bodyDiv w:val="1"/>
      <w:marLeft w:val="0"/>
      <w:marRight w:val="0"/>
      <w:marTop w:val="0"/>
      <w:marBottom w:val="0"/>
      <w:divBdr>
        <w:top w:val="none" w:sz="0" w:space="0" w:color="auto"/>
        <w:left w:val="none" w:sz="0" w:space="0" w:color="auto"/>
        <w:bottom w:val="none" w:sz="0" w:space="0" w:color="auto"/>
        <w:right w:val="none" w:sz="0" w:space="0" w:color="auto"/>
      </w:divBdr>
    </w:div>
    <w:div w:id="98373004">
      <w:bodyDiv w:val="1"/>
      <w:marLeft w:val="0"/>
      <w:marRight w:val="0"/>
      <w:marTop w:val="0"/>
      <w:marBottom w:val="0"/>
      <w:divBdr>
        <w:top w:val="none" w:sz="0" w:space="0" w:color="auto"/>
        <w:left w:val="none" w:sz="0" w:space="0" w:color="auto"/>
        <w:bottom w:val="none" w:sz="0" w:space="0" w:color="auto"/>
        <w:right w:val="none" w:sz="0" w:space="0" w:color="auto"/>
      </w:divBdr>
      <w:divsChild>
        <w:div w:id="65274179">
          <w:marLeft w:val="480"/>
          <w:marRight w:val="0"/>
          <w:marTop w:val="0"/>
          <w:marBottom w:val="0"/>
          <w:divBdr>
            <w:top w:val="none" w:sz="0" w:space="0" w:color="auto"/>
            <w:left w:val="none" w:sz="0" w:space="0" w:color="auto"/>
            <w:bottom w:val="none" w:sz="0" w:space="0" w:color="auto"/>
            <w:right w:val="none" w:sz="0" w:space="0" w:color="auto"/>
          </w:divBdr>
        </w:div>
        <w:div w:id="148715142">
          <w:marLeft w:val="480"/>
          <w:marRight w:val="0"/>
          <w:marTop w:val="0"/>
          <w:marBottom w:val="0"/>
          <w:divBdr>
            <w:top w:val="none" w:sz="0" w:space="0" w:color="auto"/>
            <w:left w:val="none" w:sz="0" w:space="0" w:color="auto"/>
            <w:bottom w:val="none" w:sz="0" w:space="0" w:color="auto"/>
            <w:right w:val="none" w:sz="0" w:space="0" w:color="auto"/>
          </w:divBdr>
        </w:div>
        <w:div w:id="174929031">
          <w:marLeft w:val="480"/>
          <w:marRight w:val="0"/>
          <w:marTop w:val="0"/>
          <w:marBottom w:val="0"/>
          <w:divBdr>
            <w:top w:val="none" w:sz="0" w:space="0" w:color="auto"/>
            <w:left w:val="none" w:sz="0" w:space="0" w:color="auto"/>
            <w:bottom w:val="none" w:sz="0" w:space="0" w:color="auto"/>
            <w:right w:val="none" w:sz="0" w:space="0" w:color="auto"/>
          </w:divBdr>
        </w:div>
        <w:div w:id="332684103">
          <w:marLeft w:val="480"/>
          <w:marRight w:val="0"/>
          <w:marTop w:val="0"/>
          <w:marBottom w:val="0"/>
          <w:divBdr>
            <w:top w:val="none" w:sz="0" w:space="0" w:color="auto"/>
            <w:left w:val="none" w:sz="0" w:space="0" w:color="auto"/>
            <w:bottom w:val="none" w:sz="0" w:space="0" w:color="auto"/>
            <w:right w:val="none" w:sz="0" w:space="0" w:color="auto"/>
          </w:divBdr>
        </w:div>
        <w:div w:id="456215808">
          <w:marLeft w:val="480"/>
          <w:marRight w:val="0"/>
          <w:marTop w:val="0"/>
          <w:marBottom w:val="0"/>
          <w:divBdr>
            <w:top w:val="none" w:sz="0" w:space="0" w:color="auto"/>
            <w:left w:val="none" w:sz="0" w:space="0" w:color="auto"/>
            <w:bottom w:val="none" w:sz="0" w:space="0" w:color="auto"/>
            <w:right w:val="none" w:sz="0" w:space="0" w:color="auto"/>
          </w:divBdr>
        </w:div>
        <w:div w:id="595021457">
          <w:marLeft w:val="480"/>
          <w:marRight w:val="0"/>
          <w:marTop w:val="0"/>
          <w:marBottom w:val="0"/>
          <w:divBdr>
            <w:top w:val="none" w:sz="0" w:space="0" w:color="auto"/>
            <w:left w:val="none" w:sz="0" w:space="0" w:color="auto"/>
            <w:bottom w:val="none" w:sz="0" w:space="0" w:color="auto"/>
            <w:right w:val="none" w:sz="0" w:space="0" w:color="auto"/>
          </w:divBdr>
        </w:div>
        <w:div w:id="692153242">
          <w:marLeft w:val="480"/>
          <w:marRight w:val="0"/>
          <w:marTop w:val="0"/>
          <w:marBottom w:val="0"/>
          <w:divBdr>
            <w:top w:val="none" w:sz="0" w:space="0" w:color="auto"/>
            <w:left w:val="none" w:sz="0" w:space="0" w:color="auto"/>
            <w:bottom w:val="none" w:sz="0" w:space="0" w:color="auto"/>
            <w:right w:val="none" w:sz="0" w:space="0" w:color="auto"/>
          </w:divBdr>
        </w:div>
        <w:div w:id="698094145">
          <w:marLeft w:val="480"/>
          <w:marRight w:val="0"/>
          <w:marTop w:val="0"/>
          <w:marBottom w:val="0"/>
          <w:divBdr>
            <w:top w:val="none" w:sz="0" w:space="0" w:color="auto"/>
            <w:left w:val="none" w:sz="0" w:space="0" w:color="auto"/>
            <w:bottom w:val="none" w:sz="0" w:space="0" w:color="auto"/>
            <w:right w:val="none" w:sz="0" w:space="0" w:color="auto"/>
          </w:divBdr>
        </w:div>
        <w:div w:id="750808256">
          <w:marLeft w:val="480"/>
          <w:marRight w:val="0"/>
          <w:marTop w:val="0"/>
          <w:marBottom w:val="0"/>
          <w:divBdr>
            <w:top w:val="none" w:sz="0" w:space="0" w:color="auto"/>
            <w:left w:val="none" w:sz="0" w:space="0" w:color="auto"/>
            <w:bottom w:val="none" w:sz="0" w:space="0" w:color="auto"/>
            <w:right w:val="none" w:sz="0" w:space="0" w:color="auto"/>
          </w:divBdr>
        </w:div>
        <w:div w:id="761754327">
          <w:marLeft w:val="480"/>
          <w:marRight w:val="0"/>
          <w:marTop w:val="0"/>
          <w:marBottom w:val="0"/>
          <w:divBdr>
            <w:top w:val="none" w:sz="0" w:space="0" w:color="auto"/>
            <w:left w:val="none" w:sz="0" w:space="0" w:color="auto"/>
            <w:bottom w:val="none" w:sz="0" w:space="0" w:color="auto"/>
            <w:right w:val="none" w:sz="0" w:space="0" w:color="auto"/>
          </w:divBdr>
        </w:div>
        <w:div w:id="762267949">
          <w:marLeft w:val="480"/>
          <w:marRight w:val="0"/>
          <w:marTop w:val="0"/>
          <w:marBottom w:val="0"/>
          <w:divBdr>
            <w:top w:val="none" w:sz="0" w:space="0" w:color="auto"/>
            <w:left w:val="none" w:sz="0" w:space="0" w:color="auto"/>
            <w:bottom w:val="none" w:sz="0" w:space="0" w:color="auto"/>
            <w:right w:val="none" w:sz="0" w:space="0" w:color="auto"/>
          </w:divBdr>
        </w:div>
        <w:div w:id="879785258">
          <w:marLeft w:val="480"/>
          <w:marRight w:val="0"/>
          <w:marTop w:val="0"/>
          <w:marBottom w:val="0"/>
          <w:divBdr>
            <w:top w:val="none" w:sz="0" w:space="0" w:color="auto"/>
            <w:left w:val="none" w:sz="0" w:space="0" w:color="auto"/>
            <w:bottom w:val="none" w:sz="0" w:space="0" w:color="auto"/>
            <w:right w:val="none" w:sz="0" w:space="0" w:color="auto"/>
          </w:divBdr>
        </w:div>
        <w:div w:id="937180428">
          <w:marLeft w:val="480"/>
          <w:marRight w:val="0"/>
          <w:marTop w:val="0"/>
          <w:marBottom w:val="0"/>
          <w:divBdr>
            <w:top w:val="none" w:sz="0" w:space="0" w:color="auto"/>
            <w:left w:val="none" w:sz="0" w:space="0" w:color="auto"/>
            <w:bottom w:val="none" w:sz="0" w:space="0" w:color="auto"/>
            <w:right w:val="none" w:sz="0" w:space="0" w:color="auto"/>
          </w:divBdr>
        </w:div>
        <w:div w:id="954095997">
          <w:marLeft w:val="480"/>
          <w:marRight w:val="0"/>
          <w:marTop w:val="0"/>
          <w:marBottom w:val="0"/>
          <w:divBdr>
            <w:top w:val="none" w:sz="0" w:space="0" w:color="auto"/>
            <w:left w:val="none" w:sz="0" w:space="0" w:color="auto"/>
            <w:bottom w:val="none" w:sz="0" w:space="0" w:color="auto"/>
            <w:right w:val="none" w:sz="0" w:space="0" w:color="auto"/>
          </w:divBdr>
        </w:div>
        <w:div w:id="1053239175">
          <w:marLeft w:val="480"/>
          <w:marRight w:val="0"/>
          <w:marTop w:val="0"/>
          <w:marBottom w:val="0"/>
          <w:divBdr>
            <w:top w:val="none" w:sz="0" w:space="0" w:color="auto"/>
            <w:left w:val="none" w:sz="0" w:space="0" w:color="auto"/>
            <w:bottom w:val="none" w:sz="0" w:space="0" w:color="auto"/>
            <w:right w:val="none" w:sz="0" w:space="0" w:color="auto"/>
          </w:divBdr>
        </w:div>
        <w:div w:id="1094126651">
          <w:marLeft w:val="480"/>
          <w:marRight w:val="0"/>
          <w:marTop w:val="0"/>
          <w:marBottom w:val="0"/>
          <w:divBdr>
            <w:top w:val="none" w:sz="0" w:space="0" w:color="auto"/>
            <w:left w:val="none" w:sz="0" w:space="0" w:color="auto"/>
            <w:bottom w:val="none" w:sz="0" w:space="0" w:color="auto"/>
            <w:right w:val="none" w:sz="0" w:space="0" w:color="auto"/>
          </w:divBdr>
        </w:div>
        <w:div w:id="1151141710">
          <w:marLeft w:val="480"/>
          <w:marRight w:val="0"/>
          <w:marTop w:val="0"/>
          <w:marBottom w:val="0"/>
          <w:divBdr>
            <w:top w:val="none" w:sz="0" w:space="0" w:color="auto"/>
            <w:left w:val="none" w:sz="0" w:space="0" w:color="auto"/>
            <w:bottom w:val="none" w:sz="0" w:space="0" w:color="auto"/>
            <w:right w:val="none" w:sz="0" w:space="0" w:color="auto"/>
          </w:divBdr>
        </w:div>
        <w:div w:id="1163471889">
          <w:marLeft w:val="480"/>
          <w:marRight w:val="0"/>
          <w:marTop w:val="0"/>
          <w:marBottom w:val="0"/>
          <w:divBdr>
            <w:top w:val="none" w:sz="0" w:space="0" w:color="auto"/>
            <w:left w:val="none" w:sz="0" w:space="0" w:color="auto"/>
            <w:bottom w:val="none" w:sz="0" w:space="0" w:color="auto"/>
            <w:right w:val="none" w:sz="0" w:space="0" w:color="auto"/>
          </w:divBdr>
        </w:div>
        <w:div w:id="1278215016">
          <w:marLeft w:val="480"/>
          <w:marRight w:val="0"/>
          <w:marTop w:val="0"/>
          <w:marBottom w:val="0"/>
          <w:divBdr>
            <w:top w:val="none" w:sz="0" w:space="0" w:color="auto"/>
            <w:left w:val="none" w:sz="0" w:space="0" w:color="auto"/>
            <w:bottom w:val="none" w:sz="0" w:space="0" w:color="auto"/>
            <w:right w:val="none" w:sz="0" w:space="0" w:color="auto"/>
          </w:divBdr>
        </w:div>
        <w:div w:id="1391419237">
          <w:marLeft w:val="480"/>
          <w:marRight w:val="0"/>
          <w:marTop w:val="0"/>
          <w:marBottom w:val="0"/>
          <w:divBdr>
            <w:top w:val="none" w:sz="0" w:space="0" w:color="auto"/>
            <w:left w:val="none" w:sz="0" w:space="0" w:color="auto"/>
            <w:bottom w:val="none" w:sz="0" w:space="0" w:color="auto"/>
            <w:right w:val="none" w:sz="0" w:space="0" w:color="auto"/>
          </w:divBdr>
        </w:div>
        <w:div w:id="1392145815">
          <w:marLeft w:val="480"/>
          <w:marRight w:val="0"/>
          <w:marTop w:val="0"/>
          <w:marBottom w:val="0"/>
          <w:divBdr>
            <w:top w:val="none" w:sz="0" w:space="0" w:color="auto"/>
            <w:left w:val="none" w:sz="0" w:space="0" w:color="auto"/>
            <w:bottom w:val="none" w:sz="0" w:space="0" w:color="auto"/>
            <w:right w:val="none" w:sz="0" w:space="0" w:color="auto"/>
          </w:divBdr>
        </w:div>
        <w:div w:id="1470974831">
          <w:marLeft w:val="480"/>
          <w:marRight w:val="0"/>
          <w:marTop w:val="0"/>
          <w:marBottom w:val="0"/>
          <w:divBdr>
            <w:top w:val="none" w:sz="0" w:space="0" w:color="auto"/>
            <w:left w:val="none" w:sz="0" w:space="0" w:color="auto"/>
            <w:bottom w:val="none" w:sz="0" w:space="0" w:color="auto"/>
            <w:right w:val="none" w:sz="0" w:space="0" w:color="auto"/>
          </w:divBdr>
        </w:div>
        <w:div w:id="1508010999">
          <w:marLeft w:val="480"/>
          <w:marRight w:val="0"/>
          <w:marTop w:val="0"/>
          <w:marBottom w:val="0"/>
          <w:divBdr>
            <w:top w:val="none" w:sz="0" w:space="0" w:color="auto"/>
            <w:left w:val="none" w:sz="0" w:space="0" w:color="auto"/>
            <w:bottom w:val="none" w:sz="0" w:space="0" w:color="auto"/>
            <w:right w:val="none" w:sz="0" w:space="0" w:color="auto"/>
          </w:divBdr>
        </w:div>
        <w:div w:id="1564217263">
          <w:marLeft w:val="480"/>
          <w:marRight w:val="0"/>
          <w:marTop w:val="0"/>
          <w:marBottom w:val="0"/>
          <w:divBdr>
            <w:top w:val="none" w:sz="0" w:space="0" w:color="auto"/>
            <w:left w:val="none" w:sz="0" w:space="0" w:color="auto"/>
            <w:bottom w:val="none" w:sz="0" w:space="0" w:color="auto"/>
            <w:right w:val="none" w:sz="0" w:space="0" w:color="auto"/>
          </w:divBdr>
        </w:div>
        <w:div w:id="1609391238">
          <w:marLeft w:val="480"/>
          <w:marRight w:val="0"/>
          <w:marTop w:val="0"/>
          <w:marBottom w:val="0"/>
          <w:divBdr>
            <w:top w:val="none" w:sz="0" w:space="0" w:color="auto"/>
            <w:left w:val="none" w:sz="0" w:space="0" w:color="auto"/>
            <w:bottom w:val="none" w:sz="0" w:space="0" w:color="auto"/>
            <w:right w:val="none" w:sz="0" w:space="0" w:color="auto"/>
          </w:divBdr>
        </w:div>
        <w:div w:id="1632711319">
          <w:marLeft w:val="480"/>
          <w:marRight w:val="0"/>
          <w:marTop w:val="0"/>
          <w:marBottom w:val="0"/>
          <w:divBdr>
            <w:top w:val="none" w:sz="0" w:space="0" w:color="auto"/>
            <w:left w:val="none" w:sz="0" w:space="0" w:color="auto"/>
            <w:bottom w:val="none" w:sz="0" w:space="0" w:color="auto"/>
            <w:right w:val="none" w:sz="0" w:space="0" w:color="auto"/>
          </w:divBdr>
        </w:div>
        <w:div w:id="1917780555">
          <w:marLeft w:val="480"/>
          <w:marRight w:val="0"/>
          <w:marTop w:val="0"/>
          <w:marBottom w:val="0"/>
          <w:divBdr>
            <w:top w:val="none" w:sz="0" w:space="0" w:color="auto"/>
            <w:left w:val="none" w:sz="0" w:space="0" w:color="auto"/>
            <w:bottom w:val="none" w:sz="0" w:space="0" w:color="auto"/>
            <w:right w:val="none" w:sz="0" w:space="0" w:color="auto"/>
          </w:divBdr>
        </w:div>
        <w:div w:id="1926648542">
          <w:marLeft w:val="480"/>
          <w:marRight w:val="0"/>
          <w:marTop w:val="0"/>
          <w:marBottom w:val="0"/>
          <w:divBdr>
            <w:top w:val="none" w:sz="0" w:space="0" w:color="auto"/>
            <w:left w:val="none" w:sz="0" w:space="0" w:color="auto"/>
            <w:bottom w:val="none" w:sz="0" w:space="0" w:color="auto"/>
            <w:right w:val="none" w:sz="0" w:space="0" w:color="auto"/>
          </w:divBdr>
        </w:div>
        <w:div w:id="1928688648">
          <w:marLeft w:val="480"/>
          <w:marRight w:val="0"/>
          <w:marTop w:val="0"/>
          <w:marBottom w:val="0"/>
          <w:divBdr>
            <w:top w:val="none" w:sz="0" w:space="0" w:color="auto"/>
            <w:left w:val="none" w:sz="0" w:space="0" w:color="auto"/>
            <w:bottom w:val="none" w:sz="0" w:space="0" w:color="auto"/>
            <w:right w:val="none" w:sz="0" w:space="0" w:color="auto"/>
          </w:divBdr>
        </w:div>
        <w:div w:id="2001076938">
          <w:marLeft w:val="480"/>
          <w:marRight w:val="0"/>
          <w:marTop w:val="0"/>
          <w:marBottom w:val="0"/>
          <w:divBdr>
            <w:top w:val="none" w:sz="0" w:space="0" w:color="auto"/>
            <w:left w:val="none" w:sz="0" w:space="0" w:color="auto"/>
            <w:bottom w:val="none" w:sz="0" w:space="0" w:color="auto"/>
            <w:right w:val="none" w:sz="0" w:space="0" w:color="auto"/>
          </w:divBdr>
        </w:div>
        <w:div w:id="2063090549">
          <w:marLeft w:val="480"/>
          <w:marRight w:val="0"/>
          <w:marTop w:val="0"/>
          <w:marBottom w:val="0"/>
          <w:divBdr>
            <w:top w:val="none" w:sz="0" w:space="0" w:color="auto"/>
            <w:left w:val="none" w:sz="0" w:space="0" w:color="auto"/>
            <w:bottom w:val="none" w:sz="0" w:space="0" w:color="auto"/>
            <w:right w:val="none" w:sz="0" w:space="0" w:color="auto"/>
          </w:divBdr>
        </w:div>
        <w:div w:id="2074965093">
          <w:marLeft w:val="480"/>
          <w:marRight w:val="0"/>
          <w:marTop w:val="0"/>
          <w:marBottom w:val="0"/>
          <w:divBdr>
            <w:top w:val="none" w:sz="0" w:space="0" w:color="auto"/>
            <w:left w:val="none" w:sz="0" w:space="0" w:color="auto"/>
            <w:bottom w:val="none" w:sz="0" w:space="0" w:color="auto"/>
            <w:right w:val="none" w:sz="0" w:space="0" w:color="auto"/>
          </w:divBdr>
        </w:div>
        <w:div w:id="2090231057">
          <w:marLeft w:val="480"/>
          <w:marRight w:val="0"/>
          <w:marTop w:val="0"/>
          <w:marBottom w:val="0"/>
          <w:divBdr>
            <w:top w:val="none" w:sz="0" w:space="0" w:color="auto"/>
            <w:left w:val="none" w:sz="0" w:space="0" w:color="auto"/>
            <w:bottom w:val="none" w:sz="0" w:space="0" w:color="auto"/>
            <w:right w:val="none" w:sz="0" w:space="0" w:color="auto"/>
          </w:divBdr>
        </w:div>
        <w:div w:id="2126806314">
          <w:marLeft w:val="480"/>
          <w:marRight w:val="0"/>
          <w:marTop w:val="0"/>
          <w:marBottom w:val="0"/>
          <w:divBdr>
            <w:top w:val="none" w:sz="0" w:space="0" w:color="auto"/>
            <w:left w:val="none" w:sz="0" w:space="0" w:color="auto"/>
            <w:bottom w:val="none" w:sz="0" w:space="0" w:color="auto"/>
            <w:right w:val="none" w:sz="0" w:space="0" w:color="auto"/>
          </w:divBdr>
        </w:div>
      </w:divsChild>
    </w:div>
    <w:div w:id="99306306">
      <w:bodyDiv w:val="1"/>
      <w:marLeft w:val="0"/>
      <w:marRight w:val="0"/>
      <w:marTop w:val="0"/>
      <w:marBottom w:val="0"/>
      <w:divBdr>
        <w:top w:val="none" w:sz="0" w:space="0" w:color="auto"/>
        <w:left w:val="none" w:sz="0" w:space="0" w:color="auto"/>
        <w:bottom w:val="none" w:sz="0" w:space="0" w:color="auto"/>
        <w:right w:val="none" w:sz="0" w:space="0" w:color="auto"/>
      </w:divBdr>
    </w:div>
    <w:div w:id="100104306">
      <w:bodyDiv w:val="1"/>
      <w:marLeft w:val="0"/>
      <w:marRight w:val="0"/>
      <w:marTop w:val="0"/>
      <w:marBottom w:val="0"/>
      <w:divBdr>
        <w:top w:val="none" w:sz="0" w:space="0" w:color="auto"/>
        <w:left w:val="none" w:sz="0" w:space="0" w:color="auto"/>
        <w:bottom w:val="none" w:sz="0" w:space="0" w:color="auto"/>
        <w:right w:val="none" w:sz="0" w:space="0" w:color="auto"/>
      </w:divBdr>
    </w:div>
    <w:div w:id="100106158">
      <w:bodyDiv w:val="1"/>
      <w:marLeft w:val="0"/>
      <w:marRight w:val="0"/>
      <w:marTop w:val="0"/>
      <w:marBottom w:val="0"/>
      <w:divBdr>
        <w:top w:val="none" w:sz="0" w:space="0" w:color="auto"/>
        <w:left w:val="none" w:sz="0" w:space="0" w:color="auto"/>
        <w:bottom w:val="none" w:sz="0" w:space="0" w:color="auto"/>
        <w:right w:val="none" w:sz="0" w:space="0" w:color="auto"/>
      </w:divBdr>
    </w:div>
    <w:div w:id="100344275">
      <w:bodyDiv w:val="1"/>
      <w:marLeft w:val="0"/>
      <w:marRight w:val="0"/>
      <w:marTop w:val="0"/>
      <w:marBottom w:val="0"/>
      <w:divBdr>
        <w:top w:val="none" w:sz="0" w:space="0" w:color="auto"/>
        <w:left w:val="none" w:sz="0" w:space="0" w:color="auto"/>
        <w:bottom w:val="none" w:sz="0" w:space="0" w:color="auto"/>
        <w:right w:val="none" w:sz="0" w:space="0" w:color="auto"/>
      </w:divBdr>
      <w:divsChild>
        <w:div w:id="27920180">
          <w:marLeft w:val="480"/>
          <w:marRight w:val="0"/>
          <w:marTop w:val="0"/>
          <w:marBottom w:val="0"/>
          <w:divBdr>
            <w:top w:val="none" w:sz="0" w:space="0" w:color="auto"/>
            <w:left w:val="none" w:sz="0" w:space="0" w:color="auto"/>
            <w:bottom w:val="none" w:sz="0" w:space="0" w:color="auto"/>
            <w:right w:val="none" w:sz="0" w:space="0" w:color="auto"/>
          </w:divBdr>
        </w:div>
        <w:div w:id="151220669">
          <w:marLeft w:val="480"/>
          <w:marRight w:val="0"/>
          <w:marTop w:val="0"/>
          <w:marBottom w:val="0"/>
          <w:divBdr>
            <w:top w:val="none" w:sz="0" w:space="0" w:color="auto"/>
            <w:left w:val="none" w:sz="0" w:space="0" w:color="auto"/>
            <w:bottom w:val="none" w:sz="0" w:space="0" w:color="auto"/>
            <w:right w:val="none" w:sz="0" w:space="0" w:color="auto"/>
          </w:divBdr>
        </w:div>
        <w:div w:id="283192992">
          <w:marLeft w:val="480"/>
          <w:marRight w:val="0"/>
          <w:marTop w:val="0"/>
          <w:marBottom w:val="0"/>
          <w:divBdr>
            <w:top w:val="none" w:sz="0" w:space="0" w:color="auto"/>
            <w:left w:val="none" w:sz="0" w:space="0" w:color="auto"/>
            <w:bottom w:val="none" w:sz="0" w:space="0" w:color="auto"/>
            <w:right w:val="none" w:sz="0" w:space="0" w:color="auto"/>
          </w:divBdr>
        </w:div>
        <w:div w:id="441607019">
          <w:marLeft w:val="480"/>
          <w:marRight w:val="0"/>
          <w:marTop w:val="0"/>
          <w:marBottom w:val="0"/>
          <w:divBdr>
            <w:top w:val="none" w:sz="0" w:space="0" w:color="auto"/>
            <w:left w:val="none" w:sz="0" w:space="0" w:color="auto"/>
            <w:bottom w:val="none" w:sz="0" w:space="0" w:color="auto"/>
            <w:right w:val="none" w:sz="0" w:space="0" w:color="auto"/>
          </w:divBdr>
        </w:div>
        <w:div w:id="497842063">
          <w:marLeft w:val="480"/>
          <w:marRight w:val="0"/>
          <w:marTop w:val="0"/>
          <w:marBottom w:val="0"/>
          <w:divBdr>
            <w:top w:val="none" w:sz="0" w:space="0" w:color="auto"/>
            <w:left w:val="none" w:sz="0" w:space="0" w:color="auto"/>
            <w:bottom w:val="none" w:sz="0" w:space="0" w:color="auto"/>
            <w:right w:val="none" w:sz="0" w:space="0" w:color="auto"/>
          </w:divBdr>
        </w:div>
        <w:div w:id="751664077">
          <w:marLeft w:val="480"/>
          <w:marRight w:val="0"/>
          <w:marTop w:val="0"/>
          <w:marBottom w:val="0"/>
          <w:divBdr>
            <w:top w:val="none" w:sz="0" w:space="0" w:color="auto"/>
            <w:left w:val="none" w:sz="0" w:space="0" w:color="auto"/>
            <w:bottom w:val="none" w:sz="0" w:space="0" w:color="auto"/>
            <w:right w:val="none" w:sz="0" w:space="0" w:color="auto"/>
          </w:divBdr>
        </w:div>
        <w:div w:id="899054762">
          <w:marLeft w:val="480"/>
          <w:marRight w:val="0"/>
          <w:marTop w:val="0"/>
          <w:marBottom w:val="0"/>
          <w:divBdr>
            <w:top w:val="none" w:sz="0" w:space="0" w:color="auto"/>
            <w:left w:val="none" w:sz="0" w:space="0" w:color="auto"/>
            <w:bottom w:val="none" w:sz="0" w:space="0" w:color="auto"/>
            <w:right w:val="none" w:sz="0" w:space="0" w:color="auto"/>
          </w:divBdr>
        </w:div>
        <w:div w:id="1277565841">
          <w:marLeft w:val="480"/>
          <w:marRight w:val="0"/>
          <w:marTop w:val="0"/>
          <w:marBottom w:val="0"/>
          <w:divBdr>
            <w:top w:val="none" w:sz="0" w:space="0" w:color="auto"/>
            <w:left w:val="none" w:sz="0" w:space="0" w:color="auto"/>
            <w:bottom w:val="none" w:sz="0" w:space="0" w:color="auto"/>
            <w:right w:val="none" w:sz="0" w:space="0" w:color="auto"/>
          </w:divBdr>
        </w:div>
        <w:div w:id="1737194001">
          <w:marLeft w:val="480"/>
          <w:marRight w:val="0"/>
          <w:marTop w:val="0"/>
          <w:marBottom w:val="0"/>
          <w:divBdr>
            <w:top w:val="none" w:sz="0" w:space="0" w:color="auto"/>
            <w:left w:val="none" w:sz="0" w:space="0" w:color="auto"/>
            <w:bottom w:val="none" w:sz="0" w:space="0" w:color="auto"/>
            <w:right w:val="none" w:sz="0" w:space="0" w:color="auto"/>
          </w:divBdr>
        </w:div>
        <w:div w:id="1887906518">
          <w:marLeft w:val="480"/>
          <w:marRight w:val="0"/>
          <w:marTop w:val="0"/>
          <w:marBottom w:val="0"/>
          <w:divBdr>
            <w:top w:val="none" w:sz="0" w:space="0" w:color="auto"/>
            <w:left w:val="none" w:sz="0" w:space="0" w:color="auto"/>
            <w:bottom w:val="none" w:sz="0" w:space="0" w:color="auto"/>
            <w:right w:val="none" w:sz="0" w:space="0" w:color="auto"/>
          </w:divBdr>
        </w:div>
        <w:div w:id="1911848707">
          <w:marLeft w:val="480"/>
          <w:marRight w:val="0"/>
          <w:marTop w:val="0"/>
          <w:marBottom w:val="0"/>
          <w:divBdr>
            <w:top w:val="none" w:sz="0" w:space="0" w:color="auto"/>
            <w:left w:val="none" w:sz="0" w:space="0" w:color="auto"/>
            <w:bottom w:val="none" w:sz="0" w:space="0" w:color="auto"/>
            <w:right w:val="none" w:sz="0" w:space="0" w:color="auto"/>
          </w:divBdr>
        </w:div>
      </w:divsChild>
    </w:div>
    <w:div w:id="103765887">
      <w:bodyDiv w:val="1"/>
      <w:marLeft w:val="0"/>
      <w:marRight w:val="0"/>
      <w:marTop w:val="0"/>
      <w:marBottom w:val="0"/>
      <w:divBdr>
        <w:top w:val="none" w:sz="0" w:space="0" w:color="auto"/>
        <w:left w:val="none" w:sz="0" w:space="0" w:color="auto"/>
        <w:bottom w:val="none" w:sz="0" w:space="0" w:color="auto"/>
        <w:right w:val="none" w:sz="0" w:space="0" w:color="auto"/>
      </w:divBdr>
      <w:divsChild>
        <w:div w:id="62605355">
          <w:marLeft w:val="480"/>
          <w:marRight w:val="0"/>
          <w:marTop w:val="0"/>
          <w:marBottom w:val="0"/>
          <w:divBdr>
            <w:top w:val="none" w:sz="0" w:space="0" w:color="auto"/>
            <w:left w:val="none" w:sz="0" w:space="0" w:color="auto"/>
            <w:bottom w:val="none" w:sz="0" w:space="0" w:color="auto"/>
            <w:right w:val="none" w:sz="0" w:space="0" w:color="auto"/>
          </w:divBdr>
        </w:div>
        <w:div w:id="98530134">
          <w:marLeft w:val="480"/>
          <w:marRight w:val="0"/>
          <w:marTop w:val="0"/>
          <w:marBottom w:val="0"/>
          <w:divBdr>
            <w:top w:val="none" w:sz="0" w:space="0" w:color="auto"/>
            <w:left w:val="none" w:sz="0" w:space="0" w:color="auto"/>
            <w:bottom w:val="none" w:sz="0" w:space="0" w:color="auto"/>
            <w:right w:val="none" w:sz="0" w:space="0" w:color="auto"/>
          </w:divBdr>
        </w:div>
        <w:div w:id="301471031">
          <w:marLeft w:val="480"/>
          <w:marRight w:val="0"/>
          <w:marTop w:val="0"/>
          <w:marBottom w:val="0"/>
          <w:divBdr>
            <w:top w:val="none" w:sz="0" w:space="0" w:color="auto"/>
            <w:left w:val="none" w:sz="0" w:space="0" w:color="auto"/>
            <w:bottom w:val="none" w:sz="0" w:space="0" w:color="auto"/>
            <w:right w:val="none" w:sz="0" w:space="0" w:color="auto"/>
          </w:divBdr>
        </w:div>
        <w:div w:id="477763821">
          <w:marLeft w:val="480"/>
          <w:marRight w:val="0"/>
          <w:marTop w:val="0"/>
          <w:marBottom w:val="0"/>
          <w:divBdr>
            <w:top w:val="none" w:sz="0" w:space="0" w:color="auto"/>
            <w:left w:val="none" w:sz="0" w:space="0" w:color="auto"/>
            <w:bottom w:val="none" w:sz="0" w:space="0" w:color="auto"/>
            <w:right w:val="none" w:sz="0" w:space="0" w:color="auto"/>
          </w:divBdr>
        </w:div>
        <w:div w:id="545677263">
          <w:marLeft w:val="480"/>
          <w:marRight w:val="0"/>
          <w:marTop w:val="0"/>
          <w:marBottom w:val="0"/>
          <w:divBdr>
            <w:top w:val="none" w:sz="0" w:space="0" w:color="auto"/>
            <w:left w:val="none" w:sz="0" w:space="0" w:color="auto"/>
            <w:bottom w:val="none" w:sz="0" w:space="0" w:color="auto"/>
            <w:right w:val="none" w:sz="0" w:space="0" w:color="auto"/>
          </w:divBdr>
        </w:div>
        <w:div w:id="612173740">
          <w:marLeft w:val="480"/>
          <w:marRight w:val="0"/>
          <w:marTop w:val="0"/>
          <w:marBottom w:val="0"/>
          <w:divBdr>
            <w:top w:val="none" w:sz="0" w:space="0" w:color="auto"/>
            <w:left w:val="none" w:sz="0" w:space="0" w:color="auto"/>
            <w:bottom w:val="none" w:sz="0" w:space="0" w:color="auto"/>
            <w:right w:val="none" w:sz="0" w:space="0" w:color="auto"/>
          </w:divBdr>
        </w:div>
        <w:div w:id="653066832">
          <w:marLeft w:val="480"/>
          <w:marRight w:val="0"/>
          <w:marTop w:val="0"/>
          <w:marBottom w:val="0"/>
          <w:divBdr>
            <w:top w:val="none" w:sz="0" w:space="0" w:color="auto"/>
            <w:left w:val="none" w:sz="0" w:space="0" w:color="auto"/>
            <w:bottom w:val="none" w:sz="0" w:space="0" w:color="auto"/>
            <w:right w:val="none" w:sz="0" w:space="0" w:color="auto"/>
          </w:divBdr>
        </w:div>
        <w:div w:id="695273369">
          <w:marLeft w:val="480"/>
          <w:marRight w:val="0"/>
          <w:marTop w:val="0"/>
          <w:marBottom w:val="0"/>
          <w:divBdr>
            <w:top w:val="none" w:sz="0" w:space="0" w:color="auto"/>
            <w:left w:val="none" w:sz="0" w:space="0" w:color="auto"/>
            <w:bottom w:val="none" w:sz="0" w:space="0" w:color="auto"/>
            <w:right w:val="none" w:sz="0" w:space="0" w:color="auto"/>
          </w:divBdr>
        </w:div>
        <w:div w:id="884754591">
          <w:marLeft w:val="480"/>
          <w:marRight w:val="0"/>
          <w:marTop w:val="0"/>
          <w:marBottom w:val="0"/>
          <w:divBdr>
            <w:top w:val="none" w:sz="0" w:space="0" w:color="auto"/>
            <w:left w:val="none" w:sz="0" w:space="0" w:color="auto"/>
            <w:bottom w:val="none" w:sz="0" w:space="0" w:color="auto"/>
            <w:right w:val="none" w:sz="0" w:space="0" w:color="auto"/>
          </w:divBdr>
        </w:div>
        <w:div w:id="944270832">
          <w:marLeft w:val="480"/>
          <w:marRight w:val="0"/>
          <w:marTop w:val="0"/>
          <w:marBottom w:val="0"/>
          <w:divBdr>
            <w:top w:val="none" w:sz="0" w:space="0" w:color="auto"/>
            <w:left w:val="none" w:sz="0" w:space="0" w:color="auto"/>
            <w:bottom w:val="none" w:sz="0" w:space="0" w:color="auto"/>
            <w:right w:val="none" w:sz="0" w:space="0" w:color="auto"/>
          </w:divBdr>
        </w:div>
        <w:div w:id="1211916934">
          <w:marLeft w:val="480"/>
          <w:marRight w:val="0"/>
          <w:marTop w:val="0"/>
          <w:marBottom w:val="0"/>
          <w:divBdr>
            <w:top w:val="none" w:sz="0" w:space="0" w:color="auto"/>
            <w:left w:val="none" w:sz="0" w:space="0" w:color="auto"/>
            <w:bottom w:val="none" w:sz="0" w:space="0" w:color="auto"/>
            <w:right w:val="none" w:sz="0" w:space="0" w:color="auto"/>
          </w:divBdr>
        </w:div>
        <w:div w:id="1247110957">
          <w:marLeft w:val="480"/>
          <w:marRight w:val="0"/>
          <w:marTop w:val="0"/>
          <w:marBottom w:val="0"/>
          <w:divBdr>
            <w:top w:val="none" w:sz="0" w:space="0" w:color="auto"/>
            <w:left w:val="none" w:sz="0" w:space="0" w:color="auto"/>
            <w:bottom w:val="none" w:sz="0" w:space="0" w:color="auto"/>
            <w:right w:val="none" w:sz="0" w:space="0" w:color="auto"/>
          </w:divBdr>
        </w:div>
        <w:div w:id="1341470781">
          <w:marLeft w:val="480"/>
          <w:marRight w:val="0"/>
          <w:marTop w:val="0"/>
          <w:marBottom w:val="0"/>
          <w:divBdr>
            <w:top w:val="none" w:sz="0" w:space="0" w:color="auto"/>
            <w:left w:val="none" w:sz="0" w:space="0" w:color="auto"/>
            <w:bottom w:val="none" w:sz="0" w:space="0" w:color="auto"/>
            <w:right w:val="none" w:sz="0" w:space="0" w:color="auto"/>
          </w:divBdr>
        </w:div>
        <w:div w:id="1393771943">
          <w:marLeft w:val="480"/>
          <w:marRight w:val="0"/>
          <w:marTop w:val="0"/>
          <w:marBottom w:val="0"/>
          <w:divBdr>
            <w:top w:val="none" w:sz="0" w:space="0" w:color="auto"/>
            <w:left w:val="none" w:sz="0" w:space="0" w:color="auto"/>
            <w:bottom w:val="none" w:sz="0" w:space="0" w:color="auto"/>
            <w:right w:val="none" w:sz="0" w:space="0" w:color="auto"/>
          </w:divBdr>
        </w:div>
        <w:div w:id="1478038119">
          <w:marLeft w:val="480"/>
          <w:marRight w:val="0"/>
          <w:marTop w:val="0"/>
          <w:marBottom w:val="0"/>
          <w:divBdr>
            <w:top w:val="none" w:sz="0" w:space="0" w:color="auto"/>
            <w:left w:val="none" w:sz="0" w:space="0" w:color="auto"/>
            <w:bottom w:val="none" w:sz="0" w:space="0" w:color="auto"/>
            <w:right w:val="none" w:sz="0" w:space="0" w:color="auto"/>
          </w:divBdr>
        </w:div>
        <w:div w:id="1495224292">
          <w:marLeft w:val="480"/>
          <w:marRight w:val="0"/>
          <w:marTop w:val="0"/>
          <w:marBottom w:val="0"/>
          <w:divBdr>
            <w:top w:val="none" w:sz="0" w:space="0" w:color="auto"/>
            <w:left w:val="none" w:sz="0" w:space="0" w:color="auto"/>
            <w:bottom w:val="none" w:sz="0" w:space="0" w:color="auto"/>
            <w:right w:val="none" w:sz="0" w:space="0" w:color="auto"/>
          </w:divBdr>
        </w:div>
        <w:div w:id="1517186313">
          <w:marLeft w:val="480"/>
          <w:marRight w:val="0"/>
          <w:marTop w:val="0"/>
          <w:marBottom w:val="0"/>
          <w:divBdr>
            <w:top w:val="none" w:sz="0" w:space="0" w:color="auto"/>
            <w:left w:val="none" w:sz="0" w:space="0" w:color="auto"/>
            <w:bottom w:val="none" w:sz="0" w:space="0" w:color="auto"/>
            <w:right w:val="none" w:sz="0" w:space="0" w:color="auto"/>
          </w:divBdr>
        </w:div>
        <w:div w:id="1518959109">
          <w:marLeft w:val="480"/>
          <w:marRight w:val="0"/>
          <w:marTop w:val="0"/>
          <w:marBottom w:val="0"/>
          <w:divBdr>
            <w:top w:val="none" w:sz="0" w:space="0" w:color="auto"/>
            <w:left w:val="none" w:sz="0" w:space="0" w:color="auto"/>
            <w:bottom w:val="none" w:sz="0" w:space="0" w:color="auto"/>
            <w:right w:val="none" w:sz="0" w:space="0" w:color="auto"/>
          </w:divBdr>
        </w:div>
        <w:div w:id="1542942518">
          <w:marLeft w:val="480"/>
          <w:marRight w:val="0"/>
          <w:marTop w:val="0"/>
          <w:marBottom w:val="0"/>
          <w:divBdr>
            <w:top w:val="none" w:sz="0" w:space="0" w:color="auto"/>
            <w:left w:val="none" w:sz="0" w:space="0" w:color="auto"/>
            <w:bottom w:val="none" w:sz="0" w:space="0" w:color="auto"/>
            <w:right w:val="none" w:sz="0" w:space="0" w:color="auto"/>
          </w:divBdr>
        </w:div>
        <w:div w:id="1588031796">
          <w:marLeft w:val="480"/>
          <w:marRight w:val="0"/>
          <w:marTop w:val="0"/>
          <w:marBottom w:val="0"/>
          <w:divBdr>
            <w:top w:val="none" w:sz="0" w:space="0" w:color="auto"/>
            <w:left w:val="none" w:sz="0" w:space="0" w:color="auto"/>
            <w:bottom w:val="none" w:sz="0" w:space="0" w:color="auto"/>
            <w:right w:val="none" w:sz="0" w:space="0" w:color="auto"/>
          </w:divBdr>
        </w:div>
        <w:div w:id="1590383960">
          <w:marLeft w:val="480"/>
          <w:marRight w:val="0"/>
          <w:marTop w:val="0"/>
          <w:marBottom w:val="0"/>
          <w:divBdr>
            <w:top w:val="none" w:sz="0" w:space="0" w:color="auto"/>
            <w:left w:val="none" w:sz="0" w:space="0" w:color="auto"/>
            <w:bottom w:val="none" w:sz="0" w:space="0" w:color="auto"/>
            <w:right w:val="none" w:sz="0" w:space="0" w:color="auto"/>
          </w:divBdr>
        </w:div>
        <w:div w:id="1597249943">
          <w:marLeft w:val="480"/>
          <w:marRight w:val="0"/>
          <w:marTop w:val="0"/>
          <w:marBottom w:val="0"/>
          <w:divBdr>
            <w:top w:val="none" w:sz="0" w:space="0" w:color="auto"/>
            <w:left w:val="none" w:sz="0" w:space="0" w:color="auto"/>
            <w:bottom w:val="none" w:sz="0" w:space="0" w:color="auto"/>
            <w:right w:val="none" w:sz="0" w:space="0" w:color="auto"/>
          </w:divBdr>
        </w:div>
        <w:div w:id="1726837111">
          <w:marLeft w:val="480"/>
          <w:marRight w:val="0"/>
          <w:marTop w:val="0"/>
          <w:marBottom w:val="0"/>
          <w:divBdr>
            <w:top w:val="none" w:sz="0" w:space="0" w:color="auto"/>
            <w:left w:val="none" w:sz="0" w:space="0" w:color="auto"/>
            <w:bottom w:val="none" w:sz="0" w:space="0" w:color="auto"/>
            <w:right w:val="none" w:sz="0" w:space="0" w:color="auto"/>
          </w:divBdr>
        </w:div>
        <w:div w:id="1729954492">
          <w:marLeft w:val="480"/>
          <w:marRight w:val="0"/>
          <w:marTop w:val="0"/>
          <w:marBottom w:val="0"/>
          <w:divBdr>
            <w:top w:val="none" w:sz="0" w:space="0" w:color="auto"/>
            <w:left w:val="none" w:sz="0" w:space="0" w:color="auto"/>
            <w:bottom w:val="none" w:sz="0" w:space="0" w:color="auto"/>
            <w:right w:val="none" w:sz="0" w:space="0" w:color="auto"/>
          </w:divBdr>
        </w:div>
        <w:div w:id="1841920154">
          <w:marLeft w:val="480"/>
          <w:marRight w:val="0"/>
          <w:marTop w:val="0"/>
          <w:marBottom w:val="0"/>
          <w:divBdr>
            <w:top w:val="none" w:sz="0" w:space="0" w:color="auto"/>
            <w:left w:val="none" w:sz="0" w:space="0" w:color="auto"/>
            <w:bottom w:val="none" w:sz="0" w:space="0" w:color="auto"/>
            <w:right w:val="none" w:sz="0" w:space="0" w:color="auto"/>
          </w:divBdr>
        </w:div>
        <w:div w:id="1875533004">
          <w:marLeft w:val="480"/>
          <w:marRight w:val="0"/>
          <w:marTop w:val="0"/>
          <w:marBottom w:val="0"/>
          <w:divBdr>
            <w:top w:val="none" w:sz="0" w:space="0" w:color="auto"/>
            <w:left w:val="none" w:sz="0" w:space="0" w:color="auto"/>
            <w:bottom w:val="none" w:sz="0" w:space="0" w:color="auto"/>
            <w:right w:val="none" w:sz="0" w:space="0" w:color="auto"/>
          </w:divBdr>
        </w:div>
        <w:div w:id="1954045753">
          <w:marLeft w:val="480"/>
          <w:marRight w:val="0"/>
          <w:marTop w:val="0"/>
          <w:marBottom w:val="0"/>
          <w:divBdr>
            <w:top w:val="none" w:sz="0" w:space="0" w:color="auto"/>
            <w:left w:val="none" w:sz="0" w:space="0" w:color="auto"/>
            <w:bottom w:val="none" w:sz="0" w:space="0" w:color="auto"/>
            <w:right w:val="none" w:sz="0" w:space="0" w:color="auto"/>
          </w:divBdr>
        </w:div>
        <w:div w:id="1986087895">
          <w:marLeft w:val="480"/>
          <w:marRight w:val="0"/>
          <w:marTop w:val="0"/>
          <w:marBottom w:val="0"/>
          <w:divBdr>
            <w:top w:val="none" w:sz="0" w:space="0" w:color="auto"/>
            <w:left w:val="none" w:sz="0" w:space="0" w:color="auto"/>
            <w:bottom w:val="none" w:sz="0" w:space="0" w:color="auto"/>
            <w:right w:val="none" w:sz="0" w:space="0" w:color="auto"/>
          </w:divBdr>
        </w:div>
        <w:div w:id="2041205306">
          <w:marLeft w:val="480"/>
          <w:marRight w:val="0"/>
          <w:marTop w:val="0"/>
          <w:marBottom w:val="0"/>
          <w:divBdr>
            <w:top w:val="none" w:sz="0" w:space="0" w:color="auto"/>
            <w:left w:val="none" w:sz="0" w:space="0" w:color="auto"/>
            <w:bottom w:val="none" w:sz="0" w:space="0" w:color="auto"/>
            <w:right w:val="none" w:sz="0" w:space="0" w:color="auto"/>
          </w:divBdr>
        </w:div>
        <w:div w:id="2088845206">
          <w:marLeft w:val="480"/>
          <w:marRight w:val="0"/>
          <w:marTop w:val="0"/>
          <w:marBottom w:val="0"/>
          <w:divBdr>
            <w:top w:val="none" w:sz="0" w:space="0" w:color="auto"/>
            <w:left w:val="none" w:sz="0" w:space="0" w:color="auto"/>
            <w:bottom w:val="none" w:sz="0" w:space="0" w:color="auto"/>
            <w:right w:val="none" w:sz="0" w:space="0" w:color="auto"/>
          </w:divBdr>
        </w:div>
      </w:divsChild>
    </w:div>
    <w:div w:id="106126518">
      <w:bodyDiv w:val="1"/>
      <w:marLeft w:val="0"/>
      <w:marRight w:val="0"/>
      <w:marTop w:val="0"/>
      <w:marBottom w:val="0"/>
      <w:divBdr>
        <w:top w:val="none" w:sz="0" w:space="0" w:color="auto"/>
        <w:left w:val="none" w:sz="0" w:space="0" w:color="auto"/>
        <w:bottom w:val="none" w:sz="0" w:space="0" w:color="auto"/>
        <w:right w:val="none" w:sz="0" w:space="0" w:color="auto"/>
      </w:divBdr>
      <w:divsChild>
        <w:div w:id="322318150">
          <w:marLeft w:val="480"/>
          <w:marRight w:val="0"/>
          <w:marTop w:val="0"/>
          <w:marBottom w:val="0"/>
          <w:divBdr>
            <w:top w:val="none" w:sz="0" w:space="0" w:color="auto"/>
            <w:left w:val="none" w:sz="0" w:space="0" w:color="auto"/>
            <w:bottom w:val="none" w:sz="0" w:space="0" w:color="auto"/>
            <w:right w:val="none" w:sz="0" w:space="0" w:color="auto"/>
          </w:divBdr>
        </w:div>
        <w:div w:id="447352575">
          <w:marLeft w:val="480"/>
          <w:marRight w:val="0"/>
          <w:marTop w:val="0"/>
          <w:marBottom w:val="0"/>
          <w:divBdr>
            <w:top w:val="none" w:sz="0" w:space="0" w:color="auto"/>
            <w:left w:val="none" w:sz="0" w:space="0" w:color="auto"/>
            <w:bottom w:val="none" w:sz="0" w:space="0" w:color="auto"/>
            <w:right w:val="none" w:sz="0" w:space="0" w:color="auto"/>
          </w:divBdr>
        </w:div>
        <w:div w:id="700596640">
          <w:marLeft w:val="480"/>
          <w:marRight w:val="0"/>
          <w:marTop w:val="0"/>
          <w:marBottom w:val="0"/>
          <w:divBdr>
            <w:top w:val="none" w:sz="0" w:space="0" w:color="auto"/>
            <w:left w:val="none" w:sz="0" w:space="0" w:color="auto"/>
            <w:bottom w:val="none" w:sz="0" w:space="0" w:color="auto"/>
            <w:right w:val="none" w:sz="0" w:space="0" w:color="auto"/>
          </w:divBdr>
        </w:div>
        <w:div w:id="727144853">
          <w:marLeft w:val="480"/>
          <w:marRight w:val="0"/>
          <w:marTop w:val="0"/>
          <w:marBottom w:val="0"/>
          <w:divBdr>
            <w:top w:val="none" w:sz="0" w:space="0" w:color="auto"/>
            <w:left w:val="none" w:sz="0" w:space="0" w:color="auto"/>
            <w:bottom w:val="none" w:sz="0" w:space="0" w:color="auto"/>
            <w:right w:val="none" w:sz="0" w:space="0" w:color="auto"/>
          </w:divBdr>
        </w:div>
        <w:div w:id="736322693">
          <w:marLeft w:val="480"/>
          <w:marRight w:val="0"/>
          <w:marTop w:val="0"/>
          <w:marBottom w:val="0"/>
          <w:divBdr>
            <w:top w:val="none" w:sz="0" w:space="0" w:color="auto"/>
            <w:left w:val="none" w:sz="0" w:space="0" w:color="auto"/>
            <w:bottom w:val="none" w:sz="0" w:space="0" w:color="auto"/>
            <w:right w:val="none" w:sz="0" w:space="0" w:color="auto"/>
          </w:divBdr>
        </w:div>
        <w:div w:id="788553954">
          <w:marLeft w:val="480"/>
          <w:marRight w:val="0"/>
          <w:marTop w:val="0"/>
          <w:marBottom w:val="0"/>
          <w:divBdr>
            <w:top w:val="none" w:sz="0" w:space="0" w:color="auto"/>
            <w:left w:val="none" w:sz="0" w:space="0" w:color="auto"/>
            <w:bottom w:val="none" w:sz="0" w:space="0" w:color="auto"/>
            <w:right w:val="none" w:sz="0" w:space="0" w:color="auto"/>
          </w:divBdr>
        </w:div>
        <w:div w:id="860431948">
          <w:marLeft w:val="480"/>
          <w:marRight w:val="0"/>
          <w:marTop w:val="0"/>
          <w:marBottom w:val="0"/>
          <w:divBdr>
            <w:top w:val="none" w:sz="0" w:space="0" w:color="auto"/>
            <w:left w:val="none" w:sz="0" w:space="0" w:color="auto"/>
            <w:bottom w:val="none" w:sz="0" w:space="0" w:color="auto"/>
            <w:right w:val="none" w:sz="0" w:space="0" w:color="auto"/>
          </w:divBdr>
        </w:div>
        <w:div w:id="885605286">
          <w:marLeft w:val="480"/>
          <w:marRight w:val="0"/>
          <w:marTop w:val="0"/>
          <w:marBottom w:val="0"/>
          <w:divBdr>
            <w:top w:val="none" w:sz="0" w:space="0" w:color="auto"/>
            <w:left w:val="none" w:sz="0" w:space="0" w:color="auto"/>
            <w:bottom w:val="none" w:sz="0" w:space="0" w:color="auto"/>
            <w:right w:val="none" w:sz="0" w:space="0" w:color="auto"/>
          </w:divBdr>
        </w:div>
        <w:div w:id="904341697">
          <w:marLeft w:val="480"/>
          <w:marRight w:val="0"/>
          <w:marTop w:val="0"/>
          <w:marBottom w:val="0"/>
          <w:divBdr>
            <w:top w:val="none" w:sz="0" w:space="0" w:color="auto"/>
            <w:left w:val="none" w:sz="0" w:space="0" w:color="auto"/>
            <w:bottom w:val="none" w:sz="0" w:space="0" w:color="auto"/>
            <w:right w:val="none" w:sz="0" w:space="0" w:color="auto"/>
          </w:divBdr>
        </w:div>
        <w:div w:id="947546472">
          <w:marLeft w:val="480"/>
          <w:marRight w:val="0"/>
          <w:marTop w:val="0"/>
          <w:marBottom w:val="0"/>
          <w:divBdr>
            <w:top w:val="none" w:sz="0" w:space="0" w:color="auto"/>
            <w:left w:val="none" w:sz="0" w:space="0" w:color="auto"/>
            <w:bottom w:val="none" w:sz="0" w:space="0" w:color="auto"/>
            <w:right w:val="none" w:sz="0" w:space="0" w:color="auto"/>
          </w:divBdr>
        </w:div>
        <w:div w:id="967126393">
          <w:marLeft w:val="480"/>
          <w:marRight w:val="0"/>
          <w:marTop w:val="0"/>
          <w:marBottom w:val="0"/>
          <w:divBdr>
            <w:top w:val="none" w:sz="0" w:space="0" w:color="auto"/>
            <w:left w:val="none" w:sz="0" w:space="0" w:color="auto"/>
            <w:bottom w:val="none" w:sz="0" w:space="0" w:color="auto"/>
            <w:right w:val="none" w:sz="0" w:space="0" w:color="auto"/>
          </w:divBdr>
        </w:div>
        <w:div w:id="1005521462">
          <w:marLeft w:val="480"/>
          <w:marRight w:val="0"/>
          <w:marTop w:val="0"/>
          <w:marBottom w:val="0"/>
          <w:divBdr>
            <w:top w:val="none" w:sz="0" w:space="0" w:color="auto"/>
            <w:left w:val="none" w:sz="0" w:space="0" w:color="auto"/>
            <w:bottom w:val="none" w:sz="0" w:space="0" w:color="auto"/>
            <w:right w:val="none" w:sz="0" w:space="0" w:color="auto"/>
          </w:divBdr>
        </w:div>
        <w:div w:id="1076323879">
          <w:marLeft w:val="480"/>
          <w:marRight w:val="0"/>
          <w:marTop w:val="0"/>
          <w:marBottom w:val="0"/>
          <w:divBdr>
            <w:top w:val="none" w:sz="0" w:space="0" w:color="auto"/>
            <w:left w:val="none" w:sz="0" w:space="0" w:color="auto"/>
            <w:bottom w:val="none" w:sz="0" w:space="0" w:color="auto"/>
            <w:right w:val="none" w:sz="0" w:space="0" w:color="auto"/>
          </w:divBdr>
        </w:div>
        <w:div w:id="1083451482">
          <w:marLeft w:val="480"/>
          <w:marRight w:val="0"/>
          <w:marTop w:val="0"/>
          <w:marBottom w:val="0"/>
          <w:divBdr>
            <w:top w:val="none" w:sz="0" w:space="0" w:color="auto"/>
            <w:left w:val="none" w:sz="0" w:space="0" w:color="auto"/>
            <w:bottom w:val="none" w:sz="0" w:space="0" w:color="auto"/>
            <w:right w:val="none" w:sz="0" w:space="0" w:color="auto"/>
          </w:divBdr>
        </w:div>
        <w:div w:id="1211498742">
          <w:marLeft w:val="480"/>
          <w:marRight w:val="0"/>
          <w:marTop w:val="0"/>
          <w:marBottom w:val="0"/>
          <w:divBdr>
            <w:top w:val="none" w:sz="0" w:space="0" w:color="auto"/>
            <w:left w:val="none" w:sz="0" w:space="0" w:color="auto"/>
            <w:bottom w:val="none" w:sz="0" w:space="0" w:color="auto"/>
            <w:right w:val="none" w:sz="0" w:space="0" w:color="auto"/>
          </w:divBdr>
        </w:div>
        <w:div w:id="1228220315">
          <w:marLeft w:val="480"/>
          <w:marRight w:val="0"/>
          <w:marTop w:val="0"/>
          <w:marBottom w:val="0"/>
          <w:divBdr>
            <w:top w:val="none" w:sz="0" w:space="0" w:color="auto"/>
            <w:left w:val="none" w:sz="0" w:space="0" w:color="auto"/>
            <w:bottom w:val="none" w:sz="0" w:space="0" w:color="auto"/>
            <w:right w:val="none" w:sz="0" w:space="0" w:color="auto"/>
          </w:divBdr>
        </w:div>
        <w:div w:id="1257055669">
          <w:marLeft w:val="480"/>
          <w:marRight w:val="0"/>
          <w:marTop w:val="0"/>
          <w:marBottom w:val="0"/>
          <w:divBdr>
            <w:top w:val="none" w:sz="0" w:space="0" w:color="auto"/>
            <w:left w:val="none" w:sz="0" w:space="0" w:color="auto"/>
            <w:bottom w:val="none" w:sz="0" w:space="0" w:color="auto"/>
            <w:right w:val="none" w:sz="0" w:space="0" w:color="auto"/>
          </w:divBdr>
        </w:div>
        <w:div w:id="1264455798">
          <w:marLeft w:val="480"/>
          <w:marRight w:val="0"/>
          <w:marTop w:val="0"/>
          <w:marBottom w:val="0"/>
          <w:divBdr>
            <w:top w:val="none" w:sz="0" w:space="0" w:color="auto"/>
            <w:left w:val="none" w:sz="0" w:space="0" w:color="auto"/>
            <w:bottom w:val="none" w:sz="0" w:space="0" w:color="auto"/>
            <w:right w:val="none" w:sz="0" w:space="0" w:color="auto"/>
          </w:divBdr>
        </w:div>
        <w:div w:id="1301886201">
          <w:marLeft w:val="480"/>
          <w:marRight w:val="0"/>
          <w:marTop w:val="0"/>
          <w:marBottom w:val="0"/>
          <w:divBdr>
            <w:top w:val="none" w:sz="0" w:space="0" w:color="auto"/>
            <w:left w:val="none" w:sz="0" w:space="0" w:color="auto"/>
            <w:bottom w:val="none" w:sz="0" w:space="0" w:color="auto"/>
            <w:right w:val="none" w:sz="0" w:space="0" w:color="auto"/>
          </w:divBdr>
        </w:div>
        <w:div w:id="1318341433">
          <w:marLeft w:val="480"/>
          <w:marRight w:val="0"/>
          <w:marTop w:val="0"/>
          <w:marBottom w:val="0"/>
          <w:divBdr>
            <w:top w:val="none" w:sz="0" w:space="0" w:color="auto"/>
            <w:left w:val="none" w:sz="0" w:space="0" w:color="auto"/>
            <w:bottom w:val="none" w:sz="0" w:space="0" w:color="auto"/>
            <w:right w:val="none" w:sz="0" w:space="0" w:color="auto"/>
          </w:divBdr>
        </w:div>
        <w:div w:id="1348287698">
          <w:marLeft w:val="480"/>
          <w:marRight w:val="0"/>
          <w:marTop w:val="0"/>
          <w:marBottom w:val="0"/>
          <w:divBdr>
            <w:top w:val="none" w:sz="0" w:space="0" w:color="auto"/>
            <w:left w:val="none" w:sz="0" w:space="0" w:color="auto"/>
            <w:bottom w:val="none" w:sz="0" w:space="0" w:color="auto"/>
            <w:right w:val="none" w:sz="0" w:space="0" w:color="auto"/>
          </w:divBdr>
        </w:div>
        <w:div w:id="1506674178">
          <w:marLeft w:val="480"/>
          <w:marRight w:val="0"/>
          <w:marTop w:val="0"/>
          <w:marBottom w:val="0"/>
          <w:divBdr>
            <w:top w:val="none" w:sz="0" w:space="0" w:color="auto"/>
            <w:left w:val="none" w:sz="0" w:space="0" w:color="auto"/>
            <w:bottom w:val="none" w:sz="0" w:space="0" w:color="auto"/>
            <w:right w:val="none" w:sz="0" w:space="0" w:color="auto"/>
          </w:divBdr>
        </w:div>
        <w:div w:id="1526096808">
          <w:marLeft w:val="480"/>
          <w:marRight w:val="0"/>
          <w:marTop w:val="0"/>
          <w:marBottom w:val="0"/>
          <w:divBdr>
            <w:top w:val="none" w:sz="0" w:space="0" w:color="auto"/>
            <w:left w:val="none" w:sz="0" w:space="0" w:color="auto"/>
            <w:bottom w:val="none" w:sz="0" w:space="0" w:color="auto"/>
            <w:right w:val="none" w:sz="0" w:space="0" w:color="auto"/>
          </w:divBdr>
        </w:div>
        <w:div w:id="1534919988">
          <w:marLeft w:val="480"/>
          <w:marRight w:val="0"/>
          <w:marTop w:val="0"/>
          <w:marBottom w:val="0"/>
          <w:divBdr>
            <w:top w:val="none" w:sz="0" w:space="0" w:color="auto"/>
            <w:left w:val="none" w:sz="0" w:space="0" w:color="auto"/>
            <w:bottom w:val="none" w:sz="0" w:space="0" w:color="auto"/>
            <w:right w:val="none" w:sz="0" w:space="0" w:color="auto"/>
          </w:divBdr>
        </w:div>
        <w:div w:id="1619601903">
          <w:marLeft w:val="480"/>
          <w:marRight w:val="0"/>
          <w:marTop w:val="0"/>
          <w:marBottom w:val="0"/>
          <w:divBdr>
            <w:top w:val="none" w:sz="0" w:space="0" w:color="auto"/>
            <w:left w:val="none" w:sz="0" w:space="0" w:color="auto"/>
            <w:bottom w:val="none" w:sz="0" w:space="0" w:color="auto"/>
            <w:right w:val="none" w:sz="0" w:space="0" w:color="auto"/>
          </w:divBdr>
        </w:div>
        <w:div w:id="1662612023">
          <w:marLeft w:val="480"/>
          <w:marRight w:val="0"/>
          <w:marTop w:val="0"/>
          <w:marBottom w:val="0"/>
          <w:divBdr>
            <w:top w:val="none" w:sz="0" w:space="0" w:color="auto"/>
            <w:left w:val="none" w:sz="0" w:space="0" w:color="auto"/>
            <w:bottom w:val="none" w:sz="0" w:space="0" w:color="auto"/>
            <w:right w:val="none" w:sz="0" w:space="0" w:color="auto"/>
          </w:divBdr>
        </w:div>
        <w:div w:id="1679387231">
          <w:marLeft w:val="480"/>
          <w:marRight w:val="0"/>
          <w:marTop w:val="0"/>
          <w:marBottom w:val="0"/>
          <w:divBdr>
            <w:top w:val="none" w:sz="0" w:space="0" w:color="auto"/>
            <w:left w:val="none" w:sz="0" w:space="0" w:color="auto"/>
            <w:bottom w:val="none" w:sz="0" w:space="0" w:color="auto"/>
            <w:right w:val="none" w:sz="0" w:space="0" w:color="auto"/>
          </w:divBdr>
        </w:div>
        <w:div w:id="1722902318">
          <w:marLeft w:val="480"/>
          <w:marRight w:val="0"/>
          <w:marTop w:val="0"/>
          <w:marBottom w:val="0"/>
          <w:divBdr>
            <w:top w:val="none" w:sz="0" w:space="0" w:color="auto"/>
            <w:left w:val="none" w:sz="0" w:space="0" w:color="auto"/>
            <w:bottom w:val="none" w:sz="0" w:space="0" w:color="auto"/>
            <w:right w:val="none" w:sz="0" w:space="0" w:color="auto"/>
          </w:divBdr>
        </w:div>
        <w:div w:id="1757364740">
          <w:marLeft w:val="480"/>
          <w:marRight w:val="0"/>
          <w:marTop w:val="0"/>
          <w:marBottom w:val="0"/>
          <w:divBdr>
            <w:top w:val="none" w:sz="0" w:space="0" w:color="auto"/>
            <w:left w:val="none" w:sz="0" w:space="0" w:color="auto"/>
            <w:bottom w:val="none" w:sz="0" w:space="0" w:color="auto"/>
            <w:right w:val="none" w:sz="0" w:space="0" w:color="auto"/>
          </w:divBdr>
        </w:div>
      </w:divsChild>
    </w:div>
    <w:div w:id="106196712">
      <w:bodyDiv w:val="1"/>
      <w:marLeft w:val="0"/>
      <w:marRight w:val="0"/>
      <w:marTop w:val="0"/>
      <w:marBottom w:val="0"/>
      <w:divBdr>
        <w:top w:val="none" w:sz="0" w:space="0" w:color="auto"/>
        <w:left w:val="none" w:sz="0" w:space="0" w:color="auto"/>
        <w:bottom w:val="none" w:sz="0" w:space="0" w:color="auto"/>
        <w:right w:val="none" w:sz="0" w:space="0" w:color="auto"/>
      </w:divBdr>
      <w:divsChild>
        <w:div w:id="76489338">
          <w:marLeft w:val="480"/>
          <w:marRight w:val="0"/>
          <w:marTop w:val="0"/>
          <w:marBottom w:val="0"/>
          <w:divBdr>
            <w:top w:val="none" w:sz="0" w:space="0" w:color="auto"/>
            <w:left w:val="none" w:sz="0" w:space="0" w:color="auto"/>
            <w:bottom w:val="none" w:sz="0" w:space="0" w:color="auto"/>
            <w:right w:val="none" w:sz="0" w:space="0" w:color="auto"/>
          </w:divBdr>
        </w:div>
        <w:div w:id="85201604">
          <w:marLeft w:val="480"/>
          <w:marRight w:val="0"/>
          <w:marTop w:val="0"/>
          <w:marBottom w:val="0"/>
          <w:divBdr>
            <w:top w:val="none" w:sz="0" w:space="0" w:color="auto"/>
            <w:left w:val="none" w:sz="0" w:space="0" w:color="auto"/>
            <w:bottom w:val="none" w:sz="0" w:space="0" w:color="auto"/>
            <w:right w:val="none" w:sz="0" w:space="0" w:color="auto"/>
          </w:divBdr>
        </w:div>
        <w:div w:id="253825777">
          <w:marLeft w:val="480"/>
          <w:marRight w:val="0"/>
          <w:marTop w:val="0"/>
          <w:marBottom w:val="0"/>
          <w:divBdr>
            <w:top w:val="none" w:sz="0" w:space="0" w:color="auto"/>
            <w:left w:val="none" w:sz="0" w:space="0" w:color="auto"/>
            <w:bottom w:val="none" w:sz="0" w:space="0" w:color="auto"/>
            <w:right w:val="none" w:sz="0" w:space="0" w:color="auto"/>
          </w:divBdr>
        </w:div>
        <w:div w:id="270212387">
          <w:marLeft w:val="480"/>
          <w:marRight w:val="0"/>
          <w:marTop w:val="0"/>
          <w:marBottom w:val="0"/>
          <w:divBdr>
            <w:top w:val="none" w:sz="0" w:space="0" w:color="auto"/>
            <w:left w:val="none" w:sz="0" w:space="0" w:color="auto"/>
            <w:bottom w:val="none" w:sz="0" w:space="0" w:color="auto"/>
            <w:right w:val="none" w:sz="0" w:space="0" w:color="auto"/>
          </w:divBdr>
        </w:div>
        <w:div w:id="438570573">
          <w:marLeft w:val="480"/>
          <w:marRight w:val="0"/>
          <w:marTop w:val="0"/>
          <w:marBottom w:val="0"/>
          <w:divBdr>
            <w:top w:val="none" w:sz="0" w:space="0" w:color="auto"/>
            <w:left w:val="none" w:sz="0" w:space="0" w:color="auto"/>
            <w:bottom w:val="none" w:sz="0" w:space="0" w:color="auto"/>
            <w:right w:val="none" w:sz="0" w:space="0" w:color="auto"/>
          </w:divBdr>
        </w:div>
        <w:div w:id="449739268">
          <w:marLeft w:val="480"/>
          <w:marRight w:val="0"/>
          <w:marTop w:val="0"/>
          <w:marBottom w:val="0"/>
          <w:divBdr>
            <w:top w:val="none" w:sz="0" w:space="0" w:color="auto"/>
            <w:left w:val="none" w:sz="0" w:space="0" w:color="auto"/>
            <w:bottom w:val="none" w:sz="0" w:space="0" w:color="auto"/>
            <w:right w:val="none" w:sz="0" w:space="0" w:color="auto"/>
          </w:divBdr>
        </w:div>
        <w:div w:id="474952159">
          <w:marLeft w:val="480"/>
          <w:marRight w:val="0"/>
          <w:marTop w:val="0"/>
          <w:marBottom w:val="0"/>
          <w:divBdr>
            <w:top w:val="none" w:sz="0" w:space="0" w:color="auto"/>
            <w:left w:val="none" w:sz="0" w:space="0" w:color="auto"/>
            <w:bottom w:val="none" w:sz="0" w:space="0" w:color="auto"/>
            <w:right w:val="none" w:sz="0" w:space="0" w:color="auto"/>
          </w:divBdr>
        </w:div>
        <w:div w:id="683048023">
          <w:marLeft w:val="480"/>
          <w:marRight w:val="0"/>
          <w:marTop w:val="0"/>
          <w:marBottom w:val="0"/>
          <w:divBdr>
            <w:top w:val="none" w:sz="0" w:space="0" w:color="auto"/>
            <w:left w:val="none" w:sz="0" w:space="0" w:color="auto"/>
            <w:bottom w:val="none" w:sz="0" w:space="0" w:color="auto"/>
            <w:right w:val="none" w:sz="0" w:space="0" w:color="auto"/>
          </w:divBdr>
        </w:div>
        <w:div w:id="811674729">
          <w:marLeft w:val="480"/>
          <w:marRight w:val="0"/>
          <w:marTop w:val="0"/>
          <w:marBottom w:val="0"/>
          <w:divBdr>
            <w:top w:val="none" w:sz="0" w:space="0" w:color="auto"/>
            <w:left w:val="none" w:sz="0" w:space="0" w:color="auto"/>
            <w:bottom w:val="none" w:sz="0" w:space="0" w:color="auto"/>
            <w:right w:val="none" w:sz="0" w:space="0" w:color="auto"/>
          </w:divBdr>
        </w:div>
        <w:div w:id="842549086">
          <w:marLeft w:val="480"/>
          <w:marRight w:val="0"/>
          <w:marTop w:val="0"/>
          <w:marBottom w:val="0"/>
          <w:divBdr>
            <w:top w:val="none" w:sz="0" w:space="0" w:color="auto"/>
            <w:left w:val="none" w:sz="0" w:space="0" w:color="auto"/>
            <w:bottom w:val="none" w:sz="0" w:space="0" w:color="auto"/>
            <w:right w:val="none" w:sz="0" w:space="0" w:color="auto"/>
          </w:divBdr>
        </w:div>
        <w:div w:id="1042442125">
          <w:marLeft w:val="480"/>
          <w:marRight w:val="0"/>
          <w:marTop w:val="0"/>
          <w:marBottom w:val="0"/>
          <w:divBdr>
            <w:top w:val="none" w:sz="0" w:space="0" w:color="auto"/>
            <w:left w:val="none" w:sz="0" w:space="0" w:color="auto"/>
            <w:bottom w:val="none" w:sz="0" w:space="0" w:color="auto"/>
            <w:right w:val="none" w:sz="0" w:space="0" w:color="auto"/>
          </w:divBdr>
        </w:div>
        <w:div w:id="1137994428">
          <w:marLeft w:val="480"/>
          <w:marRight w:val="0"/>
          <w:marTop w:val="0"/>
          <w:marBottom w:val="0"/>
          <w:divBdr>
            <w:top w:val="none" w:sz="0" w:space="0" w:color="auto"/>
            <w:left w:val="none" w:sz="0" w:space="0" w:color="auto"/>
            <w:bottom w:val="none" w:sz="0" w:space="0" w:color="auto"/>
            <w:right w:val="none" w:sz="0" w:space="0" w:color="auto"/>
          </w:divBdr>
        </w:div>
        <w:div w:id="1158569031">
          <w:marLeft w:val="480"/>
          <w:marRight w:val="0"/>
          <w:marTop w:val="0"/>
          <w:marBottom w:val="0"/>
          <w:divBdr>
            <w:top w:val="none" w:sz="0" w:space="0" w:color="auto"/>
            <w:left w:val="none" w:sz="0" w:space="0" w:color="auto"/>
            <w:bottom w:val="none" w:sz="0" w:space="0" w:color="auto"/>
            <w:right w:val="none" w:sz="0" w:space="0" w:color="auto"/>
          </w:divBdr>
        </w:div>
        <w:div w:id="1173422398">
          <w:marLeft w:val="480"/>
          <w:marRight w:val="0"/>
          <w:marTop w:val="0"/>
          <w:marBottom w:val="0"/>
          <w:divBdr>
            <w:top w:val="none" w:sz="0" w:space="0" w:color="auto"/>
            <w:left w:val="none" w:sz="0" w:space="0" w:color="auto"/>
            <w:bottom w:val="none" w:sz="0" w:space="0" w:color="auto"/>
            <w:right w:val="none" w:sz="0" w:space="0" w:color="auto"/>
          </w:divBdr>
        </w:div>
        <w:div w:id="1273173405">
          <w:marLeft w:val="480"/>
          <w:marRight w:val="0"/>
          <w:marTop w:val="0"/>
          <w:marBottom w:val="0"/>
          <w:divBdr>
            <w:top w:val="none" w:sz="0" w:space="0" w:color="auto"/>
            <w:left w:val="none" w:sz="0" w:space="0" w:color="auto"/>
            <w:bottom w:val="none" w:sz="0" w:space="0" w:color="auto"/>
            <w:right w:val="none" w:sz="0" w:space="0" w:color="auto"/>
          </w:divBdr>
        </w:div>
        <w:div w:id="1396512565">
          <w:marLeft w:val="480"/>
          <w:marRight w:val="0"/>
          <w:marTop w:val="0"/>
          <w:marBottom w:val="0"/>
          <w:divBdr>
            <w:top w:val="none" w:sz="0" w:space="0" w:color="auto"/>
            <w:left w:val="none" w:sz="0" w:space="0" w:color="auto"/>
            <w:bottom w:val="none" w:sz="0" w:space="0" w:color="auto"/>
            <w:right w:val="none" w:sz="0" w:space="0" w:color="auto"/>
          </w:divBdr>
        </w:div>
        <w:div w:id="1431583042">
          <w:marLeft w:val="480"/>
          <w:marRight w:val="0"/>
          <w:marTop w:val="0"/>
          <w:marBottom w:val="0"/>
          <w:divBdr>
            <w:top w:val="none" w:sz="0" w:space="0" w:color="auto"/>
            <w:left w:val="none" w:sz="0" w:space="0" w:color="auto"/>
            <w:bottom w:val="none" w:sz="0" w:space="0" w:color="auto"/>
            <w:right w:val="none" w:sz="0" w:space="0" w:color="auto"/>
          </w:divBdr>
        </w:div>
        <w:div w:id="1457024994">
          <w:marLeft w:val="480"/>
          <w:marRight w:val="0"/>
          <w:marTop w:val="0"/>
          <w:marBottom w:val="0"/>
          <w:divBdr>
            <w:top w:val="none" w:sz="0" w:space="0" w:color="auto"/>
            <w:left w:val="none" w:sz="0" w:space="0" w:color="auto"/>
            <w:bottom w:val="none" w:sz="0" w:space="0" w:color="auto"/>
            <w:right w:val="none" w:sz="0" w:space="0" w:color="auto"/>
          </w:divBdr>
        </w:div>
        <w:div w:id="1604193053">
          <w:marLeft w:val="480"/>
          <w:marRight w:val="0"/>
          <w:marTop w:val="0"/>
          <w:marBottom w:val="0"/>
          <w:divBdr>
            <w:top w:val="none" w:sz="0" w:space="0" w:color="auto"/>
            <w:left w:val="none" w:sz="0" w:space="0" w:color="auto"/>
            <w:bottom w:val="none" w:sz="0" w:space="0" w:color="auto"/>
            <w:right w:val="none" w:sz="0" w:space="0" w:color="auto"/>
          </w:divBdr>
        </w:div>
        <w:div w:id="1627665418">
          <w:marLeft w:val="480"/>
          <w:marRight w:val="0"/>
          <w:marTop w:val="0"/>
          <w:marBottom w:val="0"/>
          <w:divBdr>
            <w:top w:val="none" w:sz="0" w:space="0" w:color="auto"/>
            <w:left w:val="none" w:sz="0" w:space="0" w:color="auto"/>
            <w:bottom w:val="none" w:sz="0" w:space="0" w:color="auto"/>
            <w:right w:val="none" w:sz="0" w:space="0" w:color="auto"/>
          </w:divBdr>
        </w:div>
        <w:div w:id="1699969705">
          <w:marLeft w:val="480"/>
          <w:marRight w:val="0"/>
          <w:marTop w:val="0"/>
          <w:marBottom w:val="0"/>
          <w:divBdr>
            <w:top w:val="none" w:sz="0" w:space="0" w:color="auto"/>
            <w:left w:val="none" w:sz="0" w:space="0" w:color="auto"/>
            <w:bottom w:val="none" w:sz="0" w:space="0" w:color="auto"/>
            <w:right w:val="none" w:sz="0" w:space="0" w:color="auto"/>
          </w:divBdr>
        </w:div>
        <w:div w:id="1787848458">
          <w:marLeft w:val="480"/>
          <w:marRight w:val="0"/>
          <w:marTop w:val="0"/>
          <w:marBottom w:val="0"/>
          <w:divBdr>
            <w:top w:val="none" w:sz="0" w:space="0" w:color="auto"/>
            <w:left w:val="none" w:sz="0" w:space="0" w:color="auto"/>
            <w:bottom w:val="none" w:sz="0" w:space="0" w:color="auto"/>
            <w:right w:val="none" w:sz="0" w:space="0" w:color="auto"/>
          </w:divBdr>
        </w:div>
        <w:div w:id="1897860675">
          <w:marLeft w:val="480"/>
          <w:marRight w:val="0"/>
          <w:marTop w:val="0"/>
          <w:marBottom w:val="0"/>
          <w:divBdr>
            <w:top w:val="none" w:sz="0" w:space="0" w:color="auto"/>
            <w:left w:val="none" w:sz="0" w:space="0" w:color="auto"/>
            <w:bottom w:val="none" w:sz="0" w:space="0" w:color="auto"/>
            <w:right w:val="none" w:sz="0" w:space="0" w:color="auto"/>
          </w:divBdr>
        </w:div>
        <w:div w:id="1955287931">
          <w:marLeft w:val="480"/>
          <w:marRight w:val="0"/>
          <w:marTop w:val="0"/>
          <w:marBottom w:val="0"/>
          <w:divBdr>
            <w:top w:val="none" w:sz="0" w:space="0" w:color="auto"/>
            <w:left w:val="none" w:sz="0" w:space="0" w:color="auto"/>
            <w:bottom w:val="none" w:sz="0" w:space="0" w:color="auto"/>
            <w:right w:val="none" w:sz="0" w:space="0" w:color="auto"/>
          </w:divBdr>
        </w:div>
        <w:div w:id="2034770327">
          <w:marLeft w:val="480"/>
          <w:marRight w:val="0"/>
          <w:marTop w:val="0"/>
          <w:marBottom w:val="0"/>
          <w:divBdr>
            <w:top w:val="none" w:sz="0" w:space="0" w:color="auto"/>
            <w:left w:val="none" w:sz="0" w:space="0" w:color="auto"/>
            <w:bottom w:val="none" w:sz="0" w:space="0" w:color="auto"/>
            <w:right w:val="none" w:sz="0" w:space="0" w:color="auto"/>
          </w:divBdr>
        </w:div>
        <w:div w:id="2078016911">
          <w:marLeft w:val="480"/>
          <w:marRight w:val="0"/>
          <w:marTop w:val="0"/>
          <w:marBottom w:val="0"/>
          <w:divBdr>
            <w:top w:val="none" w:sz="0" w:space="0" w:color="auto"/>
            <w:left w:val="none" w:sz="0" w:space="0" w:color="auto"/>
            <w:bottom w:val="none" w:sz="0" w:space="0" w:color="auto"/>
            <w:right w:val="none" w:sz="0" w:space="0" w:color="auto"/>
          </w:divBdr>
        </w:div>
      </w:divsChild>
    </w:div>
    <w:div w:id="107166004">
      <w:bodyDiv w:val="1"/>
      <w:marLeft w:val="0"/>
      <w:marRight w:val="0"/>
      <w:marTop w:val="0"/>
      <w:marBottom w:val="0"/>
      <w:divBdr>
        <w:top w:val="none" w:sz="0" w:space="0" w:color="auto"/>
        <w:left w:val="none" w:sz="0" w:space="0" w:color="auto"/>
        <w:bottom w:val="none" w:sz="0" w:space="0" w:color="auto"/>
        <w:right w:val="none" w:sz="0" w:space="0" w:color="auto"/>
      </w:divBdr>
    </w:div>
    <w:div w:id="108743246">
      <w:bodyDiv w:val="1"/>
      <w:marLeft w:val="0"/>
      <w:marRight w:val="0"/>
      <w:marTop w:val="0"/>
      <w:marBottom w:val="0"/>
      <w:divBdr>
        <w:top w:val="none" w:sz="0" w:space="0" w:color="auto"/>
        <w:left w:val="none" w:sz="0" w:space="0" w:color="auto"/>
        <w:bottom w:val="none" w:sz="0" w:space="0" w:color="auto"/>
        <w:right w:val="none" w:sz="0" w:space="0" w:color="auto"/>
      </w:divBdr>
    </w:div>
    <w:div w:id="118230754">
      <w:bodyDiv w:val="1"/>
      <w:marLeft w:val="0"/>
      <w:marRight w:val="0"/>
      <w:marTop w:val="0"/>
      <w:marBottom w:val="0"/>
      <w:divBdr>
        <w:top w:val="none" w:sz="0" w:space="0" w:color="auto"/>
        <w:left w:val="none" w:sz="0" w:space="0" w:color="auto"/>
        <w:bottom w:val="none" w:sz="0" w:space="0" w:color="auto"/>
        <w:right w:val="none" w:sz="0" w:space="0" w:color="auto"/>
      </w:divBdr>
      <w:divsChild>
        <w:div w:id="63796207">
          <w:marLeft w:val="480"/>
          <w:marRight w:val="0"/>
          <w:marTop w:val="0"/>
          <w:marBottom w:val="0"/>
          <w:divBdr>
            <w:top w:val="none" w:sz="0" w:space="0" w:color="auto"/>
            <w:left w:val="none" w:sz="0" w:space="0" w:color="auto"/>
            <w:bottom w:val="none" w:sz="0" w:space="0" w:color="auto"/>
            <w:right w:val="none" w:sz="0" w:space="0" w:color="auto"/>
          </w:divBdr>
        </w:div>
        <w:div w:id="245772836">
          <w:marLeft w:val="480"/>
          <w:marRight w:val="0"/>
          <w:marTop w:val="0"/>
          <w:marBottom w:val="0"/>
          <w:divBdr>
            <w:top w:val="none" w:sz="0" w:space="0" w:color="auto"/>
            <w:left w:val="none" w:sz="0" w:space="0" w:color="auto"/>
            <w:bottom w:val="none" w:sz="0" w:space="0" w:color="auto"/>
            <w:right w:val="none" w:sz="0" w:space="0" w:color="auto"/>
          </w:divBdr>
        </w:div>
        <w:div w:id="370422442">
          <w:marLeft w:val="480"/>
          <w:marRight w:val="0"/>
          <w:marTop w:val="0"/>
          <w:marBottom w:val="0"/>
          <w:divBdr>
            <w:top w:val="none" w:sz="0" w:space="0" w:color="auto"/>
            <w:left w:val="none" w:sz="0" w:space="0" w:color="auto"/>
            <w:bottom w:val="none" w:sz="0" w:space="0" w:color="auto"/>
            <w:right w:val="none" w:sz="0" w:space="0" w:color="auto"/>
          </w:divBdr>
        </w:div>
        <w:div w:id="406919698">
          <w:marLeft w:val="480"/>
          <w:marRight w:val="0"/>
          <w:marTop w:val="0"/>
          <w:marBottom w:val="0"/>
          <w:divBdr>
            <w:top w:val="none" w:sz="0" w:space="0" w:color="auto"/>
            <w:left w:val="none" w:sz="0" w:space="0" w:color="auto"/>
            <w:bottom w:val="none" w:sz="0" w:space="0" w:color="auto"/>
            <w:right w:val="none" w:sz="0" w:space="0" w:color="auto"/>
          </w:divBdr>
        </w:div>
        <w:div w:id="563417163">
          <w:marLeft w:val="480"/>
          <w:marRight w:val="0"/>
          <w:marTop w:val="0"/>
          <w:marBottom w:val="0"/>
          <w:divBdr>
            <w:top w:val="none" w:sz="0" w:space="0" w:color="auto"/>
            <w:left w:val="none" w:sz="0" w:space="0" w:color="auto"/>
            <w:bottom w:val="none" w:sz="0" w:space="0" w:color="auto"/>
            <w:right w:val="none" w:sz="0" w:space="0" w:color="auto"/>
          </w:divBdr>
        </w:div>
        <w:div w:id="587926406">
          <w:marLeft w:val="480"/>
          <w:marRight w:val="0"/>
          <w:marTop w:val="0"/>
          <w:marBottom w:val="0"/>
          <w:divBdr>
            <w:top w:val="none" w:sz="0" w:space="0" w:color="auto"/>
            <w:left w:val="none" w:sz="0" w:space="0" w:color="auto"/>
            <w:bottom w:val="none" w:sz="0" w:space="0" w:color="auto"/>
            <w:right w:val="none" w:sz="0" w:space="0" w:color="auto"/>
          </w:divBdr>
        </w:div>
        <w:div w:id="677853768">
          <w:marLeft w:val="480"/>
          <w:marRight w:val="0"/>
          <w:marTop w:val="0"/>
          <w:marBottom w:val="0"/>
          <w:divBdr>
            <w:top w:val="none" w:sz="0" w:space="0" w:color="auto"/>
            <w:left w:val="none" w:sz="0" w:space="0" w:color="auto"/>
            <w:bottom w:val="none" w:sz="0" w:space="0" w:color="auto"/>
            <w:right w:val="none" w:sz="0" w:space="0" w:color="auto"/>
          </w:divBdr>
        </w:div>
        <w:div w:id="839079065">
          <w:marLeft w:val="480"/>
          <w:marRight w:val="0"/>
          <w:marTop w:val="0"/>
          <w:marBottom w:val="0"/>
          <w:divBdr>
            <w:top w:val="none" w:sz="0" w:space="0" w:color="auto"/>
            <w:left w:val="none" w:sz="0" w:space="0" w:color="auto"/>
            <w:bottom w:val="none" w:sz="0" w:space="0" w:color="auto"/>
            <w:right w:val="none" w:sz="0" w:space="0" w:color="auto"/>
          </w:divBdr>
        </w:div>
        <w:div w:id="850295119">
          <w:marLeft w:val="480"/>
          <w:marRight w:val="0"/>
          <w:marTop w:val="0"/>
          <w:marBottom w:val="0"/>
          <w:divBdr>
            <w:top w:val="none" w:sz="0" w:space="0" w:color="auto"/>
            <w:left w:val="none" w:sz="0" w:space="0" w:color="auto"/>
            <w:bottom w:val="none" w:sz="0" w:space="0" w:color="auto"/>
            <w:right w:val="none" w:sz="0" w:space="0" w:color="auto"/>
          </w:divBdr>
        </w:div>
        <w:div w:id="903218389">
          <w:marLeft w:val="480"/>
          <w:marRight w:val="0"/>
          <w:marTop w:val="0"/>
          <w:marBottom w:val="0"/>
          <w:divBdr>
            <w:top w:val="none" w:sz="0" w:space="0" w:color="auto"/>
            <w:left w:val="none" w:sz="0" w:space="0" w:color="auto"/>
            <w:bottom w:val="none" w:sz="0" w:space="0" w:color="auto"/>
            <w:right w:val="none" w:sz="0" w:space="0" w:color="auto"/>
          </w:divBdr>
        </w:div>
        <w:div w:id="1128164022">
          <w:marLeft w:val="480"/>
          <w:marRight w:val="0"/>
          <w:marTop w:val="0"/>
          <w:marBottom w:val="0"/>
          <w:divBdr>
            <w:top w:val="none" w:sz="0" w:space="0" w:color="auto"/>
            <w:left w:val="none" w:sz="0" w:space="0" w:color="auto"/>
            <w:bottom w:val="none" w:sz="0" w:space="0" w:color="auto"/>
            <w:right w:val="none" w:sz="0" w:space="0" w:color="auto"/>
          </w:divBdr>
        </w:div>
        <w:div w:id="1134524442">
          <w:marLeft w:val="480"/>
          <w:marRight w:val="0"/>
          <w:marTop w:val="0"/>
          <w:marBottom w:val="0"/>
          <w:divBdr>
            <w:top w:val="none" w:sz="0" w:space="0" w:color="auto"/>
            <w:left w:val="none" w:sz="0" w:space="0" w:color="auto"/>
            <w:bottom w:val="none" w:sz="0" w:space="0" w:color="auto"/>
            <w:right w:val="none" w:sz="0" w:space="0" w:color="auto"/>
          </w:divBdr>
        </w:div>
        <w:div w:id="1166552134">
          <w:marLeft w:val="480"/>
          <w:marRight w:val="0"/>
          <w:marTop w:val="0"/>
          <w:marBottom w:val="0"/>
          <w:divBdr>
            <w:top w:val="none" w:sz="0" w:space="0" w:color="auto"/>
            <w:left w:val="none" w:sz="0" w:space="0" w:color="auto"/>
            <w:bottom w:val="none" w:sz="0" w:space="0" w:color="auto"/>
            <w:right w:val="none" w:sz="0" w:space="0" w:color="auto"/>
          </w:divBdr>
        </w:div>
        <w:div w:id="1196191123">
          <w:marLeft w:val="480"/>
          <w:marRight w:val="0"/>
          <w:marTop w:val="0"/>
          <w:marBottom w:val="0"/>
          <w:divBdr>
            <w:top w:val="none" w:sz="0" w:space="0" w:color="auto"/>
            <w:left w:val="none" w:sz="0" w:space="0" w:color="auto"/>
            <w:bottom w:val="none" w:sz="0" w:space="0" w:color="auto"/>
            <w:right w:val="none" w:sz="0" w:space="0" w:color="auto"/>
          </w:divBdr>
        </w:div>
        <w:div w:id="1229028625">
          <w:marLeft w:val="480"/>
          <w:marRight w:val="0"/>
          <w:marTop w:val="0"/>
          <w:marBottom w:val="0"/>
          <w:divBdr>
            <w:top w:val="none" w:sz="0" w:space="0" w:color="auto"/>
            <w:left w:val="none" w:sz="0" w:space="0" w:color="auto"/>
            <w:bottom w:val="none" w:sz="0" w:space="0" w:color="auto"/>
            <w:right w:val="none" w:sz="0" w:space="0" w:color="auto"/>
          </w:divBdr>
        </w:div>
        <w:div w:id="1357004166">
          <w:marLeft w:val="480"/>
          <w:marRight w:val="0"/>
          <w:marTop w:val="0"/>
          <w:marBottom w:val="0"/>
          <w:divBdr>
            <w:top w:val="none" w:sz="0" w:space="0" w:color="auto"/>
            <w:left w:val="none" w:sz="0" w:space="0" w:color="auto"/>
            <w:bottom w:val="none" w:sz="0" w:space="0" w:color="auto"/>
            <w:right w:val="none" w:sz="0" w:space="0" w:color="auto"/>
          </w:divBdr>
        </w:div>
        <w:div w:id="1457917982">
          <w:marLeft w:val="480"/>
          <w:marRight w:val="0"/>
          <w:marTop w:val="0"/>
          <w:marBottom w:val="0"/>
          <w:divBdr>
            <w:top w:val="none" w:sz="0" w:space="0" w:color="auto"/>
            <w:left w:val="none" w:sz="0" w:space="0" w:color="auto"/>
            <w:bottom w:val="none" w:sz="0" w:space="0" w:color="auto"/>
            <w:right w:val="none" w:sz="0" w:space="0" w:color="auto"/>
          </w:divBdr>
        </w:div>
        <w:div w:id="1463235138">
          <w:marLeft w:val="480"/>
          <w:marRight w:val="0"/>
          <w:marTop w:val="0"/>
          <w:marBottom w:val="0"/>
          <w:divBdr>
            <w:top w:val="none" w:sz="0" w:space="0" w:color="auto"/>
            <w:left w:val="none" w:sz="0" w:space="0" w:color="auto"/>
            <w:bottom w:val="none" w:sz="0" w:space="0" w:color="auto"/>
            <w:right w:val="none" w:sz="0" w:space="0" w:color="auto"/>
          </w:divBdr>
        </w:div>
        <w:div w:id="1654677653">
          <w:marLeft w:val="480"/>
          <w:marRight w:val="0"/>
          <w:marTop w:val="0"/>
          <w:marBottom w:val="0"/>
          <w:divBdr>
            <w:top w:val="none" w:sz="0" w:space="0" w:color="auto"/>
            <w:left w:val="none" w:sz="0" w:space="0" w:color="auto"/>
            <w:bottom w:val="none" w:sz="0" w:space="0" w:color="auto"/>
            <w:right w:val="none" w:sz="0" w:space="0" w:color="auto"/>
          </w:divBdr>
        </w:div>
        <w:div w:id="1675573820">
          <w:marLeft w:val="480"/>
          <w:marRight w:val="0"/>
          <w:marTop w:val="0"/>
          <w:marBottom w:val="0"/>
          <w:divBdr>
            <w:top w:val="none" w:sz="0" w:space="0" w:color="auto"/>
            <w:left w:val="none" w:sz="0" w:space="0" w:color="auto"/>
            <w:bottom w:val="none" w:sz="0" w:space="0" w:color="auto"/>
            <w:right w:val="none" w:sz="0" w:space="0" w:color="auto"/>
          </w:divBdr>
        </w:div>
        <w:div w:id="1696082088">
          <w:marLeft w:val="480"/>
          <w:marRight w:val="0"/>
          <w:marTop w:val="0"/>
          <w:marBottom w:val="0"/>
          <w:divBdr>
            <w:top w:val="none" w:sz="0" w:space="0" w:color="auto"/>
            <w:left w:val="none" w:sz="0" w:space="0" w:color="auto"/>
            <w:bottom w:val="none" w:sz="0" w:space="0" w:color="auto"/>
            <w:right w:val="none" w:sz="0" w:space="0" w:color="auto"/>
          </w:divBdr>
        </w:div>
        <w:div w:id="1790320565">
          <w:marLeft w:val="480"/>
          <w:marRight w:val="0"/>
          <w:marTop w:val="0"/>
          <w:marBottom w:val="0"/>
          <w:divBdr>
            <w:top w:val="none" w:sz="0" w:space="0" w:color="auto"/>
            <w:left w:val="none" w:sz="0" w:space="0" w:color="auto"/>
            <w:bottom w:val="none" w:sz="0" w:space="0" w:color="auto"/>
            <w:right w:val="none" w:sz="0" w:space="0" w:color="auto"/>
          </w:divBdr>
        </w:div>
        <w:div w:id="1877884066">
          <w:marLeft w:val="480"/>
          <w:marRight w:val="0"/>
          <w:marTop w:val="0"/>
          <w:marBottom w:val="0"/>
          <w:divBdr>
            <w:top w:val="none" w:sz="0" w:space="0" w:color="auto"/>
            <w:left w:val="none" w:sz="0" w:space="0" w:color="auto"/>
            <w:bottom w:val="none" w:sz="0" w:space="0" w:color="auto"/>
            <w:right w:val="none" w:sz="0" w:space="0" w:color="auto"/>
          </w:divBdr>
        </w:div>
        <w:div w:id="1905410678">
          <w:marLeft w:val="480"/>
          <w:marRight w:val="0"/>
          <w:marTop w:val="0"/>
          <w:marBottom w:val="0"/>
          <w:divBdr>
            <w:top w:val="none" w:sz="0" w:space="0" w:color="auto"/>
            <w:left w:val="none" w:sz="0" w:space="0" w:color="auto"/>
            <w:bottom w:val="none" w:sz="0" w:space="0" w:color="auto"/>
            <w:right w:val="none" w:sz="0" w:space="0" w:color="auto"/>
          </w:divBdr>
        </w:div>
        <w:div w:id="1936091148">
          <w:marLeft w:val="480"/>
          <w:marRight w:val="0"/>
          <w:marTop w:val="0"/>
          <w:marBottom w:val="0"/>
          <w:divBdr>
            <w:top w:val="none" w:sz="0" w:space="0" w:color="auto"/>
            <w:left w:val="none" w:sz="0" w:space="0" w:color="auto"/>
            <w:bottom w:val="none" w:sz="0" w:space="0" w:color="auto"/>
            <w:right w:val="none" w:sz="0" w:space="0" w:color="auto"/>
          </w:divBdr>
        </w:div>
        <w:div w:id="1983926910">
          <w:marLeft w:val="480"/>
          <w:marRight w:val="0"/>
          <w:marTop w:val="0"/>
          <w:marBottom w:val="0"/>
          <w:divBdr>
            <w:top w:val="none" w:sz="0" w:space="0" w:color="auto"/>
            <w:left w:val="none" w:sz="0" w:space="0" w:color="auto"/>
            <w:bottom w:val="none" w:sz="0" w:space="0" w:color="auto"/>
            <w:right w:val="none" w:sz="0" w:space="0" w:color="auto"/>
          </w:divBdr>
        </w:div>
        <w:div w:id="2024473871">
          <w:marLeft w:val="480"/>
          <w:marRight w:val="0"/>
          <w:marTop w:val="0"/>
          <w:marBottom w:val="0"/>
          <w:divBdr>
            <w:top w:val="none" w:sz="0" w:space="0" w:color="auto"/>
            <w:left w:val="none" w:sz="0" w:space="0" w:color="auto"/>
            <w:bottom w:val="none" w:sz="0" w:space="0" w:color="auto"/>
            <w:right w:val="none" w:sz="0" w:space="0" w:color="auto"/>
          </w:divBdr>
        </w:div>
        <w:div w:id="2056420244">
          <w:marLeft w:val="480"/>
          <w:marRight w:val="0"/>
          <w:marTop w:val="0"/>
          <w:marBottom w:val="0"/>
          <w:divBdr>
            <w:top w:val="none" w:sz="0" w:space="0" w:color="auto"/>
            <w:left w:val="none" w:sz="0" w:space="0" w:color="auto"/>
            <w:bottom w:val="none" w:sz="0" w:space="0" w:color="auto"/>
            <w:right w:val="none" w:sz="0" w:space="0" w:color="auto"/>
          </w:divBdr>
        </w:div>
        <w:div w:id="2111855191">
          <w:marLeft w:val="480"/>
          <w:marRight w:val="0"/>
          <w:marTop w:val="0"/>
          <w:marBottom w:val="0"/>
          <w:divBdr>
            <w:top w:val="none" w:sz="0" w:space="0" w:color="auto"/>
            <w:left w:val="none" w:sz="0" w:space="0" w:color="auto"/>
            <w:bottom w:val="none" w:sz="0" w:space="0" w:color="auto"/>
            <w:right w:val="none" w:sz="0" w:space="0" w:color="auto"/>
          </w:divBdr>
        </w:div>
      </w:divsChild>
    </w:div>
    <w:div w:id="119082129">
      <w:bodyDiv w:val="1"/>
      <w:marLeft w:val="0"/>
      <w:marRight w:val="0"/>
      <w:marTop w:val="0"/>
      <w:marBottom w:val="0"/>
      <w:divBdr>
        <w:top w:val="none" w:sz="0" w:space="0" w:color="auto"/>
        <w:left w:val="none" w:sz="0" w:space="0" w:color="auto"/>
        <w:bottom w:val="none" w:sz="0" w:space="0" w:color="auto"/>
        <w:right w:val="none" w:sz="0" w:space="0" w:color="auto"/>
      </w:divBdr>
      <w:divsChild>
        <w:div w:id="2635402">
          <w:marLeft w:val="480"/>
          <w:marRight w:val="0"/>
          <w:marTop w:val="0"/>
          <w:marBottom w:val="0"/>
          <w:divBdr>
            <w:top w:val="none" w:sz="0" w:space="0" w:color="auto"/>
            <w:left w:val="none" w:sz="0" w:space="0" w:color="auto"/>
            <w:bottom w:val="none" w:sz="0" w:space="0" w:color="auto"/>
            <w:right w:val="none" w:sz="0" w:space="0" w:color="auto"/>
          </w:divBdr>
        </w:div>
        <w:div w:id="10185971">
          <w:marLeft w:val="480"/>
          <w:marRight w:val="0"/>
          <w:marTop w:val="0"/>
          <w:marBottom w:val="0"/>
          <w:divBdr>
            <w:top w:val="none" w:sz="0" w:space="0" w:color="auto"/>
            <w:left w:val="none" w:sz="0" w:space="0" w:color="auto"/>
            <w:bottom w:val="none" w:sz="0" w:space="0" w:color="auto"/>
            <w:right w:val="none" w:sz="0" w:space="0" w:color="auto"/>
          </w:divBdr>
        </w:div>
        <w:div w:id="195776929">
          <w:marLeft w:val="480"/>
          <w:marRight w:val="0"/>
          <w:marTop w:val="0"/>
          <w:marBottom w:val="0"/>
          <w:divBdr>
            <w:top w:val="none" w:sz="0" w:space="0" w:color="auto"/>
            <w:left w:val="none" w:sz="0" w:space="0" w:color="auto"/>
            <w:bottom w:val="none" w:sz="0" w:space="0" w:color="auto"/>
            <w:right w:val="none" w:sz="0" w:space="0" w:color="auto"/>
          </w:divBdr>
        </w:div>
        <w:div w:id="432015906">
          <w:marLeft w:val="480"/>
          <w:marRight w:val="0"/>
          <w:marTop w:val="0"/>
          <w:marBottom w:val="0"/>
          <w:divBdr>
            <w:top w:val="none" w:sz="0" w:space="0" w:color="auto"/>
            <w:left w:val="none" w:sz="0" w:space="0" w:color="auto"/>
            <w:bottom w:val="none" w:sz="0" w:space="0" w:color="auto"/>
            <w:right w:val="none" w:sz="0" w:space="0" w:color="auto"/>
          </w:divBdr>
        </w:div>
        <w:div w:id="461121495">
          <w:marLeft w:val="480"/>
          <w:marRight w:val="0"/>
          <w:marTop w:val="0"/>
          <w:marBottom w:val="0"/>
          <w:divBdr>
            <w:top w:val="none" w:sz="0" w:space="0" w:color="auto"/>
            <w:left w:val="none" w:sz="0" w:space="0" w:color="auto"/>
            <w:bottom w:val="none" w:sz="0" w:space="0" w:color="auto"/>
            <w:right w:val="none" w:sz="0" w:space="0" w:color="auto"/>
          </w:divBdr>
        </w:div>
        <w:div w:id="574319176">
          <w:marLeft w:val="480"/>
          <w:marRight w:val="0"/>
          <w:marTop w:val="0"/>
          <w:marBottom w:val="0"/>
          <w:divBdr>
            <w:top w:val="none" w:sz="0" w:space="0" w:color="auto"/>
            <w:left w:val="none" w:sz="0" w:space="0" w:color="auto"/>
            <w:bottom w:val="none" w:sz="0" w:space="0" w:color="auto"/>
            <w:right w:val="none" w:sz="0" w:space="0" w:color="auto"/>
          </w:divBdr>
        </w:div>
        <w:div w:id="645428106">
          <w:marLeft w:val="480"/>
          <w:marRight w:val="0"/>
          <w:marTop w:val="0"/>
          <w:marBottom w:val="0"/>
          <w:divBdr>
            <w:top w:val="none" w:sz="0" w:space="0" w:color="auto"/>
            <w:left w:val="none" w:sz="0" w:space="0" w:color="auto"/>
            <w:bottom w:val="none" w:sz="0" w:space="0" w:color="auto"/>
            <w:right w:val="none" w:sz="0" w:space="0" w:color="auto"/>
          </w:divBdr>
        </w:div>
        <w:div w:id="681860993">
          <w:marLeft w:val="480"/>
          <w:marRight w:val="0"/>
          <w:marTop w:val="0"/>
          <w:marBottom w:val="0"/>
          <w:divBdr>
            <w:top w:val="none" w:sz="0" w:space="0" w:color="auto"/>
            <w:left w:val="none" w:sz="0" w:space="0" w:color="auto"/>
            <w:bottom w:val="none" w:sz="0" w:space="0" w:color="auto"/>
            <w:right w:val="none" w:sz="0" w:space="0" w:color="auto"/>
          </w:divBdr>
        </w:div>
        <w:div w:id="752359065">
          <w:marLeft w:val="480"/>
          <w:marRight w:val="0"/>
          <w:marTop w:val="0"/>
          <w:marBottom w:val="0"/>
          <w:divBdr>
            <w:top w:val="none" w:sz="0" w:space="0" w:color="auto"/>
            <w:left w:val="none" w:sz="0" w:space="0" w:color="auto"/>
            <w:bottom w:val="none" w:sz="0" w:space="0" w:color="auto"/>
            <w:right w:val="none" w:sz="0" w:space="0" w:color="auto"/>
          </w:divBdr>
        </w:div>
        <w:div w:id="778569881">
          <w:marLeft w:val="480"/>
          <w:marRight w:val="0"/>
          <w:marTop w:val="0"/>
          <w:marBottom w:val="0"/>
          <w:divBdr>
            <w:top w:val="none" w:sz="0" w:space="0" w:color="auto"/>
            <w:left w:val="none" w:sz="0" w:space="0" w:color="auto"/>
            <w:bottom w:val="none" w:sz="0" w:space="0" w:color="auto"/>
            <w:right w:val="none" w:sz="0" w:space="0" w:color="auto"/>
          </w:divBdr>
        </w:div>
        <w:div w:id="929235778">
          <w:marLeft w:val="480"/>
          <w:marRight w:val="0"/>
          <w:marTop w:val="0"/>
          <w:marBottom w:val="0"/>
          <w:divBdr>
            <w:top w:val="none" w:sz="0" w:space="0" w:color="auto"/>
            <w:left w:val="none" w:sz="0" w:space="0" w:color="auto"/>
            <w:bottom w:val="none" w:sz="0" w:space="0" w:color="auto"/>
            <w:right w:val="none" w:sz="0" w:space="0" w:color="auto"/>
          </w:divBdr>
        </w:div>
        <w:div w:id="986472713">
          <w:marLeft w:val="480"/>
          <w:marRight w:val="0"/>
          <w:marTop w:val="0"/>
          <w:marBottom w:val="0"/>
          <w:divBdr>
            <w:top w:val="none" w:sz="0" w:space="0" w:color="auto"/>
            <w:left w:val="none" w:sz="0" w:space="0" w:color="auto"/>
            <w:bottom w:val="none" w:sz="0" w:space="0" w:color="auto"/>
            <w:right w:val="none" w:sz="0" w:space="0" w:color="auto"/>
          </w:divBdr>
        </w:div>
        <w:div w:id="1092359797">
          <w:marLeft w:val="480"/>
          <w:marRight w:val="0"/>
          <w:marTop w:val="0"/>
          <w:marBottom w:val="0"/>
          <w:divBdr>
            <w:top w:val="none" w:sz="0" w:space="0" w:color="auto"/>
            <w:left w:val="none" w:sz="0" w:space="0" w:color="auto"/>
            <w:bottom w:val="none" w:sz="0" w:space="0" w:color="auto"/>
            <w:right w:val="none" w:sz="0" w:space="0" w:color="auto"/>
          </w:divBdr>
        </w:div>
        <w:div w:id="1099525736">
          <w:marLeft w:val="480"/>
          <w:marRight w:val="0"/>
          <w:marTop w:val="0"/>
          <w:marBottom w:val="0"/>
          <w:divBdr>
            <w:top w:val="none" w:sz="0" w:space="0" w:color="auto"/>
            <w:left w:val="none" w:sz="0" w:space="0" w:color="auto"/>
            <w:bottom w:val="none" w:sz="0" w:space="0" w:color="auto"/>
            <w:right w:val="none" w:sz="0" w:space="0" w:color="auto"/>
          </w:divBdr>
        </w:div>
        <w:div w:id="1141851508">
          <w:marLeft w:val="480"/>
          <w:marRight w:val="0"/>
          <w:marTop w:val="0"/>
          <w:marBottom w:val="0"/>
          <w:divBdr>
            <w:top w:val="none" w:sz="0" w:space="0" w:color="auto"/>
            <w:left w:val="none" w:sz="0" w:space="0" w:color="auto"/>
            <w:bottom w:val="none" w:sz="0" w:space="0" w:color="auto"/>
            <w:right w:val="none" w:sz="0" w:space="0" w:color="auto"/>
          </w:divBdr>
        </w:div>
        <w:div w:id="1153369334">
          <w:marLeft w:val="480"/>
          <w:marRight w:val="0"/>
          <w:marTop w:val="0"/>
          <w:marBottom w:val="0"/>
          <w:divBdr>
            <w:top w:val="none" w:sz="0" w:space="0" w:color="auto"/>
            <w:left w:val="none" w:sz="0" w:space="0" w:color="auto"/>
            <w:bottom w:val="none" w:sz="0" w:space="0" w:color="auto"/>
            <w:right w:val="none" w:sz="0" w:space="0" w:color="auto"/>
          </w:divBdr>
        </w:div>
        <w:div w:id="1184633978">
          <w:marLeft w:val="480"/>
          <w:marRight w:val="0"/>
          <w:marTop w:val="0"/>
          <w:marBottom w:val="0"/>
          <w:divBdr>
            <w:top w:val="none" w:sz="0" w:space="0" w:color="auto"/>
            <w:left w:val="none" w:sz="0" w:space="0" w:color="auto"/>
            <w:bottom w:val="none" w:sz="0" w:space="0" w:color="auto"/>
            <w:right w:val="none" w:sz="0" w:space="0" w:color="auto"/>
          </w:divBdr>
        </w:div>
        <w:div w:id="1197816960">
          <w:marLeft w:val="480"/>
          <w:marRight w:val="0"/>
          <w:marTop w:val="0"/>
          <w:marBottom w:val="0"/>
          <w:divBdr>
            <w:top w:val="none" w:sz="0" w:space="0" w:color="auto"/>
            <w:left w:val="none" w:sz="0" w:space="0" w:color="auto"/>
            <w:bottom w:val="none" w:sz="0" w:space="0" w:color="auto"/>
            <w:right w:val="none" w:sz="0" w:space="0" w:color="auto"/>
          </w:divBdr>
        </w:div>
        <w:div w:id="1315333625">
          <w:marLeft w:val="480"/>
          <w:marRight w:val="0"/>
          <w:marTop w:val="0"/>
          <w:marBottom w:val="0"/>
          <w:divBdr>
            <w:top w:val="none" w:sz="0" w:space="0" w:color="auto"/>
            <w:left w:val="none" w:sz="0" w:space="0" w:color="auto"/>
            <w:bottom w:val="none" w:sz="0" w:space="0" w:color="auto"/>
            <w:right w:val="none" w:sz="0" w:space="0" w:color="auto"/>
          </w:divBdr>
        </w:div>
        <w:div w:id="1323124272">
          <w:marLeft w:val="480"/>
          <w:marRight w:val="0"/>
          <w:marTop w:val="0"/>
          <w:marBottom w:val="0"/>
          <w:divBdr>
            <w:top w:val="none" w:sz="0" w:space="0" w:color="auto"/>
            <w:left w:val="none" w:sz="0" w:space="0" w:color="auto"/>
            <w:bottom w:val="none" w:sz="0" w:space="0" w:color="auto"/>
            <w:right w:val="none" w:sz="0" w:space="0" w:color="auto"/>
          </w:divBdr>
        </w:div>
        <w:div w:id="1387491645">
          <w:marLeft w:val="480"/>
          <w:marRight w:val="0"/>
          <w:marTop w:val="0"/>
          <w:marBottom w:val="0"/>
          <w:divBdr>
            <w:top w:val="none" w:sz="0" w:space="0" w:color="auto"/>
            <w:left w:val="none" w:sz="0" w:space="0" w:color="auto"/>
            <w:bottom w:val="none" w:sz="0" w:space="0" w:color="auto"/>
            <w:right w:val="none" w:sz="0" w:space="0" w:color="auto"/>
          </w:divBdr>
        </w:div>
        <w:div w:id="1478913284">
          <w:marLeft w:val="480"/>
          <w:marRight w:val="0"/>
          <w:marTop w:val="0"/>
          <w:marBottom w:val="0"/>
          <w:divBdr>
            <w:top w:val="none" w:sz="0" w:space="0" w:color="auto"/>
            <w:left w:val="none" w:sz="0" w:space="0" w:color="auto"/>
            <w:bottom w:val="none" w:sz="0" w:space="0" w:color="auto"/>
            <w:right w:val="none" w:sz="0" w:space="0" w:color="auto"/>
          </w:divBdr>
        </w:div>
        <w:div w:id="1536700014">
          <w:marLeft w:val="480"/>
          <w:marRight w:val="0"/>
          <w:marTop w:val="0"/>
          <w:marBottom w:val="0"/>
          <w:divBdr>
            <w:top w:val="none" w:sz="0" w:space="0" w:color="auto"/>
            <w:left w:val="none" w:sz="0" w:space="0" w:color="auto"/>
            <w:bottom w:val="none" w:sz="0" w:space="0" w:color="auto"/>
            <w:right w:val="none" w:sz="0" w:space="0" w:color="auto"/>
          </w:divBdr>
        </w:div>
        <w:div w:id="1551502478">
          <w:marLeft w:val="480"/>
          <w:marRight w:val="0"/>
          <w:marTop w:val="0"/>
          <w:marBottom w:val="0"/>
          <w:divBdr>
            <w:top w:val="none" w:sz="0" w:space="0" w:color="auto"/>
            <w:left w:val="none" w:sz="0" w:space="0" w:color="auto"/>
            <w:bottom w:val="none" w:sz="0" w:space="0" w:color="auto"/>
            <w:right w:val="none" w:sz="0" w:space="0" w:color="auto"/>
          </w:divBdr>
        </w:div>
        <w:div w:id="1567180351">
          <w:marLeft w:val="480"/>
          <w:marRight w:val="0"/>
          <w:marTop w:val="0"/>
          <w:marBottom w:val="0"/>
          <w:divBdr>
            <w:top w:val="none" w:sz="0" w:space="0" w:color="auto"/>
            <w:left w:val="none" w:sz="0" w:space="0" w:color="auto"/>
            <w:bottom w:val="none" w:sz="0" w:space="0" w:color="auto"/>
            <w:right w:val="none" w:sz="0" w:space="0" w:color="auto"/>
          </w:divBdr>
        </w:div>
        <w:div w:id="1573153788">
          <w:marLeft w:val="480"/>
          <w:marRight w:val="0"/>
          <w:marTop w:val="0"/>
          <w:marBottom w:val="0"/>
          <w:divBdr>
            <w:top w:val="none" w:sz="0" w:space="0" w:color="auto"/>
            <w:left w:val="none" w:sz="0" w:space="0" w:color="auto"/>
            <w:bottom w:val="none" w:sz="0" w:space="0" w:color="auto"/>
            <w:right w:val="none" w:sz="0" w:space="0" w:color="auto"/>
          </w:divBdr>
        </w:div>
        <w:div w:id="1591426969">
          <w:marLeft w:val="480"/>
          <w:marRight w:val="0"/>
          <w:marTop w:val="0"/>
          <w:marBottom w:val="0"/>
          <w:divBdr>
            <w:top w:val="none" w:sz="0" w:space="0" w:color="auto"/>
            <w:left w:val="none" w:sz="0" w:space="0" w:color="auto"/>
            <w:bottom w:val="none" w:sz="0" w:space="0" w:color="auto"/>
            <w:right w:val="none" w:sz="0" w:space="0" w:color="auto"/>
          </w:divBdr>
        </w:div>
        <w:div w:id="1596017121">
          <w:marLeft w:val="480"/>
          <w:marRight w:val="0"/>
          <w:marTop w:val="0"/>
          <w:marBottom w:val="0"/>
          <w:divBdr>
            <w:top w:val="none" w:sz="0" w:space="0" w:color="auto"/>
            <w:left w:val="none" w:sz="0" w:space="0" w:color="auto"/>
            <w:bottom w:val="none" w:sz="0" w:space="0" w:color="auto"/>
            <w:right w:val="none" w:sz="0" w:space="0" w:color="auto"/>
          </w:divBdr>
        </w:div>
        <w:div w:id="1613780427">
          <w:marLeft w:val="480"/>
          <w:marRight w:val="0"/>
          <w:marTop w:val="0"/>
          <w:marBottom w:val="0"/>
          <w:divBdr>
            <w:top w:val="none" w:sz="0" w:space="0" w:color="auto"/>
            <w:left w:val="none" w:sz="0" w:space="0" w:color="auto"/>
            <w:bottom w:val="none" w:sz="0" w:space="0" w:color="auto"/>
            <w:right w:val="none" w:sz="0" w:space="0" w:color="auto"/>
          </w:divBdr>
        </w:div>
        <w:div w:id="1708489639">
          <w:marLeft w:val="480"/>
          <w:marRight w:val="0"/>
          <w:marTop w:val="0"/>
          <w:marBottom w:val="0"/>
          <w:divBdr>
            <w:top w:val="none" w:sz="0" w:space="0" w:color="auto"/>
            <w:left w:val="none" w:sz="0" w:space="0" w:color="auto"/>
            <w:bottom w:val="none" w:sz="0" w:space="0" w:color="auto"/>
            <w:right w:val="none" w:sz="0" w:space="0" w:color="auto"/>
          </w:divBdr>
        </w:div>
        <w:div w:id="1810971362">
          <w:marLeft w:val="480"/>
          <w:marRight w:val="0"/>
          <w:marTop w:val="0"/>
          <w:marBottom w:val="0"/>
          <w:divBdr>
            <w:top w:val="none" w:sz="0" w:space="0" w:color="auto"/>
            <w:left w:val="none" w:sz="0" w:space="0" w:color="auto"/>
            <w:bottom w:val="none" w:sz="0" w:space="0" w:color="auto"/>
            <w:right w:val="none" w:sz="0" w:space="0" w:color="auto"/>
          </w:divBdr>
        </w:div>
        <w:div w:id="1961065234">
          <w:marLeft w:val="480"/>
          <w:marRight w:val="0"/>
          <w:marTop w:val="0"/>
          <w:marBottom w:val="0"/>
          <w:divBdr>
            <w:top w:val="none" w:sz="0" w:space="0" w:color="auto"/>
            <w:left w:val="none" w:sz="0" w:space="0" w:color="auto"/>
            <w:bottom w:val="none" w:sz="0" w:space="0" w:color="auto"/>
            <w:right w:val="none" w:sz="0" w:space="0" w:color="auto"/>
          </w:divBdr>
        </w:div>
        <w:div w:id="1999574468">
          <w:marLeft w:val="480"/>
          <w:marRight w:val="0"/>
          <w:marTop w:val="0"/>
          <w:marBottom w:val="0"/>
          <w:divBdr>
            <w:top w:val="none" w:sz="0" w:space="0" w:color="auto"/>
            <w:left w:val="none" w:sz="0" w:space="0" w:color="auto"/>
            <w:bottom w:val="none" w:sz="0" w:space="0" w:color="auto"/>
            <w:right w:val="none" w:sz="0" w:space="0" w:color="auto"/>
          </w:divBdr>
        </w:div>
        <w:div w:id="2027487671">
          <w:marLeft w:val="480"/>
          <w:marRight w:val="0"/>
          <w:marTop w:val="0"/>
          <w:marBottom w:val="0"/>
          <w:divBdr>
            <w:top w:val="none" w:sz="0" w:space="0" w:color="auto"/>
            <w:left w:val="none" w:sz="0" w:space="0" w:color="auto"/>
            <w:bottom w:val="none" w:sz="0" w:space="0" w:color="auto"/>
            <w:right w:val="none" w:sz="0" w:space="0" w:color="auto"/>
          </w:divBdr>
        </w:div>
        <w:div w:id="2049599359">
          <w:marLeft w:val="480"/>
          <w:marRight w:val="0"/>
          <w:marTop w:val="0"/>
          <w:marBottom w:val="0"/>
          <w:divBdr>
            <w:top w:val="none" w:sz="0" w:space="0" w:color="auto"/>
            <w:left w:val="none" w:sz="0" w:space="0" w:color="auto"/>
            <w:bottom w:val="none" w:sz="0" w:space="0" w:color="auto"/>
            <w:right w:val="none" w:sz="0" w:space="0" w:color="auto"/>
          </w:divBdr>
        </w:div>
        <w:div w:id="2071729445">
          <w:marLeft w:val="480"/>
          <w:marRight w:val="0"/>
          <w:marTop w:val="0"/>
          <w:marBottom w:val="0"/>
          <w:divBdr>
            <w:top w:val="none" w:sz="0" w:space="0" w:color="auto"/>
            <w:left w:val="none" w:sz="0" w:space="0" w:color="auto"/>
            <w:bottom w:val="none" w:sz="0" w:space="0" w:color="auto"/>
            <w:right w:val="none" w:sz="0" w:space="0" w:color="auto"/>
          </w:divBdr>
        </w:div>
        <w:div w:id="2080588243">
          <w:marLeft w:val="480"/>
          <w:marRight w:val="0"/>
          <w:marTop w:val="0"/>
          <w:marBottom w:val="0"/>
          <w:divBdr>
            <w:top w:val="none" w:sz="0" w:space="0" w:color="auto"/>
            <w:left w:val="none" w:sz="0" w:space="0" w:color="auto"/>
            <w:bottom w:val="none" w:sz="0" w:space="0" w:color="auto"/>
            <w:right w:val="none" w:sz="0" w:space="0" w:color="auto"/>
          </w:divBdr>
        </w:div>
        <w:div w:id="2112893258">
          <w:marLeft w:val="480"/>
          <w:marRight w:val="0"/>
          <w:marTop w:val="0"/>
          <w:marBottom w:val="0"/>
          <w:divBdr>
            <w:top w:val="none" w:sz="0" w:space="0" w:color="auto"/>
            <w:left w:val="none" w:sz="0" w:space="0" w:color="auto"/>
            <w:bottom w:val="none" w:sz="0" w:space="0" w:color="auto"/>
            <w:right w:val="none" w:sz="0" w:space="0" w:color="auto"/>
          </w:divBdr>
        </w:div>
      </w:divsChild>
    </w:div>
    <w:div w:id="120154772">
      <w:bodyDiv w:val="1"/>
      <w:marLeft w:val="0"/>
      <w:marRight w:val="0"/>
      <w:marTop w:val="0"/>
      <w:marBottom w:val="0"/>
      <w:divBdr>
        <w:top w:val="none" w:sz="0" w:space="0" w:color="auto"/>
        <w:left w:val="none" w:sz="0" w:space="0" w:color="auto"/>
        <w:bottom w:val="none" w:sz="0" w:space="0" w:color="auto"/>
        <w:right w:val="none" w:sz="0" w:space="0" w:color="auto"/>
      </w:divBdr>
    </w:div>
    <w:div w:id="122232871">
      <w:bodyDiv w:val="1"/>
      <w:marLeft w:val="0"/>
      <w:marRight w:val="0"/>
      <w:marTop w:val="0"/>
      <w:marBottom w:val="0"/>
      <w:divBdr>
        <w:top w:val="none" w:sz="0" w:space="0" w:color="auto"/>
        <w:left w:val="none" w:sz="0" w:space="0" w:color="auto"/>
        <w:bottom w:val="none" w:sz="0" w:space="0" w:color="auto"/>
        <w:right w:val="none" w:sz="0" w:space="0" w:color="auto"/>
      </w:divBdr>
    </w:div>
    <w:div w:id="125003371">
      <w:bodyDiv w:val="1"/>
      <w:marLeft w:val="0"/>
      <w:marRight w:val="0"/>
      <w:marTop w:val="0"/>
      <w:marBottom w:val="0"/>
      <w:divBdr>
        <w:top w:val="none" w:sz="0" w:space="0" w:color="auto"/>
        <w:left w:val="none" w:sz="0" w:space="0" w:color="auto"/>
        <w:bottom w:val="none" w:sz="0" w:space="0" w:color="auto"/>
        <w:right w:val="none" w:sz="0" w:space="0" w:color="auto"/>
      </w:divBdr>
    </w:div>
    <w:div w:id="125902878">
      <w:bodyDiv w:val="1"/>
      <w:marLeft w:val="0"/>
      <w:marRight w:val="0"/>
      <w:marTop w:val="0"/>
      <w:marBottom w:val="0"/>
      <w:divBdr>
        <w:top w:val="none" w:sz="0" w:space="0" w:color="auto"/>
        <w:left w:val="none" w:sz="0" w:space="0" w:color="auto"/>
        <w:bottom w:val="none" w:sz="0" w:space="0" w:color="auto"/>
        <w:right w:val="none" w:sz="0" w:space="0" w:color="auto"/>
      </w:divBdr>
    </w:div>
    <w:div w:id="127282734">
      <w:bodyDiv w:val="1"/>
      <w:marLeft w:val="0"/>
      <w:marRight w:val="0"/>
      <w:marTop w:val="0"/>
      <w:marBottom w:val="0"/>
      <w:divBdr>
        <w:top w:val="none" w:sz="0" w:space="0" w:color="auto"/>
        <w:left w:val="none" w:sz="0" w:space="0" w:color="auto"/>
        <w:bottom w:val="none" w:sz="0" w:space="0" w:color="auto"/>
        <w:right w:val="none" w:sz="0" w:space="0" w:color="auto"/>
      </w:divBdr>
    </w:div>
    <w:div w:id="127822087">
      <w:bodyDiv w:val="1"/>
      <w:marLeft w:val="0"/>
      <w:marRight w:val="0"/>
      <w:marTop w:val="0"/>
      <w:marBottom w:val="0"/>
      <w:divBdr>
        <w:top w:val="none" w:sz="0" w:space="0" w:color="auto"/>
        <w:left w:val="none" w:sz="0" w:space="0" w:color="auto"/>
        <w:bottom w:val="none" w:sz="0" w:space="0" w:color="auto"/>
        <w:right w:val="none" w:sz="0" w:space="0" w:color="auto"/>
      </w:divBdr>
    </w:div>
    <w:div w:id="129632842">
      <w:bodyDiv w:val="1"/>
      <w:marLeft w:val="0"/>
      <w:marRight w:val="0"/>
      <w:marTop w:val="0"/>
      <w:marBottom w:val="0"/>
      <w:divBdr>
        <w:top w:val="none" w:sz="0" w:space="0" w:color="auto"/>
        <w:left w:val="none" w:sz="0" w:space="0" w:color="auto"/>
        <w:bottom w:val="none" w:sz="0" w:space="0" w:color="auto"/>
        <w:right w:val="none" w:sz="0" w:space="0" w:color="auto"/>
      </w:divBdr>
    </w:div>
    <w:div w:id="130560557">
      <w:bodyDiv w:val="1"/>
      <w:marLeft w:val="0"/>
      <w:marRight w:val="0"/>
      <w:marTop w:val="0"/>
      <w:marBottom w:val="0"/>
      <w:divBdr>
        <w:top w:val="none" w:sz="0" w:space="0" w:color="auto"/>
        <w:left w:val="none" w:sz="0" w:space="0" w:color="auto"/>
        <w:bottom w:val="none" w:sz="0" w:space="0" w:color="auto"/>
        <w:right w:val="none" w:sz="0" w:space="0" w:color="auto"/>
      </w:divBdr>
      <w:divsChild>
        <w:div w:id="95756217">
          <w:marLeft w:val="480"/>
          <w:marRight w:val="0"/>
          <w:marTop w:val="0"/>
          <w:marBottom w:val="0"/>
          <w:divBdr>
            <w:top w:val="none" w:sz="0" w:space="0" w:color="auto"/>
            <w:left w:val="none" w:sz="0" w:space="0" w:color="auto"/>
            <w:bottom w:val="none" w:sz="0" w:space="0" w:color="auto"/>
            <w:right w:val="none" w:sz="0" w:space="0" w:color="auto"/>
          </w:divBdr>
        </w:div>
        <w:div w:id="119609979">
          <w:marLeft w:val="480"/>
          <w:marRight w:val="0"/>
          <w:marTop w:val="0"/>
          <w:marBottom w:val="0"/>
          <w:divBdr>
            <w:top w:val="none" w:sz="0" w:space="0" w:color="auto"/>
            <w:left w:val="none" w:sz="0" w:space="0" w:color="auto"/>
            <w:bottom w:val="none" w:sz="0" w:space="0" w:color="auto"/>
            <w:right w:val="none" w:sz="0" w:space="0" w:color="auto"/>
          </w:divBdr>
        </w:div>
        <w:div w:id="141625544">
          <w:marLeft w:val="480"/>
          <w:marRight w:val="0"/>
          <w:marTop w:val="0"/>
          <w:marBottom w:val="0"/>
          <w:divBdr>
            <w:top w:val="none" w:sz="0" w:space="0" w:color="auto"/>
            <w:left w:val="none" w:sz="0" w:space="0" w:color="auto"/>
            <w:bottom w:val="none" w:sz="0" w:space="0" w:color="auto"/>
            <w:right w:val="none" w:sz="0" w:space="0" w:color="auto"/>
          </w:divBdr>
        </w:div>
        <w:div w:id="322005032">
          <w:marLeft w:val="480"/>
          <w:marRight w:val="0"/>
          <w:marTop w:val="0"/>
          <w:marBottom w:val="0"/>
          <w:divBdr>
            <w:top w:val="none" w:sz="0" w:space="0" w:color="auto"/>
            <w:left w:val="none" w:sz="0" w:space="0" w:color="auto"/>
            <w:bottom w:val="none" w:sz="0" w:space="0" w:color="auto"/>
            <w:right w:val="none" w:sz="0" w:space="0" w:color="auto"/>
          </w:divBdr>
        </w:div>
        <w:div w:id="446778358">
          <w:marLeft w:val="480"/>
          <w:marRight w:val="0"/>
          <w:marTop w:val="0"/>
          <w:marBottom w:val="0"/>
          <w:divBdr>
            <w:top w:val="none" w:sz="0" w:space="0" w:color="auto"/>
            <w:left w:val="none" w:sz="0" w:space="0" w:color="auto"/>
            <w:bottom w:val="none" w:sz="0" w:space="0" w:color="auto"/>
            <w:right w:val="none" w:sz="0" w:space="0" w:color="auto"/>
          </w:divBdr>
        </w:div>
        <w:div w:id="457381890">
          <w:marLeft w:val="480"/>
          <w:marRight w:val="0"/>
          <w:marTop w:val="0"/>
          <w:marBottom w:val="0"/>
          <w:divBdr>
            <w:top w:val="none" w:sz="0" w:space="0" w:color="auto"/>
            <w:left w:val="none" w:sz="0" w:space="0" w:color="auto"/>
            <w:bottom w:val="none" w:sz="0" w:space="0" w:color="auto"/>
            <w:right w:val="none" w:sz="0" w:space="0" w:color="auto"/>
          </w:divBdr>
        </w:div>
        <w:div w:id="486282658">
          <w:marLeft w:val="480"/>
          <w:marRight w:val="0"/>
          <w:marTop w:val="0"/>
          <w:marBottom w:val="0"/>
          <w:divBdr>
            <w:top w:val="none" w:sz="0" w:space="0" w:color="auto"/>
            <w:left w:val="none" w:sz="0" w:space="0" w:color="auto"/>
            <w:bottom w:val="none" w:sz="0" w:space="0" w:color="auto"/>
            <w:right w:val="none" w:sz="0" w:space="0" w:color="auto"/>
          </w:divBdr>
        </w:div>
        <w:div w:id="513999469">
          <w:marLeft w:val="480"/>
          <w:marRight w:val="0"/>
          <w:marTop w:val="0"/>
          <w:marBottom w:val="0"/>
          <w:divBdr>
            <w:top w:val="none" w:sz="0" w:space="0" w:color="auto"/>
            <w:left w:val="none" w:sz="0" w:space="0" w:color="auto"/>
            <w:bottom w:val="none" w:sz="0" w:space="0" w:color="auto"/>
            <w:right w:val="none" w:sz="0" w:space="0" w:color="auto"/>
          </w:divBdr>
        </w:div>
        <w:div w:id="524562188">
          <w:marLeft w:val="480"/>
          <w:marRight w:val="0"/>
          <w:marTop w:val="0"/>
          <w:marBottom w:val="0"/>
          <w:divBdr>
            <w:top w:val="none" w:sz="0" w:space="0" w:color="auto"/>
            <w:left w:val="none" w:sz="0" w:space="0" w:color="auto"/>
            <w:bottom w:val="none" w:sz="0" w:space="0" w:color="auto"/>
            <w:right w:val="none" w:sz="0" w:space="0" w:color="auto"/>
          </w:divBdr>
        </w:div>
        <w:div w:id="555239639">
          <w:marLeft w:val="480"/>
          <w:marRight w:val="0"/>
          <w:marTop w:val="0"/>
          <w:marBottom w:val="0"/>
          <w:divBdr>
            <w:top w:val="none" w:sz="0" w:space="0" w:color="auto"/>
            <w:left w:val="none" w:sz="0" w:space="0" w:color="auto"/>
            <w:bottom w:val="none" w:sz="0" w:space="0" w:color="auto"/>
            <w:right w:val="none" w:sz="0" w:space="0" w:color="auto"/>
          </w:divBdr>
        </w:div>
        <w:div w:id="582569583">
          <w:marLeft w:val="480"/>
          <w:marRight w:val="0"/>
          <w:marTop w:val="0"/>
          <w:marBottom w:val="0"/>
          <w:divBdr>
            <w:top w:val="none" w:sz="0" w:space="0" w:color="auto"/>
            <w:left w:val="none" w:sz="0" w:space="0" w:color="auto"/>
            <w:bottom w:val="none" w:sz="0" w:space="0" w:color="auto"/>
            <w:right w:val="none" w:sz="0" w:space="0" w:color="auto"/>
          </w:divBdr>
        </w:div>
        <w:div w:id="608196282">
          <w:marLeft w:val="480"/>
          <w:marRight w:val="0"/>
          <w:marTop w:val="0"/>
          <w:marBottom w:val="0"/>
          <w:divBdr>
            <w:top w:val="none" w:sz="0" w:space="0" w:color="auto"/>
            <w:left w:val="none" w:sz="0" w:space="0" w:color="auto"/>
            <w:bottom w:val="none" w:sz="0" w:space="0" w:color="auto"/>
            <w:right w:val="none" w:sz="0" w:space="0" w:color="auto"/>
          </w:divBdr>
        </w:div>
        <w:div w:id="627860971">
          <w:marLeft w:val="480"/>
          <w:marRight w:val="0"/>
          <w:marTop w:val="0"/>
          <w:marBottom w:val="0"/>
          <w:divBdr>
            <w:top w:val="none" w:sz="0" w:space="0" w:color="auto"/>
            <w:left w:val="none" w:sz="0" w:space="0" w:color="auto"/>
            <w:bottom w:val="none" w:sz="0" w:space="0" w:color="auto"/>
            <w:right w:val="none" w:sz="0" w:space="0" w:color="auto"/>
          </w:divBdr>
        </w:div>
        <w:div w:id="678849785">
          <w:marLeft w:val="480"/>
          <w:marRight w:val="0"/>
          <w:marTop w:val="0"/>
          <w:marBottom w:val="0"/>
          <w:divBdr>
            <w:top w:val="none" w:sz="0" w:space="0" w:color="auto"/>
            <w:left w:val="none" w:sz="0" w:space="0" w:color="auto"/>
            <w:bottom w:val="none" w:sz="0" w:space="0" w:color="auto"/>
            <w:right w:val="none" w:sz="0" w:space="0" w:color="auto"/>
          </w:divBdr>
        </w:div>
        <w:div w:id="703212774">
          <w:marLeft w:val="480"/>
          <w:marRight w:val="0"/>
          <w:marTop w:val="0"/>
          <w:marBottom w:val="0"/>
          <w:divBdr>
            <w:top w:val="none" w:sz="0" w:space="0" w:color="auto"/>
            <w:left w:val="none" w:sz="0" w:space="0" w:color="auto"/>
            <w:bottom w:val="none" w:sz="0" w:space="0" w:color="auto"/>
            <w:right w:val="none" w:sz="0" w:space="0" w:color="auto"/>
          </w:divBdr>
        </w:div>
        <w:div w:id="720787578">
          <w:marLeft w:val="480"/>
          <w:marRight w:val="0"/>
          <w:marTop w:val="0"/>
          <w:marBottom w:val="0"/>
          <w:divBdr>
            <w:top w:val="none" w:sz="0" w:space="0" w:color="auto"/>
            <w:left w:val="none" w:sz="0" w:space="0" w:color="auto"/>
            <w:bottom w:val="none" w:sz="0" w:space="0" w:color="auto"/>
            <w:right w:val="none" w:sz="0" w:space="0" w:color="auto"/>
          </w:divBdr>
        </w:div>
        <w:div w:id="794064876">
          <w:marLeft w:val="480"/>
          <w:marRight w:val="0"/>
          <w:marTop w:val="0"/>
          <w:marBottom w:val="0"/>
          <w:divBdr>
            <w:top w:val="none" w:sz="0" w:space="0" w:color="auto"/>
            <w:left w:val="none" w:sz="0" w:space="0" w:color="auto"/>
            <w:bottom w:val="none" w:sz="0" w:space="0" w:color="auto"/>
            <w:right w:val="none" w:sz="0" w:space="0" w:color="auto"/>
          </w:divBdr>
        </w:div>
        <w:div w:id="961763718">
          <w:marLeft w:val="480"/>
          <w:marRight w:val="0"/>
          <w:marTop w:val="0"/>
          <w:marBottom w:val="0"/>
          <w:divBdr>
            <w:top w:val="none" w:sz="0" w:space="0" w:color="auto"/>
            <w:left w:val="none" w:sz="0" w:space="0" w:color="auto"/>
            <w:bottom w:val="none" w:sz="0" w:space="0" w:color="auto"/>
            <w:right w:val="none" w:sz="0" w:space="0" w:color="auto"/>
          </w:divBdr>
        </w:div>
        <w:div w:id="970523712">
          <w:marLeft w:val="480"/>
          <w:marRight w:val="0"/>
          <w:marTop w:val="0"/>
          <w:marBottom w:val="0"/>
          <w:divBdr>
            <w:top w:val="none" w:sz="0" w:space="0" w:color="auto"/>
            <w:left w:val="none" w:sz="0" w:space="0" w:color="auto"/>
            <w:bottom w:val="none" w:sz="0" w:space="0" w:color="auto"/>
            <w:right w:val="none" w:sz="0" w:space="0" w:color="auto"/>
          </w:divBdr>
        </w:div>
        <w:div w:id="1019547838">
          <w:marLeft w:val="480"/>
          <w:marRight w:val="0"/>
          <w:marTop w:val="0"/>
          <w:marBottom w:val="0"/>
          <w:divBdr>
            <w:top w:val="none" w:sz="0" w:space="0" w:color="auto"/>
            <w:left w:val="none" w:sz="0" w:space="0" w:color="auto"/>
            <w:bottom w:val="none" w:sz="0" w:space="0" w:color="auto"/>
            <w:right w:val="none" w:sz="0" w:space="0" w:color="auto"/>
          </w:divBdr>
        </w:div>
        <w:div w:id="1063066184">
          <w:marLeft w:val="480"/>
          <w:marRight w:val="0"/>
          <w:marTop w:val="0"/>
          <w:marBottom w:val="0"/>
          <w:divBdr>
            <w:top w:val="none" w:sz="0" w:space="0" w:color="auto"/>
            <w:left w:val="none" w:sz="0" w:space="0" w:color="auto"/>
            <w:bottom w:val="none" w:sz="0" w:space="0" w:color="auto"/>
            <w:right w:val="none" w:sz="0" w:space="0" w:color="auto"/>
          </w:divBdr>
        </w:div>
        <w:div w:id="1142428169">
          <w:marLeft w:val="480"/>
          <w:marRight w:val="0"/>
          <w:marTop w:val="0"/>
          <w:marBottom w:val="0"/>
          <w:divBdr>
            <w:top w:val="none" w:sz="0" w:space="0" w:color="auto"/>
            <w:left w:val="none" w:sz="0" w:space="0" w:color="auto"/>
            <w:bottom w:val="none" w:sz="0" w:space="0" w:color="auto"/>
            <w:right w:val="none" w:sz="0" w:space="0" w:color="auto"/>
          </w:divBdr>
        </w:div>
        <w:div w:id="1144155155">
          <w:marLeft w:val="480"/>
          <w:marRight w:val="0"/>
          <w:marTop w:val="0"/>
          <w:marBottom w:val="0"/>
          <w:divBdr>
            <w:top w:val="none" w:sz="0" w:space="0" w:color="auto"/>
            <w:left w:val="none" w:sz="0" w:space="0" w:color="auto"/>
            <w:bottom w:val="none" w:sz="0" w:space="0" w:color="auto"/>
            <w:right w:val="none" w:sz="0" w:space="0" w:color="auto"/>
          </w:divBdr>
        </w:div>
        <w:div w:id="1182742609">
          <w:marLeft w:val="480"/>
          <w:marRight w:val="0"/>
          <w:marTop w:val="0"/>
          <w:marBottom w:val="0"/>
          <w:divBdr>
            <w:top w:val="none" w:sz="0" w:space="0" w:color="auto"/>
            <w:left w:val="none" w:sz="0" w:space="0" w:color="auto"/>
            <w:bottom w:val="none" w:sz="0" w:space="0" w:color="auto"/>
            <w:right w:val="none" w:sz="0" w:space="0" w:color="auto"/>
          </w:divBdr>
        </w:div>
        <w:div w:id="1194735225">
          <w:marLeft w:val="480"/>
          <w:marRight w:val="0"/>
          <w:marTop w:val="0"/>
          <w:marBottom w:val="0"/>
          <w:divBdr>
            <w:top w:val="none" w:sz="0" w:space="0" w:color="auto"/>
            <w:left w:val="none" w:sz="0" w:space="0" w:color="auto"/>
            <w:bottom w:val="none" w:sz="0" w:space="0" w:color="auto"/>
            <w:right w:val="none" w:sz="0" w:space="0" w:color="auto"/>
          </w:divBdr>
        </w:div>
        <w:div w:id="1198813294">
          <w:marLeft w:val="480"/>
          <w:marRight w:val="0"/>
          <w:marTop w:val="0"/>
          <w:marBottom w:val="0"/>
          <w:divBdr>
            <w:top w:val="none" w:sz="0" w:space="0" w:color="auto"/>
            <w:left w:val="none" w:sz="0" w:space="0" w:color="auto"/>
            <w:bottom w:val="none" w:sz="0" w:space="0" w:color="auto"/>
            <w:right w:val="none" w:sz="0" w:space="0" w:color="auto"/>
          </w:divBdr>
        </w:div>
        <w:div w:id="1373727512">
          <w:marLeft w:val="480"/>
          <w:marRight w:val="0"/>
          <w:marTop w:val="0"/>
          <w:marBottom w:val="0"/>
          <w:divBdr>
            <w:top w:val="none" w:sz="0" w:space="0" w:color="auto"/>
            <w:left w:val="none" w:sz="0" w:space="0" w:color="auto"/>
            <w:bottom w:val="none" w:sz="0" w:space="0" w:color="auto"/>
            <w:right w:val="none" w:sz="0" w:space="0" w:color="auto"/>
          </w:divBdr>
        </w:div>
        <w:div w:id="1397967812">
          <w:marLeft w:val="480"/>
          <w:marRight w:val="0"/>
          <w:marTop w:val="0"/>
          <w:marBottom w:val="0"/>
          <w:divBdr>
            <w:top w:val="none" w:sz="0" w:space="0" w:color="auto"/>
            <w:left w:val="none" w:sz="0" w:space="0" w:color="auto"/>
            <w:bottom w:val="none" w:sz="0" w:space="0" w:color="auto"/>
            <w:right w:val="none" w:sz="0" w:space="0" w:color="auto"/>
          </w:divBdr>
        </w:div>
        <w:div w:id="1403869377">
          <w:marLeft w:val="480"/>
          <w:marRight w:val="0"/>
          <w:marTop w:val="0"/>
          <w:marBottom w:val="0"/>
          <w:divBdr>
            <w:top w:val="none" w:sz="0" w:space="0" w:color="auto"/>
            <w:left w:val="none" w:sz="0" w:space="0" w:color="auto"/>
            <w:bottom w:val="none" w:sz="0" w:space="0" w:color="auto"/>
            <w:right w:val="none" w:sz="0" w:space="0" w:color="auto"/>
          </w:divBdr>
        </w:div>
        <w:div w:id="1433891597">
          <w:marLeft w:val="480"/>
          <w:marRight w:val="0"/>
          <w:marTop w:val="0"/>
          <w:marBottom w:val="0"/>
          <w:divBdr>
            <w:top w:val="none" w:sz="0" w:space="0" w:color="auto"/>
            <w:left w:val="none" w:sz="0" w:space="0" w:color="auto"/>
            <w:bottom w:val="none" w:sz="0" w:space="0" w:color="auto"/>
            <w:right w:val="none" w:sz="0" w:space="0" w:color="auto"/>
          </w:divBdr>
        </w:div>
        <w:div w:id="1509907919">
          <w:marLeft w:val="480"/>
          <w:marRight w:val="0"/>
          <w:marTop w:val="0"/>
          <w:marBottom w:val="0"/>
          <w:divBdr>
            <w:top w:val="none" w:sz="0" w:space="0" w:color="auto"/>
            <w:left w:val="none" w:sz="0" w:space="0" w:color="auto"/>
            <w:bottom w:val="none" w:sz="0" w:space="0" w:color="auto"/>
            <w:right w:val="none" w:sz="0" w:space="0" w:color="auto"/>
          </w:divBdr>
        </w:div>
        <w:div w:id="1680042560">
          <w:marLeft w:val="480"/>
          <w:marRight w:val="0"/>
          <w:marTop w:val="0"/>
          <w:marBottom w:val="0"/>
          <w:divBdr>
            <w:top w:val="none" w:sz="0" w:space="0" w:color="auto"/>
            <w:left w:val="none" w:sz="0" w:space="0" w:color="auto"/>
            <w:bottom w:val="none" w:sz="0" w:space="0" w:color="auto"/>
            <w:right w:val="none" w:sz="0" w:space="0" w:color="auto"/>
          </w:divBdr>
        </w:div>
        <w:div w:id="1735813730">
          <w:marLeft w:val="480"/>
          <w:marRight w:val="0"/>
          <w:marTop w:val="0"/>
          <w:marBottom w:val="0"/>
          <w:divBdr>
            <w:top w:val="none" w:sz="0" w:space="0" w:color="auto"/>
            <w:left w:val="none" w:sz="0" w:space="0" w:color="auto"/>
            <w:bottom w:val="none" w:sz="0" w:space="0" w:color="auto"/>
            <w:right w:val="none" w:sz="0" w:space="0" w:color="auto"/>
          </w:divBdr>
        </w:div>
        <w:div w:id="1846745632">
          <w:marLeft w:val="480"/>
          <w:marRight w:val="0"/>
          <w:marTop w:val="0"/>
          <w:marBottom w:val="0"/>
          <w:divBdr>
            <w:top w:val="none" w:sz="0" w:space="0" w:color="auto"/>
            <w:left w:val="none" w:sz="0" w:space="0" w:color="auto"/>
            <w:bottom w:val="none" w:sz="0" w:space="0" w:color="auto"/>
            <w:right w:val="none" w:sz="0" w:space="0" w:color="auto"/>
          </w:divBdr>
        </w:div>
        <w:div w:id="1871987921">
          <w:marLeft w:val="480"/>
          <w:marRight w:val="0"/>
          <w:marTop w:val="0"/>
          <w:marBottom w:val="0"/>
          <w:divBdr>
            <w:top w:val="none" w:sz="0" w:space="0" w:color="auto"/>
            <w:left w:val="none" w:sz="0" w:space="0" w:color="auto"/>
            <w:bottom w:val="none" w:sz="0" w:space="0" w:color="auto"/>
            <w:right w:val="none" w:sz="0" w:space="0" w:color="auto"/>
          </w:divBdr>
        </w:div>
        <w:div w:id="2067411703">
          <w:marLeft w:val="480"/>
          <w:marRight w:val="0"/>
          <w:marTop w:val="0"/>
          <w:marBottom w:val="0"/>
          <w:divBdr>
            <w:top w:val="none" w:sz="0" w:space="0" w:color="auto"/>
            <w:left w:val="none" w:sz="0" w:space="0" w:color="auto"/>
            <w:bottom w:val="none" w:sz="0" w:space="0" w:color="auto"/>
            <w:right w:val="none" w:sz="0" w:space="0" w:color="auto"/>
          </w:divBdr>
        </w:div>
      </w:divsChild>
    </w:div>
    <w:div w:id="132017538">
      <w:bodyDiv w:val="1"/>
      <w:marLeft w:val="0"/>
      <w:marRight w:val="0"/>
      <w:marTop w:val="0"/>
      <w:marBottom w:val="0"/>
      <w:divBdr>
        <w:top w:val="none" w:sz="0" w:space="0" w:color="auto"/>
        <w:left w:val="none" w:sz="0" w:space="0" w:color="auto"/>
        <w:bottom w:val="none" w:sz="0" w:space="0" w:color="auto"/>
        <w:right w:val="none" w:sz="0" w:space="0" w:color="auto"/>
      </w:divBdr>
    </w:div>
    <w:div w:id="132021801">
      <w:bodyDiv w:val="1"/>
      <w:marLeft w:val="0"/>
      <w:marRight w:val="0"/>
      <w:marTop w:val="0"/>
      <w:marBottom w:val="0"/>
      <w:divBdr>
        <w:top w:val="none" w:sz="0" w:space="0" w:color="auto"/>
        <w:left w:val="none" w:sz="0" w:space="0" w:color="auto"/>
        <w:bottom w:val="none" w:sz="0" w:space="0" w:color="auto"/>
        <w:right w:val="none" w:sz="0" w:space="0" w:color="auto"/>
      </w:divBdr>
    </w:div>
    <w:div w:id="132529655">
      <w:bodyDiv w:val="1"/>
      <w:marLeft w:val="0"/>
      <w:marRight w:val="0"/>
      <w:marTop w:val="0"/>
      <w:marBottom w:val="0"/>
      <w:divBdr>
        <w:top w:val="none" w:sz="0" w:space="0" w:color="auto"/>
        <w:left w:val="none" w:sz="0" w:space="0" w:color="auto"/>
        <w:bottom w:val="none" w:sz="0" w:space="0" w:color="auto"/>
        <w:right w:val="none" w:sz="0" w:space="0" w:color="auto"/>
      </w:divBdr>
      <w:divsChild>
        <w:div w:id="118574719">
          <w:marLeft w:val="480"/>
          <w:marRight w:val="0"/>
          <w:marTop w:val="0"/>
          <w:marBottom w:val="0"/>
          <w:divBdr>
            <w:top w:val="none" w:sz="0" w:space="0" w:color="auto"/>
            <w:left w:val="none" w:sz="0" w:space="0" w:color="auto"/>
            <w:bottom w:val="none" w:sz="0" w:space="0" w:color="auto"/>
            <w:right w:val="none" w:sz="0" w:space="0" w:color="auto"/>
          </w:divBdr>
        </w:div>
        <w:div w:id="756294468">
          <w:marLeft w:val="480"/>
          <w:marRight w:val="0"/>
          <w:marTop w:val="0"/>
          <w:marBottom w:val="0"/>
          <w:divBdr>
            <w:top w:val="none" w:sz="0" w:space="0" w:color="auto"/>
            <w:left w:val="none" w:sz="0" w:space="0" w:color="auto"/>
            <w:bottom w:val="none" w:sz="0" w:space="0" w:color="auto"/>
            <w:right w:val="none" w:sz="0" w:space="0" w:color="auto"/>
          </w:divBdr>
        </w:div>
        <w:div w:id="811168168">
          <w:marLeft w:val="480"/>
          <w:marRight w:val="0"/>
          <w:marTop w:val="0"/>
          <w:marBottom w:val="0"/>
          <w:divBdr>
            <w:top w:val="none" w:sz="0" w:space="0" w:color="auto"/>
            <w:left w:val="none" w:sz="0" w:space="0" w:color="auto"/>
            <w:bottom w:val="none" w:sz="0" w:space="0" w:color="auto"/>
            <w:right w:val="none" w:sz="0" w:space="0" w:color="auto"/>
          </w:divBdr>
        </w:div>
      </w:divsChild>
    </w:div>
    <w:div w:id="137692787">
      <w:bodyDiv w:val="1"/>
      <w:marLeft w:val="0"/>
      <w:marRight w:val="0"/>
      <w:marTop w:val="0"/>
      <w:marBottom w:val="0"/>
      <w:divBdr>
        <w:top w:val="none" w:sz="0" w:space="0" w:color="auto"/>
        <w:left w:val="none" w:sz="0" w:space="0" w:color="auto"/>
        <w:bottom w:val="none" w:sz="0" w:space="0" w:color="auto"/>
        <w:right w:val="none" w:sz="0" w:space="0" w:color="auto"/>
      </w:divBdr>
      <w:divsChild>
        <w:div w:id="1729306456">
          <w:marLeft w:val="0"/>
          <w:marRight w:val="0"/>
          <w:marTop w:val="0"/>
          <w:marBottom w:val="0"/>
          <w:divBdr>
            <w:top w:val="none" w:sz="0" w:space="0" w:color="auto"/>
            <w:left w:val="none" w:sz="0" w:space="0" w:color="auto"/>
            <w:bottom w:val="none" w:sz="0" w:space="0" w:color="auto"/>
            <w:right w:val="none" w:sz="0" w:space="0" w:color="auto"/>
          </w:divBdr>
          <w:divsChild>
            <w:div w:id="962149433">
              <w:marLeft w:val="0"/>
              <w:marRight w:val="0"/>
              <w:marTop w:val="0"/>
              <w:marBottom w:val="0"/>
              <w:divBdr>
                <w:top w:val="none" w:sz="0" w:space="0" w:color="auto"/>
                <w:left w:val="none" w:sz="0" w:space="0" w:color="auto"/>
                <w:bottom w:val="none" w:sz="0" w:space="0" w:color="auto"/>
                <w:right w:val="none" w:sz="0" w:space="0" w:color="auto"/>
              </w:divBdr>
              <w:divsChild>
                <w:div w:id="1928880023">
                  <w:marLeft w:val="0"/>
                  <w:marRight w:val="0"/>
                  <w:marTop w:val="0"/>
                  <w:marBottom w:val="0"/>
                  <w:divBdr>
                    <w:top w:val="none" w:sz="0" w:space="0" w:color="auto"/>
                    <w:left w:val="none" w:sz="0" w:space="0" w:color="auto"/>
                    <w:bottom w:val="none" w:sz="0" w:space="0" w:color="auto"/>
                    <w:right w:val="none" w:sz="0" w:space="0" w:color="auto"/>
                  </w:divBdr>
                  <w:divsChild>
                    <w:div w:id="1243640833">
                      <w:marLeft w:val="0"/>
                      <w:marRight w:val="0"/>
                      <w:marTop w:val="0"/>
                      <w:marBottom w:val="0"/>
                      <w:divBdr>
                        <w:top w:val="none" w:sz="0" w:space="0" w:color="auto"/>
                        <w:left w:val="none" w:sz="0" w:space="0" w:color="auto"/>
                        <w:bottom w:val="none" w:sz="0" w:space="0" w:color="auto"/>
                        <w:right w:val="none" w:sz="0" w:space="0" w:color="auto"/>
                      </w:divBdr>
                      <w:divsChild>
                        <w:div w:id="515388758">
                          <w:marLeft w:val="0"/>
                          <w:marRight w:val="0"/>
                          <w:marTop w:val="0"/>
                          <w:marBottom w:val="0"/>
                          <w:divBdr>
                            <w:top w:val="none" w:sz="0" w:space="0" w:color="auto"/>
                            <w:left w:val="none" w:sz="0" w:space="0" w:color="auto"/>
                            <w:bottom w:val="none" w:sz="0" w:space="0" w:color="auto"/>
                            <w:right w:val="none" w:sz="0" w:space="0" w:color="auto"/>
                          </w:divBdr>
                          <w:divsChild>
                            <w:div w:id="214508667">
                              <w:marLeft w:val="0"/>
                              <w:marRight w:val="0"/>
                              <w:marTop w:val="0"/>
                              <w:marBottom w:val="0"/>
                              <w:divBdr>
                                <w:top w:val="none" w:sz="0" w:space="0" w:color="auto"/>
                                <w:left w:val="none" w:sz="0" w:space="0" w:color="auto"/>
                                <w:bottom w:val="none" w:sz="0" w:space="0" w:color="auto"/>
                                <w:right w:val="none" w:sz="0" w:space="0" w:color="auto"/>
                              </w:divBdr>
                              <w:divsChild>
                                <w:div w:id="1410419064">
                                  <w:marLeft w:val="0"/>
                                  <w:marRight w:val="0"/>
                                  <w:marTop w:val="0"/>
                                  <w:marBottom w:val="0"/>
                                  <w:divBdr>
                                    <w:top w:val="none" w:sz="0" w:space="0" w:color="auto"/>
                                    <w:left w:val="none" w:sz="0" w:space="0" w:color="auto"/>
                                    <w:bottom w:val="none" w:sz="0" w:space="0" w:color="auto"/>
                                    <w:right w:val="none" w:sz="0" w:space="0" w:color="auto"/>
                                  </w:divBdr>
                                  <w:divsChild>
                                    <w:div w:id="1530601746">
                                      <w:marLeft w:val="0"/>
                                      <w:marRight w:val="0"/>
                                      <w:marTop w:val="0"/>
                                      <w:marBottom w:val="0"/>
                                      <w:divBdr>
                                        <w:top w:val="none" w:sz="0" w:space="0" w:color="auto"/>
                                        <w:left w:val="none" w:sz="0" w:space="0" w:color="auto"/>
                                        <w:bottom w:val="none" w:sz="0" w:space="0" w:color="auto"/>
                                        <w:right w:val="none" w:sz="0" w:space="0" w:color="auto"/>
                                      </w:divBdr>
                                      <w:divsChild>
                                        <w:div w:id="7471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083404">
          <w:marLeft w:val="0"/>
          <w:marRight w:val="0"/>
          <w:marTop w:val="0"/>
          <w:marBottom w:val="0"/>
          <w:divBdr>
            <w:top w:val="none" w:sz="0" w:space="0" w:color="auto"/>
            <w:left w:val="none" w:sz="0" w:space="0" w:color="auto"/>
            <w:bottom w:val="none" w:sz="0" w:space="0" w:color="auto"/>
            <w:right w:val="none" w:sz="0" w:space="0" w:color="auto"/>
          </w:divBdr>
          <w:divsChild>
            <w:div w:id="1476683292">
              <w:marLeft w:val="0"/>
              <w:marRight w:val="0"/>
              <w:marTop w:val="0"/>
              <w:marBottom w:val="0"/>
              <w:divBdr>
                <w:top w:val="none" w:sz="0" w:space="0" w:color="auto"/>
                <w:left w:val="none" w:sz="0" w:space="0" w:color="auto"/>
                <w:bottom w:val="none" w:sz="0" w:space="0" w:color="auto"/>
                <w:right w:val="none" w:sz="0" w:space="0" w:color="auto"/>
              </w:divBdr>
              <w:divsChild>
                <w:div w:id="1120027101">
                  <w:marLeft w:val="0"/>
                  <w:marRight w:val="0"/>
                  <w:marTop w:val="0"/>
                  <w:marBottom w:val="0"/>
                  <w:divBdr>
                    <w:top w:val="none" w:sz="0" w:space="0" w:color="auto"/>
                    <w:left w:val="none" w:sz="0" w:space="0" w:color="auto"/>
                    <w:bottom w:val="none" w:sz="0" w:space="0" w:color="auto"/>
                    <w:right w:val="none" w:sz="0" w:space="0" w:color="auto"/>
                  </w:divBdr>
                  <w:divsChild>
                    <w:div w:id="1871799121">
                      <w:marLeft w:val="0"/>
                      <w:marRight w:val="0"/>
                      <w:marTop w:val="0"/>
                      <w:marBottom w:val="0"/>
                      <w:divBdr>
                        <w:top w:val="none" w:sz="0" w:space="0" w:color="auto"/>
                        <w:left w:val="none" w:sz="0" w:space="0" w:color="auto"/>
                        <w:bottom w:val="none" w:sz="0" w:space="0" w:color="auto"/>
                        <w:right w:val="none" w:sz="0" w:space="0" w:color="auto"/>
                      </w:divBdr>
                      <w:divsChild>
                        <w:div w:id="424689608">
                          <w:marLeft w:val="0"/>
                          <w:marRight w:val="0"/>
                          <w:marTop w:val="0"/>
                          <w:marBottom w:val="0"/>
                          <w:divBdr>
                            <w:top w:val="none" w:sz="0" w:space="0" w:color="auto"/>
                            <w:left w:val="none" w:sz="0" w:space="0" w:color="auto"/>
                            <w:bottom w:val="none" w:sz="0" w:space="0" w:color="auto"/>
                            <w:right w:val="none" w:sz="0" w:space="0" w:color="auto"/>
                          </w:divBdr>
                          <w:divsChild>
                            <w:div w:id="1945455675">
                              <w:marLeft w:val="0"/>
                              <w:marRight w:val="0"/>
                              <w:marTop w:val="0"/>
                              <w:marBottom w:val="0"/>
                              <w:divBdr>
                                <w:top w:val="none" w:sz="0" w:space="0" w:color="auto"/>
                                <w:left w:val="none" w:sz="0" w:space="0" w:color="auto"/>
                                <w:bottom w:val="none" w:sz="0" w:space="0" w:color="auto"/>
                                <w:right w:val="none" w:sz="0" w:space="0" w:color="auto"/>
                              </w:divBdr>
                              <w:divsChild>
                                <w:div w:id="472261420">
                                  <w:marLeft w:val="0"/>
                                  <w:marRight w:val="0"/>
                                  <w:marTop w:val="0"/>
                                  <w:marBottom w:val="0"/>
                                  <w:divBdr>
                                    <w:top w:val="none" w:sz="0" w:space="0" w:color="auto"/>
                                    <w:left w:val="none" w:sz="0" w:space="0" w:color="auto"/>
                                    <w:bottom w:val="none" w:sz="0" w:space="0" w:color="auto"/>
                                    <w:right w:val="none" w:sz="0" w:space="0" w:color="auto"/>
                                  </w:divBdr>
                                  <w:divsChild>
                                    <w:div w:id="275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2374">
      <w:bodyDiv w:val="1"/>
      <w:marLeft w:val="0"/>
      <w:marRight w:val="0"/>
      <w:marTop w:val="0"/>
      <w:marBottom w:val="0"/>
      <w:divBdr>
        <w:top w:val="none" w:sz="0" w:space="0" w:color="auto"/>
        <w:left w:val="none" w:sz="0" w:space="0" w:color="auto"/>
        <w:bottom w:val="none" w:sz="0" w:space="0" w:color="auto"/>
        <w:right w:val="none" w:sz="0" w:space="0" w:color="auto"/>
      </w:divBdr>
      <w:divsChild>
        <w:div w:id="275143706">
          <w:marLeft w:val="480"/>
          <w:marRight w:val="0"/>
          <w:marTop w:val="0"/>
          <w:marBottom w:val="0"/>
          <w:divBdr>
            <w:top w:val="none" w:sz="0" w:space="0" w:color="auto"/>
            <w:left w:val="none" w:sz="0" w:space="0" w:color="auto"/>
            <w:bottom w:val="none" w:sz="0" w:space="0" w:color="auto"/>
            <w:right w:val="none" w:sz="0" w:space="0" w:color="auto"/>
          </w:divBdr>
        </w:div>
        <w:div w:id="309098920">
          <w:marLeft w:val="480"/>
          <w:marRight w:val="0"/>
          <w:marTop w:val="0"/>
          <w:marBottom w:val="0"/>
          <w:divBdr>
            <w:top w:val="none" w:sz="0" w:space="0" w:color="auto"/>
            <w:left w:val="none" w:sz="0" w:space="0" w:color="auto"/>
            <w:bottom w:val="none" w:sz="0" w:space="0" w:color="auto"/>
            <w:right w:val="none" w:sz="0" w:space="0" w:color="auto"/>
          </w:divBdr>
        </w:div>
        <w:div w:id="325137264">
          <w:marLeft w:val="480"/>
          <w:marRight w:val="0"/>
          <w:marTop w:val="0"/>
          <w:marBottom w:val="0"/>
          <w:divBdr>
            <w:top w:val="none" w:sz="0" w:space="0" w:color="auto"/>
            <w:left w:val="none" w:sz="0" w:space="0" w:color="auto"/>
            <w:bottom w:val="none" w:sz="0" w:space="0" w:color="auto"/>
            <w:right w:val="none" w:sz="0" w:space="0" w:color="auto"/>
          </w:divBdr>
        </w:div>
        <w:div w:id="357705927">
          <w:marLeft w:val="480"/>
          <w:marRight w:val="0"/>
          <w:marTop w:val="0"/>
          <w:marBottom w:val="0"/>
          <w:divBdr>
            <w:top w:val="none" w:sz="0" w:space="0" w:color="auto"/>
            <w:left w:val="none" w:sz="0" w:space="0" w:color="auto"/>
            <w:bottom w:val="none" w:sz="0" w:space="0" w:color="auto"/>
            <w:right w:val="none" w:sz="0" w:space="0" w:color="auto"/>
          </w:divBdr>
        </w:div>
        <w:div w:id="366956442">
          <w:marLeft w:val="480"/>
          <w:marRight w:val="0"/>
          <w:marTop w:val="0"/>
          <w:marBottom w:val="0"/>
          <w:divBdr>
            <w:top w:val="none" w:sz="0" w:space="0" w:color="auto"/>
            <w:left w:val="none" w:sz="0" w:space="0" w:color="auto"/>
            <w:bottom w:val="none" w:sz="0" w:space="0" w:color="auto"/>
            <w:right w:val="none" w:sz="0" w:space="0" w:color="auto"/>
          </w:divBdr>
        </w:div>
        <w:div w:id="380448375">
          <w:marLeft w:val="480"/>
          <w:marRight w:val="0"/>
          <w:marTop w:val="0"/>
          <w:marBottom w:val="0"/>
          <w:divBdr>
            <w:top w:val="none" w:sz="0" w:space="0" w:color="auto"/>
            <w:left w:val="none" w:sz="0" w:space="0" w:color="auto"/>
            <w:bottom w:val="none" w:sz="0" w:space="0" w:color="auto"/>
            <w:right w:val="none" w:sz="0" w:space="0" w:color="auto"/>
          </w:divBdr>
        </w:div>
        <w:div w:id="386880823">
          <w:marLeft w:val="480"/>
          <w:marRight w:val="0"/>
          <w:marTop w:val="0"/>
          <w:marBottom w:val="0"/>
          <w:divBdr>
            <w:top w:val="none" w:sz="0" w:space="0" w:color="auto"/>
            <w:left w:val="none" w:sz="0" w:space="0" w:color="auto"/>
            <w:bottom w:val="none" w:sz="0" w:space="0" w:color="auto"/>
            <w:right w:val="none" w:sz="0" w:space="0" w:color="auto"/>
          </w:divBdr>
        </w:div>
        <w:div w:id="387341074">
          <w:marLeft w:val="480"/>
          <w:marRight w:val="0"/>
          <w:marTop w:val="0"/>
          <w:marBottom w:val="0"/>
          <w:divBdr>
            <w:top w:val="none" w:sz="0" w:space="0" w:color="auto"/>
            <w:left w:val="none" w:sz="0" w:space="0" w:color="auto"/>
            <w:bottom w:val="none" w:sz="0" w:space="0" w:color="auto"/>
            <w:right w:val="none" w:sz="0" w:space="0" w:color="auto"/>
          </w:divBdr>
        </w:div>
        <w:div w:id="539442757">
          <w:marLeft w:val="480"/>
          <w:marRight w:val="0"/>
          <w:marTop w:val="0"/>
          <w:marBottom w:val="0"/>
          <w:divBdr>
            <w:top w:val="none" w:sz="0" w:space="0" w:color="auto"/>
            <w:left w:val="none" w:sz="0" w:space="0" w:color="auto"/>
            <w:bottom w:val="none" w:sz="0" w:space="0" w:color="auto"/>
            <w:right w:val="none" w:sz="0" w:space="0" w:color="auto"/>
          </w:divBdr>
        </w:div>
        <w:div w:id="580676125">
          <w:marLeft w:val="480"/>
          <w:marRight w:val="0"/>
          <w:marTop w:val="0"/>
          <w:marBottom w:val="0"/>
          <w:divBdr>
            <w:top w:val="none" w:sz="0" w:space="0" w:color="auto"/>
            <w:left w:val="none" w:sz="0" w:space="0" w:color="auto"/>
            <w:bottom w:val="none" w:sz="0" w:space="0" w:color="auto"/>
            <w:right w:val="none" w:sz="0" w:space="0" w:color="auto"/>
          </w:divBdr>
        </w:div>
        <w:div w:id="649865249">
          <w:marLeft w:val="480"/>
          <w:marRight w:val="0"/>
          <w:marTop w:val="0"/>
          <w:marBottom w:val="0"/>
          <w:divBdr>
            <w:top w:val="none" w:sz="0" w:space="0" w:color="auto"/>
            <w:left w:val="none" w:sz="0" w:space="0" w:color="auto"/>
            <w:bottom w:val="none" w:sz="0" w:space="0" w:color="auto"/>
            <w:right w:val="none" w:sz="0" w:space="0" w:color="auto"/>
          </w:divBdr>
        </w:div>
        <w:div w:id="680819164">
          <w:marLeft w:val="480"/>
          <w:marRight w:val="0"/>
          <w:marTop w:val="0"/>
          <w:marBottom w:val="0"/>
          <w:divBdr>
            <w:top w:val="none" w:sz="0" w:space="0" w:color="auto"/>
            <w:left w:val="none" w:sz="0" w:space="0" w:color="auto"/>
            <w:bottom w:val="none" w:sz="0" w:space="0" w:color="auto"/>
            <w:right w:val="none" w:sz="0" w:space="0" w:color="auto"/>
          </w:divBdr>
        </w:div>
        <w:div w:id="709190407">
          <w:marLeft w:val="480"/>
          <w:marRight w:val="0"/>
          <w:marTop w:val="0"/>
          <w:marBottom w:val="0"/>
          <w:divBdr>
            <w:top w:val="none" w:sz="0" w:space="0" w:color="auto"/>
            <w:left w:val="none" w:sz="0" w:space="0" w:color="auto"/>
            <w:bottom w:val="none" w:sz="0" w:space="0" w:color="auto"/>
            <w:right w:val="none" w:sz="0" w:space="0" w:color="auto"/>
          </w:divBdr>
        </w:div>
        <w:div w:id="728529578">
          <w:marLeft w:val="480"/>
          <w:marRight w:val="0"/>
          <w:marTop w:val="0"/>
          <w:marBottom w:val="0"/>
          <w:divBdr>
            <w:top w:val="none" w:sz="0" w:space="0" w:color="auto"/>
            <w:left w:val="none" w:sz="0" w:space="0" w:color="auto"/>
            <w:bottom w:val="none" w:sz="0" w:space="0" w:color="auto"/>
            <w:right w:val="none" w:sz="0" w:space="0" w:color="auto"/>
          </w:divBdr>
        </w:div>
        <w:div w:id="782387992">
          <w:marLeft w:val="480"/>
          <w:marRight w:val="0"/>
          <w:marTop w:val="0"/>
          <w:marBottom w:val="0"/>
          <w:divBdr>
            <w:top w:val="none" w:sz="0" w:space="0" w:color="auto"/>
            <w:left w:val="none" w:sz="0" w:space="0" w:color="auto"/>
            <w:bottom w:val="none" w:sz="0" w:space="0" w:color="auto"/>
            <w:right w:val="none" w:sz="0" w:space="0" w:color="auto"/>
          </w:divBdr>
        </w:div>
        <w:div w:id="826937256">
          <w:marLeft w:val="480"/>
          <w:marRight w:val="0"/>
          <w:marTop w:val="0"/>
          <w:marBottom w:val="0"/>
          <w:divBdr>
            <w:top w:val="none" w:sz="0" w:space="0" w:color="auto"/>
            <w:left w:val="none" w:sz="0" w:space="0" w:color="auto"/>
            <w:bottom w:val="none" w:sz="0" w:space="0" w:color="auto"/>
            <w:right w:val="none" w:sz="0" w:space="0" w:color="auto"/>
          </w:divBdr>
        </w:div>
        <w:div w:id="957417497">
          <w:marLeft w:val="480"/>
          <w:marRight w:val="0"/>
          <w:marTop w:val="0"/>
          <w:marBottom w:val="0"/>
          <w:divBdr>
            <w:top w:val="none" w:sz="0" w:space="0" w:color="auto"/>
            <w:left w:val="none" w:sz="0" w:space="0" w:color="auto"/>
            <w:bottom w:val="none" w:sz="0" w:space="0" w:color="auto"/>
            <w:right w:val="none" w:sz="0" w:space="0" w:color="auto"/>
          </w:divBdr>
        </w:div>
        <w:div w:id="1091973400">
          <w:marLeft w:val="480"/>
          <w:marRight w:val="0"/>
          <w:marTop w:val="0"/>
          <w:marBottom w:val="0"/>
          <w:divBdr>
            <w:top w:val="none" w:sz="0" w:space="0" w:color="auto"/>
            <w:left w:val="none" w:sz="0" w:space="0" w:color="auto"/>
            <w:bottom w:val="none" w:sz="0" w:space="0" w:color="auto"/>
            <w:right w:val="none" w:sz="0" w:space="0" w:color="auto"/>
          </w:divBdr>
        </w:div>
        <w:div w:id="1148090819">
          <w:marLeft w:val="480"/>
          <w:marRight w:val="0"/>
          <w:marTop w:val="0"/>
          <w:marBottom w:val="0"/>
          <w:divBdr>
            <w:top w:val="none" w:sz="0" w:space="0" w:color="auto"/>
            <w:left w:val="none" w:sz="0" w:space="0" w:color="auto"/>
            <w:bottom w:val="none" w:sz="0" w:space="0" w:color="auto"/>
            <w:right w:val="none" w:sz="0" w:space="0" w:color="auto"/>
          </w:divBdr>
        </w:div>
        <w:div w:id="1262763779">
          <w:marLeft w:val="480"/>
          <w:marRight w:val="0"/>
          <w:marTop w:val="0"/>
          <w:marBottom w:val="0"/>
          <w:divBdr>
            <w:top w:val="none" w:sz="0" w:space="0" w:color="auto"/>
            <w:left w:val="none" w:sz="0" w:space="0" w:color="auto"/>
            <w:bottom w:val="none" w:sz="0" w:space="0" w:color="auto"/>
            <w:right w:val="none" w:sz="0" w:space="0" w:color="auto"/>
          </w:divBdr>
        </w:div>
        <w:div w:id="1292176670">
          <w:marLeft w:val="480"/>
          <w:marRight w:val="0"/>
          <w:marTop w:val="0"/>
          <w:marBottom w:val="0"/>
          <w:divBdr>
            <w:top w:val="none" w:sz="0" w:space="0" w:color="auto"/>
            <w:left w:val="none" w:sz="0" w:space="0" w:color="auto"/>
            <w:bottom w:val="none" w:sz="0" w:space="0" w:color="auto"/>
            <w:right w:val="none" w:sz="0" w:space="0" w:color="auto"/>
          </w:divBdr>
        </w:div>
        <w:div w:id="1328631601">
          <w:marLeft w:val="480"/>
          <w:marRight w:val="0"/>
          <w:marTop w:val="0"/>
          <w:marBottom w:val="0"/>
          <w:divBdr>
            <w:top w:val="none" w:sz="0" w:space="0" w:color="auto"/>
            <w:left w:val="none" w:sz="0" w:space="0" w:color="auto"/>
            <w:bottom w:val="none" w:sz="0" w:space="0" w:color="auto"/>
            <w:right w:val="none" w:sz="0" w:space="0" w:color="auto"/>
          </w:divBdr>
        </w:div>
        <w:div w:id="1335651435">
          <w:marLeft w:val="480"/>
          <w:marRight w:val="0"/>
          <w:marTop w:val="0"/>
          <w:marBottom w:val="0"/>
          <w:divBdr>
            <w:top w:val="none" w:sz="0" w:space="0" w:color="auto"/>
            <w:left w:val="none" w:sz="0" w:space="0" w:color="auto"/>
            <w:bottom w:val="none" w:sz="0" w:space="0" w:color="auto"/>
            <w:right w:val="none" w:sz="0" w:space="0" w:color="auto"/>
          </w:divBdr>
        </w:div>
        <w:div w:id="1411922442">
          <w:marLeft w:val="480"/>
          <w:marRight w:val="0"/>
          <w:marTop w:val="0"/>
          <w:marBottom w:val="0"/>
          <w:divBdr>
            <w:top w:val="none" w:sz="0" w:space="0" w:color="auto"/>
            <w:left w:val="none" w:sz="0" w:space="0" w:color="auto"/>
            <w:bottom w:val="none" w:sz="0" w:space="0" w:color="auto"/>
            <w:right w:val="none" w:sz="0" w:space="0" w:color="auto"/>
          </w:divBdr>
        </w:div>
        <w:div w:id="1448937107">
          <w:marLeft w:val="480"/>
          <w:marRight w:val="0"/>
          <w:marTop w:val="0"/>
          <w:marBottom w:val="0"/>
          <w:divBdr>
            <w:top w:val="none" w:sz="0" w:space="0" w:color="auto"/>
            <w:left w:val="none" w:sz="0" w:space="0" w:color="auto"/>
            <w:bottom w:val="none" w:sz="0" w:space="0" w:color="auto"/>
            <w:right w:val="none" w:sz="0" w:space="0" w:color="auto"/>
          </w:divBdr>
        </w:div>
        <w:div w:id="1557080163">
          <w:marLeft w:val="480"/>
          <w:marRight w:val="0"/>
          <w:marTop w:val="0"/>
          <w:marBottom w:val="0"/>
          <w:divBdr>
            <w:top w:val="none" w:sz="0" w:space="0" w:color="auto"/>
            <w:left w:val="none" w:sz="0" w:space="0" w:color="auto"/>
            <w:bottom w:val="none" w:sz="0" w:space="0" w:color="auto"/>
            <w:right w:val="none" w:sz="0" w:space="0" w:color="auto"/>
          </w:divBdr>
        </w:div>
        <w:div w:id="1561862777">
          <w:marLeft w:val="480"/>
          <w:marRight w:val="0"/>
          <w:marTop w:val="0"/>
          <w:marBottom w:val="0"/>
          <w:divBdr>
            <w:top w:val="none" w:sz="0" w:space="0" w:color="auto"/>
            <w:left w:val="none" w:sz="0" w:space="0" w:color="auto"/>
            <w:bottom w:val="none" w:sz="0" w:space="0" w:color="auto"/>
            <w:right w:val="none" w:sz="0" w:space="0" w:color="auto"/>
          </w:divBdr>
        </w:div>
        <w:div w:id="1593733496">
          <w:marLeft w:val="480"/>
          <w:marRight w:val="0"/>
          <w:marTop w:val="0"/>
          <w:marBottom w:val="0"/>
          <w:divBdr>
            <w:top w:val="none" w:sz="0" w:space="0" w:color="auto"/>
            <w:left w:val="none" w:sz="0" w:space="0" w:color="auto"/>
            <w:bottom w:val="none" w:sz="0" w:space="0" w:color="auto"/>
            <w:right w:val="none" w:sz="0" w:space="0" w:color="auto"/>
          </w:divBdr>
        </w:div>
        <w:div w:id="1692338157">
          <w:marLeft w:val="480"/>
          <w:marRight w:val="0"/>
          <w:marTop w:val="0"/>
          <w:marBottom w:val="0"/>
          <w:divBdr>
            <w:top w:val="none" w:sz="0" w:space="0" w:color="auto"/>
            <w:left w:val="none" w:sz="0" w:space="0" w:color="auto"/>
            <w:bottom w:val="none" w:sz="0" w:space="0" w:color="auto"/>
            <w:right w:val="none" w:sz="0" w:space="0" w:color="auto"/>
          </w:divBdr>
        </w:div>
        <w:div w:id="1888491874">
          <w:marLeft w:val="480"/>
          <w:marRight w:val="0"/>
          <w:marTop w:val="0"/>
          <w:marBottom w:val="0"/>
          <w:divBdr>
            <w:top w:val="none" w:sz="0" w:space="0" w:color="auto"/>
            <w:left w:val="none" w:sz="0" w:space="0" w:color="auto"/>
            <w:bottom w:val="none" w:sz="0" w:space="0" w:color="auto"/>
            <w:right w:val="none" w:sz="0" w:space="0" w:color="auto"/>
          </w:divBdr>
        </w:div>
        <w:div w:id="1966543326">
          <w:marLeft w:val="480"/>
          <w:marRight w:val="0"/>
          <w:marTop w:val="0"/>
          <w:marBottom w:val="0"/>
          <w:divBdr>
            <w:top w:val="none" w:sz="0" w:space="0" w:color="auto"/>
            <w:left w:val="none" w:sz="0" w:space="0" w:color="auto"/>
            <w:bottom w:val="none" w:sz="0" w:space="0" w:color="auto"/>
            <w:right w:val="none" w:sz="0" w:space="0" w:color="auto"/>
          </w:divBdr>
        </w:div>
        <w:div w:id="2070766750">
          <w:marLeft w:val="480"/>
          <w:marRight w:val="0"/>
          <w:marTop w:val="0"/>
          <w:marBottom w:val="0"/>
          <w:divBdr>
            <w:top w:val="none" w:sz="0" w:space="0" w:color="auto"/>
            <w:left w:val="none" w:sz="0" w:space="0" w:color="auto"/>
            <w:bottom w:val="none" w:sz="0" w:space="0" w:color="auto"/>
            <w:right w:val="none" w:sz="0" w:space="0" w:color="auto"/>
          </w:divBdr>
        </w:div>
      </w:divsChild>
    </w:div>
    <w:div w:id="139422399">
      <w:bodyDiv w:val="1"/>
      <w:marLeft w:val="0"/>
      <w:marRight w:val="0"/>
      <w:marTop w:val="0"/>
      <w:marBottom w:val="0"/>
      <w:divBdr>
        <w:top w:val="none" w:sz="0" w:space="0" w:color="auto"/>
        <w:left w:val="none" w:sz="0" w:space="0" w:color="auto"/>
        <w:bottom w:val="none" w:sz="0" w:space="0" w:color="auto"/>
        <w:right w:val="none" w:sz="0" w:space="0" w:color="auto"/>
      </w:divBdr>
    </w:div>
    <w:div w:id="145779107">
      <w:bodyDiv w:val="1"/>
      <w:marLeft w:val="0"/>
      <w:marRight w:val="0"/>
      <w:marTop w:val="0"/>
      <w:marBottom w:val="0"/>
      <w:divBdr>
        <w:top w:val="none" w:sz="0" w:space="0" w:color="auto"/>
        <w:left w:val="none" w:sz="0" w:space="0" w:color="auto"/>
        <w:bottom w:val="none" w:sz="0" w:space="0" w:color="auto"/>
        <w:right w:val="none" w:sz="0" w:space="0" w:color="auto"/>
      </w:divBdr>
    </w:div>
    <w:div w:id="147524927">
      <w:bodyDiv w:val="1"/>
      <w:marLeft w:val="0"/>
      <w:marRight w:val="0"/>
      <w:marTop w:val="0"/>
      <w:marBottom w:val="0"/>
      <w:divBdr>
        <w:top w:val="none" w:sz="0" w:space="0" w:color="auto"/>
        <w:left w:val="none" w:sz="0" w:space="0" w:color="auto"/>
        <w:bottom w:val="none" w:sz="0" w:space="0" w:color="auto"/>
        <w:right w:val="none" w:sz="0" w:space="0" w:color="auto"/>
      </w:divBdr>
      <w:divsChild>
        <w:div w:id="38093227">
          <w:marLeft w:val="480"/>
          <w:marRight w:val="0"/>
          <w:marTop w:val="0"/>
          <w:marBottom w:val="0"/>
          <w:divBdr>
            <w:top w:val="none" w:sz="0" w:space="0" w:color="auto"/>
            <w:left w:val="none" w:sz="0" w:space="0" w:color="auto"/>
            <w:bottom w:val="none" w:sz="0" w:space="0" w:color="auto"/>
            <w:right w:val="none" w:sz="0" w:space="0" w:color="auto"/>
          </w:divBdr>
        </w:div>
        <w:div w:id="38866703">
          <w:marLeft w:val="480"/>
          <w:marRight w:val="0"/>
          <w:marTop w:val="0"/>
          <w:marBottom w:val="0"/>
          <w:divBdr>
            <w:top w:val="none" w:sz="0" w:space="0" w:color="auto"/>
            <w:left w:val="none" w:sz="0" w:space="0" w:color="auto"/>
            <w:bottom w:val="none" w:sz="0" w:space="0" w:color="auto"/>
            <w:right w:val="none" w:sz="0" w:space="0" w:color="auto"/>
          </w:divBdr>
        </w:div>
        <w:div w:id="51976196">
          <w:marLeft w:val="480"/>
          <w:marRight w:val="0"/>
          <w:marTop w:val="0"/>
          <w:marBottom w:val="0"/>
          <w:divBdr>
            <w:top w:val="none" w:sz="0" w:space="0" w:color="auto"/>
            <w:left w:val="none" w:sz="0" w:space="0" w:color="auto"/>
            <w:bottom w:val="none" w:sz="0" w:space="0" w:color="auto"/>
            <w:right w:val="none" w:sz="0" w:space="0" w:color="auto"/>
          </w:divBdr>
        </w:div>
        <w:div w:id="210657993">
          <w:marLeft w:val="480"/>
          <w:marRight w:val="0"/>
          <w:marTop w:val="0"/>
          <w:marBottom w:val="0"/>
          <w:divBdr>
            <w:top w:val="none" w:sz="0" w:space="0" w:color="auto"/>
            <w:left w:val="none" w:sz="0" w:space="0" w:color="auto"/>
            <w:bottom w:val="none" w:sz="0" w:space="0" w:color="auto"/>
            <w:right w:val="none" w:sz="0" w:space="0" w:color="auto"/>
          </w:divBdr>
        </w:div>
        <w:div w:id="288784373">
          <w:marLeft w:val="480"/>
          <w:marRight w:val="0"/>
          <w:marTop w:val="0"/>
          <w:marBottom w:val="0"/>
          <w:divBdr>
            <w:top w:val="none" w:sz="0" w:space="0" w:color="auto"/>
            <w:left w:val="none" w:sz="0" w:space="0" w:color="auto"/>
            <w:bottom w:val="none" w:sz="0" w:space="0" w:color="auto"/>
            <w:right w:val="none" w:sz="0" w:space="0" w:color="auto"/>
          </w:divBdr>
        </w:div>
        <w:div w:id="322509014">
          <w:marLeft w:val="480"/>
          <w:marRight w:val="0"/>
          <w:marTop w:val="0"/>
          <w:marBottom w:val="0"/>
          <w:divBdr>
            <w:top w:val="none" w:sz="0" w:space="0" w:color="auto"/>
            <w:left w:val="none" w:sz="0" w:space="0" w:color="auto"/>
            <w:bottom w:val="none" w:sz="0" w:space="0" w:color="auto"/>
            <w:right w:val="none" w:sz="0" w:space="0" w:color="auto"/>
          </w:divBdr>
        </w:div>
        <w:div w:id="322511636">
          <w:marLeft w:val="480"/>
          <w:marRight w:val="0"/>
          <w:marTop w:val="0"/>
          <w:marBottom w:val="0"/>
          <w:divBdr>
            <w:top w:val="none" w:sz="0" w:space="0" w:color="auto"/>
            <w:left w:val="none" w:sz="0" w:space="0" w:color="auto"/>
            <w:bottom w:val="none" w:sz="0" w:space="0" w:color="auto"/>
            <w:right w:val="none" w:sz="0" w:space="0" w:color="auto"/>
          </w:divBdr>
        </w:div>
        <w:div w:id="372192573">
          <w:marLeft w:val="480"/>
          <w:marRight w:val="0"/>
          <w:marTop w:val="0"/>
          <w:marBottom w:val="0"/>
          <w:divBdr>
            <w:top w:val="none" w:sz="0" w:space="0" w:color="auto"/>
            <w:left w:val="none" w:sz="0" w:space="0" w:color="auto"/>
            <w:bottom w:val="none" w:sz="0" w:space="0" w:color="auto"/>
            <w:right w:val="none" w:sz="0" w:space="0" w:color="auto"/>
          </w:divBdr>
        </w:div>
        <w:div w:id="381170668">
          <w:marLeft w:val="480"/>
          <w:marRight w:val="0"/>
          <w:marTop w:val="0"/>
          <w:marBottom w:val="0"/>
          <w:divBdr>
            <w:top w:val="none" w:sz="0" w:space="0" w:color="auto"/>
            <w:left w:val="none" w:sz="0" w:space="0" w:color="auto"/>
            <w:bottom w:val="none" w:sz="0" w:space="0" w:color="auto"/>
            <w:right w:val="none" w:sz="0" w:space="0" w:color="auto"/>
          </w:divBdr>
        </w:div>
        <w:div w:id="415324928">
          <w:marLeft w:val="480"/>
          <w:marRight w:val="0"/>
          <w:marTop w:val="0"/>
          <w:marBottom w:val="0"/>
          <w:divBdr>
            <w:top w:val="none" w:sz="0" w:space="0" w:color="auto"/>
            <w:left w:val="none" w:sz="0" w:space="0" w:color="auto"/>
            <w:bottom w:val="none" w:sz="0" w:space="0" w:color="auto"/>
            <w:right w:val="none" w:sz="0" w:space="0" w:color="auto"/>
          </w:divBdr>
        </w:div>
        <w:div w:id="492719589">
          <w:marLeft w:val="480"/>
          <w:marRight w:val="0"/>
          <w:marTop w:val="0"/>
          <w:marBottom w:val="0"/>
          <w:divBdr>
            <w:top w:val="none" w:sz="0" w:space="0" w:color="auto"/>
            <w:left w:val="none" w:sz="0" w:space="0" w:color="auto"/>
            <w:bottom w:val="none" w:sz="0" w:space="0" w:color="auto"/>
            <w:right w:val="none" w:sz="0" w:space="0" w:color="auto"/>
          </w:divBdr>
        </w:div>
        <w:div w:id="507863409">
          <w:marLeft w:val="480"/>
          <w:marRight w:val="0"/>
          <w:marTop w:val="0"/>
          <w:marBottom w:val="0"/>
          <w:divBdr>
            <w:top w:val="none" w:sz="0" w:space="0" w:color="auto"/>
            <w:left w:val="none" w:sz="0" w:space="0" w:color="auto"/>
            <w:bottom w:val="none" w:sz="0" w:space="0" w:color="auto"/>
            <w:right w:val="none" w:sz="0" w:space="0" w:color="auto"/>
          </w:divBdr>
        </w:div>
        <w:div w:id="659503299">
          <w:marLeft w:val="480"/>
          <w:marRight w:val="0"/>
          <w:marTop w:val="0"/>
          <w:marBottom w:val="0"/>
          <w:divBdr>
            <w:top w:val="none" w:sz="0" w:space="0" w:color="auto"/>
            <w:left w:val="none" w:sz="0" w:space="0" w:color="auto"/>
            <w:bottom w:val="none" w:sz="0" w:space="0" w:color="auto"/>
            <w:right w:val="none" w:sz="0" w:space="0" w:color="auto"/>
          </w:divBdr>
        </w:div>
        <w:div w:id="709571438">
          <w:marLeft w:val="480"/>
          <w:marRight w:val="0"/>
          <w:marTop w:val="0"/>
          <w:marBottom w:val="0"/>
          <w:divBdr>
            <w:top w:val="none" w:sz="0" w:space="0" w:color="auto"/>
            <w:left w:val="none" w:sz="0" w:space="0" w:color="auto"/>
            <w:bottom w:val="none" w:sz="0" w:space="0" w:color="auto"/>
            <w:right w:val="none" w:sz="0" w:space="0" w:color="auto"/>
          </w:divBdr>
        </w:div>
        <w:div w:id="807019147">
          <w:marLeft w:val="480"/>
          <w:marRight w:val="0"/>
          <w:marTop w:val="0"/>
          <w:marBottom w:val="0"/>
          <w:divBdr>
            <w:top w:val="none" w:sz="0" w:space="0" w:color="auto"/>
            <w:left w:val="none" w:sz="0" w:space="0" w:color="auto"/>
            <w:bottom w:val="none" w:sz="0" w:space="0" w:color="auto"/>
            <w:right w:val="none" w:sz="0" w:space="0" w:color="auto"/>
          </w:divBdr>
        </w:div>
        <w:div w:id="808017157">
          <w:marLeft w:val="480"/>
          <w:marRight w:val="0"/>
          <w:marTop w:val="0"/>
          <w:marBottom w:val="0"/>
          <w:divBdr>
            <w:top w:val="none" w:sz="0" w:space="0" w:color="auto"/>
            <w:left w:val="none" w:sz="0" w:space="0" w:color="auto"/>
            <w:bottom w:val="none" w:sz="0" w:space="0" w:color="auto"/>
            <w:right w:val="none" w:sz="0" w:space="0" w:color="auto"/>
          </w:divBdr>
        </w:div>
        <w:div w:id="812329317">
          <w:marLeft w:val="480"/>
          <w:marRight w:val="0"/>
          <w:marTop w:val="0"/>
          <w:marBottom w:val="0"/>
          <w:divBdr>
            <w:top w:val="none" w:sz="0" w:space="0" w:color="auto"/>
            <w:left w:val="none" w:sz="0" w:space="0" w:color="auto"/>
            <w:bottom w:val="none" w:sz="0" w:space="0" w:color="auto"/>
            <w:right w:val="none" w:sz="0" w:space="0" w:color="auto"/>
          </w:divBdr>
        </w:div>
        <w:div w:id="946621810">
          <w:marLeft w:val="480"/>
          <w:marRight w:val="0"/>
          <w:marTop w:val="0"/>
          <w:marBottom w:val="0"/>
          <w:divBdr>
            <w:top w:val="none" w:sz="0" w:space="0" w:color="auto"/>
            <w:left w:val="none" w:sz="0" w:space="0" w:color="auto"/>
            <w:bottom w:val="none" w:sz="0" w:space="0" w:color="auto"/>
            <w:right w:val="none" w:sz="0" w:space="0" w:color="auto"/>
          </w:divBdr>
        </w:div>
        <w:div w:id="992833612">
          <w:marLeft w:val="480"/>
          <w:marRight w:val="0"/>
          <w:marTop w:val="0"/>
          <w:marBottom w:val="0"/>
          <w:divBdr>
            <w:top w:val="none" w:sz="0" w:space="0" w:color="auto"/>
            <w:left w:val="none" w:sz="0" w:space="0" w:color="auto"/>
            <w:bottom w:val="none" w:sz="0" w:space="0" w:color="auto"/>
            <w:right w:val="none" w:sz="0" w:space="0" w:color="auto"/>
          </w:divBdr>
        </w:div>
        <w:div w:id="1067722657">
          <w:marLeft w:val="480"/>
          <w:marRight w:val="0"/>
          <w:marTop w:val="0"/>
          <w:marBottom w:val="0"/>
          <w:divBdr>
            <w:top w:val="none" w:sz="0" w:space="0" w:color="auto"/>
            <w:left w:val="none" w:sz="0" w:space="0" w:color="auto"/>
            <w:bottom w:val="none" w:sz="0" w:space="0" w:color="auto"/>
            <w:right w:val="none" w:sz="0" w:space="0" w:color="auto"/>
          </w:divBdr>
        </w:div>
        <w:div w:id="1132210250">
          <w:marLeft w:val="480"/>
          <w:marRight w:val="0"/>
          <w:marTop w:val="0"/>
          <w:marBottom w:val="0"/>
          <w:divBdr>
            <w:top w:val="none" w:sz="0" w:space="0" w:color="auto"/>
            <w:left w:val="none" w:sz="0" w:space="0" w:color="auto"/>
            <w:bottom w:val="none" w:sz="0" w:space="0" w:color="auto"/>
            <w:right w:val="none" w:sz="0" w:space="0" w:color="auto"/>
          </w:divBdr>
        </w:div>
        <w:div w:id="1214654039">
          <w:marLeft w:val="480"/>
          <w:marRight w:val="0"/>
          <w:marTop w:val="0"/>
          <w:marBottom w:val="0"/>
          <w:divBdr>
            <w:top w:val="none" w:sz="0" w:space="0" w:color="auto"/>
            <w:left w:val="none" w:sz="0" w:space="0" w:color="auto"/>
            <w:bottom w:val="none" w:sz="0" w:space="0" w:color="auto"/>
            <w:right w:val="none" w:sz="0" w:space="0" w:color="auto"/>
          </w:divBdr>
        </w:div>
        <w:div w:id="1300721199">
          <w:marLeft w:val="480"/>
          <w:marRight w:val="0"/>
          <w:marTop w:val="0"/>
          <w:marBottom w:val="0"/>
          <w:divBdr>
            <w:top w:val="none" w:sz="0" w:space="0" w:color="auto"/>
            <w:left w:val="none" w:sz="0" w:space="0" w:color="auto"/>
            <w:bottom w:val="none" w:sz="0" w:space="0" w:color="auto"/>
            <w:right w:val="none" w:sz="0" w:space="0" w:color="auto"/>
          </w:divBdr>
        </w:div>
        <w:div w:id="1356883788">
          <w:marLeft w:val="480"/>
          <w:marRight w:val="0"/>
          <w:marTop w:val="0"/>
          <w:marBottom w:val="0"/>
          <w:divBdr>
            <w:top w:val="none" w:sz="0" w:space="0" w:color="auto"/>
            <w:left w:val="none" w:sz="0" w:space="0" w:color="auto"/>
            <w:bottom w:val="none" w:sz="0" w:space="0" w:color="auto"/>
            <w:right w:val="none" w:sz="0" w:space="0" w:color="auto"/>
          </w:divBdr>
        </w:div>
        <w:div w:id="1467430766">
          <w:marLeft w:val="480"/>
          <w:marRight w:val="0"/>
          <w:marTop w:val="0"/>
          <w:marBottom w:val="0"/>
          <w:divBdr>
            <w:top w:val="none" w:sz="0" w:space="0" w:color="auto"/>
            <w:left w:val="none" w:sz="0" w:space="0" w:color="auto"/>
            <w:bottom w:val="none" w:sz="0" w:space="0" w:color="auto"/>
            <w:right w:val="none" w:sz="0" w:space="0" w:color="auto"/>
          </w:divBdr>
        </w:div>
        <w:div w:id="1468013856">
          <w:marLeft w:val="480"/>
          <w:marRight w:val="0"/>
          <w:marTop w:val="0"/>
          <w:marBottom w:val="0"/>
          <w:divBdr>
            <w:top w:val="none" w:sz="0" w:space="0" w:color="auto"/>
            <w:left w:val="none" w:sz="0" w:space="0" w:color="auto"/>
            <w:bottom w:val="none" w:sz="0" w:space="0" w:color="auto"/>
            <w:right w:val="none" w:sz="0" w:space="0" w:color="auto"/>
          </w:divBdr>
        </w:div>
        <w:div w:id="1571619892">
          <w:marLeft w:val="480"/>
          <w:marRight w:val="0"/>
          <w:marTop w:val="0"/>
          <w:marBottom w:val="0"/>
          <w:divBdr>
            <w:top w:val="none" w:sz="0" w:space="0" w:color="auto"/>
            <w:left w:val="none" w:sz="0" w:space="0" w:color="auto"/>
            <w:bottom w:val="none" w:sz="0" w:space="0" w:color="auto"/>
            <w:right w:val="none" w:sz="0" w:space="0" w:color="auto"/>
          </w:divBdr>
        </w:div>
        <w:div w:id="1623028751">
          <w:marLeft w:val="480"/>
          <w:marRight w:val="0"/>
          <w:marTop w:val="0"/>
          <w:marBottom w:val="0"/>
          <w:divBdr>
            <w:top w:val="none" w:sz="0" w:space="0" w:color="auto"/>
            <w:left w:val="none" w:sz="0" w:space="0" w:color="auto"/>
            <w:bottom w:val="none" w:sz="0" w:space="0" w:color="auto"/>
            <w:right w:val="none" w:sz="0" w:space="0" w:color="auto"/>
          </w:divBdr>
        </w:div>
        <w:div w:id="1655258593">
          <w:marLeft w:val="480"/>
          <w:marRight w:val="0"/>
          <w:marTop w:val="0"/>
          <w:marBottom w:val="0"/>
          <w:divBdr>
            <w:top w:val="none" w:sz="0" w:space="0" w:color="auto"/>
            <w:left w:val="none" w:sz="0" w:space="0" w:color="auto"/>
            <w:bottom w:val="none" w:sz="0" w:space="0" w:color="auto"/>
            <w:right w:val="none" w:sz="0" w:space="0" w:color="auto"/>
          </w:divBdr>
        </w:div>
        <w:div w:id="1691949438">
          <w:marLeft w:val="480"/>
          <w:marRight w:val="0"/>
          <w:marTop w:val="0"/>
          <w:marBottom w:val="0"/>
          <w:divBdr>
            <w:top w:val="none" w:sz="0" w:space="0" w:color="auto"/>
            <w:left w:val="none" w:sz="0" w:space="0" w:color="auto"/>
            <w:bottom w:val="none" w:sz="0" w:space="0" w:color="auto"/>
            <w:right w:val="none" w:sz="0" w:space="0" w:color="auto"/>
          </w:divBdr>
        </w:div>
        <w:div w:id="1721974051">
          <w:marLeft w:val="480"/>
          <w:marRight w:val="0"/>
          <w:marTop w:val="0"/>
          <w:marBottom w:val="0"/>
          <w:divBdr>
            <w:top w:val="none" w:sz="0" w:space="0" w:color="auto"/>
            <w:left w:val="none" w:sz="0" w:space="0" w:color="auto"/>
            <w:bottom w:val="none" w:sz="0" w:space="0" w:color="auto"/>
            <w:right w:val="none" w:sz="0" w:space="0" w:color="auto"/>
          </w:divBdr>
        </w:div>
        <w:div w:id="1781073806">
          <w:marLeft w:val="480"/>
          <w:marRight w:val="0"/>
          <w:marTop w:val="0"/>
          <w:marBottom w:val="0"/>
          <w:divBdr>
            <w:top w:val="none" w:sz="0" w:space="0" w:color="auto"/>
            <w:left w:val="none" w:sz="0" w:space="0" w:color="auto"/>
            <w:bottom w:val="none" w:sz="0" w:space="0" w:color="auto"/>
            <w:right w:val="none" w:sz="0" w:space="0" w:color="auto"/>
          </w:divBdr>
        </w:div>
        <w:div w:id="1905869622">
          <w:marLeft w:val="480"/>
          <w:marRight w:val="0"/>
          <w:marTop w:val="0"/>
          <w:marBottom w:val="0"/>
          <w:divBdr>
            <w:top w:val="none" w:sz="0" w:space="0" w:color="auto"/>
            <w:left w:val="none" w:sz="0" w:space="0" w:color="auto"/>
            <w:bottom w:val="none" w:sz="0" w:space="0" w:color="auto"/>
            <w:right w:val="none" w:sz="0" w:space="0" w:color="auto"/>
          </w:divBdr>
        </w:div>
        <w:div w:id="1908958489">
          <w:marLeft w:val="480"/>
          <w:marRight w:val="0"/>
          <w:marTop w:val="0"/>
          <w:marBottom w:val="0"/>
          <w:divBdr>
            <w:top w:val="none" w:sz="0" w:space="0" w:color="auto"/>
            <w:left w:val="none" w:sz="0" w:space="0" w:color="auto"/>
            <w:bottom w:val="none" w:sz="0" w:space="0" w:color="auto"/>
            <w:right w:val="none" w:sz="0" w:space="0" w:color="auto"/>
          </w:divBdr>
        </w:div>
        <w:div w:id="1935504675">
          <w:marLeft w:val="480"/>
          <w:marRight w:val="0"/>
          <w:marTop w:val="0"/>
          <w:marBottom w:val="0"/>
          <w:divBdr>
            <w:top w:val="none" w:sz="0" w:space="0" w:color="auto"/>
            <w:left w:val="none" w:sz="0" w:space="0" w:color="auto"/>
            <w:bottom w:val="none" w:sz="0" w:space="0" w:color="auto"/>
            <w:right w:val="none" w:sz="0" w:space="0" w:color="auto"/>
          </w:divBdr>
        </w:div>
        <w:div w:id="1974409283">
          <w:marLeft w:val="480"/>
          <w:marRight w:val="0"/>
          <w:marTop w:val="0"/>
          <w:marBottom w:val="0"/>
          <w:divBdr>
            <w:top w:val="none" w:sz="0" w:space="0" w:color="auto"/>
            <w:left w:val="none" w:sz="0" w:space="0" w:color="auto"/>
            <w:bottom w:val="none" w:sz="0" w:space="0" w:color="auto"/>
            <w:right w:val="none" w:sz="0" w:space="0" w:color="auto"/>
          </w:divBdr>
        </w:div>
        <w:div w:id="2019426404">
          <w:marLeft w:val="480"/>
          <w:marRight w:val="0"/>
          <w:marTop w:val="0"/>
          <w:marBottom w:val="0"/>
          <w:divBdr>
            <w:top w:val="none" w:sz="0" w:space="0" w:color="auto"/>
            <w:left w:val="none" w:sz="0" w:space="0" w:color="auto"/>
            <w:bottom w:val="none" w:sz="0" w:space="0" w:color="auto"/>
            <w:right w:val="none" w:sz="0" w:space="0" w:color="auto"/>
          </w:divBdr>
        </w:div>
      </w:divsChild>
    </w:div>
    <w:div w:id="147668634">
      <w:bodyDiv w:val="1"/>
      <w:marLeft w:val="0"/>
      <w:marRight w:val="0"/>
      <w:marTop w:val="0"/>
      <w:marBottom w:val="0"/>
      <w:divBdr>
        <w:top w:val="none" w:sz="0" w:space="0" w:color="auto"/>
        <w:left w:val="none" w:sz="0" w:space="0" w:color="auto"/>
        <w:bottom w:val="none" w:sz="0" w:space="0" w:color="auto"/>
        <w:right w:val="none" w:sz="0" w:space="0" w:color="auto"/>
      </w:divBdr>
      <w:divsChild>
        <w:div w:id="42296291">
          <w:marLeft w:val="480"/>
          <w:marRight w:val="0"/>
          <w:marTop w:val="0"/>
          <w:marBottom w:val="0"/>
          <w:divBdr>
            <w:top w:val="none" w:sz="0" w:space="0" w:color="auto"/>
            <w:left w:val="none" w:sz="0" w:space="0" w:color="auto"/>
            <w:bottom w:val="none" w:sz="0" w:space="0" w:color="auto"/>
            <w:right w:val="none" w:sz="0" w:space="0" w:color="auto"/>
          </w:divBdr>
        </w:div>
        <w:div w:id="47461631">
          <w:marLeft w:val="480"/>
          <w:marRight w:val="0"/>
          <w:marTop w:val="0"/>
          <w:marBottom w:val="0"/>
          <w:divBdr>
            <w:top w:val="none" w:sz="0" w:space="0" w:color="auto"/>
            <w:left w:val="none" w:sz="0" w:space="0" w:color="auto"/>
            <w:bottom w:val="none" w:sz="0" w:space="0" w:color="auto"/>
            <w:right w:val="none" w:sz="0" w:space="0" w:color="auto"/>
          </w:divBdr>
        </w:div>
        <w:div w:id="402142535">
          <w:marLeft w:val="480"/>
          <w:marRight w:val="0"/>
          <w:marTop w:val="0"/>
          <w:marBottom w:val="0"/>
          <w:divBdr>
            <w:top w:val="none" w:sz="0" w:space="0" w:color="auto"/>
            <w:left w:val="none" w:sz="0" w:space="0" w:color="auto"/>
            <w:bottom w:val="none" w:sz="0" w:space="0" w:color="auto"/>
            <w:right w:val="none" w:sz="0" w:space="0" w:color="auto"/>
          </w:divBdr>
        </w:div>
        <w:div w:id="423499136">
          <w:marLeft w:val="480"/>
          <w:marRight w:val="0"/>
          <w:marTop w:val="0"/>
          <w:marBottom w:val="0"/>
          <w:divBdr>
            <w:top w:val="none" w:sz="0" w:space="0" w:color="auto"/>
            <w:left w:val="none" w:sz="0" w:space="0" w:color="auto"/>
            <w:bottom w:val="none" w:sz="0" w:space="0" w:color="auto"/>
            <w:right w:val="none" w:sz="0" w:space="0" w:color="auto"/>
          </w:divBdr>
        </w:div>
        <w:div w:id="521016259">
          <w:marLeft w:val="480"/>
          <w:marRight w:val="0"/>
          <w:marTop w:val="0"/>
          <w:marBottom w:val="0"/>
          <w:divBdr>
            <w:top w:val="none" w:sz="0" w:space="0" w:color="auto"/>
            <w:left w:val="none" w:sz="0" w:space="0" w:color="auto"/>
            <w:bottom w:val="none" w:sz="0" w:space="0" w:color="auto"/>
            <w:right w:val="none" w:sz="0" w:space="0" w:color="auto"/>
          </w:divBdr>
        </w:div>
        <w:div w:id="556624018">
          <w:marLeft w:val="480"/>
          <w:marRight w:val="0"/>
          <w:marTop w:val="0"/>
          <w:marBottom w:val="0"/>
          <w:divBdr>
            <w:top w:val="none" w:sz="0" w:space="0" w:color="auto"/>
            <w:left w:val="none" w:sz="0" w:space="0" w:color="auto"/>
            <w:bottom w:val="none" w:sz="0" w:space="0" w:color="auto"/>
            <w:right w:val="none" w:sz="0" w:space="0" w:color="auto"/>
          </w:divBdr>
        </w:div>
        <w:div w:id="683674490">
          <w:marLeft w:val="480"/>
          <w:marRight w:val="0"/>
          <w:marTop w:val="0"/>
          <w:marBottom w:val="0"/>
          <w:divBdr>
            <w:top w:val="none" w:sz="0" w:space="0" w:color="auto"/>
            <w:left w:val="none" w:sz="0" w:space="0" w:color="auto"/>
            <w:bottom w:val="none" w:sz="0" w:space="0" w:color="auto"/>
            <w:right w:val="none" w:sz="0" w:space="0" w:color="auto"/>
          </w:divBdr>
        </w:div>
        <w:div w:id="708803491">
          <w:marLeft w:val="480"/>
          <w:marRight w:val="0"/>
          <w:marTop w:val="0"/>
          <w:marBottom w:val="0"/>
          <w:divBdr>
            <w:top w:val="none" w:sz="0" w:space="0" w:color="auto"/>
            <w:left w:val="none" w:sz="0" w:space="0" w:color="auto"/>
            <w:bottom w:val="none" w:sz="0" w:space="0" w:color="auto"/>
            <w:right w:val="none" w:sz="0" w:space="0" w:color="auto"/>
          </w:divBdr>
        </w:div>
        <w:div w:id="718673355">
          <w:marLeft w:val="480"/>
          <w:marRight w:val="0"/>
          <w:marTop w:val="0"/>
          <w:marBottom w:val="0"/>
          <w:divBdr>
            <w:top w:val="none" w:sz="0" w:space="0" w:color="auto"/>
            <w:left w:val="none" w:sz="0" w:space="0" w:color="auto"/>
            <w:bottom w:val="none" w:sz="0" w:space="0" w:color="auto"/>
            <w:right w:val="none" w:sz="0" w:space="0" w:color="auto"/>
          </w:divBdr>
        </w:div>
        <w:div w:id="863329967">
          <w:marLeft w:val="480"/>
          <w:marRight w:val="0"/>
          <w:marTop w:val="0"/>
          <w:marBottom w:val="0"/>
          <w:divBdr>
            <w:top w:val="none" w:sz="0" w:space="0" w:color="auto"/>
            <w:left w:val="none" w:sz="0" w:space="0" w:color="auto"/>
            <w:bottom w:val="none" w:sz="0" w:space="0" w:color="auto"/>
            <w:right w:val="none" w:sz="0" w:space="0" w:color="auto"/>
          </w:divBdr>
        </w:div>
        <w:div w:id="952859808">
          <w:marLeft w:val="480"/>
          <w:marRight w:val="0"/>
          <w:marTop w:val="0"/>
          <w:marBottom w:val="0"/>
          <w:divBdr>
            <w:top w:val="none" w:sz="0" w:space="0" w:color="auto"/>
            <w:left w:val="none" w:sz="0" w:space="0" w:color="auto"/>
            <w:bottom w:val="none" w:sz="0" w:space="0" w:color="auto"/>
            <w:right w:val="none" w:sz="0" w:space="0" w:color="auto"/>
          </w:divBdr>
        </w:div>
        <w:div w:id="1052120597">
          <w:marLeft w:val="480"/>
          <w:marRight w:val="0"/>
          <w:marTop w:val="0"/>
          <w:marBottom w:val="0"/>
          <w:divBdr>
            <w:top w:val="none" w:sz="0" w:space="0" w:color="auto"/>
            <w:left w:val="none" w:sz="0" w:space="0" w:color="auto"/>
            <w:bottom w:val="none" w:sz="0" w:space="0" w:color="auto"/>
            <w:right w:val="none" w:sz="0" w:space="0" w:color="auto"/>
          </w:divBdr>
        </w:div>
        <w:div w:id="1154564087">
          <w:marLeft w:val="480"/>
          <w:marRight w:val="0"/>
          <w:marTop w:val="0"/>
          <w:marBottom w:val="0"/>
          <w:divBdr>
            <w:top w:val="none" w:sz="0" w:space="0" w:color="auto"/>
            <w:left w:val="none" w:sz="0" w:space="0" w:color="auto"/>
            <w:bottom w:val="none" w:sz="0" w:space="0" w:color="auto"/>
            <w:right w:val="none" w:sz="0" w:space="0" w:color="auto"/>
          </w:divBdr>
        </w:div>
        <w:div w:id="1200434879">
          <w:marLeft w:val="480"/>
          <w:marRight w:val="0"/>
          <w:marTop w:val="0"/>
          <w:marBottom w:val="0"/>
          <w:divBdr>
            <w:top w:val="none" w:sz="0" w:space="0" w:color="auto"/>
            <w:left w:val="none" w:sz="0" w:space="0" w:color="auto"/>
            <w:bottom w:val="none" w:sz="0" w:space="0" w:color="auto"/>
            <w:right w:val="none" w:sz="0" w:space="0" w:color="auto"/>
          </w:divBdr>
        </w:div>
        <w:div w:id="1211188029">
          <w:marLeft w:val="480"/>
          <w:marRight w:val="0"/>
          <w:marTop w:val="0"/>
          <w:marBottom w:val="0"/>
          <w:divBdr>
            <w:top w:val="none" w:sz="0" w:space="0" w:color="auto"/>
            <w:left w:val="none" w:sz="0" w:space="0" w:color="auto"/>
            <w:bottom w:val="none" w:sz="0" w:space="0" w:color="auto"/>
            <w:right w:val="none" w:sz="0" w:space="0" w:color="auto"/>
          </w:divBdr>
        </w:div>
        <w:div w:id="1274634666">
          <w:marLeft w:val="480"/>
          <w:marRight w:val="0"/>
          <w:marTop w:val="0"/>
          <w:marBottom w:val="0"/>
          <w:divBdr>
            <w:top w:val="none" w:sz="0" w:space="0" w:color="auto"/>
            <w:left w:val="none" w:sz="0" w:space="0" w:color="auto"/>
            <w:bottom w:val="none" w:sz="0" w:space="0" w:color="auto"/>
            <w:right w:val="none" w:sz="0" w:space="0" w:color="auto"/>
          </w:divBdr>
        </w:div>
        <w:div w:id="1324509810">
          <w:marLeft w:val="480"/>
          <w:marRight w:val="0"/>
          <w:marTop w:val="0"/>
          <w:marBottom w:val="0"/>
          <w:divBdr>
            <w:top w:val="none" w:sz="0" w:space="0" w:color="auto"/>
            <w:left w:val="none" w:sz="0" w:space="0" w:color="auto"/>
            <w:bottom w:val="none" w:sz="0" w:space="0" w:color="auto"/>
            <w:right w:val="none" w:sz="0" w:space="0" w:color="auto"/>
          </w:divBdr>
        </w:div>
        <w:div w:id="1400975996">
          <w:marLeft w:val="480"/>
          <w:marRight w:val="0"/>
          <w:marTop w:val="0"/>
          <w:marBottom w:val="0"/>
          <w:divBdr>
            <w:top w:val="none" w:sz="0" w:space="0" w:color="auto"/>
            <w:left w:val="none" w:sz="0" w:space="0" w:color="auto"/>
            <w:bottom w:val="none" w:sz="0" w:space="0" w:color="auto"/>
            <w:right w:val="none" w:sz="0" w:space="0" w:color="auto"/>
          </w:divBdr>
        </w:div>
        <w:div w:id="1429153726">
          <w:marLeft w:val="480"/>
          <w:marRight w:val="0"/>
          <w:marTop w:val="0"/>
          <w:marBottom w:val="0"/>
          <w:divBdr>
            <w:top w:val="none" w:sz="0" w:space="0" w:color="auto"/>
            <w:left w:val="none" w:sz="0" w:space="0" w:color="auto"/>
            <w:bottom w:val="none" w:sz="0" w:space="0" w:color="auto"/>
            <w:right w:val="none" w:sz="0" w:space="0" w:color="auto"/>
          </w:divBdr>
        </w:div>
        <w:div w:id="1619602928">
          <w:marLeft w:val="480"/>
          <w:marRight w:val="0"/>
          <w:marTop w:val="0"/>
          <w:marBottom w:val="0"/>
          <w:divBdr>
            <w:top w:val="none" w:sz="0" w:space="0" w:color="auto"/>
            <w:left w:val="none" w:sz="0" w:space="0" w:color="auto"/>
            <w:bottom w:val="none" w:sz="0" w:space="0" w:color="auto"/>
            <w:right w:val="none" w:sz="0" w:space="0" w:color="auto"/>
          </w:divBdr>
        </w:div>
        <w:div w:id="1655378623">
          <w:marLeft w:val="480"/>
          <w:marRight w:val="0"/>
          <w:marTop w:val="0"/>
          <w:marBottom w:val="0"/>
          <w:divBdr>
            <w:top w:val="none" w:sz="0" w:space="0" w:color="auto"/>
            <w:left w:val="none" w:sz="0" w:space="0" w:color="auto"/>
            <w:bottom w:val="none" w:sz="0" w:space="0" w:color="auto"/>
            <w:right w:val="none" w:sz="0" w:space="0" w:color="auto"/>
          </w:divBdr>
        </w:div>
        <w:div w:id="1684085003">
          <w:marLeft w:val="480"/>
          <w:marRight w:val="0"/>
          <w:marTop w:val="0"/>
          <w:marBottom w:val="0"/>
          <w:divBdr>
            <w:top w:val="none" w:sz="0" w:space="0" w:color="auto"/>
            <w:left w:val="none" w:sz="0" w:space="0" w:color="auto"/>
            <w:bottom w:val="none" w:sz="0" w:space="0" w:color="auto"/>
            <w:right w:val="none" w:sz="0" w:space="0" w:color="auto"/>
          </w:divBdr>
        </w:div>
        <w:div w:id="1706055647">
          <w:marLeft w:val="480"/>
          <w:marRight w:val="0"/>
          <w:marTop w:val="0"/>
          <w:marBottom w:val="0"/>
          <w:divBdr>
            <w:top w:val="none" w:sz="0" w:space="0" w:color="auto"/>
            <w:left w:val="none" w:sz="0" w:space="0" w:color="auto"/>
            <w:bottom w:val="none" w:sz="0" w:space="0" w:color="auto"/>
            <w:right w:val="none" w:sz="0" w:space="0" w:color="auto"/>
          </w:divBdr>
        </w:div>
        <w:div w:id="1713001158">
          <w:marLeft w:val="480"/>
          <w:marRight w:val="0"/>
          <w:marTop w:val="0"/>
          <w:marBottom w:val="0"/>
          <w:divBdr>
            <w:top w:val="none" w:sz="0" w:space="0" w:color="auto"/>
            <w:left w:val="none" w:sz="0" w:space="0" w:color="auto"/>
            <w:bottom w:val="none" w:sz="0" w:space="0" w:color="auto"/>
            <w:right w:val="none" w:sz="0" w:space="0" w:color="auto"/>
          </w:divBdr>
        </w:div>
        <w:div w:id="1838767706">
          <w:marLeft w:val="480"/>
          <w:marRight w:val="0"/>
          <w:marTop w:val="0"/>
          <w:marBottom w:val="0"/>
          <w:divBdr>
            <w:top w:val="none" w:sz="0" w:space="0" w:color="auto"/>
            <w:left w:val="none" w:sz="0" w:space="0" w:color="auto"/>
            <w:bottom w:val="none" w:sz="0" w:space="0" w:color="auto"/>
            <w:right w:val="none" w:sz="0" w:space="0" w:color="auto"/>
          </w:divBdr>
        </w:div>
        <w:div w:id="1839925787">
          <w:marLeft w:val="480"/>
          <w:marRight w:val="0"/>
          <w:marTop w:val="0"/>
          <w:marBottom w:val="0"/>
          <w:divBdr>
            <w:top w:val="none" w:sz="0" w:space="0" w:color="auto"/>
            <w:left w:val="none" w:sz="0" w:space="0" w:color="auto"/>
            <w:bottom w:val="none" w:sz="0" w:space="0" w:color="auto"/>
            <w:right w:val="none" w:sz="0" w:space="0" w:color="auto"/>
          </w:divBdr>
        </w:div>
        <w:div w:id="1851748025">
          <w:marLeft w:val="480"/>
          <w:marRight w:val="0"/>
          <w:marTop w:val="0"/>
          <w:marBottom w:val="0"/>
          <w:divBdr>
            <w:top w:val="none" w:sz="0" w:space="0" w:color="auto"/>
            <w:left w:val="none" w:sz="0" w:space="0" w:color="auto"/>
            <w:bottom w:val="none" w:sz="0" w:space="0" w:color="auto"/>
            <w:right w:val="none" w:sz="0" w:space="0" w:color="auto"/>
          </w:divBdr>
        </w:div>
        <w:div w:id="1873376493">
          <w:marLeft w:val="480"/>
          <w:marRight w:val="0"/>
          <w:marTop w:val="0"/>
          <w:marBottom w:val="0"/>
          <w:divBdr>
            <w:top w:val="none" w:sz="0" w:space="0" w:color="auto"/>
            <w:left w:val="none" w:sz="0" w:space="0" w:color="auto"/>
            <w:bottom w:val="none" w:sz="0" w:space="0" w:color="auto"/>
            <w:right w:val="none" w:sz="0" w:space="0" w:color="auto"/>
          </w:divBdr>
        </w:div>
        <w:div w:id="1954896371">
          <w:marLeft w:val="480"/>
          <w:marRight w:val="0"/>
          <w:marTop w:val="0"/>
          <w:marBottom w:val="0"/>
          <w:divBdr>
            <w:top w:val="none" w:sz="0" w:space="0" w:color="auto"/>
            <w:left w:val="none" w:sz="0" w:space="0" w:color="auto"/>
            <w:bottom w:val="none" w:sz="0" w:space="0" w:color="auto"/>
            <w:right w:val="none" w:sz="0" w:space="0" w:color="auto"/>
          </w:divBdr>
        </w:div>
        <w:div w:id="1968657089">
          <w:marLeft w:val="480"/>
          <w:marRight w:val="0"/>
          <w:marTop w:val="0"/>
          <w:marBottom w:val="0"/>
          <w:divBdr>
            <w:top w:val="none" w:sz="0" w:space="0" w:color="auto"/>
            <w:left w:val="none" w:sz="0" w:space="0" w:color="auto"/>
            <w:bottom w:val="none" w:sz="0" w:space="0" w:color="auto"/>
            <w:right w:val="none" w:sz="0" w:space="0" w:color="auto"/>
          </w:divBdr>
        </w:div>
        <w:div w:id="2000384675">
          <w:marLeft w:val="480"/>
          <w:marRight w:val="0"/>
          <w:marTop w:val="0"/>
          <w:marBottom w:val="0"/>
          <w:divBdr>
            <w:top w:val="none" w:sz="0" w:space="0" w:color="auto"/>
            <w:left w:val="none" w:sz="0" w:space="0" w:color="auto"/>
            <w:bottom w:val="none" w:sz="0" w:space="0" w:color="auto"/>
            <w:right w:val="none" w:sz="0" w:space="0" w:color="auto"/>
          </w:divBdr>
        </w:div>
        <w:div w:id="2032491807">
          <w:marLeft w:val="480"/>
          <w:marRight w:val="0"/>
          <w:marTop w:val="0"/>
          <w:marBottom w:val="0"/>
          <w:divBdr>
            <w:top w:val="none" w:sz="0" w:space="0" w:color="auto"/>
            <w:left w:val="none" w:sz="0" w:space="0" w:color="auto"/>
            <w:bottom w:val="none" w:sz="0" w:space="0" w:color="auto"/>
            <w:right w:val="none" w:sz="0" w:space="0" w:color="auto"/>
          </w:divBdr>
        </w:div>
      </w:divsChild>
    </w:div>
    <w:div w:id="147937444">
      <w:bodyDiv w:val="1"/>
      <w:marLeft w:val="0"/>
      <w:marRight w:val="0"/>
      <w:marTop w:val="0"/>
      <w:marBottom w:val="0"/>
      <w:divBdr>
        <w:top w:val="none" w:sz="0" w:space="0" w:color="auto"/>
        <w:left w:val="none" w:sz="0" w:space="0" w:color="auto"/>
        <w:bottom w:val="none" w:sz="0" w:space="0" w:color="auto"/>
        <w:right w:val="none" w:sz="0" w:space="0" w:color="auto"/>
      </w:divBdr>
    </w:div>
    <w:div w:id="149252418">
      <w:bodyDiv w:val="1"/>
      <w:marLeft w:val="0"/>
      <w:marRight w:val="0"/>
      <w:marTop w:val="0"/>
      <w:marBottom w:val="0"/>
      <w:divBdr>
        <w:top w:val="none" w:sz="0" w:space="0" w:color="auto"/>
        <w:left w:val="none" w:sz="0" w:space="0" w:color="auto"/>
        <w:bottom w:val="none" w:sz="0" w:space="0" w:color="auto"/>
        <w:right w:val="none" w:sz="0" w:space="0" w:color="auto"/>
      </w:divBdr>
    </w:div>
    <w:div w:id="150870156">
      <w:bodyDiv w:val="1"/>
      <w:marLeft w:val="0"/>
      <w:marRight w:val="0"/>
      <w:marTop w:val="0"/>
      <w:marBottom w:val="0"/>
      <w:divBdr>
        <w:top w:val="none" w:sz="0" w:space="0" w:color="auto"/>
        <w:left w:val="none" w:sz="0" w:space="0" w:color="auto"/>
        <w:bottom w:val="none" w:sz="0" w:space="0" w:color="auto"/>
        <w:right w:val="none" w:sz="0" w:space="0" w:color="auto"/>
      </w:divBdr>
    </w:div>
    <w:div w:id="151604034">
      <w:bodyDiv w:val="1"/>
      <w:marLeft w:val="0"/>
      <w:marRight w:val="0"/>
      <w:marTop w:val="0"/>
      <w:marBottom w:val="0"/>
      <w:divBdr>
        <w:top w:val="none" w:sz="0" w:space="0" w:color="auto"/>
        <w:left w:val="none" w:sz="0" w:space="0" w:color="auto"/>
        <w:bottom w:val="none" w:sz="0" w:space="0" w:color="auto"/>
        <w:right w:val="none" w:sz="0" w:space="0" w:color="auto"/>
      </w:divBdr>
    </w:div>
    <w:div w:id="153759320">
      <w:bodyDiv w:val="1"/>
      <w:marLeft w:val="0"/>
      <w:marRight w:val="0"/>
      <w:marTop w:val="0"/>
      <w:marBottom w:val="0"/>
      <w:divBdr>
        <w:top w:val="none" w:sz="0" w:space="0" w:color="auto"/>
        <w:left w:val="none" w:sz="0" w:space="0" w:color="auto"/>
        <w:bottom w:val="none" w:sz="0" w:space="0" w:color="auto"/>
        <w:right w:val="none" w:sz="0" w:space="0" w:color="auto"/>
      </w:divBdr>
    </w:div>
    <w:div w:id="155075271">
      <w:bodyDiv w:val="1"/>
      <w:marLeft w:val="0"/>
      <w:marRight w:val="0"/>
      <w:marTop w:val="0"/>
      <w:marBottom w:val="0"/>
      <w:divBdr>
        <w:top w:val="none" w:sz="0" w:space="0" w:color="auto"/>
        <w:left w:val="none" w:sz="0" w:space="0" w:color="auto"/>
        <w:bottom w:val="none" w:sz="0" w:space="0" w:color="auto"/>
        <w:right w:val="none" w:sz="0" w:space="0" w:color="auto"/>
      </w:divBdr>
    </w:div>
    <w:div w:id="156000352">
      <w:bodyDiv w:val="1"/>
      <w:marLeft w:val="0"/>
      <w:marRight w:val="0"/>
      <w:marTop w:val="0"/>
      <w:marBottom w:val="0"/>
      <w:divBdr>
        <w:top w:val="none" w:sz="0" w:space="0" w:color="auto"/>
        <w:left w:val="none" w:sz="0" w:space="0" w:color="auto"/>
        <w:bottom w:val="none" w:sz="0" w:space="0" w:color="auto"/>
        <w:right w:val="none" w:sz="0" w:space="0" w:color="auto"/>
      </w:divBdr>
    </w:div>
    <w:div w:id="161285827">
      <w:bodyDiv w:val="1"/>
      <w:marLeft w:val="0"/>
      <w:marRight w:val="0"/>
      <w:marTop w:val="0"/>
      <w:marBottom w:val="0"/>
      <w:divBdr>
        <w:top w:val="none" w:sz="0" w:space="0" w:color="auto"/>
        <w:left w:val="none" w:sz="0" w:space="0" w:color="auto"/>
        <w:bottom w:val="none" w:sz="0" w:space="0" w:color="auto"/>
        <w:right w:val="none" w:sz="0" w:space="0" w:color="auto"/>
      </w:divBdr>
    </w:div>
    <w:div w:id="167141876">
      <w:bodyDiv w:val="1"/>
      <w:marLeft w:val="0"/>
      <w:marRight w:val="0"/>
      <w:marTop w:val="0"/>
      <w:marBottom w:val="0"/>
      <w:divBdr>
        <w:top w:val="none" w:sz="0" w:space="0" w:color="auto"/>
        <w:left w:val="none" w:sz="0" w:space="0" w:color="auto"/>
        <w:bottom w:val="none" w:sz="0" w:space="0" w:color="auto"/>
        <w:right w:val="none" w:sz="0" w:space="0" w:color="auto"/>
      </w:divBdr>
      <w:divsChild>
        <w:div w:id="46104105">
          <w:marLeft w:val="480"/>
          <w:marRight w:val="0"/>
          <w:marTop w:val="0"/>
          <w:marBottom w:val="0"/>
          <w:divBdr>
            <w:top w:val="none" w:sz="0" w:space="0" w:color="auto"/>
            <w:left w:val="none" w:sz="0" w:space="0" w:color="auto"/>
            <w:bottom w:val="none" w:sz="0" w:space="0" w:color="auto"/>
            <w:right w:val="none" w:sz="0" w:space="0" w:color="auto"/>
          </w:divBdr>
        </w:div>
        <w:div w:id="147131503">
          <w:marLeft w:val="480"/>
          <w:marRight w:val="0"/>
          <w:marTop w:val="0"/>
          <w:marBottom w:val="0"/>
          <w:divBdr>
            <w:top w:val="none" w:sz="0" w:space="0" w:color="auto"/>
            <w:left w:val="none" w:sz="0" w:space="0" w:color="auto"/>
            <w:bottom w:val="none" w:sz="0" w:space="0" w:color="auto"/>
            <w:right w:val="none" w:sz="0" w:space="0" w:color="auto"/>
          </w:divBdr>
        </w:div>
        <w:div w:id="173033107">
          <w:marLeft w:val="480"/>
          <w:marRight w:val="0"/>
          <w:marTop w:val="0"/>
          <w:marBottom w:val="0"/>
          <w:divBdr>
            <w:top w:val="none" w:sz="0" w:space="0" w:color="auto"/>
            <w:left w:val="none" w:sz="0" w:space="0" w:color="auto"/>
            <w:bottom w:val="none" w:sz="0" w:space="0" w:color="auto"/>
            <w:right w:val="none" w:sz="0" w:space="0" w:color="auto"/>
          </w:divBdr>
        </w:div>
        <w:div w:id="241910761">
          <w:marLeft w:val="480"/>
          <w:marRight w:val="0"/>
          <w:marTop w:val="0"/>
          <w:marBottom w:val="0"/>
          <w:divBdr>
            <w:top w:val="none" w:sz="0" w:space="0" w:color="auto"/>
            <w:left w:val="none" w:sz="0" w:space="0" w:color="auto"/>
            <w:bottom w:val="none" w:sz="0" w:space="0" w:color="auto"/>
            <w:right w:val="none" w:sz="0" w:space="0" w:color="auto"/>
          </w:divBdr>
        </w:div>
        <w:div w:id="426922121">
          <w:marLeft w:val="480"/>
          <w:marRight w:val="0"/>
          <w:marTop w:val="0"/>
          <w:marBottom w:val="0"/>
          <w:divBdr>
            <w:top w:val="none" w:sz="0" w:space="0" w:color="auto"/>
            <w:left w:val="none" w:sz="0" w:space="0" w:color="auto"/>
            <w:bottom w:val="none" w:sz="0" w:space="0" w:color="auto"/>
            <w:right w:val="none" w:sz="0" w:space="0" w:color="auto"/>
          </w:divBdr>
        </w:div>
        <w:div w:id="453643767">
          <w:marLeft w:val="480"/>
          <w:marRight w:val="0"/>
          <w:marTop w:val="0"/>
          <w:marBottom w:val="0"/>
          <w:divBdr>
            <w:top w:val="none" w:sz="0" w:space="0" w:color="auto"/>
            <w:left w:val="none" w:sz="0" w:space="0" w:color="auto"/>
            <w:bottom w:val="none" w:sz="0" w:space="0" w:color="auto"/>
            <w:right w:val="none" w:sz="0" w:space="0" w:color="auto"/>
          </w:divBdr>
        </w:div>
        <w:div w:id="465659241">
          <w:marLeft w:val="480"/>
          <w:marRight w:val="0"/>
          <w:marTop w:val="0"/>
          <w:marBottom w:val="0"/>
          <w:divBdr>
            <w:top w:val="none" w:sz="0" w:space="0" w:color="auto"/>
            <w:left w:val="none" w:sz="0" w:space="0" w:color="auto"/>
            <w:bottom w:val="none" w:sz="0" w:space="0" w:color="auto"/>
            <w:right w:val="none" w:sz="0" w:space="0" w:color="auto"/>
          </w:divBdr>
        </w:div>
        <w:div w:id="490684297">
          <w:marLeft w:val="480"/>
          <w:marRight w:val="0"/>
          <w:marTop w:val="0"/>
          <w:marBottom w:val="0"/>
          <w:divBdr>
            <w:top w:val="none" w:sz="0" w:space="0" w:color="auto"/>
            <w:left w:val="none" w:sz="0" w:space="0" w:color="auto"/>
            <w:bottom w:val="none" w:sz="0" w:space="0" w:color="auto"/>
            <w:right w:val="none" w:sz="0" w:space="0" w:color="auto"/>
          </w:divBdr>
        </w:div>
        <w:div w:id="582035099">
          <w:marLeft w:val="480"/>
          <w:marRight w:val="0"/>
          <w:marTop w:val="0"/>
          <w:marBottom w:val="0"/>
          <w:divBdr>
            <w:top w:val="none" w:sz="0" w:space="0" w:color="auto"/>
            <w:left w:val="none" w:sz="0" w:space="0" w:color="auto"/>
            <w:bottom w:val="none" w:sz="0" w:space="0" w:color="auto"/>
            <w:right w:val="none" w:sz="0" w:space="0" w:color="auto"/>
          </w:divBdr>
        </w:div>
        <w:div w:id="612715993">
          <w:marLeft w:val="480"/>
          <w:marRight w:val="0"/>
          <w:marTop w:val="0"/>
          <w:marBottom w:val="0"/>
          <w:divBdr>
            <w:top w:val="none" w:sz="0" w:space="0" w:color="auto"/>
            <w:left w:val="none" w:sz="0" w:space="0" w:color="auto"/>
            <w:bottom w:val="none" w:sz="0" w:space="0" w:color="auto"/>
            <w:right w:val="none" w:sz="0" w:space="0" w:color="auto"/>
          </w:divBdr>
        </w:div>
        <w:div w:id="692076262">
          <w:marLeft w:val="480"/>
          <w:marRight w:val="0"/>
          <w:marTop w:val="0"/>
          <w:marBottom w:val="0"/>
          <w:divBdr>
            <w:top w:val="none" w:sz="0" w:space="0" w:color="auto"/>
            <w:left w:val="none" w:sz="0" w:space="0" w:color="auto"/>
            <w:bottom w:val="none" w:sz="0" w:space="0" w:color="auto"/>
            <w:right w:val="none" w:sz="0" w:space="0" w:color="auto"/>
          </w:divBdr>
        </w:div>
        <w:div w:id="763304033">
          <w:marLeft w:val="480"/>
          <w:marRight w:val="0"/>
          <w:marTop w:val="0"/>
          <w:marBottom w:val="0"/>
          <w:divBdr>
            <w:top w:val="none" w:sz="0" w:space="0" w:color="auto"/>
            <w:left w:val="none" w:sz="0" w:space="0" w:color="auto"/>
            <w:bottom w:val="none" w:sz="0" w:space="0" w:color="auto"/>
            <w:right w:val="none" w:sz="0" w:space="0" w:color="auto"/>
          </w:divBdr>
        </w:div>
        <w:div w:id="773136336">
          <w:marLeft w:val="480"/>
          <w:marRight w:val="0"/>
          <w:marTop w:val="0"/>
          <w:marBottom w:val="0"/>
          <w:divBdr>
            <w:top w:val="none" w:sz="0" w:space="0" w:color="auto"/>
            <w:left w:val="none" w:sz="0" w:space="0" w:color="auto"/>
            <w:bottom w:val="none" w:sz="0" w:space="0" w:color="auto"/>
            <w:right w:val="none" w:sz="0" w:space="0" w:color="auto"/>
          </w:divBdr>
        </w:div>
        <w:div w:id="821626471">
          <w:marLeft w:val="480"/>
          <w:marRight w:val="0"/>
          <w:marTop w:val="0"/>
          <w:marBottom w:val="0"/>
          <w:divBdr>
            <w:top w:val="none" w:sz="0" w:space="0" w:color="auto"/>
            <w:left w:val="none" w:sz="0" w:space="0" w:color="auto"/>
            <w:bottom w:val="none" w:sz="0" w:space="0" w:color="auto"/>
            <w:right w:val="none" w:sz="0" w:space="0" w:color="auto"/>
          </w:divBdr>
        </w:div>
        <w:div w:id="922303477">
          <w:marLeft w:val="480"/>
          <w:marRight w:val="0"/>
          <w:marTop w:val="0"/>
          <w:marBottom w:val="0"/>
          <w:divBdr>
            <w:top w:val="none" w:sz="0" w:space="0" w:color="auto"/>
            <w:left w:val="none" w:sz="0" w:space="0" w:color="auto"/>
            <w:bottom w:val="none" w:sz="0" w:space="0" w:color="auto"/>
            <w:right w:val="none" w:sz="0" w:space="0" w:color="auto"/>
          </w:divBdr>
        </w:div>
        <w:div w:id="947782400">
          <w:marLeft w:val="480"/>
          <w:marRight w:val="0"/>
          <w:marTop w:val="0"/>
          <w:marBottom w:val="0"/>
          <w:divBdr>
            <w:top w:val="none" w:sz="0" w:space="0" w:color="auto"/>
            <w:left w:val="none" w:sz="0" w:space="0" w:color="auto"/>
            <w:bottom w:val="none" w:sz="0" w:space="0" w:color="auto"/>
            <w:right w:val="none" w:sz="0" w:space="0" w:color="auto"/>
          </w:divBdr>
        </w:div>
        <w:div w:id="1016152671">
          <w:marLeft w:val="480"/>
          <w:marRight w:val="0"/>
          <w:marTop w:val="0"/>
          <w:marBottom w:val="0"/>
          <w:divBdr>
            <w:top w:val="none" w:sz="0" w:space="0" w:color="auto"/>
            <w:left w:val="none" w:sz="0" w:space="0" w:color="auto"/>
            <w:bottom w:val="none" w:sz="0" w:space="0" w:color="auto"/>
            <w:right w:val="none" w:sz="0" w:space="0" w:color="auto"/>
          </w:divBdr>
        </w:div>
        <w:div w:id="1080905806">
          <w:marLeft w:val="480"/>
          <w:marRight w:val="0"/>
          <w:marTop w:val="0"/>
          <w:marBottom w:val="0"/>
          <w:divBdr>
            <w:top w:val="none" w:sz="0" w:space="0" w:color="auto"/>
            <w:left w:val="none" w:sz="0" w:space="0" w:color="auto"/>
            <w:bottom w:val="none" w:sz="0" w:space="0" w:color="auto"/>
            <w:right w:val="none" w:sz="0" w:space="0" w:color="auto"/>
          </w:divBdr>
        </w:div>
        <w:div w:id="1100489559">
          <w:marLeft w:val="480"/>
          <w:marRight w:val="0"/>
          <w:marTop w:val="0"/>
          <w:marBottom w:val="0"/>
          <w:divBdr>
            <w:top w:val="none" w:sz="0" w:space="0" w:color="auto"/>
            <w:left w:val="none" w:sz="0" w:space="0" w:color="auto"/>
            <w:bottom w:val="none" w:sz="0" w:space="0" w:color="auto"/>
            <w:right w:val="none" w:sz="0" w:space="0" w:color="auto"/>
          </w:divBdr>
        </w:div>
        <w:div w:id="1118987854">
          <w:marLeft w:val="480"/>
          <w:marRight w:val="0"/>
          <w:marTop w:val="0"/>
          <w:marBottom w:val="0"/>
          <w:divBdr>
            <w:top w:val="none" w:sz="0" w:space="0" w:color="auto"/>
            <w:left w:val="none" w:sz="0" w:space="0" w:color="auto"/>
            <w:bottom w:val="none" w:sz="0" w:space="0" w:color="auto"/>
            <w:right w:val="none" w:sz="0" w:space="0" w:color="auto"/>
          </w:divBdr>
        </w:div>
        <w:div w:id="1126923327">
          <w:marLeft w:val="480"/>
          <w:marRight w:val="0"/>
          <w:marTop w:val="0"/>
          <w:marBottom w:val="0"/>
          <w:divBdr>
            <w:top w:val="none" w:sz="0" w:space="0" w:color="auto"/>
            <w:left w:val="none" w:sz="0" w:space="0" w:color="auto"/>
            <w:bottom w:val="none" w:sz="0" w:space="0" w:color="auto"/>
            <w:right w:val="none" w:sz="0" w:space="0" w:color="auto"/>
          </w:divBdr>
        </w:div>
        <w:div w:id="1143694679">
          <w:marLeft w:val="480"/>
          <w:marRight w:val="0"/>
          <w:marTop w:val="0"/>
          <w:marBottom w:val="0"/>
          <w:divBdr>
            <w:top w:val="none" w:sz="0" w:space="0" w:color="auto"/>
            <w:left w:val="none" w:sz="0" w:space="0" w:color="auto"/>
            <w:bottom w:val="none" w:sz="0" w:space="0" w:color="auto"/>
            <w:right w:val="none" w:sz="0" w:space="0" w:color="auto"/>
          </w:divBdr>
        </w:div>
        <w:div w:id="1159274016">
          <w:marLeft w:val="480"/>
          <w:marRight w:val="0"/>
          <w:marTop w:val="0"/>
          <w:marBottom w:val="0"/>
          <w:divBdr>
            <w:top w:val="none" w:sz="0" w:space="0" w:color="auto"/>
            <w:left w:val="none" w:sz="0" w:space="0" w:color="auto"/>
            <w:bottom w:val="none" w:sz="0" w:space="0" w:color="auto"/>
            <w:right w:val="none" w:sz="0" w:space="0" w:color="auto"/>
          </w:divBdr>
        </w:div>
        <w:div w:id="1193030649">
          <w:marLeft w:val="480"/>
          <w:marRight w:val="0"/>
          <w:marTop w:val="0"/>
          <w:marBottom w:val="0"/>
          <w:divBdr>
            <w:top w:val="none" w:sz="0" w:space="0" w:color="auto"/>
            <w:left w:val="none" w:sz="0" w:space="0" w:color="auto"/>
            <w:bottom w:val="none" w:sz="0" w:space="0" w:color="auto"/>
            <w:right w:val="none" w:sz="0" w:space="0" w:color="auto"/>
          </w:divBdr>
        </w:div>
        <w:div w:id="1201553271">
          <w:marLeft w:val="480"/>
          <w:marRight w:val="0"/>
          <w:marTop w:val="0"/>
          <w:marBottom w:val="0"/>
          <w:divBdr>
            <w:top w:val="none" w:sz="0" w:space="0" w:color="auto"/>
            <w:left w:val="none" w:sz="0" w:space="0" w:color="auto"/>
            <w:bottom w:val="none" w:sz="0" w:space="0" w:color="auto"/>
            <w:right w:val="none" w:sz="0" w:space="0" w:color="auto"/>
          </w:divBdr>
        </w:div>
        <w:div w:id="1407066354">
          <w:marLeft w:val="480"/>
          <w:marRight w:val="0"/>
          <w:marTop w:val="0"/>
          <w:marBottom w:val="0"/>
          <w:divBdr>
            <w:top w:val="none" w:sz="0" w:space="0" w:color="auto"/>
            <w:left w:val="none" w:sz="0" w:space="0" w:color="auto"/>
            <w:bottom w:val="none" w:sz="0" w:space="0" w:color="auto"/>
            <w:right w:val="none" w:sz="0" w:space="0" w:color="auto"/>
          </w:divBdr>
        </w:div>
        <w:div w:id="1422339850">
          <w:marLeft w:val="480"/>
          <w:marRight w:val="0"/>
          <w:marTop w:val="0"/>
          <w:marBottom w:val="0"/>
          <w:divBdr>
            <w:top w:val="none" w:sz="0" w:space="0" w:color="auto"/>
            <w:left w:val="none" w:sz="0" w:space="0" w:color="auto"/>
            <w:bottom w:val="none" w:sz="0" w:space="0" w:color="auto"/>
            <w:right w:val="none" w:sz="0" w:space="0" w:color="auto"/>
          </w:divBdr>
        </w:div>
        <w:div w:id="1434471205">
          <w:marLeft w:val="480"/>
          <w:marRight w:val="0"/>
          <w:marTop w:val="0"/>
          <w:marBottom w:val="0"/>
          <w:divBdr>
            <w:top w:val="none" w:sz="0" w:space="0" w:color="auto"/>
            <w:left w:val="none" w:sz="0" w:space="0" w:color="auto"/>
            <w:bottom w:val="none" w:sz="0" w:space="0" w:color="auto"/>
            <w:right w:val="none" w:sz="0" w:space="0" w:color="auto"/>
          </w:divBdr>
        </w:div>
        <w:div w:id="1490630478">
          <w:marLeft w:val="480"/>
          <w:marRight w:val="0"/>
          <w:marTop w:val="0"/>
          <w:marBottom w:val="0"/>
          <w:divBdr>
            <w:top w:val="none" w:sz="0" w:space="0" w:color="auto"/>
            <w:left w:val="none" w:sz="0" w:space="0" w:color="auto"/>
            <w:bottom w:val="none" w:sz="0" w:space="0" w:color="auto"/>
            <w:right w:val="none" w:sz="0" w:space="0" w:color="auto"/>
          </w:divBdr>
        </w:div>
        <w:div w:id="1541362436">
          <w:marLeft w:val="480"/>
          <w:marRight w:val="0"/>
          <w:marTop w:val="0"/>
          <w:marBottom w:val="0"/>
          <w:divBdr>
            <w:top w:val="none" w:sz="0" w:space="0" w:color="auto"/>
            <w:left w:val="none" w:sz="0" w:space="0" w:color="auto"/>
            <w:bottom w:val="none" w:sz="0" w:space="0" w:color="auto"/>
            <w:right w:val="none" w:sz="0" w:space="0" w:color="auto"/>
          </w:divBdr>
        </w:div>
        <w:div w:id="1608924940">
          <w:marLeft w:val="480"/>
          <w:marRight w:val="0"/>
          <w:marTop w:val="0"/>
          <w:marBottom w:val="0"/>
          <w:divBdr>
            <w:top w:val="none" w:sz="0" w:space="0" w:color="auto"/>
            <w:left w:val="none" w:sz="0" w:space="0" w:color="auto"/>
            <w:bottom w:val="none" w:sz="0" w:space="0" w:color="auto"/>
            <w:right w:val="none" w:sz="0" w:space="0" w:color="auto"/>
          </w:divBdr>
        </w:div>
        <w:div w:id="1640839595">
          <w:marLeft w:val="480"/>
          <w:marRight w:val="0"/>
          <w:marTop w:val="0"/>
          <w:marBottom w:val="0"/>
          <w:divBdr>
            <w:top w:val="none" w:sz="0" w:space="0" w:color="auto"/>
            <w:left w:val="none" w:sz="0" w:space="0" w:color="auto"/>
            <w:bottom w:val="none" w:sz="0" w:space="0" w:color="auto"/>
            <w:right w:val="none" w:sz="0" w:space="0" w:color="auto"/>
          </w:divBdr>
        </w:div>
        <w:div w:id="1739739932">
          <w:marLeft w:val="480"/>
          <w:marRight w:val="0"/>
          <w:marTop w:val="0"/>
          <w:marBottom w:val="0"/>
          <w:divBdr>
            <w:top w:val="none" w:sz="0" w:space="0" w:color="auto"/>
            <w:left w:val="none" w:sz="0" w:space="0" w:color="auto"/>
            <w:bottom w:val="none" w:sz="0" w:space="0" w:color="auto"/>
            <w:right w:val="none" w:sz="0" w:space="0" w:color="auto"/>
          </w:divBdr>
        </w:div>
        <w:div w:id="1748067893">
          <w:marLeft w:val="480"/>
          <w:marRight w:val="0"/>
          <w:marTop w:val="0"/>
          <w:marBottom w:val="0"/>
          <w:divBdr>
            <w:top w:val="none" w:sz="0" w:space="0" w:color="auto"/>
            <w:left w:val="none" w:sz="0" w:space="0" w:color="auto"/>
            <w:bottom w:val="none" w:sz="0" w:space="0" w:color="auto"/>
            <w:right w:val="none" w:sz="0" w:space="0" w:color="auto"/>
          </w:divBdr>
        </w:div>
        <w:div w:id="1750731452">
          <w:marLeft w:val="480"/>
          <w:marRight w:val="0"/>
          <w:marTop w:val="0"/>
          <w:marBottom w:val="0"/>
          <w:divBdr>
            <w:top w:val="none" w:sz="0" w:space="0" w:color="auto"/>
            <w:left w:val="none" w:sz="0" w:space="0" w:color="auto"/>
            <w:bottom w:val="none" w:sz="0" w:space="0" w:color="auto"/>
            <w:right w:val="none" w:sz="0" w:space="0" w:color="auto"/>
          </w:divBdr>
        </w:div>
        <w:div w:id="1890606576">
          <w:marLeft w:val="480"/>
          <w:marRight w:val="0"/>
          <w:marTop w:val="0"/>
          <w:marBottom w:val="0"/>
          <w:divBdr>
            <w:top w:val="none" w:sz="0" w:space="0" w:color="auto"/>
            <w:left w:val="none" w:sz="0" w:space="0" w:color="auto"/>
            <w:bottom w:val="none" w:sz="0" w:space="0" w:color="auto"/>
            <w:right w:val="none" w:sz="0" w:space="0" w:color="auto"/>
          </w:divBdr>
        </w:div>
        <w:div w:id="1895657081">
          <w:marLeft w:val="480"/>
          <w:marRight w:val="0"/>
          <w:marTop w:val="0"/>
          <w:marBottom w:val="0"/>
          <w:divBdr>
            <w:top w:val="none" w:sz="0" w:space="0" w:color="auto"/>
            <w:left w:val="none" w:sz="0" w:space="0" w:color="auto"/>
            <w:bottom w:val="none" w:sz="0" w:space="0" w:color="auto"/>
            <w:right w:val="none" w:sz="0" w:space="0" w:color="auto"/>
          </w:divBdr>
        </w:div>
        <w:div w:id="1933273679">
          <w:marLeft w:val="480"/>
          <w:marRight w:val="0"/>
          <w:marTop w:val="0"/>
          <w:marBottom w:val="0"/>
          <w:divBdr>
            <w:top w:val="none" w:sz="0" w:space="0" w:color="auto"/>
            <w:left w:val="none" w:sz="0" w:space="0" w:color="auto"/>
            <w:bottom w:val="none" w:sz="0" w:space="0" w:color="auto"/>
            <w:right w:val="none" w:sz="0" w:space="0" w:color="auto"/>
          </w:divBdr>
        </w:div>
        <w:div w:id="1978026791">
          <w:marLeft w:val="480"/>
          <w:marRight w:val="0"/>
          <w:marTop w:val="0"/>
          <w:marBottom w:val="0"/>
          <w:divBdr>
            <w:top w:val="none" w:sz="0" w:space="0" w:color="auto"/>
            <w:left w:val="none" w:sz="0" w:space="0" w:color="auto"/>
            <w:bottom w:val="none" w:sz="0" w:space="0" w:color="auto"/>
            <w:right w:val="none" w:sz="0" w:space="0" w:color="auto"/>
          </w:divBdr>
        </w:div>
        <w:div w:id="2042239759">
          <w:marLeft w:val="480"/>
          <w:marRight w:val="0"/>
          <w:marTop w:val="0"/>
          <w:marBottom w:val="0"/>
          <w:divBdr>
            <w:top w:val="none" w:sz="0" w:space="0" w:color="auto"/>
            <w:left w:val="none" w:sz="0" w:space="0" w:color="auto"/>
            <w:bottom w:val="none" w:sz="0" w:space="0" w:color="auto"/>
            <w:right w:val="none" w:sz="0" w:space="0" w:color="auto"/>
          </w:divBdr>
        </w:div>
        <w:div w:id="2079981875">
          <w:marLeft w:val="480"/>
          <w:marRight w:val="0"/>
          <w:marTop w:val="0"/>
          <w:marBottom w:val="0"/>
          <w:divBdr>
            <w:top w:val="none" w:sz="0" w:space="0" w:color="auto"/>
            <w:left w:val="none" w:sz="0" w:space="0" w:color="auto"/>
            <w:bottom w:val="none" w:sz="0" w:space="0" w:color="auto"/>
            <w:right w:val="none" w:sz="0" w:space="0" w:color="auto"/>
          </w:divBdr>
        </w:div>
        <w:div w:id="2118015827">
          <w:marLeft w:val="480"/>
          <w:marRight w:val="0"/>
          <w:marTop w:val="0"/>
          <w:marBottom w:val="0"/>
          <w:divBdr>
            <w:top w:val="none" w:sz="0" w:space="0" w:color="auto"/>
            <w:left w:val="none" w:sz="0" w:space="0" w:color="auto"/>
            <w:bottom w:val="none" w:sz="0" w:space="0" w:color="auto"/>
            <w:right w:val="none" w:sz="0" w:space="0" w:color="auto"/>
          </w:divBdr>
        </w:div>
        <w:div w:id="2126583624">
          <w:marLeft w:val="480"/>
          <w:marRight w:val="0"/>
          <w:marTop w:val="0"/>
          <w:marBottom w:val="0"/>
          <w:divBdr>
            <w:top w:val="none" w:sz="0" w:space="0" w:color="auto"/>
            <w:left w:val="none" w:sz="0" w:space="0" w:color="auto"/>
            <w:bottom w:val="none" w:sz="0" w:space="0" w:color="auto"/>
            <w:right w:val="none" w:sz="0" w:space="0" w:color="auto"/>
          </w:divBdr>
        </w:div>
      </w:divsChild>
    </w:div>
    <w:div w:id="167603219">
      <w:bodyDiv w:val="1"/>
      <w:marLeft w:val="0"/>
      <w:marRight w:val="0"/>
      <w:marTop w:val="0"/>
      <w:marBottom w:val="0"/>
      <w:divBdr>
        <w:top w:val="none" w:sz="0" w:space="0" w:color="auto"/>
        <w:left w:val="none" w:sz="0" w:space="0" w:color="auto"/>
        <w:bottom w:val="none" w:sz="0" w:space="0" w:color="auto"/>
        <w:right w:val="none" w:sz="0" w:space="0" w:color="auto"/>
      </w:divBdr>
    </w:div>
    <w:div w:id="169492295">
      <w:bodyDiv w:val="1"/>
      <w:marLeft w:val="0"/>
      <w:marRight w:val="0"/>
      <w:marTop w:val="0"/>
      <w:marBottom w:val="0"/>
      <w:divBdr>
        <w:top w:val="none" w:sz="0" w:space="0" w:color="auto"/>
        <w:left w:val="none" w:sz="0" w:space="0" w:color="auto"/>
        <w:bottom w:val="none" w:sz="0" w:space="0" w:color="auto"/>
        <w:right w:val="none" w:sz="0" w:space="0" w:color="auto"/>
      </w:divBdr>
    </w:div>
    <w:div w:id="170221509">
      <w:bodyDiv w:val="1"/>
      <w:marLeft w:val="0"/>
      <w:marRight w:val="0"/>
      <w:marTop w:val="0"/>
      <w:marBottom w:val="0"/>
      <w:divBdr>
        <w:top w:val="none" w:sz="0" w:space="0" w:color="auto"/>
        <w:left w:val="none" w:sz="0" w:space="0" w:color="auto"/>
        <w:bottom w:val="none" w:sz="0" w:space="0" w:color="auto"/>
        <w:right w:val="none" w:sz="0" w:space="0" w:color="auto"/>
      </w:divBdr>
    </w:div>
    <w:div w:id="179399267">
      <w:bodyDiv w:val="1"/>
      <w:marLeft w:val="0"/>
      <w:marRight w:val="0"/>
      <w:marTop w:val="0"/>
      <w:marBottom w:val="0"/>
      <w:divBdr>
        <w:top w:val="none" w:sz="0" w:space="0" w:color="auto"/>
        <w:left w:val="none" w:sz="0" w:space="0" w:color="auto"/>
        <w:bottom w:val="none" w:sz="0" w:space="0" w:color="auto"/>
        <w:right w:val="none" w:sz="0" w:space="0" w:color="auto"/>
      </w:divBdr>
    </w:div>
    <w:div w:id="180553417">
      <w:bodyDiv w:val="1"/>
      <w:marLeft w:val="0"/>
      <w:marRight w:val="0"/>
      <w:marTop w:val="0"/>
      <w:marBottom w:val="0"/>
      <w:divBdr>
        <w:top w:val="none" w:sz="0" w:space="0" w:color="auto"/>
        <w:left w:val="none" w:sz="0" w:space="0" w:color="auto"/>
        <w:bottom w:val="none" w:sz="0" w:space="0" w:color="auto"/>
        <w:right w:val="none" w:sz="0" w:space="0" w:color="auto"/>
      </w:divBdr>
      <w:divsChild>
        <w:div w:id="119349766">
          <w:marLeft w:val="480"/>
          <w:marRight w:val="0"/>
          <w:marTop w:val="0"/>
          <w:marBottom w:val="0"/>
          <w:divBdr>
            <w:top w:val="none" w:sz="0" w:space="0" w:color="auto"/>
            <w:left w:val="none" w:sz="0" w:space="0" w:color="auto"/>
            <w:bottom w:val="none" w:sz="0" w:space="0" w:color="auto"/>
            <w:right w:val="none" w:sz="0" w:space="0" w:color="auto"/>
          </w:divBdr>
        </w:div>
        <w:div w:id="355158392">
          <w:marLeft w:val="480"/>
          <w:marRight w:val="0"/>
          <w:marTop w:val="0"/>
          <w:marBottom w:val="0"/>
          <w:divBdr>
            <w:top w:val="none" w:sz="0" w:space="0" w:color="auto"/>
            <w:left w:val="none" w:sz="0" w:space="0" w:color="auto"/>
            <w:bottom w:val="none" w:sz="0" w:space="0" w:color="auto"/>
            <w:right w:val="none" w:sz="0" w:space="0" w:color="auto"/>
          </w:divBdr>
        </w:div>
        <w:div w:id="408814443">
          <w:marLeft w:val="480"/>
          <w:marRight w:val="0"/>
          <w:marTop w:val="0"/>
          <w:marBottom w:val="0"/>
          <w:divBdr>
            <w:top w:val="none" w:sz="0" w:space="0" w:color="auto"/>
            <w:left w:val="none" w:sz="0" w:space="0" w:color="auto"/>
            <w:bottom w:val="none" w:sz="0" w:space="0" w:color="auto"/>
            <w:right w:val="none" w:sz="0" w:space="0" w:color="auto"/>
          </w:divBdr>
        </w:div>
        <w:div w:id="800339658">
          <w:marLeft w:val="480"/>
          <w:marRight w:val="0"/>
          <w:marTop w:val="0"/>
          <w:marBottom w:val="0"/>
          <w:divBdr>
            <w:top w:val="none" w:sz="0" w:space="0" w:color="auto"/>
            <w:left w:val="none" w:sz="0" w:space="0" w:color="auto"/>
            <w:bottom w:val="none" w:sz="0" w:space="0" w:color="auto"/>
            <w:right w:val="none" w:sz="0" w:space="0" w:color="auto"/>
          </w:divBdr>
        </w:div>
        <w:div w:id="1033388584">
          <w:marLeft w:val="480"/>
          <w:marRight w:val="0"/>
          <w:marTop w:val="0"/>
          <w:marBottom w:val="0"/>
          <w:divBdr>
            <w:top w:val="none" w:sz="0" w:space="0" w:color="auto"/>
            <w:left w:val="none" w:sz="0" w:space="0" w:color="auto"/>
            <w:bottom w:val="none" w:sz="0" w:space="0" w:color="auto"/>
            <w:right w:val="none" w:sz="0" w:space="0" w:color="auto"/>
          </w:divBdr>
        </w:div>
        <w:div w:id="1520653718">
          <w:marLeft w:val="480"/>
          <w:marRight w:val="0"/>
          <w:marTop w:val="0"/>
          <w:marBottom w:val="0"/>
          <w:divBdr>
            <w:top w:val="none" w:sz="0" w:space="0" w:color="auto"/>
            <w:left w:val="none" w:sz="0" w:space="0" w:color="auto"/>
            <w:bottom w:val="none" w:sz="0" w:space="0" w:color="auto"/>
            <w:right w:val="none" w:sz="0" w:space="0" w:color="auto"/>
          </w:divBdr>
        </w:div>
        <w:div w:id="1927419368">
          <w:marLeft w:val="480"/>
          <w:marRight w:val="0"/>
          <w:marTop w:val="0"/>
          <w:marBottom w:val="0"/>
          <w:divBdr>
            <w:top w:val="none" w:sz="0" w:space="0" w:color="auto"/>
            <w:left w:val="none" w:sz="0" w:space="0" w:color="auto"/>
            <w:bottom w:val="none" w:sz="0" w:space="0" w:color="auto"/>
            <w:right w:val="none" w:sz="0" w:space="0" w:color="auto"/>
          </w:divBdr>
        </w:div>
      </w:divsChild>
    </w:div>
    <w:div w:id="182525013">
      <w:bodyDiv w:val="1"/>
      <w:marLeft w:val="0"/>
      <w:marRight w:val="0"/>
      <w:marTop w:val="0"/>
      <w:marBottom w:val="0"/>
      <w:divBdr>
        <w:top w:val="none" w:sz="0" w:space="0" w:color="auto"/>
        <w:left w:val="none" w:sz="0" w:space="0" w:color="auto"/>
        <w:bottom w:val="none" w:sz="0" w:space="0" w:color="auto"/>
        <w:right w:val="none" w:sz="0" w:space="0" w:color="auto"/>
      </w:divBdr>
    </w:div>
    <w:div w:id="184638534">
      <w:bodyDiv w:val="1"/>
      <w:marLeft w:val="0"/>
      <w:marRight w:val="0"/>
      <w:marTop w:val="0"/>
      <w:marBottom w:val="0"/>
      <w:divBdr>
        <w:top w:val="none" w:sz="0" w:space="0" w:color="auto"/>
        <w:left w:val="none" w:sz="0" w:space="0" w:color="auto"/>
        <w:bottom w:val="none" w:sz="0" w:space="0" w:color="auto"/>
        <w:right w:val="none" w:sz="0" w:space="0" w:color="auto"/>
      </w:divBdr>
    </w:div>
    <w:div w:id="187255810">
      <w:bodyDiv w:val="1"/>
      <w:marLeft w:val="0"/>
      <w:marRight w:val="0"/>
      <w:marTop w:val="0"/>
      <w:marBottom w:val="0"/>
      <w:divBdr>
        <w:top w:val="none" w:sz="0" w:space="0" w:color="auto"/>
        <w:left w:val="none" w:sz="0" w:space="0" w:color="auto"/>
        <w:bottom w:val="none" w:sz="0" w:space="0" w:color="auto"/>
        <w:right w:val="none" w:sz="0" w:space="0" w:color="auto"/>
      </w:divBdr>
      <w:divsChild>
        <w:div w:id="369839526">
          <w:marLeft w:val="480"/>
          <w:marRight w:val="0"/>
          <w:marTop w:val="0"/>
          <w:marBottom w:val="0"/>
          <w:divBdr>
            <w:top w:val="none" w:sz="0" w:space="0" w:color="auto"/>
            <w:left w:val="none" w:sz="0" w:space="0" w:color="auto"/>
            <w:bottom w:val="none" w:sz="0" w:space="0" w:color="auto"/>
            <w:right w:val="none" w:sz="0" w:space="0" w:color="auto"/>
          </w:divBdr>
        </w:div>
        <w:div w:id="647586792">
          <w:marLeft w:val="480"/>
          <w:marRight w:val="0"/>
          <w:marTop w:val="0"/>
          <w:marBottom w:val="0"/>
          <w:divBdr>
            <w:top w:val="none" w:sz="0" w:space="0" w:color="auto"/>
            <w:left w:val="none" w:sz="0" w:space="0" w:color="auto"/>
            <w:bottom w:val="none" w:sz="0" w:space="0" w:color="auto"/>
            <w:right w:val="none" w:sz="0" w:space="0" w:color="auto"/>
          </w:divBdr>
        </w:div>
        <w:div w:id="976910441">
          <w:marLeft w:val="480"/>
          <w:marRight w:val="0"/>
          <w:marTop w:val="0"/>
          <w:marBottom w:val="0"/>
          <w:divBdr>
            <w:top w:val="none" w:sz="0" w:space="0" w:color="auto"/>
            <w:left w:val="none" w:sz="0" w:space="0" w:color="auto"/>
            <w:bottom w:val="none" w:sz="0" w:space="0" w:color="auto"/>
            <w:right w:val="none" w:sz="0" w:space="0" w:color="auto"/>
          </w:divBdr>
        </w:div>
        <w:div w:id="998579869">
          <w:marLeft w:val="480"/>
          <w:marRight w:val="0"/>
          <w:marTop w:val="0"/>
          <w:marBottom w:val="0"/>
          <w:divBdr>
            <w:top w:val="none" w:sz="0" w:space="0" w:color="auto"/>
            <w:left w:val="none" w:sz="0" w:space="0" w:color="auto"/>
            <w:bottom w:val="none" w:sz="0" w:space="0" w:color="auto"/>
            <w:right w:val="none" w:sz="0" w:space="0" w:color="auto"/>
          </w:divBdr>
        </w:div>
        <w:div w:id="1124499431">
          <w:marLeft w:val="480"/>
          <w:marRight w:val="0"/>
          <w:marTop w:val="0"/>
          <w:marBottom w:val="0"/>
          <w:divBdr>
            <w:top w:val="none" w:sz="0" w:space="0" w:color="auto"/>
            <w:left w:val="none" w:sz="0" w:space="0" w:color="auto"/>
            <w:bottom w:val="none" w:sz="0" w:space="0" w:color="auto"/>
            <w:right w:val="none" w:sz="0" w:space="0" w:color="auto"/>
          </w:divBdr>
        </w:div>
        <w:div w:id="1332828539">
          <w:marLeft w:val="480"/>
          <w:marRight w:val="0"/>
          <w:marTop w:val="0"/>
          <w:marBottom w:val="0"/>
          <w:divBdr>
            <w:top w:val="none" w:sz="0" w:space="0" w:color="auto"/>
            <w:left w:val="none" w:sz="0" w:space="0" w:color="auto"/>
            <w:bottom w:val="none" w:sz="0" w:space="0" w:color="auto"/>
            <w:right w:val="none" w:sz="0" w:space="0" w:color="auto"/>
          </w:divBdr>
        </w:div>
        <w:div w:id="1410424481">
          <w:marLeft w:val="480"/>
          <w:marRight w:val="0"/>
          <w:marTop w:val="0"/>
          <w:marBottom w:val="0"/>
          <w:divBdr>
            <w:top w:val="none" w:sz="0" w:space="0" w:color="auto"/>
            <w:left w:val="none" w:sz="0" w:space="0" w:color="auto"/>
            <w:bottom w:val="none" w:sz="0" w:space="0" w:color="auto"/>
            <w:right w:val="none" w:sz="0" w:space="0" w:color="auto"/>
          </w:divBdr>
        </w:div>
        <w:div w:id="1421296859">
          <w:marLeft w:val="480"/>
          <w:marRight w:val="0"/>
          <w:marTop w:val="0"/>
          <w:marBottom w:val="0"/>
          <w:divBdr>
            <w:top w:val="none" w:sz="0" w:space="0" w:color="auto"/>
            <w:left w:val="none" w:sz="0" w:space="0" w:color="auto"/>
            <w:bottom w:val="none" w:sz="0" w:space="0" w:color="auto"/>
            <w:right w:val="none" w:sz="0" w:space="0" w:color="auto"/>
          </w:divBdr>
        </w:div>
        <w:div w:id="1459028165">
          <w:marLeft w:val="480"/>
          <w:marRight w:val="0"/>
          <w:marTop w:val="0"/>
          <w:marBottom w:val="0"/>
          <w:divBdr>
            <w:top w:val="none" w:sz="0" w:space="0" w:color="auto"/>
            <w:left w:val="none" w:sz="0" w:space="0" w:color="auto"/>
            <w:bottom w:val="none" w:sz="0" w:space="0" w:color="auto"/>
            <w:right w:val="none" w:sz="0" w:space="0" w:color="auto"/>
          </w:divBdr>
        </w:div>
        <w:div w:id="1847205467">
          <w:marLeft w:val="480"/>
          <w:marRight w:val="0"/>
          <w:marTop w:val="0"/>
          <w:marBottom w:val="0"/>
          <w:divBdr>
            <w:top w:val="none" w:sz="0" w:space="0" w:color="auto"/>
            <w:left w:val="none" w:sz="0" w:space="0" w:color="auto"/>
            <w:bottom w:val="none" w:sz="0" w:space="0" w:color="auto"/>
            <w:right w:val="none" w:sz="0" w:space="0" w:color="auto"/>
          </w:divBdr>
        </w:div>
        <w:div w:id="1919709328">
          <w:marLeft w:val="480"/>
          <w:marRight w:val="0"/>
          <w:marTop w:val="0"/>
          <w:marBottom w:val="0"/>
          <w:divBdr>
            <w:top w:val="none" w:sz="0" w:space="0" w:color="auto"/>
            <w:left w:val="none" w:sz="0" w:space="0" w:color="auto"/>
            <w:bottom w:val="none" w:sz="0" w:space="0" w:color="auto"/>
            <w:right w:val="none" w:sz="0" w:space="0" w:color="auto"/>
          </w:divBdr>
        </w:div>
        <w:div w:id="2022663127">
          <w:marLeft w:val="480"/>
          <w:marRight w:val="0"/>
          <w:marTop w:val="0"/>
          <w:marBottom w:val="0"/>
          <w:divBdr>
            <w:top w:val="none" w:sz="0" w:space="0" w:color="auto"/>
            <w:left w:val="none" w:sz="0" w:space="0" w:color="auto"/>
            <w:bottom w:val="none" w:sz="0" w:space="0" w:color="auto"/>
            <w:right w:val="none" w:sz="0" w:space="0" w:color="auto"/>
          </w:divBdr>
        </w:div>
      </w:divsChild>
    </w:div>
    <w:div w:id="187986401">
      <w:bodyDiv w:val="1"/>
      <w:marLeft w:val="0"/>
      <w:marRight w:val="0"/>
      <w:marTop w:val="0"/>
      <w:marBottom w:val="0"/>
      <w:divBdr>
        <w:top w:val="none" w:sz="0" w:space="0" w:color="auto"/>
        <w:left w:val="none" w:sz="0" w:space="0" w:color="auto"/>
        <w:bottom w:val="none" w:sz="0" w:space="0" w:color="auto"/>
        <w:right w:val="none" w:sz="0" w:space="0" w:color="auto"/>
      </w:divBdr>
    </w:div>
    <w:div w:id="188883559">
      <w:bodyDiv w:val="1"/>
      <w:marLeft w:val="0"/>
      <w:marRight w:val="0"/>
      <w:marTop w:val="0"/>
      <w:marBottom w:val="0"/>
      <w:divBdr>
        <w:top w:val="none" w:sz="0" w:space="0" w:color="auto"/>
        <w:left w:val="none" w:sz="0" w:space="0" w:color="auto"/>
        <w:bottom w:val="none" w:sz="0" w:space="0" w:color="auto"/>
        <w:right w:val="none" w:sz="0" w:space="0" w:color="auto"/>
      </w:divBdr>
    </w:div>
    <w:div w:id="194126485">
      <w:bodyDiv w:val="1"/>
      <w:marLeft w:val="0"/>
      <w:marRight w:val="0"/>
      <w:marTop w:val="0"/>
      <w:marBottom w:val="0"/>
      <w:divBdr>
        <w:top w:val="none" w:sz="0" w:space="0" w:color="auto"/>
        <w:left w:val="none" w:sz="0" w:space="0" w:color="auto"/>
        <w:bottom w:val="none" w:sz="0" w:space="0" w:color="auto"/>
        <w:right w:val="none" w:sz="0" w:space="0" w:color="auto"/>
      </w:divBdr>
    </w:div>
    <w:div w:id="194926682">
      <w:bodyDiv w:val="1"/>
      <w:marLeft w:val="0"/>
      <w:marRight w:val="0"/>
      <w:marTop w:val="0"/>
      <w:marBottom w:val="0"/>
      <w:divBdr>
        <w:top w:val="none" w:sz="0" w:space="0" w:color="auto"/>
        <w:left w:val="none" w:sz="0" w:space="0" w:color="auto"/>
        <w:bottom w:val="none" w:sz="0" w:space="0" w:color="auto"/>
        <w:right w:val="none" w:sz="0" w:space="0" w:color="auto"/>
      </w:divBdr>
    </w:div>
    <w:div w:id="195198742">
      <w:bodyDiv w:val="1"/>
      <w:marLeft w:val="0"/>
      <w:marRight w:val="0"/>
      <w:marTop w:val="0"/>
      <w:marBottom w:val="0"/>
      <w:divBdr>
        <w:top w:val="none" w:sz="0" w:space="0" w:color="auto"/>
        <w:left w:val="none" w:sz="0" w:space="0" w:color="auto"/>
        <w:bottom w:val="none" w:sz="0" w:space="0" w:color="auto"/>
        <w:right w:val="none" w:sz="0" w:space="0" w:color="auto"/>
      </w:divBdr>
    </w:div>
    <w:div w:id="201794723">
      <w:bodyDiv w:val="1"/>
      <w:marLeft w:val="0"/>
      <w:marRight w:val="0"/>
      <w:marTop w:val="0"/>
      <w:marBottom w:val="0"/>
      <w:divBdr>
        <w:top w:val="none" w:sz="0" w:space="0" w:color="auto"/>
        <w:left w:val="none" w:sz="0" w:space="0" w:color="auto"/>
        <w:bottom w:val="none" w:sz="0" w:space="0" w:color="auto"/>
        <w:right w:val="none" w:sz="0" w:space="0" w:color="auto"/>
      </w:divBdr>
    </w:div>
    <w:div w:id="201865624">
      <w:bodyDiv w:val="1"/>
      <w:marLeft w:val="0"/>
      <w:marRight w:val="0"/>
      <w:marTop w:val="0"/>
      <w:marBottom w:val="0"/>
      <w:divBdr>
        <w:top w:val="none" w:sz="0" w:space="0" w:color="auto"/>
        <w:left w:val="none" w:sz="0" w:space="0" w:color="auto"/>
        <w:bottom w:val="none" w:sz="0" w:space="0" w:color="auto"/>
        <w:right w:val="none" w:sz="0" w:space="0" w:color="auto"/>
      </w:divBdr>
    </w:div>
    <w:div w:id="203107486">
      <w:bodyDiv w:val="1"/>
      <w:marLeft w:val="0"/>
      <w:marRight w:val="0"/>
      <w:marTop w:val="0"/>
      <w:marBottom w:val="0"/>
      <w:divBdr>
        <w:top w:val="none" w:sz="0" w:space="0" w:color="auto"/>
        <w:left w:val="none" w:sz="0" w:space="0" w:color="auto"/>
        <w:bottom w:val="none" w:sz="0" w:space="0" w:color="auto"/>
        <w:right w:val="none" w:sz="0" w:space="0" w:color="auto"/>
      </w:divBdr>
    </w:div>
    <w:div w:id="203253417">
      <w:bodyDiv w:val="1"/>
      <w:marLeft w:val="0"/>
      <w:marRight w:val="0"/>
      <w:marTop w:val="0"/>
      <w:marBottom w:val="0"/>
      <w:divBdr>
        <w:top w:val="none" w:sz="0" w:space="0" w:color="auto"/>
        <w:left w:val="none" w:sz="0" w:space="0" w:color="auto"/>
        <w:bottom w:val="none" w:sz="0" w:space="0" w:color="auto"/>
        <w:right w:val="none" w:sz="0" w:space="0" w:color="auto"/>
      </w:divBdr>
    </w:div>
    <w:div w:id="204946317">
      <w:bodyDiv w:val="1"/>
      <w:marLeft w:val="0"/>
      <w:marRight w:val="0"/>
      <w:marTop w:val="0"/>
      <w:marBottom w:val="0"/>
      <w:divBdr>
        <w:top w:val="none" w:sz="0" w:space="0" w:color="auto"/>
        <w:left w:val="none" w:sz="0" w:space="0" w:color="auto"/>
        <w:bottom w:val="none" w:sz="0" w:space="0" w:color="auto"/>
        <w:right w:val="none" w:sz="0" w:space="0" w:color="auto"/>
      </w:divBdr>
    </w:div>
    <w:div w:id="206649862">
      <w:bodyDiv w:val="1"/>
      <w:marLeft w:val="0"/>
      <w:marRight w:val="0"/>
      <w:marTop w:val="0"/>
      <w:marBottom w:val="0"/>
      <w:divBdr>
        <w:top w:val="none" w:sz="0" w:space="0" w:color="auto"/>
        <w:left w:val="none" w:sz="0" w:space="0" w:color="auto"/>
        <w:bottom w:val="none" w:sz="0" w:space="0" w:color="auto"/>
        <w:right w:val="none" w:sz="0" w:space="0" w:color="auto"/>
      </w:divBdr>
    </w:div>
    <w:div w:id="207225041">
      <w:bodyDiv w:val="1"/>
      <w:marLeft w:val="0"/>
      <w:marRight w:val="0"/>
      <w:marTop w:val="0"/>
      <w:marBottom w:val="0"/>
      <w:divBdr>
        <w:top w:val="none" w:sz="0" w:space="0" w:color="auto"/>
        <w:left w:val="none" w:sz="0" w:space="0" w:color="auto"/>
        <w:bottom w:val="none" w:sz="0" w:space="0" w:color="auto"/>
        <w:right w:val="none" w:sz="0" w:space="0" w:color="auto"/>
      </w:divBdr>
      <w:divsChild>
        <w:div w:id="45220793">
          <w:marLeft w:val="480"/>
          <w:marRight w:val="0"/>
          <w:marTop w:val="0"/>
          <w:marBottom w:val="0"/>
          <w:divBdr>
            <w:top w:val="none" w:sz="0" w:space="0" w:color="auto"/>
            <w:left w:val="none" w:sz="0" w:space="0" w:color="auto"/>
            <w:bottom w:val="none" w:sz="0" w:space="0" w:color="auto"/>
            <w:right w:val="none" w:sz="0" w:space="0" w:color="auto"/>
          </w:divBdr>
        </w:div>
        <w:div w:id="164325298">
          <w:marLeft w:val="480"/>
          <w:marRight w:val="0"/>
          <w:marTop w:val="0"/>
          <w:marBottom w:val="0"/>
          <w:divBdr>
            <w:top w:val="none" w:sz="0" w:space="0" w:color="auto"/>
            <w:left w:val="none" w:sz="0" w:space="0" w:color="auto"/>
            <w:bottom w:val="none" w:sz="0" w:space="0" w:color="auto"/>
            <w:right w:val="none" w:sz="0" w:space="0" w:color="auto"/>
          </w:divBdr>
        </w:div>
        <w:div w:id="308170817">
          <w:marLeft w:val="480"/>
          <w:marRight w:val="0"/>
          <w:marTop w:val="0"/>
          <w:marBottom w:val="0"/>
          <w:divBdr>
            <w:top w:val="none" w:sz="0" w:space="0" w:color="auto"/>
            <w:left w:val="none" w:sz="0" w:space="0" w:color="auto"/>
            <w:bottom w:val="none" w:sz="0" w:space="0" w:color="auto"/>
            <w:right w:val="none" w:sz="0" w:space="0" w:color="auto"/>
          </w:divBdr>
        </w:div>
        <w:div w:id="327440441">
          <w:marLeft w:val="480"/>
          <w:marRight w:val="0"/>
          <w:marTop w:val="0"/>
          <w:marBottom w:val="0"/>
          <w:divBdr>
            <w:top w:val="none" w:sz="0" w:space="0" w:color="auto"/>
            <w:left w:val="none" w:sz="0" w:space="0" w:color="auto"/>
            <w:bottom w:val="none" w:sz="0" w:space="0" w:color="auto"/>
            <w:right w:val="none" w:sz="0" w:space="0" w:color="auto"/>
          </w:divBdr>
        </w:div>
        <w:div w:id="454520653">
          <w:marLeft w:val="480"/>
          <w:marRight w:val="0"/>
          <w:marTop w:val="0"/>
          <w:marBottom w:val="0"/>
          <w:divBdr>
            <w:top w:val="none" w:sz="0" w:space="0" w:color="auto"/>
            <w:left w:val="none" w:sz="0" w:space="0" w:color="auto"/>
            <w:bottom w:val="none" w:sz="0" w:space="0" w:color="auto"/>
            <w:right w:val="none" w:sz="0" w:space="0" w:color="auto"/>
          </w:divBdr>
        </w:div>
        <w:div w:id="593128811">
          <w:marLeft w:val="480"/>
          <w:marRight w:val="0"/>
          <w:marTop w:val="0"/>
          <w:marBottom w:val="0"/>
          <w:divBdr>
            <w:top w:val="none" w:sz="0" w:space="0" w:color="auto"/>
            <w:left w:val="none" w:sz="0" w:space="0" w:color="auto"/>
            <w:bottom w:val="none" w:sz="0" w:space="0" w:color="auto"/>
            <w:right w:val="none" w:sz="0" w:space="0" w:color="auto"/>
          </w:divBdr>
        </w:div>
        <w:div w:id="1041713366">
          <w:marLeft w:val="480"/>
          <w:marRight w:val="0"/>
          <w:marTop w:val="0"/>
          <w:marBottom w:val="0"/>
          <w:divBdr>
            <w:top w:val="none" w:sz="0" w:space="0" w:color="auto"/>
            <w:left w:val="none" w:sz="0" w:space="0" w:color="auto"/>
            <w:bottom w:val="none" w:sz="0" w:space="0" w:color="auto"/>
            <w:right w:val="none" w:sz="0" w:space="0" w:color="auto"/>
          </w:divBdr>
        </w:div>
        <w:div w:id="1270621700">
          <w:marLeft w:val="480"/>
          <w:marRight w:val="0"/>
          <w:marTop w:val="0"/>
          <w:marBottom w:val="0"/>
          <w:divBdr>
            <w:top w:val="none" w:sz="0" w:space="0" w:color="auto"/>
            <w:left w:val="none" w:sz="0" w:space="0" w:color="auto"/>
            <w:bottom w:val="none" w:sz="0" w:space="0" w:color="auto"/>
            <w:right w:val="none" w:sz="0" w:space="0" w:color="auto"/>
          </w:divBdr>
        </w:div>
        <w:div w:id="1919359204">
          <w:marLeft w:val="480"/>
          <w:marRight w:val="0"/>
          <w:marTop w:val="0"/>
          <w:marBottom w:val="0"/>
          <w:divBdr>
            <w:top w:val="none" w:sz="0" w:space="0" w:color="auto"/>
            <w:left w:val="none" w:sz="0" w:space="0" w:color="auto"/>
            <w:bottom w:val="none" w:sz="0" w:space="0" w:color="auto"/>
            <w:right w:val="none" w:sz="0" w:space="0" w:color="auto"/>
          </w:divBdr>
        </w:div>
        <w:div w:id="1931808820">
          <w:marLeft w:val="480"/>
          <w:marRight w:val="0"/>
          <w:marTop w:val="0"/>
          <w:marBottom w:val="0"/>
          <w:divBdr>
            <w:top w:val="none" w:sz="0" w:space="0" w:color="auto"/>
            <w:left w:val="none" w:sz="0" w:space="0" w:color="auto"/>
            <w:bottom w:val="none" w:sz="0" w:space="0" w:color="auto"/>
            <w:right w:val="none" w:sz="0" w:space="0" w:color="auto"/>
          </w:divBdr>
        </w:div>
      </w:divsChild>
    </w:div>
    <w:div w:id="208147502">
      <w:bodyDiv w:val="1"/>
      <w:marLeft w:val="0"/>
      <w:marRight w:val="0"/>
      <w:marTop w:val="0"/>
      <w:marBottom w:val="0"/>
      <w:divBdr>
        <w:top w:val="none" w:sz="0" w:space="0" w:color="auto"/>
        <w:left w:val="none" w:sz="0" w:space="0" w:color="auto"/>
        <w:bottom w:val="none" w:sz="0" w:space="0" w:color="auto"/>
        <w:right w:val="none" w:sz="0" w:space="0" w:color="auto"/>
      </w:divBdr>
    </w:div>
    <w:div w:id="208804709">
      <w:bodyDiv w:val="1"/>
      <w:marLeft w:val="0"/>
      <w:marRight w:val="0"/>
      <w:marTop w:val="0"/>
      <w:marBottom w:val="0"/>
      <w:divBdr>
        <w:top w:val="none" w:sz="0" w:space="0" w:color="auto"/>
        <w:left w:val="none" w:sz="0" w:space="0" w:color="auto"/>
        <w:bottom w:val="none" w:sz="0" w:space="0" w:color="auto"/>
        <w:right w:val="none" w:sz="0" w:space="0" w:color="auto"/>
      </w:divBdr>
    </w:div>
    <w:div w:id="211307204">
      <w:bodyDiv w:val="1"/>
      <w:marLeft w:val="0"/>
      <w:marRight w:val="0"/>
      <w:marTop w:val="0"/>
      <w:marBottom w:val="0"/>
      <w:divBdr>
        <w:top w:val="none" w:sz="0" w:space="0" w:color="auto"/>
        <w:left w:val="none" w:sz="0" w:space="0" w:color="auto"/>
        <w:bottom w:val="none" w:sz="0" w:space="0" w:color="auto"/>
        <w:right w:val="none" w:sz="0" w:space="0" w:color="auto"/>
      </w:divBdr>
    </w:div>
    <w:div w:id="212154304">
      <w:bodyDiv w:val="1"/>
      <w:marLeft w:val="0"/>
      <w:marRight w:val="0"/>
      <w:marTop w:val="0"/>
      <w:marBottom w:val="0"/>
      <w:divBdr>
        <w:top w:val="none" w:sz="0" w:space="0" w:color="auto"/>
        <w:left w:val="none" w:sz="0" w:space="0" w:color="auto"/>
        <w:bottom w:val="none" w:sz="0" w:space="0" w:color="auto"/>
        <w:right w:val="none" w:sz="0" w:space="0" w:color="auto"/>
      </w:divBdr>
      <w:divsChild>
        <w:div w:id="12656521">
          <w:marLeft w:val="480"/>
          <w:marRight w:val="0"/>
          <w:marTop w:val="0"/>
          <w:marBottom w:val="0"/>
          <w:divBdr>
            <w:top w:val="none" w:sz="0" w:space="0" w:color="auto"/>
            <w:left w:val="none" w:sz="0" w:space="0" w:color="auto"/>
            <w:bottom w:val="none" w:sz="0" w:space="0" w:color="auto"/>
            <w:right w:val="none" w:sz="0" w:space="0" w:color="auto"/>
          </w:divBdr>
        </w:div>
        <w:div w:id="16978341">
          <w:marLeft w:val="480"/>
          <w:marRight w:val="0"/>
          <w:marTop w:val="0"/>
          <w:marBottom w:val="0"/>
          <w:divBdr>
            <w:top w:val="none" w:sz="0" w:space="0" w:color="auto"/>
            <w:left w:val="none" w:sz="0" w:space="0" w:color="auto"/>
            <w:bottom w:val="none" w:sz="0" w:space="0" w:color="auto"/>
            <w:right w:val="none" w:sz="0" w:space="0" w:color="auto"/>
          </w:divBdr>
        </w:div>
        <w:div w:id="101456616">
          <w:marLeft w:val="480"/>
          <w:marRight w:val="0"/>
          <w:marTop w:val="0"/>
          <w:marBottom w:val="0"/>
          <w:divBdr>
            <w:top w:val="none" w:sz="0" w:space="0" w:color="auto"/>
            <w:left w:val="none" w:sz="0" w:space="0" w:color="auto"/>
            <w:bottom w:val="none" w:sz="0" w:space="0" w:color="auto"/>
            <w:right w:val="none" w:sz="0" w:space="0" w:color="auto"/>
          </w:divBdr>
        </w:div>
        <w:div w:id="121585147">
          <w:marLeft w:val="480"/>
          <w:marRight w:val="0"/>
          <w:marTop w:val="0"/>
          <w:marBottom w:val="0"/>
          <w:divBdr>
            <w:top w:val="none" w:sz="0" w:space="0" w:color="auto"/>
            <w:left w:val="none" w:sz="0" w:space="0" w:color="auto"/>
            <w:bottom w:val="none" w:sz="0" w:space="0" w:color="auto"/>
            <w:right w:val="none" w:sz="0" w:space="0" w:color="auto"/>
          </w:divBdr>
        </w:div>
        <w:div w:id="189072591">
          <w:marLeft w:val="480"/>
          <w:marRight w:val="0"/>
          <w:marTop w:val="0"/>
          <w:marBottom w:val="0"/>
          <w:divBdr>
            <w:top w:val="none" w:sz="0" w:space="0" w:color="auto"/>
            <w:left w:val="none" w:sz="0" w:space="0" w:color="auto"/>
            <w:bottom w:val="none" w:sz="0" w:space="0" w:color="auto"/>
            <w:right w:val="none" w:sz="0" w:space="0" w:color="auto"/>
          </w:divBdr>
        </w:div>
        <w:div w:id="403919081">
          <w:marLeft w:val="480"/>
          <w:marRight w:val="0"/>
          <w:marTop w:val="0"/>
          <w:marBottom w:val="0"/>
          <w:divBdr>
            <w:top w:val="none" w:sz="0" w:space="0" w:color="auto"/>
            <w:left w:val="none" w:sz="0" w:space="0" w:color="auto"/>
            <w:bottom w:val="none" w:sz="0" w:space="0" w:color="auto"/>
            <w:right w:val="none" w:sz="0" w:space="0" w:color="auto"/>
          </w:divBdr>
        </w:div>
        <w:div w:id="585916585">
          <w:marLeft w:val="480"/>
          <w:marRight w:val="0"/>
          <w:marTop w:val="0"/>
          <w:marBottom w:val="0"/>
          <w:divBdr>
            <w:top w:val="none" w:sz="0" w:space="0" w:color="auto"/>
            <w:left w:val="none" w:sz="0" w:space="0" w:color="auto"/>
            <w:bottom w:val="none" w:sz="0" w:space="0" w:color="auto"/>
            <w:right w:val="none" w:sz="0" w:space="0" w:color="auto"/>
          </w:divBdr>
        </w:div>
        <w:div w:id="589654644">
          <w:marLeft w:val="480"/>
          <w:marRight w:val="0"/>
          <w:marTop w:val="0"/>
          <w:marBottom w:val="0"/>
          <w:divBdr>
            <w:top w:val="none" w:sz="0" w:space="0" w:color="auto"/>
            <w:left w:val="none" w:sz="0" w:space="0" w:color="auto"/>
            <w:bottom w:val="none" w:sz="0" w:space="0" w:color="auto"/>
            <w:right w:val="none" w:sz="0" w:space="0" w:color="auto"/>
          </w:divBdr>
        </w:div>
        <w:div w:id="619336072">
          <w:marLeft w:val="480"/>
          <w:marRight w:val="0"/>
          <w:marTop w:val="0"/>
          <w:marBottom w:val="0"/>
          <w:divBdr>
            <w:top w:val="none" w:sz="0" w:space="0" w:color="auto"/>
            <w:left w:val="none" w:sz="0" w:space="0" w:color="auto"/>
            <w:bottom w:val="none" w:sz="0" w:space="0" w:color="auto"/>
            <w:right w:val="none" w:sz="0" w:space="0" w:color="auto"/>
          </w:divBdr>
        </w:div>
        <w:div w:id="702903094">
          <w:marLeft w:val="480"/>
          <w:marRight w:val="0"/>
          <w:marTop w:val="0"/>
          <w:marBottom w:val="0"/>
          <w:divBdr>
            <w:top w:val="none" w:sz="0" w:space="0" w:color="auto"/>
            <w:left w:val="none" w:sz="0" w:space="0" w:color="auto"/>
            <w:bottom w:val="none" w:sz="0" w:space="0" w:color="auto"/>
            <w:right w:val="none" w:sz="0" w:space="0" w:color="auto"/>
          </w:divBdr>
        </w:div>
        <w:div w:id="705527423">
          <w:marLeft w:val="480"/>
          <w:marRight w:val="0"/>
          <w:marTop w:val="0"/>
          <w:marBottom w:val="0"/>
          <w:divBdr>
            <w:top w:val="none" w:sz="0" w:space="0" w:color="auto"/>
            <w:left w:val="none" w:sz="0" w:space="0" w:color="auto"/>
            <w:bottom w:val="none" w:sz="0" w:space="0" w:color="auto"/>
            <w:right w:val="none" w:sz="0" w:space="0" w:color="auto"/>
          </w:divBdr>
        </w:div>
        <w:div w:id="764961918">
          <w:marLeft w:val="480"/>
          <w:marRight w:val="0"/>
          <w:marTop w:val="0"/>
          <w:marBottom w:val="0"/>
          <w:divBdr>
            <w:top w:val="none" w:sz="0" w:space="0" w:color="auto"/>
            <w:left w:val="none" w:sz="0" w:space="0" w:color="auto"/>
            <w:bottom w:val="none" w:sz="0" w:space="0" w:color="auto"/>
            <w:right w:val="none" w:sz="0" w:space="0" w:color="auto"/>
          </w:divBdr>
        </w:div>
        <w:div w:id="766197212">
          <w:marLeft w:val="480"/>
          <w:marRight w:val="0"/>
          <w:marTop w:val="0"/>
          <w:marBottom w:val="0"/>
          <w:divBdr>
            <w:top w:val="none" w:sz="0" w:space="0" w:color="auto"/>
            <w:left w:val="none" w:sz="0" w:space="0" w:color="auto"/>
            <w:bottom w:val="none" w:sz="0" w:space="0" w:color="auto"/>
            <w:right w:val="none" w:sz="0" w:space="0" w:color="auto"/>
          </w:divBdr>
        </w:div>
        <w:div w:id="819424542">
          <w:marLeft w:val="480"/>
          <w:marRight w:val="0"/>
          <w:marTop w:val="0"/>
          <w:marBottom w:val="0"/>
          <w:divBdr>
            <w:top w:val="none" w:sz="0" w:space="0" w:color="auto"/>
            <w:left w:val="none" w:sz="0" w:space="0" w:color="auto"/>
            <w:bottom w:val="none" w:sz="0" w:space="0" w:color="auto"/>
            <w:right w:val="none" w:sz="0" w:space="0" w:color="auto"/>
          </w:divBdr>
        </w:div>
        <w:div w:id="868029652">
          <w:marLeft w:val="480"/>
          <w:marRight w:val="0"/>
          <w:marTop w:val="0"/>
          <w:marBottom w:val="0"/>
          <w:divBdr>
            <w:top w:val="none" w:sz="0" w:space="0" w:color="auto"/>
            <w:left w:val="none" w:sz="0" w:space="0" w:color="auto"/>
            <w:bottom w:val="none" w:sz="0" w:space="0" w:color="auto"/>
            <w:right w:val="none" w:sz="0" w:space="0" w:color="auto"/>
          </w:divBdr>
        </w:div>
        <w:div w:id="870336606">
          <w:marLeft w:val="480"/>
          <w:marRight w:val="0"/>
          <w:marTop w:val="0"/>
          <w:marBottom w:val="0"/>
          <w:divBdr>
            <w:top w:val="none" w:sz="0" w:space="0" w:color="auto"/>
            <w:left w:val="none" w:sz="0" w:space="0" w:color="auto"/>
            <w:bottom w:val="none" w:sz="0" w:space="0" w:color="auto"/>
            <w:right w:val="none" w:sz="0" w:space="0" w:color="auto"/>
          </w:divBdr>
        </w:div>
        <w:div w:id="875973732">
          <w:marLeft w:val="480"/>
          <w:marRight w:val="0"/>
          <w:marTop w:val="0"/>
          <w:marBottom w:val="0"/>
          <w:divBdr>
            <w:top w:val="none" w:sz="0" w:space="0" w:color="auto"/>
            <w:left w:val="none" w:sz="0" w:space="0" w:color="auto"/>
            <w:bottom w:val="none" w:sz="0" w:space="0" w:color="auto"/>
            <w:right w:val="none" w:sz="0" w:space="0" w:color="auto"/>
          </w:divBdr>
        </w:div>
        <w:div w:id="888417024">
          <w:marLeft w:val="480"/>
          <w:marRight w:val="0"/>
          <w:marTop w:val="0"/>
          <w:marBottom w:val="0"/>
          <w:divBdr>
            <w:top w:val="none" w:sz="0" w:space="0" w:color="auto"/>
            <w:left w:val="none" w:sz="0" w:space="0" w:color="auto"/>
            <w:bottom w:val="none" w:sz="0" w:space="0" w:color="auto"/>
            <w:right w:val="none" w:sz="0" w:space="0" w:color="auto"/>
          </w:divBdr>
        </w:div>
        <w:div w:id="937176607">
          <w:marLeft w:val="480"/>
          <w:marRight w:val="0"/>
          <w:marTop w:val="0"/>
          <w:marBottom w:val="0"/>
          <w:divBdr>
            <w:top w:val="none" w:sz="0" w:space="0" w:color="auto"/>
            <w:left w:val="none" w:sz="0" w:space="0" w:color="auto"/>
            <w:bottom w:val="none" w:sz="0" w:space="0" w:color="auto"/>
            <w:right w:val="none" w:sz="0" w:space="0" w:color="auto"/>
          </w:divBdr>
        </w:div>
        <w:div w:id="1124931089">
          <w:marLeft w:val="480"/>
          <w:marRight w:val="0"/>
          <w:marTop w:val="0"/>
          <w:marBottom w:val="0"/>
          <w:divBdr>
            <w:top w:val="none" w:sz="0" w:space="0" w:color="auto"/>
            <w:left w:val="none" w:sz="0" w:space="0" w:color="auto"/>
            <w:bottom w:val="none" w:sz="0" w:space="0" w:color="auto"/>
            <w:right w:val="none" w:sz="0" w:space="0" w:color="auto"/>
          </w:divBdr>
        </w:div>
        <w:div w:id="1160854769">
          <w:marLeft w:val="480"/>
          <w:marRight w:val="0"/>
          <w:marTop w:val="0"/>
          <w:marBottom w:val="0"/>
          <w:divBdr>
            <w:top w:val="none" w:sz="0" w:space="0" w:color="auto"/>
            <w:left w:val="none" w:sz="0" w:space="0" w:color="auto"/>
            <w:bottom w:val="none" w:sz="0" w:space="0" w:color="auto"/>
            <w:right w:val="none" w:sz="0" w:space="0" w:color="auto"/>
          </w:divBdr>
        </w:div>
        <w:div w:id="1302032238">
          <w:marLeft w:val="480"/>
          <w:marRight w:val="0"/>
          <w:marTop w:val="0"/>
          <w:marBottom w:val="0"/>
          <w:divBdr>
            <w:top w:val="none" w:sz="0" w:space="0" w:color="auto"/>
            <w:left w:val="none" w:sz="0" w:space="0" w:color="auto"/>
            <w:bottom w:val="none" w:sz="0" w:space="0" w:color="auto"/>
            <w:right w:val="none" w:sz="0" w:space="0" w:color="auto"/>
          </w:divBdr>
        </w:div>
        <w:div w:id="1348756081">
          <w:marLeft w:val="480"/>
          <w:marRight w:val="0"/>
          <w:marTop w:val="0"/>
          <w:marBottom w:val="0"/>
          <w:divBdr>
            <w:top w:val="none" w:sz="0" w:space="0" w:color="auto"/>
            <w:left w:val="none" w:sz="0" w:space="0" w:color="auto"/>
            <w:bottom w:val="none" w:sz="0" w:space="0" w:color="auto"/>
            <w:right w:val="none" w:sz="0" w:space="0" w:color="auto"/>
          </w:divBdr>
        </w:div>
        <w:div w:id="1362902899">
          <w:marLeft w:val="480"/>
          <w:marRight w:val="0"/>
          <w:marTop w:val="0"/>
          <w:marBottom w:val="0"/>
          <w:divBdr>
            <w:top w:val="none" w:sz="0" w:space="0" w:color="auto"/>
            <w:left w:val="none" w:sz="0" w:space="0" w:color="auto"/>
            <w:bottom w:val="none" w:sz="0" w:space="0" w:color="auto"/>
            <w:right w:val="none" w:sz="0" w:space="0" w:color="auto"/>
          </w:divBdr>
        </w:div>
        <w:div w:id="1384796016">
          <w:marLeft w:val="480"/>
          <w:marRight w:val="0"/>
          <w:marTop w:val="0"/>
          <w:marBottom w:val="0"/>
          <w:divBdr>
            <w:top w:val="none" w:sz="0" w:space="0" w:color="auto"/>
            <w:left w:val="none" w:sz="0" w:space="0" w:color="auto"/>
            <w:bottom w:val="none" w:sz="0" w:space="0" w:color="auto"/>
            <w:right w:val="none" w:sz="0" w:space="0" w:color="auto"/>
          </w:divBdr>
        </w:div>
        <w:div w:id="1451588866">
          <w:marLeft w:val="480"/>
          <w:marRight w:val="0"/>
          <w:marTop w:val="0"/>
          <w:marBottom w:val="0"/>
          <w:divBdr>
            <w:top w:val="none" w:sz="0" w:space="0" w:color="auto"/>
            <w:left w:val="none" w:sz="0" w:space="0" w:color="auto"/>
            <w:bottom w:val="none" w:sz="0" w:space="0" w:color="auto"/>
            <w:right w:val="none" w:sz="0" w:space="0" w:color="auto"/>
          </w:divBdr>
        </w:div>
        <w:div w:id="1520464500">
          <w:marLeft w:val="480"/>
          <w:marRight w:val="0"/>
          <w:marTop w:val="0"/>
          <w:marBottom w:val="0"/>
          <w:divBdr>
            <w:top w:val="none" w:sz="0" w:space="0" w:color="auto"/>
            <w:left w:val="none" w:sz="0" w:space="0" w:color="auto"/>
            <w:bottom w:val="none" w:sz="0" w:space="0" w:color="auto"/>
            <w:right w:val="none" w:sz="0" w:space="0" w:color="auto"/>
          </w:divBdr>
        </w:div>
        <w:div w:id="1542399982">
          <w:marLeft w:val="480"/>
          <w:marRight w:val="0"/>
          <w:marTop w:val="0"/>
          <w:marBottom w:val="0"/>
          <w:divBdr>
            <w:top w:val="none" w:sz="0" w:space="0" w:color="auto"/>
            <w:left w:val="none" w:sz="0" w:space="0" w:color="auto"/>
            <w:bottom w:val="none" w:sz="0" w:space="0" w:color="auto"/>
            <w:right w:val="none" w:sz="0" w:space="0" w:color="auto"/>
          </w:divBdr>
        </w:div>
        <w:div w:id="1594195620">
          <w:marLeft w:val="480"/>
          <w:marRight w:val="0"/>
          <w:marTop w:val="0"/>
          <w:marBottom w:val="0"/>
          <w:divBdr>
            <w:top w:val="none" w:sz="0" w:space="0" w:color="auto"/>
            <w:left w:val="none" w:sz="0" w:space="0" w:color="auto"/>
            <w:bottom w:val="none" w:sz="0" w:space="0" w:color="auto"/>
            <w:right w:val="none" w:sz="0" w:space="0" w:color="auto"/>
          </w:divBdr>
        </w:div>
        <w:div w:id="1633485928">
          <w:marLeft w:val="480"/>
          <w:marRight w:val="0"/>
          <w:marTop w:val="0"/>
          <w:marBottom w:val="0"/>
          <w:divBdr>
            <w:top w:val="none" w:sz="0" w:space="0" w:color="auto"/>
            <w:left w:val="none" w:sz="0" w:space="0" w:color="auto"/>
            <w:bottom w:val="none" w:sz="0" w:space="0" w:color="auto"/>
            <w:right w:val="none" w:sz="0" w:space="0" w:color="auto"/>
          </w:divBdr>
        </w:div>
        <w:div w:id="1650865063">
          <w:marLeft w:val="480"/>
          <w:marRight w:val="0"/>
          <w:marTop w:val="0"/>
          <w:marBottom w:val="0"/>
          <w:divBdr>
            <w:top w:val="none" w:sz="0" w:space="0" w:color="auto"/>
            <w:left w:val="none" w:sz="0" w:space="0" w:color="auto"/>
            <w:bottom w:val="none" w:sz="0" w:space="0" w:color="auto"/>
            <w:right w:val="none" w:sz="0" w:space="0" w:color="auto"/>
          </w:divBdr>
        </w:div>
        <w:div w:id="1656953665">
          <w:marLeft w:val="480"/>
          <w:marRight w:val="0"/>
          <w:marTop w:val="0"/>
          <w:marBottom w:val="0"/>
          <w:divBdr>
            <w:top w:val="none" w:sz="0" w:space="0" w:color="auto"/>
            <w:left w:val="none" w:sz="0" w:space="0" w:color="auto"/>
            <w:bottom w:val="none" w:sz="0" w:space="0" w:color="auto"/>
            <w:right w:val="none" w:sz="0" w:space="0" w:color="auto"/>
          </w:divBdr>
        </w:div>
        <w:div w:id="1681157434">
          <w:marLeft w:val="480"/>
          <w:marRight w:val="0"/>
          <w:marTop w:val="0"/>
          <w:marBottom w:val="0"/>
          <w:divBdr>
            <w:top w:val="none" w:sz="0" w:space="0" w:color="auto"/>
            <w:left w:val="none" w:sz="0" w:space="0" w:color="auto"/>
            <w:bottom w:val="none" w:sz="0" w:space="0" w:color="auto"/>
            <w:right w:val="none" w:sz="0" w:space="0" w:color="auto"/>
          </w:divBdr>
        </w:div>
        <w:div w:id="1706634709">
          <w:marLeft w:val="480"/>
          <w:marRight w:val="0"/>
          <w:marTop w:val="0"/>
          <w:marBottom w:val="0"/>
          <w:divBdr>
            <w:top w:val="none" w:sz="0" w:space="0" w:color="auto"/>
            <w:left w:val="none" w:sz="0" w:space="0" w:color="auto"/>
            <w:bottom w:val="none" w:sz="0" w:space="0" w:color="auto"/>
            <w:right w:val="none" w:sz="0" w:space="0" w:color="auto"/>
          </w:divBdr>
        </w:div>
        <w:div w:id="1773672476">
          <w:marLeft w:val="480"/>
          <w:marRight w:val="0"/>
          <w:marTop w:val="0"/>
          <w:marBottom w:val="0"/>
          <w:divBdr>
            <w:top w:val="none" w:sz="0" w:space="0" w:color="auto"/>
            <w:left w:val="none" w:sz="0" w:space="0" w:color="auto"/>
            <w:bottom w:val="none" w:sz="0" w:space="0" w:color="auto"/>
            <w:right w:val="none" w:sz="0" w:space="0" w:color="auto"/>
          </w:divBdr>
        </w:div>
        <w:div w:id="1887909739">
          <w:marLeft w:val="480"/>
          <w:marRight w:val="0"/>
          <w:marTop w:val="0"/>
          <w:marBottom w:val="0"/>
          <w:divBdr>
            <w:top w:val="none" w:sz="0" w:space="0" w:color="auto"/>
            <w:left w:val="none" w:sz="0" w:space="0" w:color="auto"/>
            <w:bottom w:val="none" w:sz="0" w:space="0" w:color="auto"/>
            <w:right w:val="none" w:sz="0" w:space="0" w:color="auto"/>
          </w:divBdr>
        </w:div>
        <w:div w:id="1966499459">
          <w:marLeft w:val="480"/>
          <w:marRight w:val="0"/>
          <w:marTop w:val="0"/>
          <w:marBottom w:val="0"/>
          <w:divBdr>
            <w:top w:val="none" w:sz="0" w:space="0" w:color="auto"/>
            <w:left w:val="none" w:sz="0" w:space="0" w:color="auto"/>
            <w:bottom w:val="none" w:sz="0" w:space="0" w:color="auto"/>
            <w:right w:val="none" w:sz="0" w:space="0" w:color="auto"/>
          </w:divBdr>
        </w:div>
        <w:div w:id="2135324893">
          <w:marLeft w:val="480"/>
          <w:marRight w:val="0"/>
          <w:marTop w:val="0"/>
          <w:marBottom w:val="0"/>
          <w:divBdr>
            <w:top w:val="none" w:sz="0" w:space="0" w:color="auto"/>
            <w:left w:val="none" w:sz="0" w:space="0" w:color="auto"/>
            <w:bottom w:val="none" w:sz="0" w:space="0" w:color="auto"/>
            <w:right w:val="none" w:sz="0" w:space="0" w:color="auto"/>
          </w:divBdr>
        </w:div>
      </w:divsChild>
    </w:div>
    <w:div w:id="212277167">
      <w:bodyDiv w:val="1"/>
      <w:marLeft w:val="0"/>
      <w:marRight w:val="0"/>
      <w:marTop w:val="0"/>
      <w:marBottom w:val="0"/>
      <w:divBdr>
        <w:top w:val="none" w:sz="0" w:space="0" w:color="auto"/>
        <w:left w:val="none" w:sz="0" w:space="0" w:color="auto"/>
        <w:bottom w:val="none" w:sz="0" w:space="0" w:color="auto"/>
        <w:right w:val="none" w:sz="0" w:space="0" w:color="auto"/>
      </w:divBdr>
    </w:div>
    <w:div w:id="212542083">
      <w:bodyDiv w:val="1"/>
      <w:marLeft w:val="0"/>
      <w:marRight w:val="0"/>
      <w:marTop w:val="0"/>
      <w:marBottom w:val="0"/>
      <w:divBdr>
        <w:top w:val="none" w:sz="0" w:space="0" w:color="auto"/>
        <w:left w:val="none" w:sz="0" w:space="0" w:color="auto"/>
        <w:bottom w:val="none" w:sz="0" w:space="0" w:color="auto"/>
        <w:right w:val="none" w:sz="0" w:space="0" w:color="auto"/>
      </w:divBdr>
    </w:div>
    <w:div w:id="212932402">
      <w:bodyDiv w:val="1"/>
      <w:marLeft w:val="0"/>
      <w:marRight w:val="0"/>
      <w:marTop w:val="0"/>
      <w:marBottom w:val="0"/>
      <w:divBdr>
        <w:top w:val="none" w:sz="0" w:space="0" w:color="auto"/>
        <w:left w:val="none" w:sz="0" w:space="0" w:color="auto"/>
        <w:bottom w:val="none" w:sz="0" w:space="0" w:color="auto"/>
        <w:right w:val="none" w:sz="0" w:space="0" w:color="auto"/>
      </w:divBdr>
    </w:div>
    <w:div w:id="213155737">
      <w:bodyDiv w:val="1"/>
      <w:marLeft w:val="0"/>
      <w:marRight w:val="0"/>
      <w:marTop w:val="0"/>
      <w:marBottom w:val="0"/>
      <w:divBdr>
        <w:top w:val="none" w:sz="0" w:space="0" w:color="auto"/>
        <w:left w:val="none" w:sz="0" w:space="0" w:color="auto"/>
        <w:bottom w:val="none" w:sz="0" w:space="0" w:color="auto"/>
        <w:right w:val="none" w:sz="0" w:space="0" w:color="auto"/>
      </w:divBdr>
    </w:div>
    <w:div w:id="216473323">
      <w:bodyDiv w:val="1"/>
      <w:marLeft w:val="0"/>
      <w:marRight w:val="0"/>
      <w:marTop w:val="0"/>
      <w:marBottom w:val="0"/>
      <w:divBdr>
        <w:top w:val="none" w:sz="0" w:space="0" w:color="auto"/>
        <w:left w:val="none" w:sz="0" w:space="0" w:color="auto"/>
        <w:bottom w:val="none" w:sz="0" w:space="0" w:color="auto"/>
        <w:right w:val="none" w:sz="0" w:space="0" w:color="auto"/>
      </w:divBdr>
    </w:div>
    <w:div w:id="216667915">
      <w:bodyDiv w:val="1"/>
      <w:marLeft w:val="0"/>
      <w:marRight w:val="0"/>
      <w:marTop w:val="0"/>
      <w:marBottom w:val="0"/>
      <w:divBdr>
        <w:top w:val="none" w:sz="0" w:space="0" w:color="auto"/>
        <w:left w:val="none" w:sz="0" w:space="0" w:color="auto"/>
        <w:bottom w:val="none" w:sz="0" w:space="0" w:color="auto"/>
        <w:right w:val="none" w:sz="0" w:space="0" w:color="auto"/>
      </w:divBdr>
    </w:div>
    <w:div w:id="218782364">
      <w:bodyDiv w:val="1"/>
      <w:marLeft w:val="0"/>
      <w:marRight w:val="0"/>
      <w:marTop w:val="0"/>
      <w:marBottom w:val="0"/>
      <w:divBdr>
        <w:top w:val="none" w:sz="0" w:space="0" w:color="auto"/>
        <w:left w:val="none" w:sz="0" w:space="0" w:color="auto"/>
        <w:bottom w:val="none" w:sz="0" w:space="0" w:color="auto"/>
        <w:right w:val="none" w:sz="0" w:space="0" w:color="auto"/>
      </w:divBdr>
    </w:div>
    <w:div w:id="218908219">
      <w:bodyDiv w:val="1"/>
      <w:marLeft w:val="0"/>
      <w:marRight w:val="0"/>
      <w:marTop w:val="0"/>
      <w:marBottom w:val="0"/>
      <w:divBdr>
        <w:top w:val="none" w:sz="0" w:space="0" w:color="auto"/>
        <w:left w:val="none" w:sz="0" w:space="0" w:color="auto"/>
        <w:bottom w:val="none" w:sz="0" w:space="0" w:color="auto"/>
        <w:right w:val="none" w:sz="0" w:space="0" w:color="auto"/>
      </w:divBdr>
    </w:div>
    <w:div w:id="219874795">
      <w:bodyDiv w:val="1"/>
      <w:marLeft w:val="0"/>
      <w:marRight w:val="0"/>
      <w:marTop w:val="0"/>
      <w:marBottom w:val="0"/>
      <w:divBdr>
        <w:top w:val="none" w:sz="0" w:space="0" w:color="auto"/>
        <w:left w:val="none" w:sz="0" w:space="0" w:color="auto"/>
        <w:bottom w:val="none" w:sz="0" w:space="0" w:color="auto"/>
        <w:right w:val="none" w:sz="0" w:space="0" w:color="auto"/>
      </w:divBdr>
    </w:div>
    <w:div w:id="222328386">
      <w:bodyDiv w:val="1"/>
      <w:marLeft w:val="0"/>
      <w:marRight w:val="0"/>
      <w:marTop w:val="0"/>
      <w:marBottom w:val="0"/>
      <w:divBdr>
        <w:top w:val="none" w:sz="0" w:space="0" w:color="auto"/>
        <w:left w:val="none" w:sz="0" w:space="0" w:color="auto"/>
        <w:bottom w:val="none" w:sz="0" w:space="0" w:color="auto"/>
        <w:right w:val="none" w:sz="0" w:space="0" w:color="auto"/>
      </w:divBdr>
    </w:div>
    <w:div w:id="223028031">
      <w:bodyDiv w:val="1"/>
      <w:marLeft w:val="0"/>
      <w:marRight w:val="0"/>
      <w:marTop w:val="0"/>
      <w:marBottom w:val="0"/>
      <w:divBdr>
        <w:top w:val="none" w:sz="0" w:space="0" w:color="auto"/>
        <w:left w:val="none" w:sz="0" w:space="0" w:color="auto"/>
        <w:bottom w:val="none" w:sz="0" w:space="0" w:color="auto"/>
        <w:right w:val="none" w:sz="0" w:space="0" w:color="auto"/>
      </w:divBdr>
    </w:div>
    <w:div w:id="223876267">
      <w:bodyDiv w:val="1"/>
      <w:marLeft w:val="0"/>
      <w:marRight w:val="0"/>
      <w:marTop w:val="0"/>
      <w:marBottom w:val="0"/>
      <w:divBdr>
        <w:top w:val="none" w:sz="0" w:space="0" w:color="auto"/>
        <w:left w:val="none" w:sz="0" w:space="0" w:color="auto"/>
        <w:bottom w:val="none" w:sz="0" w:space="0" w:color="auto"/>
        <w:right w:val="none" w:sz="0" w:space="0" w:color="auto"/>
      </w:divBdr>
    </w:div>
    <w:div w:id="224413945">
      <w:bodyDiv w:val="1"/>
      <w:marLeft w:val="0"/>
      <w:marRight w:val="0"/>
      <w:marTop w:val="0"/>
      <w:marBottom w:val="0"/>
      <w:divBdr>
        <w:top w:val="none" w:sz="0" w:space="0" w:color="auto"/>
        <w:left w:val="none" w:sz="0" w:space="0" w:color="auto"/>
        <w:bottom w:val="none" w:sz="0" w:space="0" w:color="auto"/>
        <w:right w:val="none" w:sz="0" w:space="0" w:color="auto"/>
      </w:divBdr>
    </w:div>
    <w:div w:id="229193485">
      <w:bodyDiv w:val="1"/>
      <w:marLeft w:val="0"/>
      <w:marRight w:val="0"/>
      <w:marTop w:val="0"/>
      <w:marBottom w:val="0"/>
      <w:divBdr>
        <w:top w:val="none" w:sz="0" w:space="0" w:color="auto"/>
        <w:left w:val="none" w:sz="0" w:space="0" w:color="auto"/>
        <w:bottom w:val="none" w:sz="0" w:space="0" w:color="auto"/>
        <w:right w:val="none" w:sz="0" w:space="0" w:color="auto"/>
      </w:divBdr>
    </w:div>
    <w:div w:id="230695066">
      <w:bodyDiv w:val="1"/>
      <w:marLeft w:val="0"/>
      <w:marRight w:val="0"/>
      <w:marTop w:val="0"/>
      <w:marBottom w:val="0"/>
      <w:divBdr>
        <w:top w:val="none" w:sz="0" w:space="0" w:color="auto"/>
        <w:left w:val="none" w:sz="0" w:space="0" w:color="auto"/>
        <w:bottom w:val="none" w:sz="0" w:space="0" w:color="auto"/>
        <w:right w:val="none" w:sz="0" w:space="0" w:color="auto"/>
      </w:divBdr>
      <w:divsChild>
        <w:div w:id="45686618">
          <w:marLeft w:val="480"/>
          <w:marRight w:val="0"/>
          <w:marTop w:val="0"/>
          <w:marBottom w:val="0"/>
          <w:divBdr>
            <w:top w:val="none" w:sz="0" w:space="0" w:color="auto"/>
            <w:left w:val="none" w:sz="0" w:space="0" w:color="auto"/>
            <w:bottom w:val="none" w:sz="0" w:space="0" w:color="auto"/>
            <w:right w:val="none" w:sz="0" w:space="0" w:color="auto"/>
          </w:divBdr>
        </w:div>
        <w:div w:id="121382731">
          <w:marLeft w:val="480"/>
          <w:marRight w:val="0"/>
          <w:marTop w:val="0"/>
          <w:marBottom w:val="0"/>
          <w:divBdr>
            <w:top w:val="none" w:sz="0" w:space="0" w:color="auto"/>
            <w:left w:val="none" w:sz="0" w:space="0" w:color="auto"/>
            <w:bottom w:val="none" w:sz="0" w:space="0" w:color="auto"/>
            <w:right w:val="none" w:sz="0" w:space="0" w:color="auto"/>
          </w:divBdr>
        </w:div>
        <w:div w:id="177744213">
          <w:marLeft w:val="480"/>
          <w:marRight w:val="0"/>
          <w:marTop w:val="0"/>
          <w:marBottom w:val="0"/>
          <w:divBdr>
            <w:top w:val="none" w:sz="0" w:space="0" w:color="auto"/>
            <w:left w:val="none" w:sz="0" w:space="0" w:color="auto"/>
            <w:bottom w:val="none" w:sz="0" w:space="0" w:color="auto"/>
            <w:right w:val="none" w:sz="0" w:space="0" w:color="auto"/>
          </w:divBdr>
        </w:div>
        <w:div w:id="254217083">
          <w:marLeft w:val="480"/>
          <w:marRight w:val="0"/>
          <w:marTop w:val="0"/>
          <w:marBottom w:val="0"/>
          <w:divBdr>
            <w:top w:val="none" w:sz="0" w:space="0" w:color="auto"/>
            <w:left w:val="none" w:sz="0" w:space="0" w:color="auto"/>
            <w:bottom w:val="none" w:sz="0" w:space="0" w:color="auto"/>
            <w:right w:val="none" w:sz="0" w:space="0" w:color="auto"/>
          </w:divBdr>
        </w:div>
        <w:div w:id="388575012">
          <w:marLeft w:val="480"/>
          <w:marRight w:val="0"/>
          <w:marTop w:val="0"/>
          <w:marBottom w:val="0"/>
          <w:divBdr>
            <w:top w:val="none" w:sz="0" w:space="0" w:color="auto"/>
            <w:left w:val="none" w:sz="0" w:space="0" w:color="auto"/>
            <w:bottom w:val="none" w:sz="0" w:space="0" w:color="auto"/>
            <w:right w:val="none" w:sz="0" w:space="0" w:color="auto"/>
          </w:divBdr>
        </w:div>
        <w:div w:id="567155247">
          <w:marLeft w:val="480"/>
          <w:marRight w:val="0"/>
          <w:marTop w:val="0"/>
          <w:marBottom w:val="0"/>
          <w:divBdr>
            <w:top w:val="none" w:sz="0" w:space="0" w:color="auto"/>
            <w:left w:val="none" w:sz="0" w:space="0" w:color="auto"/>
            <w:bottom w:val="none" w:sz="0" w:space="0" w:color="auto"/>
            <w:right w:val="none" w:sz="0" w:space="0" w:color="auto"/>
          </w:divBdr>
        </w:div>
        <w:div w:id="717584682">
          <w:marLeft w:val="480"/>
          <w:marRight w:val="0"/>
          <w:marTop w:val="0"/>
          <w:marBottom w:val="0"/>
          <w:divBdr>
            <w:top w:val="none" w:sz="0" w:space="0" w:color="auto"/>
            <w:left w:val="none" w:sz="0" w:space="0" w:color="auto"/>
            <w:bottom w:val="none" w:sz="0" w:space="0" w:color="auto"/>
            <w:right w:val="none" w:sz="0" w:space="0" w:color="auto"/>
          </w:divBdr>
        </w:div>
        <w:div w:id="754939113">
          <w:marLeft w:val="480"/>
          <w:marRight w:val="0"/>
          <w:marTop w:val="0"/>
          <w:marBottom w:val="0"/>
          <w:divBdr>
            <w:top w:val="none" w:sz="0" w:space="0" w:color="auto"/>
            <w:left w:val="none" w:sz="0" w:space="0" w:color="auto"/>
            <w:bottom w:val="none" w:sz="0" w:space="0" w:color="auto"/>
            <w:right w:val="none" w:sz="0" w:space="0" w:color="auto"/>
          </w:divBdr>
        </w:div>
        <w:div w:id="952715156">
          <w:marLeft w:val="480"/>
          <w:marRight w:val="0"/>
          <w:marTop w:val="0"/>
          <w:marBottom w:val="0"/>
          <w:divBdr>
            <w:top w:val="none" w:sz="0" w:space="0" w:color="auto"/>
            <w:left w:val="none" w:sz="0" w:space="0" w:color="auto"/>
            <w:bottom w:val="none" w:sz="0" w:space="0" w:color="auto"/>
            <w:right w:val="none" w:sz="0" w:space="0" w:color="auto"/>
          </w:divBdr>
        </w:div>
        <w:div w:id="1099762512">
          <w:marLeft w:val="480"/>
          <w:marRight w:val="0"/>
          <w:marTop w:val="0"/>
          <w:marBottom w:val="0"/>
          <w:divBdr>
            <w:top w:val="none" w:sz="0" w:space="0" w:color="auto"/>
            <w:left w:val="none" w:sz="0" w:space="0" w:color="auto"/>
            <w:bottom w:val="none" w:sz="0" w:space="0" w:color="auto"/>
            <w:right w:val="none" w:sz="0" w:space="0" w:color="auto"/>
          </w:divBdr>
        </w:div>
        <w:div w:id="1145778758">
          <w:marLeft w:val="480"/>
          <w:marRight w:val="0"/>
          <w:marTop w:val="0"/>
          <w:marBottom w:val="0"/>
          <w:divBdr>
            <w:top w:val="none" w:sz="0" w:space="0" w:color="auto"/>
            <w:left w:val="none" w:sz="0" w:space="0" w:color="auto"/>
            <w:bottom w:val="none" w:sz="0" w:space="0" w:color="auto"/>
            <w:right w:val="none" w:sz="0" w:space="0" w:color="auto"/>
          </w:divBdr>
        </w:div>
        <w:div w:id="1430393257">
          <w:marLeft w:val="480"/>
          <w:marRight w:val="0"/>
          <w:marTop w:val="0"/>
          <w:marBottom w:val="0"/>
          <w:divBdr>
            <w:top w:val="none" w:sz="0" w:space="0" w:color="auto"/>
            <w:left w:val="none" w:sz="0" w:space="0" w:color="auto"/>
            <w:bottom w:val="none" w:sz="0" w:space="0" w:color="auto"/>
            <w:right w:val="none" w:sz="0" w:space="0" w:color="auto"/>
          </w:divBdr>
        </w:div>
        <w:div w:id="1572957336">
          <w:marLeft w:val="480"/>
          <w:marRight w:val="0"/>
          <w:marTop w:val="0"/>
          <w:marBottom w:val="0"/>
          <w:divBdr>
            <w:top w:val="none" w:sz="0" w:space="0" w:color="auto"/>
            <w:left w:val="none" w:sz="0" w:space="0" w:color="auto"/>
            <w:bottom w:val="none" w:sz="0" w:space="0" w:color="auto"/>
            <w:right w:val="none" w:sz="0" w:space="0" w:color="auto"/>
          </w:divBdr>
        </w:div>
        <w:div w:id="1853034376">
          <w:marLeft w:val="480"/>
          <w:marRight w:val="0"/>
          <w:marTop w:val="0"/>
          <w:marBottom w:val="0"/>
          <w:divBdr>
            <w:top w:val="none" w:sz="0" w:space="0" w:color="auto"/>
            <w:left w:val="none" w:sz="0" w:space="0" w:color="auto"/>
            <w:bottom w:val="none" w:sz="0" w:space="0" w:color="auto"/>
            <w:right w:val="none" w:sz="0" w:space="0" w:color="auto"/>
          </w:divBdr>
        </w:div>
        <w:div w:id="2011911634">
          <w:marLeft w:val="480"/>
          <w:marRight w:val="0"/>
          <w:marTop w:val="0"/>
          <w:marBottom w:val="0"/>
          <w:divBdr>
            <w:top w:val="none" w:sz="0" w:space="0" w:color="auto"/>
            <w:left w:val="none" w:sz="0" w:space="0" w:color="auto"/>
            <w:bottom w:val="none" w:sz="0" w:space="0" w:color="auto"/>
            <w:right w:val="none" w:sz="0" w:space="0" w:color="auto"/>
          </w:divBdr>
        </w:div>
        <w:div w:id="2050451294">
          <w:marLeft w:val="480"/>
          <w:marRight w:val="0"/>
          <w:marTop w:val="0"/>
          <w:marBottom w:val="0"/>
          <w:divBdr>
            <w:top w:val="none" w:sz="0" w:space="0" w:color="auto"/>
            <w:left w:val="none" w:sz="0" w:space="0" w:color="auto"/>
            <w:bottom w:val="none" w:sz="0" w:space="0" w:color="auto"/>
            <w:right w:val="none" w:sz="0" w:space="0" w:color="auto"/>
          </w:divBdr>
        </w:div>
      </w:divsChild>
    </w:div>
    <w:div w:id="234124676">
      <w:bodyDiv w:val="1"/>
      <w:marLeft w:val="0"/>
      <w:marRight w:val="0"/>
      <w:marTop w:val="0"/>
      <w:marBottom w:val="0"/>
      <w:divBdr>
        <w:top w:val="none" w:sz="0" w:space="0" w:color="auto"/>
        <w:left w:val="none" w:sz="0" w:space="0" w:color="auto"/>
        <w:bottom w:val="none" w:sz="0" w:space="0" w:color="auto"/>
        <w:right w:val="none" w:sz="0" w:space="0" w:color="auto"/>
      </w:divBdr>
    </w:div>
    <w:div w:id="236550070">
      <w:bodyDiv w:val="1"/>
      <w:marLeft w:val="0"/>
      <w:marRight w:val="0"/>
      <w:marTop w:val="0"/>
      <w:marBottom w:val="0"/>
      <w:divBdr>
        <w:top w:val="none" w:sz="0" w:space="0" w:color="auto"/>
        <w:left w:val="none" w:sz="0" w:space="0" w:color="auto"/>
        <w:bottom w:val="none" w:sz="0" w:space="0" w:color="auto"/>
        <w:right w:val="none" w:sz="0" w:space="0" w:color="auto"/>
      </w:divBdr>
    </w:div>
    <w:div w:id="237060015">
      <w:bodyDiv w:val="1"/>
      <w:marLeft w:val="0"/>
      <w:marRight w:val="0"/>
      <w:marTop w:val="0"/>
      <w:marBottom w:val="0"/>
      <w:divBdr>
        <w:top w:val="none" w:sz="0" w:space="0" w:color="auto"/>
        <w:left w:val="none" w:sz="0" w:space="0" w:color="auto"/>
        <w:bottom w:val="none" w:sz="0" w:space="0" w:color="auto"/>
        <w:right w:val="none" w:sz="0" w:space="0" w:color="auto"/>
      </w:divBdr>
    </w:div>
    <w:div w:id="237446311">
      <w:bodyDiv w:val="1"/>
      <w:marLeft w:val="0"/>
      <w:marRight w:val="0"/>
      <w:marTop w:val="0"/>
      <w:marBottom w:val="0"/>
      <w:divBdr>
        <w:top w:val="none" w:sz="0" w:space="0" w:color="auto"/>
        <w:left w:val="none" w:sz="0" w:space="0" w:color="auto"/>
        <w:bottom w:val="none" w:sz="0" w:space="0" w:color="auto"/>
        <w:right w:val="none" w:sz="0" w:space="0" w:color="auto"/>
      </w:divBdr>
      <w:divsChild>
        <w:div w:id="32466965">
          <w:marLeft w:val="480"/>
          <w:marRight w:val="0"/>
          <w:marTop w:val="0"/>
          <w:marBottom w:val="0"/>
          <w:divBdr>
            <w:top w:val="none" w:sz="0" w:space="0" w:color="auto"/>
            <w:left w:val="none" w:sz="0" w:space="0" w:color="auto"/>
            <w:bottom w:val="none" w:sz="0" w:space="0" w:color="auto"/>
            <w:right w:val="none" w:sz="0" w:space="0" w:color="auto"/>
          </w:divBdr>
        </w:div>
        <w:div w:id="178355651">
          <w:marLeft w:val="480"/>
          <w:marRight w:val="0"/>
          <w:marTop w:val="0"/>
          <w:marBottom w:val="0"/>
          <w:divBdr>
            <w:top w:val="none" w:sz="0" w:space="0" w:color="auto"/>
            <w:left w:val="none" w:sz="0" w:space="0" w:color="auto"/>
            <w:bottom w:val="none" w:sz="0" w:space="0" w:color="auto"/>
            <w:right w:val="none" w:sz="0" w:space="0" w:color="auto"/>
          </w:divBdr>
        </w:div>
        <w:div w:id="268396781">
          <w:marLeft w:val="480"/>
          <w:marRight w:val="0"/>
          <w:marTop w:val="0"/>
          <w:marBottom w:val="0"/>
          <w:divBdr>
            <w:top w:val="none" w:sz="0" w:space="0" w:color="auto"/>
            <w:left w:val="none" w:sz="0" w:space="0" w:color="auto"/>
            <w:bottom w:val="none" w:sz="0" w:space="0" w:color="auto"/>
            <w:right w:val="none" w:sz="0" w:space="0" w:color="auto"/>
          </w:divBdr>
        </w:div>
        <w:div w:id="611788262">
          <w:marLeft w:val="480"/>
          <w:marRight w:val="0"/>
          <w:marTop w:val="0"/>
          <w:marBottom w:val="0"/>
          <w:divBdr>
            <w:top w:val="none" w:sz="0" w:space="0" w:color="auto"/>
            <w:left w:val="none" w:sz="0" w:space="0" w:color="auto"/>
            <w:bottom w:val="none" w:sz="0" w:space="0" w:color="auto"/>
            <w:right w:val="none" w:sz="0" w:space="0" w:color="auto"/>
          </w:divBdr>
        </w:div>
        <w:div w:id="618218640">
          <w:marLeft w:val="480"/>
          <w:marRight w:val="0"/>
          <w:marTop w:val="0"/>
          <w:marBottom w:val="0"/>
          <w:divBdr>
            <w:top w:val="none" w:sz="0" w:space="0" w:color="auto"/>
            <w:left w:val="none" w:sz="0" w:space="0" w:color="auto"/>
            <w:bottom w:val="none" w:sz="0" w:space="0" w:color="auto"/>
            <w:right w:val="none" w:sz="0" w:space="0" w:color="auto"/>
          </w:divBdr>
        </w:div>
        <w:div w:id="666127966">
          <w:marLeft w:val="480"/>
          <w:marRight w:val="0"/>
          <w:marTop w:val="0"/>
          <w:marBottom w:val="0"/>
          <w:divBdr>
            <w:top w:val="none" w:sz="0" w:space="0" w:color="auto"/>
            <w:left w:val="none" w:sz="0" w:space="0" w:color="auto"/>
            <w:bottom w:val="none" w:sz="0" w:space="0" w:color="auto"/>
            <w:right w:val="none" w:sz="0" w:space="0" w:color="auto"/>
          </w:divBdr>
        </w:div>
        <w:div w:id="699672900">
          <w:marLeft w:val="480"/>
          <w:marRight w:val="0"/>
          <w:marTop w:val="0"/>
          <w:marBottom w:val="0"/>
          <w:divBdr>
            <w:top w:val="none" w:sz="0" w:space="0" w:color="auto"/>
            <w:left w:val="none" w:sz="0" w:space="0" w:color="auto"/>
            <w:bottom w:val="none" w:sz="0" w:space="0" w:color="auto"/>
            <w:right w:val="none" w:sz="0" w:space="0" w:color="auto"/>
          </w:divBdr>
        </w:div>
        <w:div w:id="767585069">
          <w:marLeft w:val="480"/>
          <w:marRight w:val="0"/>
          <w:marTop w:val="0"/>
          <w:marBottom w:val="0"/>
          <w:divBdr>
            <w:top w:val="none" w:sz="0" w:space="0" w:color="auto"/>
            <w:left w:val="none" w:sz="0" w:space="0" w:color="auto"/>
            <w:bottom w:val="none" w:sz="0" w:space="0" w:color="auto"/>
            <w:right w:val="none" w:sz="0" w:space="0" w:color="auto"/>
          </w:divBdr>
        </w:div>
        <w:div w:id="804732980">
          <w:marLeft w:val="480"/>
          <w:marRight w:val="0"/>
          <w:marTop w:val="0"/>
          <w:marBottom w:val="0"/>
          <w:divBdr>
            <w:top w:val="none" w:sz="0" w:space="0" w:color="auto"/>
            <w:left w:val="none" w:sz="0" w:space="0" w:color="auto"/>
            <w:bottom w:val="none" w:sz="0" w:space="0" w:color="auto"/>
            <w:right w:val="none" w:sz="0" w:space="0" w:color="auto"/>
          </w:divBdr>
        </w:div>
        <w:div w:id="816723270">
          <w:marLeft w:val="480"/>
          <w:marRight w:val="0"/>
          <w:marTop w:val="0"/>
          <w:marBottom w:val="0"/>
          <w:divBdr>
            <w:top w:val="none" w:sz="0" w:space="0" w:color="auto"/>
            <w:left w:val="none" w:sz="0" w:space="0" w:color="auto"/>
            <w:bottom w:val="none" w:sz="0" w:space="0" w:color="auto"/>
            <w:right w:val="none" w:sz="0" w:space="0" w:color="auto"/>
          </w:divBdr>
        </w:div>
        <w:div w:id="852304556">
          <w:marLeft w:val="480"/>
          <w:marRight w:val="0"/>
          <w:marTop w:val="0"/>
          <w:marBottom w:val="0"/>
          <w:divBdr>
            <w:top w:val="none" w:sz="0" w:space="0" w:color="auto"/>
            <w:left w:val="none" w:sz="0" w:space="0" w:color="auto"/>
            <w:bottom w:val="none" w:sz="0" w:space="0" w:color="auto"/>
            <w:right w:val="none" w:sz="0" w:space="0" w:color="auto"/>
          </w:divBdr>
        </w:div>
        <w:div w:id="866989916">
          <w:marLeft w:val="480"/>
          <w:marRight w:val="0"/>
          <w:marTop w:val="0"/>
          <w:marBottom w:val="0"/>
          <w:divBdr>
            <w:top w:val="none" w:sz="0" w:space="0" w:color="auto"/>
            <w:left w:val="none" w:sz="0" w:space="0" w:color="auto"/>
            <w:bottom w:val="none" w:sz="0" w:space="0" w:color="auto"/>
            <w:right w:val="none" w:sz="0" w:space="0" w:color="auto"/>
          </w:divBdr>
        </w:div>
        <w:div w:id="985279499">
          <w:marLeft w:val="480"/>
          <w:marRight w:val="0"/>
          <w:marTop w:val="0"/>
          <w:marBottom w:val="0"/>
          <w:divBdr>
            <w:top w:val="none" w:sz="0" w:space="0" w:color="auto"/>
            <w:left w:val="none" w:sz="0" w:space="0" w:color="auto"/>
            <w:bottom w:val="none" w:sz="0" w:space="0" w:color="auto"/>
            <w:right w:val="none" w:sz="0" w:space="0" w:color="auto"/>
          </w:divBdr>
        </w:div>
        <w:div w:id="1108508024">
          <w:marLeft w:val="480"/>
          <w:marRight w:val="0"/>
          <w:marTop w:val="0"/>
          <w:marBottom w:val="0"/>
          <w:divBdr>
            <w:top w:val="none" w:sz="0" w:space="0" w:color="auto"/>
            <w:left w:val="none" w:sz="0" w:space="0" w:color="auto"/>
            <w:bottom w:val="none" w:sz="0" w:space="0" w:color="auto"/>
            <w:right w:val="none" w:sz="0" w:space="0" w:color="auto"/>
          </w:divBdr>
        </w:div>
        <w:div w:id="1169440057">
          <w:marLeft w:val="480"/>
          <w:marRight w:val="0"/>
          <w:marTop w:val="0"/>
          <w:marBottom w:val="0"/>
          <w:divBdr>
            <w:top w:val="none" w:sz="0" w:space="0" w:color="auto"/>
            <w:left w:val="none" w:sz="0" w:space="0" w:color="auto"/>
            <w:bottom w:val="none" w:sz="0" w:space="0" w:color="auto"/>
            <w:right w:val="none" w:sz="0" w:space="0" w:color="auto"/>
          </w:divBdr>
        </w:div>
        <w:div w:id="1231883214">
          <w:marLeft w:val="480"/>
          <w:marRight w:val="0"/>
          <w:marTop w:val="0"/>
          <w:marBottom w:val="0"/>
          <w:divBdr>
            <w:top w:val="none" w:sz="0" w:space="0" w:color="auto"/>
            <w:left w:val="none" w:sz="0" w:space="0" w:color="auto"/>
            <w:bottom w:val="none" w:sz="0" w:space="0" w:color="auto"/>
            <w:right w:val="none" w:sz="0" w:space="0" w:color="auto"/>
          </w:divBdr>
        </w:div>
        <w:div w:id="1279070522">
          <w:marLeft w:val="480"/>
          <w:marRight w:val="0"/>
          <w:marTop w:val="0"/>
          <w:marBottom w:val="0"/>
          <w:divBdr>
            <w:top w:val="none" w:sz="0" w:space="0" w:color="auto"/>
            <w:left w:val="none" w:sz="0" w:space="0" w:color="auto"/>
            <w:bottom w:val="none" w:sz="0" w:space="0" w:color="auto"/>
            <w:right w:val="none" w:sz="0" w:space="0" w:color="auto"/>
          </w:divBdr>
        </w:div>
        <w:div w:id="1285043023">
          <w:marLeft w:val="480"/>
          <w:marRight w:val="0"/>
          <w:marTop w:val="0"/>
          <w:marBottom w:val="0"/>
          <w:divBdr>
            <w:top w:val="none" w:sz="0" w:space="0" w:color="auto"/>
            <w:left w:val="none" w:sz="0" w:space="0" w:color="auto"/>
            <w:bottom w:val="none" w:sz="0" w:space="0" w:color="auto"/>
            <w:right w:val="none" w:sz="0" w:space="0" w:color="auto"/>
          </w:divBdr>
        </w:div>
        <w:div w:id="1297444338">
          <w:marLeft w:val="480"/>
          <w:marRight w:val="0"/>
          <w:marTop w:val="0"/>
          <w:marBottom w:val="0"/>
          <w:divBdr>
            <w:top w:val="none" w:sz="0" w:space="0" w:color="auto"/>
            <w:left w:val="none" w:sz="0" w:space="0" w:color="auto"/>
            <w:bottom w:val="none" w:sz="0" w:space="0" w:color="auto"/>
            <w:right w:val="none" w:sz="0" w:space="0" w:color="auto"/>
          </w:divBdr>
        </w:div>
        <w:div w:id="1311061587">
          <w:marLeft w:val="480"/>
          <w:marRight w:val="0"/>
          <w:marTop w:val="0"/>
          <w:marBottom w:val="0"/>
          <w:divBdr>
            <w:top w:val="none" w:sz="0" w:space="0" w:color="auto"/>
            <w:left w:val="none" w:sz="0" w:space="0" w:color="auto"/>
            <w:bottom w:val="none" w:sz="0" w:space="0" w:color="auto"/>
            <w:right w:val="none" w:sz="0" w:space="0" w:color="auto"/>
          </w:divBdr>
        </w:div>
        <w:div w:id="1326544630">
          <w:marLeft w:val="480"/>
          <w:marRight w:val="0"/>
          <w:marTop w:val="0"/>
          <w:marBottom w:val="0"/>
          <w:divBdr>
            <w:top w:val="none" w:sz="0" w:space="0" w:color="auto"/>
            <w:left w:val="none" w:sz="0" w:space="0" w:color="auto"/>
            <w:bottom w:val="none" w:sz="0" w:space="0" w:color="auto"/>
            <w:right w:val="none" w:sz="0" w:space="0" w:color="auto"/>
          </w:divBdr>
        </w:div>
        <w:div w:id="1365596469">
          <w:marLeft w:val="480"/>
          <w:marRight w:val="0"/>
          <w:marTop w:val="0"/>
          <w:marBottom w:val="0"/>
          <w:divBdr>
            <w:top w:val="none" w:sz="0" w:space="0" w:color="auto"/>
            <w:left w:val="none" w:sz="0" w:space="0" w:color="auto"/>
            <w:bottom w:val="none" w:sz="0" w:space="0" w:color="auto"/>
            <w:right w:val="none" w:sz="0" w:space="0" w:color="auto"/>
          </w:divBdr>
        </w:div>
        <w:div w:id="1370494367">
          <w:marLeft w:val="480"/>
          <w:marRight w:val="0"/>
          <w:marTop w:val="0"/>
          <w:marBottom w:val="0"/>
          <w:divBdr>
            <w:top w:val="none" w:sz="0" w:space="0" w:color="auto"/>
            <w:left w:val="none" w:sz="0" w:space="0" w:color="auto"/>
            <w:bottom w:val="none" w:sz="0" w:space="0" w:color="auto"/>
            <w:right w:val="none" w:sz="0" w:space="0" w:color="auto"/>
          </w:divBdr>
        </w:div>
        <w:div w:id="1382442625">
          <w:marLeft w:val="480"/>
          <w:marRight w:val="0"/>
          <w:marTop w:val="0"/>
          <w:marBottom w:val="0"/>
          <w:divBdr>
            <w:top w:val="none" w:sz="0" w:space="0" w:color="auto"/>
            <w:left w:val="none" w:sz="0" w:space="0" w:color="auto"/>
            <w:bottom w:val="none" w:sz="0" w:space="0" w:color="auto"/>
            <w:right w:val="none" w:sz="0" w:space="0" w:color="auto"/>
          </w:divBdr>
        </w:div>
        <w:div w:id="1388065260">
          <w:marLeft w:val="480"/>
          <w:marRight w:val="0"/>
          <w:marTop w:val="0"/>
          <w:marBottom w:val="0"/>
          <w:divBdr>
            <w:top w:val="none" w:sz="0" w:space="0" w:color="auto"/>
            <w:left w:val="none" w:sz="0" w:space="0" w:color="auto"/>
            <w:bottom w:val="none" w:sz="0" w:space="0" w:color="auto"/>
            <w:right w:val="none" w:sz="0" w:space="0" w:color="auto"/>
          </w:divBdr>
        </w:div>
        <w:div w:id="1399981459">
          <w:marLeft w:val="480"/>
          <w:marRight w:val="0"/>
          <w:marTop w:val="0"/>
          <w:marBottom w:val="0"/>
          <w:divBdr>
            <w:top w:val="none" w:sz="0" w:space="0" w:color="auto"/>
            <w:left w:val="none" w:sz="0" w:space="0" w:color="auto"/>
            <w:bottom w:val="none" w:sz="0" w:space="0" w:color="auto"/>
            <w:right w:val="none" w:sz="0" w:space="0" w:color="auto"/>
          </w:divBdr>
        </w:div>
        <w:div w:id="1446536902">
          <w:marLeft w:val="480"/>
          <w:marRight w:val="0"/>
          <w:marTop w:val="0"/>
          <w:marBottom w:val="0"/>
          <w:divBdr>
            <w:top w:val="none" w:sz="0" w:space="0" w:color="auto"/>
            <w:left w:val="none" w:sz="0" w:space="0" w:color="auto"/>
            <w:bottom w:val="none" w:sz="0" w:space="0" w:color="auto"/>
            <w:right w:val="none" w:sz="0" w:space="0" w:color="auto"/>
          </w:divBdr>
        </w:div>
        <w:div w:id="1485393230">
          <w:marLeft w:val="480"/>
          <w:marRight w:val="0"/>
          <w:marTop w:val="0"/>
          <w:marBottom w:val="0"/>
          <w:divBdr>
            <w:top w:val="none" w:sz="0" w:space="0" w:color="auto"/>
            <w:left w:val="none" w:sz="0" w:space="0" w:color="auto"/>
            <w:bottom w:val="none" w:sz="0" w:space="0" w:color="auto"/>
            <w:right w:val="none" w:sz="0" w:space="0" w:color="auto"/>
          </w:divBdr>
        </w:div>
        <w:div w:id="1541477317">
          <w:marLeft w:val="480"/>
          <w:marRight w:val="0"/>
          <w:marTop w:val="0"/>
          <w:marBottom w:val="0"/>
          <w:divBdr>
            <w:top w:val="none" w:sz="0" w:space="0" w:color="auto"/>
            <w:left w:val="none" w:sz="0" w:space="0" w:color="auto"/>
            <w:bottom w:val="none" w:sz="0" w:space="0" w:color="auto"/>
            <w:right w:val="none" w:sz="0" w:space="0" w:color="auto"/>
          </w:divBdr>
        </w:div>
        <w:div w:id="1804425770">
          <w:marLeft w:val="480"/>
          <w:marRight w:val="0"/>
          <w:marTop w:val="0"/>
          <w:marBottom w:val="0"/>
          <w:divBdr>
            <w:top w:val="none" w:sz="0" w:space="0" w:color="auto"/>
            <w:left w:val="none" w:sz="0" w:space="0" w:color="auto"/>
            <w:bottom w:val="none" w:sz="0" w:space="0" w:color="auto"/>
            <w:right w:val="none" w:sz="0" w:space="0" w:color="auto"/>
          </w:divBdr>
        </w:div>
        <w:div w:id="1902592362">
          <w:marLeft w:val="480"/>
          <w:marRight w:val="0"/>
          <w:marTop w:val="0"/>
          <w:marBottom w:val="0"/>
          <w:divBdr>
            <w:top w:val="none" w:sz="0" w:space="0" w:color="auto"/>
            <w:left w:val="none" w:sz="0" w:space="0" w:color="auto"/>
            <w:bottom w:val="none" w:sz="0" w:space="0" w:color="auto"/>
            <w:right w:val="none" w:sz="0" w:space="0" w:color="auto"/>
          </w:divBdr>
        </w:div>
        <w:div w:id="2026324320">
          <w:marLeft w:val="480"/>
          <w:marRight w:val="0"/>
          <w:marTop w:val="0"/>
          <w:marBottom w:val="0"/>
          <w:divBdr>
            <w:top w:val="none" w:sz="0" w:space="0" w:color="auto"/>
            <w:left w:val="none" w:sz="0" w:space="0" w:color="auto"/>
            <w:bottom w:val="none" w:sz="0" w:space="0" w:color="auto"/>
            <w:right w:val="none" w:sz="0" w:space="0" w:color="auto"/>
          </w:divBdr>
        </w:div>
      </w:divsChild>
    </w:div>
    <w:div w:id="238054634">
      <w:bodyDiv w:val="1"/>
      <w:marLeft w:val="0"/>
      <w:marRight w:val="0"/>
      <w:marTop w:val="0"/>
      <w:marBottom w:val="0"/>
      <w:divBdr>
        <w:top w:val="none" w:sz="0" w:space="0" w:color="auto"/>
        <w:left w:val="none" w:sz="0" w:space="0" w:color="auto"/>
        <w:bottom w:val="none" w:sz="0" w:space="0" w:color="auto"/>
        <w:right w:val="none" w:sz="0" w:space="0" w:color="auto"/>
      </w:divBdr>
    </w:div>
    <w:div w:id="238097697">
      <w:bodyDiv w:val="1"/>
      <w:marLeft w:val="0"/>
      <w:marRight w:val="0"/>
      <w:marTop w:val="0"/>
      <w:marBottom w:val="0"/>
      <w:divBdr>
        <w:top w:val="none" w:sz="0" w:space="0" w:color="auto"/>
        <w:left w:val="none" w:sz="0" w:space="0" w:color="auto"/>
        <w:bottom w:val="none" w:sz="0" w:space="0" w:color="auto"/>
        <w:right w:val="none" w:sz="0" w:space="0" w:color="auto"/>
      </w:divBdr>
    </w:div>
    <w:div w:id="238175278">
      <w:bodyDiv w:val="1"/>
      <w:marLeft w:val="0"/>
      <w:marRight w:val="0"/>
      <w:marTop w:val="0"/>
      <w:marBottom w:val="0"/>
      <w:divBdr>
        <w:top w:val="none" w:sz="0" w:space="0" w:color="auto"/>
        <w:left w:val="none" w:sz="0" w:space="0" w:color="auto"/>
        <w:bottom w:val="none" w:sz="0" w:space="0" w:color="auto"/>
        <w:right w:val="none" w:sz="0" w:space="0" w:color="auto"/>
      </w:divBdr>
      <w:divsChild>
        <w:div w:id="18547956">
          <w:marLeft w:val="480"/>
          <w:marRight w:val="0"/>
          <w:marTop w:val="0"/>
          <w:marBottom w:val="0"/>
          <w:divBdr>
            <w:top w:val="none" w:sz="0" w:space="0" w:color="auto"/>
            <w:left w:val="none" w:sz="0" w:space="0" w:color="auto"/>
            <w:bottom w:val="none" w:sz="0" w:space="0" w:color="auto"/>
            <w:right w:val="none" w:sz="0" w:space="0" w:color="auto"/>
          </w:divBdr>
        </w:div>
        <w:div w:id="19285822">
          <w:marLeft w:val="480"/>
          <w:marRight w:val="0"/>
          <w:marTop w:val="0"/>
          <w:marBottom w:val="0"/>
          <w:divBdr>
            <w:top w:val="none" w:sz="0" w:space="0" w:color="auto"/>
            <w:left w:val="none" w:sz="0" w:space="0" w:color="auto"/>
            <w:bottom w:val="none" w:sz="0" w:space="0" w:color="auto"/>
            <w:right w:val="none" w:sz="0" w:space="0" w:color="auto"/>
          </w:divBdr>
        </w:div>
        <w:div w:id="85925316">
          <w:marLeft w:val="480"/>
          <w:marRight w:val="0"/>
          <w:marTop w:val="0"/>
          <w:marBottom w:val="0"/>
          <w:divBdr>
            <w:top w:val="none" w:sz="0" w:space="0" w:color="auto"/>
            <w:left w:val="none" w:sz="0" w:space="0" w:color="auto"/>
            <w:bottom w:val="none" w:sz="0" w:space="0" w:color="auto"/>
            <w:right w:val="none" w:sz="0" w:space="0" w:color="auto"/>
          </w:divBdr>
        </w:div>
        <w:div w:id="129397414">
          <w:marLeft w:val="480"/>
          <w:marRight w:val="0"/>
          <w:marTop w:val="0"/>
          <w:marBottom w:val="0"/>
          <w:divBdr>
            <w:top w:val="none" w:sz="0" w:space="0" w:color="auto"/>
            <w:left w:val="none" w:sz="0" w:space="0" w:color="auto"/>
            <w:bottom w:val="none" w:sz="0" w:space="0" w:color="auto"/>
            <w:right w:val="none" w:sz="0" w:space="0" w:color="auto"/>
          </w:divBdr>
        </w:div>
        <w:div w:id="143938441">
          <w:marLeft w:val="480"/>
          <w:marRight w:val="0"/>
          <w:marTop w:val="0"/>
          <w:marBottom w:val="0"/>
          <w:divBdr>
            <w:top w:val="none" w:sz="0" w:space="0" w:color="auto"/>
            <w:left w:val="none" w:sz="0" w:space="0" w:color="auto"/>
            <w:bottom w:val="none" w:sz="0" w:space="0" w:color="auto"/>
            <w:right w:val="none" w:sz="0" w:space="0" w:color="auto"/>
          </w:divBdr>
        </w:div>
        <w:div w:id="174224818">
          <w:marLeft w:val="480"/>
          <w:marRight w:val="0"/>
          <w:marTop w:val="0"/>
          <w:marBottom w:val="0"/>
          <w:divBdr>
            <w:top w:val="none" w:sz="0" w:space="0" w:color="auto"/>
            <w:left w:val="none" w:sz="0" w:space="0" w:color="auto"/>
            <w:bottom w:val="none" w:sz="0" w:space="0" w:color="auto"/>
            <w:right w:val="none" w:sz="0" w:space="0" w:color="auto"/>
          </w:divBdr>
        </w:div>
        <w:div w:id="311100734">
          <w:marLeft w:val="480"/>
          <w:marRight w:val="0"/>
          <w:marTop w:val="0"/>
          <w:marBottom w:val="0"/>
          <w:divBdr>
            <w:top w:val="none" w:sz="0" w:space="0" w:color="auto"/>
            <w:left w:val="none" w:sz="0" w:space="0" w:color="auto"/>
            <w:bottom w:val="none" w:sz="0" w:space="0" w:color="auto"/>
            <w:right w:val="none" w:sz="0" w:space="0" w:color="auto"/>
          </w:divBdr>
        </w:div>
        <w:div w:id="345787934">
          <w:marLeft w:val="480"/>
          <w:marRight w:val="0"/>
          <w:marTop w:val="0"/>
          <w:marBottom w:val="0"/>
          <w:divBdr>
            <w:top w:val="none" w:sz="0" w:space="0" w:color="auto"/>
            <w:left w:val="none" w:sz="0" w:space="0" w:color="auto"/>
            <w:bottom w:val="none" w:sz="0" w:space="0" w:color="auto"/>
            <w:right w:val="none" w:sz="0" w:space="0" w:color="auto"/>
          </w:divBdr>
        </w:div>
        <w:div w:id="498663535">
          <w:marLeft w:val="480"/>
          <w:marRight w:val="0"/>
          <w:marTop w:val="0"/>
          <w:marBottom w:val="0"/>
          <w:divBdr>
            <w:top w:val="none" w:sz="0" w:space="0" w:color="auto"/>
            <w:left w:val="none" w:sz="0" w:space="0" w:color="auto"/>
            <w:bottom w:val="none" w:sz="0" w:space="0" w:color="auto"/>
            <w:right w:val="none" w:sz="0" w:space="0" w:color="auto"/>
          </w:divBdr>
        </w:div>
        <w:div w:id="560946809">
          <w:marLeft w:val="480"/>
          <w:marRight w:val="0"/>
          <w:marTop w:val="0"/>
          <w:marBottom w:val="0"/>
          <w:divBdr>
            <w:top w:val="none" w:sz="0" w:space="0" w:color="auto"/>
            <w:left w:val="none" w:sz="0" w:space="0" w:color="auto"/>
            <w:bottom w:val="none" w:sz="0" w:space="0" w:color="auto"/>
            <w:right w:val="none" w:sz="0" w:space="0" w:color="auto"/>
          </w:divBdr>
        </w:div>
        <w:div w:id="573048499">
          <w:marLeft w:val="480"/>
          <w:marRight w:val="0"/>
          <w:marTop w:val="0"/>
          <w:marBottom w:val="0"/>
          <w:divBdr>
            <w:top w:val="none" w:sz="0" w:space="0" w:color="auto"/>
            <w:left w:val="none" w:sz="0" w:space="0" w:color="auto"/>
            <w:bottom w:val="none" w:sz="0" w:space="0" w:color="auto"/>
            <w:right w:val="none" w:sz="0" w:space="0" w:color="auto"/>
          </w:divBdr>
        </w:div>
        <w:div w:id="627974154">
          <w:marLeft w:val="480"/>
          <w:marRight w:val="0"/>
          <w:marTop w:val="0"/>
          <w:marBottom w:val="0"/>
          <w:divBdr>
            <w:top w:val="none" w:sz="0" w:space="0" w:color="auto"/>
            <w:left w:val="none" w:sz="0" w:space="0" w:color="auto"/>
            <w:bottom w:val="none" w:sz="0" w:space="0" w:color="auto"/>
            <w:right w:val="none" w:sz="0" w:space="0" w:color="auto"/>
          </w:divBdr>
        </w:div>
        <w:div w:id="633801678">
          <w:marLeft w:val="480"/>
          <w:marRight w:val="0"/>
          <w:marTop w:val="0"/>
          <w:marBottom w:val="0"/>
          <w:divBdr>
            <w:top w:val="none" w:sz="0" w:space="0" w:color="auto"/>
            <w:left w:val="none" w:sz="0" w:space="0" w:color="auto"/>
            <w:bottom w:val="none" w:sz="0" w:space="0" w:color="auto"/>
            <w:right w:val="none" w:sz="0" w:space="0" w:color="auto"/>
          </w:divBdr>
        </w:div>
        <w:div w:id="676273691">
          <w:marLeft w:val="480"/>
          <w:marRight w:val="0"/>
          <w:marTop w:val="0"/>
          <w:marBottom w:val="0"/>
          <w:divBdr>
            <w:top w:val="none" w:sz="0" w:space="0" w:color="auto"/>
            <w:left w:val="none" w:sz="0" w:space="0" w:color="auto"/>
            <w:bottom w:val="none" w:sz="0" w:space="0" w:color="auto"/>
            <w:right w:val="none" w:sz="0" w:space="0" w:color="auto"/>
          </w:divBdr>
        </w:div>
        <w:div w:id="819424123">
          <w:marLeft w:val="480"/>
          <w:marRight w:val="0"/>
          <w:marTop w:val="0"/>
          <w:marBottom w:val="0"/>
          <w:divBdr>
            <w:top w:val="none" w:sz="0" w:space="0" w:color="auto"/>
            <w:left w:val="none" w:sz="0" w:space="0" w:color="auto"/>
            <w:bottom w:val="none" w:sz="0" w:space="0" w:color="auto"/>
            <w:right w:val="none" w:sz="0" w:space="0" w:color="auto"/>
          </w:divBdr>
        </w:div>
        <w:div w:id="890073356">
          <w:marLeft w:val="480"/>
          <w:marRight w:val="0"/>
          <w:marTop w:val="0"/>
          <w:marBottom w:val="0"/>
          <w:divBdr>
            <w:top w:val="none" w:sz="0" w:space="0" w:color="auto"/>
            <w:left w:val="none" w:sz="0" w:space="0" w:color="auto"/>
            <w:bottom w:val="none" w:sz="0" w:space="0" w:color="auto"/>
            <w:right w:val="none" w:sz="0" w:space="0" w:color="auto"/>
          </w:divBdr>
        </w:div>
        <w:div w:id="912130160">
          <w:marLeft w:val="480"/>
          <w:marRight w:val="0"/>
          <w:marTop w:val="0"/>
          <w:marBottom w:val="0"/>
          <w:divBdr>
            <w:top w:val="none" w:sz="0" w:space="0" w:color="auto"/>
            <w:left w:val="none" w:sz="0" w:space="0" w:color="auto"/>
            <w:bottom w:val="none" w:sz="0" w:space="0" w:color="auto"/>
            <w:right w:val="none" w:sz="0" w:space="0" w:color="auto"/>
          </w:divBdr>
        </w:div>
        <w:div w:id="992759189">
          <w:marLeft w:val="480"/>
          <w:marRight w:val="0"/>
          <w:marTop w:val="0"/>
          <w:marBottom w:val="0"/>
          <w:divBdr>
            <w:top w:val="none" w:sz="0" w:space="0" w:color="auto"/>
            <w:left w:val="none" w:sz="0" w:space="0" w:color="auto"/>
            <w:bottom w:val="none" w:sz="0" w:space="0" w:color="auto"/>
            <w:right w:val="none" w:sz="0" w:space="0" w:color="auto"/>
          </w:divBdr>
        </w:div>
        <w:div w:id="1152135857">
          <w:marLeft w:val="480"/>
          <w:marRight w:val="0"/>
          <w:marTop w:val="0"/>
          <w:marBottom w:val="0"/>
          <w:divBdr>
            <w:top w:val="none" w:sz="0" w:space="0" w:color="auto"/>
            <w:left w:val="none" w:sz="0" w:space="0" w:color="auto"/>
            <w:bottom w:val="none" w:sz="0" w:space="0" w:color="auto"/>
            <w:right w:val="none" w:sz="0" w:space="0" w:color="auto"/>
          </w:divBdr>
        </w:div>
        <w:div w:id="1242645933">
          <w:marLeft w:val="480"/>
          <w:marRight w:val="0"/>
          <w:marTop w:val="0"/>
          <w:marBottom w:val="0"/>
          <w:divBdr>
            <w:top w:val="none" w:sz="0" w:space="0" w:color="auto"/>
            <w:left w:val="none" w:sz="0" w:space="0" w:color="auto"/>
            <w:bottom w:val="none" w:sz="0" w:space="0" w:color="auto"/>
            <w:right w:val="none" w:sz="0" w:space="0" w:color="auto"/>
          </w:divBdr>
        </w:div>
        <w:div w:id="1247573100">
          <w:marLeft w:val="480"/>
          <w:marRight w:val="0"/>
          <w:marTop w:val="0"/>
          <w:marBottom w:val="0"/>
          <w:divBdr>
            <w:top w:val="none" w:sz="0" w:space="0" w:color="auto"/>
            <w:left w:val="none" w:sz="0" w:space="0" w:color="auto"/>
            <w:bottom w:val="none" w:sz="0" w:space="0" w:color="auto"/>
            <w:right w:val="none" w:sz="0" w:space="0" w:color="auto"/>
          </w:divBdr>
        </w:div>
        <w:div w:id="1269040845">
          <w:marLeft w:val="480"/>
          <w:marRight w:val="0"/>
          <w:marTop w:val="0"/>
          <w:marBottom w:val="0"/>
          <w:divBdr>
            <w:top w:val="none" w:sz="0" w:space="0" w:color="auto"/>
            <w:left w:val="none" w:sz="0" w:space="0" w:color="auto"/>
            <w:bottom w:val="none" w:sz="0" w:space="0" w:color="auto"/>
            <w:right w:val="none" w:sz="0" w:space="0" w:color="auto"/>
          </w:divBdr>
        </w:div>
        <w:div w:id="1423064405">
          <w:marLeft w:val="480"/>
          <w:marRight w:val="0"/>
          <w:marTop w:val="0"/>
          <w:marBottom w:val="0"/>
          <w:divBdr>
            <w:top w:val="none" w:sz="0" w:space="0" w:color="auto"/>
            <w:left w:val="none" w:sz="0" w:space="0" w:color="auto"/>
            <w:bottom w:val="none" w:sz="0" w:space="0" w:color="auto"/>
            <w:right w:val="none" w:sz="0" w:space="0" w:color="auto"/>
          </w:divBdr>
        </w:div>
        <w:div w:id="1454445493">
          <w:marLeft w:val="480"/>
          <w:marRight w:val="0"/>
          <w:marTop w:val="0"/>
          <w:marBottom w:val="0"/>
          <w:divBdr>
            <w:top w:val="none" w:sz="0" w:space="0" w:color="auto"/>
            <w:left w:val="none" w:sz="0" w:space="0" w:color="auto"/>
            <w:bottom w:val="none" w:sz="0" w:space="0" w:color="auto"/>
            <w:right w:val="none" w:sz="0" w:space="0" w:color="auto"/>
          </w:divBdr>
        </w:div>
        <w:div w:id="1493061359">
          <w:marLeft w:val="480"/>
          <w:marRight w:val="0"/>
          <w:marTop w:val="0"/>
          <w:marBottom w:val="0"/>
          <w:divBdr>
            <w:top w:val="none" w:sz="0" w:space="0" w:color="auto"/>
            <w:left w:val="none" w:sz="0" w:space="0" w:color="auto"/>
            <w:bottom w:val="none" w:sz="0" w:space="0" w:color="auto"/>
            <w:right w:val="none" w:sz="0" w:space="0" w:color="auto"/>
          </w:divBdr>
        </w:div>
        <w:div w:id="1493567098">
          <w:marLeft w:val="480"/>
          <w:marRight w:val="0"/>
          <w:marTop w:val="0"/>
          <w:marBottom w:val="0"/>
          <w:divBdr>
            <w:top w:val="none" w:sz="0" w:space="0" w:color="auto"/>
            <w:left w:val="none" w:sz="0" w:space="0" w:color="auto"/>
            <w:bottom w:val="none" w:sz="0" w:space="0" w:color="auto"/>
            <w:right w:val="none" w:sz="0" w:space="0" w:color="auto"/>
          </w:divBdr>
        </w:div>
        <w:div w:id="1614283903">
          <w:marLeft w:val="480"/>
          <w:marRight w:val="0"/>
          <w:marTop w:val="0"/>
          <w:marBottom w:val="0"/>
          <w:divBdr>
            <w:top w:val="none" w:sz="0" w:space="0" w:color="auto"/>
            <w:left w:val="none" w:sz="0" w:space="0" w:color="auto"/>
            <w:bottom w:val="none" w:sz="0" w:space="0" w:color="auto"/>
            <w:right w:val="none" w:sz="0" w:space="0" w:color="auto"/>
          </w:divBdr>
        </w:div>
        <w:div w:id="1661540195">
          <w:marLeft w:val="480"/>
          <w:marRight w:val="0"/>
          <w:marTop w:val="0"/>
          <w:marBottom w:val="0"/>
          <w:divBdr>
            <w:top w:val="none" w:sz="0" w:space="0" w:color="auto"/>
            <w:left w:val="none" w:sz="0" w:space="0" w:color="auto"/>
            <w:bottom w:val="none" w:sz="0" w:space="0" w:color="auto"/>
            <w:right w:val="none" w:sz="0" w:space="0" w:color="auto"/>
          </w:divBdr>
        </w:div>
        <w:div w:id="1873152433">
          <w:marLeft w:val="480"/>
          <w:marRight w:val="0"/>
          <w:marTop w:val="0"/>
          <w:marBottom w:val="0"/>
          <w:divBdr>
            <w:top w:val="none" w:sz="0" w:space="0" w:color="auto"/>
            <w:left w:val="none" w:sz="0" w:space="0" w:color="auto"/>
            <w:bottom w:val="none" w:sz="0" w:space="0" w:color="auto"/>
            <w:right w:val="none" w:sz="0" w:space="0" w:color="auto"/>
          </w:divBdr>
        </w:div>
        <w:div w:id="1918199094">
          <w:marLeft w:val="480"/>
          <w:marRight w:val="0"/>
          <w:marTop w:val="0"/>
          <w:marBottom w:val="0"/>
          <w:divBdr>
            <w:top w:val="none" w:sz="0" w:space="0" w:color="auto"/>
            <w:left w:val="none" w:sz="0" w:space="0" w:color="auto"/>
            <w:bottom w:val="none" w:sz="0" w:space="0" w:color="auto"/>
            <w:right w:val="none" w:sz="0" w:space="0" w:color="auto"/>
          </w:divBdr>
        </w:div>
        <w:div w:id="1965110488">
          <w:marLeft w:val="480"/>
          <w:marRight w:val="0"/>
          <w:marTop w:val="0"/>
          <w:marBottom w:val="0"/>
          <w:divBdr>
            <w:top w:val="none" w:sz="0" w:space="0" w:color="auto"/>
            <w:left w:val="none" w:sz="0" w:space="0" w:color="auto"/>
            <w:bottom w:val="none" w:sz="0" w:space="0" w:color="auto"/>
            <w:right w:val="none" w:sz="0" w:space="0" w:color="auto"/>
          </w:divBdr>
        </w:div>
        <w:div w:id="2012372775">
          <w:marLeft w:val="480"/>
          <w:marRight w:val="0"/>
          <w:marTop w:val="0"/>
          <w:marBottom w:val="0"/>
          <w:divBdr>
            <w:top w:val="none" w:sz="0" w:space="0" w:color="auto"/>
            <w:left w:val="none" w:sz="0" w:space="0" w:color="auto"/>
            <w:bottom w:val="none" w:sz="0" w:space="0" w:color="auto"/>
            <w:right w:val="none" w:sz="0" w:space="0" w:color="auto"/>
          </w:divBdr>
        </w:div>
        <w:div w:id="2018724538">
          <w:marLeft w:val="480"/>
          <w:marRight w:val="0"/>
          <w:marTop w:val="0"/>
          <w:marBottom w:val="0"/>
          <w:divBdr>
            <w:top w:val="none" w:sz="0" w:space="0" w:color="auto"/>
            <w:left w:val="none" w:sz="0" w:space="0" w:color="auto"/>
            <w:bottom w:val="none" w:sz="0" w:space="0" w:color="auto"/>
            <w:right w:val="none" w:sz="0" w:space="0" w:color="auto"/>
          </w:divBdr>
        </w:div>
        <w:div w:id="2094006419">
          <w:marLeft w:val="480"/>
          <w:marRight w:val="0"/>
          <w:marTop w:val="0"/>
          <w:marBottom w:val="0"/>
          <w:divBdr>
            <w:top w:val="none" w:sz="0" w:space="0" w:color="auto"/>
            <w:left w:val="none" w:sz="0" w:space="0" w:color="auto"/>
            <w:bottom w:val="none" w:sz="0" w:space="0" w:color="auto"/>
            <w:right w:val="none" w:sz="0" w:space="0" w:color="auto"/>
          </w:divBdr>
        </w:div>
        <w:div w:id="2094928503">
          <w:marLeft w:val="480"/>
          <w:marRight w:val="0"/>
          <w:marTop w:val="0"/>
          <w:marBottom w:val="0"/>
          <w:divBdr>
            <w:top w:val="none" w:sz="0" w:space="0" w:color="auto"/>
            <w:left w:val="none" w:sz="0" w:space="0" w:color="auto"/>
            <w:bottom w:val="none" w:sz="0" w:space="0" w:color="auto"/>
            <w:right w:val="none" w:sz="0" w:space="0" w:color="auto"/>
          </w:divBdr>
        </w:div>
        <w:div w:id="2126851198">
          <w:marLeft w:val="480"/>
          <w:marRight w:val="0"/>
          <w:marTop w:val="0"/>
          <w:marBottom w:val="0"/>
          <w:divBdr>
            <w:top w:val="none" w:sz="0" w:space="0" w:color="auto"/>
            <w:left w:val="none" w:sz="0" w:space="0" w:color="auto"/>
            <w:bottom w:val="none" w:sz="0" w:space="0" w:color="auto"/>
            <w:right w:val="none" w:sz="0" w:space="0" w:color="auto"/>
          </w:divBdr>
        </w:div>
      </w:divsChild>
    </w:div>
    <w:div w:id="239606857">
      <w:bodyDiv w:val="1"/>
      <w:marLeft w:val="0"/>
      <w:marRight w:val="0"/>
      <w:marTop w:val="0"/>
      <w:marBottom w:val="0"/>
      <w:divBdr>
        <w:top w:val="none" w:sz="0" w:space="0" w:color="auto"/>
        <w:left w:val="none" w:sz="0" w:space="0" w:color="auto"/>
        <w:bottom w:val="none" w:sz="0" w:space="0" w:color="auto"/>
        <w:right w:val="none" w:sz="0" w:space="0" w:color="auto"/>
      </w:divBdr>
    </w:div>
    <w:div w:id="240264263">
      <w:bodyDiv w:val="1"/>
      <w:marLeft w:val="0"/>
      <w:marRight w:val="0"/>
      <w:marTop w:val="0"/>
      <w:marBottom w:val="0"/>
      <w:divBdr>
        <w:top w:val="none" w:sz="0" w:space="0" w:color="auto"/>
        <w:left w:val="none" w:sz="0" w:space="0" w:color="auto"/>
        <w:bottom w:val="none" w:sz="0" w:space="0" w:color="auto"/>
        <w:right w:val="none" w:sz="0" w:space="0" w:color="auto"/>
      </w:divBdr>
      <w:divsChild>
        <w:div w:id="104429844">
          <w:marLeft w:val="480"/>
          <w:marRight w:val="0"/>
          <w:marTop w:val="0"/>
          <w:marBottom w:val="0"/>
          <w:divBdr>
            <w:top w:val="none" w:sz="0" w:space="0" w:color="auto"/>
            <w:left w:val="none" w:sz="0" w:space="0" w:color="auto"/>
            <w:bottom w:val="none" w:sz="0" w:space="0" w:color="auto"/>
            <w:right w:val="none" w:sz="0" w:space="0" w:color="auto"/>
          </w:divBdr>
        </w:div>
        <w:div w:id="133184711">
          <w:marLeft w:val="480"/>
          <w:marRight w:val="0"/>
          <w:marTop w:val="0"/>
          <w:marBottom w:val="0"/>
          <w:divBdr>
            <w:top w:val="none" w:sz="0" w:space="0" w:color="auto"/>
            <w:left w:val="none" w:sz="0" w:space="0" w:color="auto"/>
            <w:bottom w:val="none" w:sz="0" w:space="0" w:color="auto"/>
            <w:right w:val="none" w:sz="0" w:space="0" w:color="auto"/>
          </w:divBdr>
        </w:div>
        <w:div w:id="139426739">
          <w:marLeft w:val="480"/>
          <w:marRight w:val="0"/>
          <w:marTop w:val="0"/>
          <w:marBottom w:val="0"/>
          <w:divBdr>
            <w:top w:val="none" w:sz="0" w:space="0" w:color="auto"/>
            <w:left w:val="none" w:sz="0" w:space="0" w:color="auto"/>
            <w:bottom w:val="none" w:sz="0" w:space="0" w:color="auto"/>
            <w:right w:val="none" w:sz="0" w:space="0" w:color="auto"/>
          </w:divBdr>
        </w:div>
        <w:div w:id="164588076">
          <w:marLeft w:val="480"/>
          <w:marRight w:val="0"/>
          <w:marTop w:val="0"/>
          <w:marBottom w:val="0"/>
          <w:divBdr>
            <w:top w:val="none" w:sz="0" w:space="0" w:color="auto"/>
            <w:left w:val="none" w:sz="0" w:space="0" w:color="auto"/>
            <w:bottom w:val="none" w:sz="0" w:space="0" w:color="auto"/>
            <w:right w:val="none" w:sz="0" w:space="0" w:color="auto"/>
          </w:divBdr>
        </w:div>
        <w:div w:id="248850580">
          <w:marLeft w:val="480"/>
          <w:marRight w:val="0"/>
          <w:marTop w:val="0"/>
          <w:marBottom w:val="0"/>
          <w:divBdr>
            <w:top w:val="none" w:sz="0" w:space="0" w:color="auto"/>
            <w:left w:val="none" w:sz="0" w:space="0" w:color="auto"/>
            <w:bottom w:val="none" w:sz="0" w:space="0" w:color="auto"/>
            <w:right w:val="none" w:sz="0" w:space="0" w:color="auto"/>
          </w:divBdr>
        </w:div>
        <w:div w:id="291248780">
          <w:marLeft w:val="480"/>
          <w:marRight w:val="0"/>
          <w:marTop w:val="0"/>
          <w:marBottom w:val="0"/>
          <w:divBdr>
            <w:top w:val="none" w:sz="0" w:space="0" w:color="auto"/>
            <w:left w:val="none" w:sz="0" w:space="0" w:color="auto"/>
            <w:bottom w:val="none" w:sz="0" w:space="0" w:color="auto"/>
            <w:right w:val="none" w:sz="0" w:space="0" w:color="auto"/>
          </w:divBdr>
        </w:div>
        <w:div w:id="305814597">
          <w:marLeft w:val="480"/>
          <w:marRight w:val="0"/>
          <w:marTop w:val="0"/>
          <w:marBottom w:val="0"/>
          <w:divBdr>
            <w:top w:val="none" w:sz="0" w:space="0" w:color="auto"/>
            <w:left w:val="none" w:sz="0" w:space="0" w:color="auto"/>
            <w:bottom w:val="none" w:sz="0" w:space="0" w:color="auto"/>
            <w:right w:val="none" w:sz="0" w:space="0" w:color="auto"/>
          </w:divBdr>
        </w:div>
        <w:div w:id="353849083">
          <w:marLeft w:val="480"/>
          <w:marRight w:val="0"/>
          <w:marTop w:val="0"/>
          <w:marBottom w:val="0"/>
          <w:divBdr>
            <w:top w:val="none" w:sz="0" w:space="0" w:color="auto"/>
            <w:left w:val="none" w:sz="0" w:space="0" w:color="auto"/>
            <w:bottom w:val="none" w:sz="0" w:space="0" w:color="auto"/>
            <w:right w:val="none" w:sz="0" w:space="0" w:color="auto"/>
          </w:divBdr>
        </w:div>
        <w:div w:id="382750285">
          <w:marLeft w:val="480"/>
          <w:marRight w:val="0"/>
          <w:marTop w:val="0"/>
          <w:marBottom w:val="0"/>
          <w:divBdr>
            <w:top w:val="none" w:sz="0" w:space="0" w:color="auto"/>
            <w:left w:val="none" w:sz="0" w:space="0" w:color="auto"/>
            <w:bottom w:val="none" w:sz="0" w:space="0" w:color="auto"/>
            <w:right w:val="none" w:sz="0" w:space="0" w:color="auto"/>
          </w:divBdr>
        </w:div>
        <w:div w:id="394283049">
          <w:marLeft w:val="480"/>
          <w:marRight w:val="0"/>
          <w:marTop w:val="0"/>
          <w:marBottom w:val="0"/>
          <w:divBdr>
            <w:top w:val="none" w:sz="0" w:space="0" w:color="auto"/>
            <w:left w:val="none" w:sz="0" w:space="0" w:color="auto"/>
            <w:bottom w:val="none" w:sz="0" w:space="0" w:color="auto"/>
            <w:right w:val="none" w:sz="0" w:space="0" w:color="auto"/>
          </w:divBdr>
        </w:div>
        <w:div w:id="404032080">
          <w:marLeft w:val="480"/>
          <w:marRight w:val="0"/>
          <w:marTop w:val="0"/>
          <w:marBottom w:val="0"/>
          <w:divBdr>
            <w:top w:val="none" w:sz="0" w:space="0" w:color="auto"/>
            <w:left w:val="none" w:sz="0" w:space="0" w:color="auto"/>
            <w:bottom w:val="none" w:sz="0" w:space="0" w:color="auto"/>
            <w:right w:val="none" w:sz="0" w:space="0" w:color="auto"/>
          </w:divBdr>
        </w:div>
        <w:div w:id="412046993">
          <w:marLeft w:val="480"/>
          <w:marRight w:val="0"/>
          <w:marTop w:val="0"/>
          <w:marBottom w:val="0"/>
          <w:divBdr>
            <w:top w:val="none" w:sz="0" w:space="0" w:color="auto"/>
            <w:left w:val="none" w:sz="0" w:space="0" w:color="auto"/>
            <w:bottom w:val="none" w:sz="0" w:space="0" w:color="auto"/>
            <w:right w:val="none" w:sz="0" w:space="0" w:color="auto"/>
          </w:divBdr>
        </w:div>
        <w:div w:id="435060398">
          <w:marLeft w:val="480"/>
          <w:marRight w:val="0"/>
          <w:marTop w:val="0"/>
          <w:marBottom w:val="0"/>
          <w:divBdr>
            <w:top w:val="none" w:sz="0" w:space="0" w:color="auto"/>
            <w:left w:val="none" w:sz="0" w:space="0" w:color="auto"/>
            <w:bottom w:val="none" w:sz="0" w:space="0" w:color="auto"/>
            <w:right w:val="none" w:sz="0" w:space="0" w:color="auto"/>
          </w:divBdr>
        </w:div>
        <w:div w:id="450326503">
          <w:marLeft w:val="480"/>
          <w:marRight w:val="0"/>
          <w:marTop w:val="0"/>
          <w:marBottom w:val="0"/>
          <w:divBdr>
            <w:top w:val="none" w:sz="0" w:space="0" w:color="auto"/>
            <w:left w:val="none" w:sz="0" w:space="0" w:color="auto"/>
            <w:bottom w:val="none" w:sz="0" w:space="0" w:color="auto"/>
            <w:right w:val="none" w:sz="0" w:space="0" w:color="auto"/>
          </w:divBdr>
        </w:div>
        <w:div w:id="474103311">
          <w:marLeft w:val="480"/>
          <w:marRight w:val="0"/>
          <w:marTop w:val="0"/>
          <w:marBottom w:val="0"/>
          <w:divBdr>
            <w:top w:val="none" w:sz="0" w:space="0" w:color="auto"/>
            <w:left w:val="none" w:sz="0" w:space="0" w:color="auto"/>
            <w:bottom w:val="none" w:sz="0" w:space="0" w:color="auto"/>
            <w:right w:val="none" w:sz="0" w:space="0" w:color="auto"/>
          </w:divBdr>
        </w:div>
        <w:div w:id="558126560">
          <w:marLeft w:val="480"/>
          <w:marRight w:val="0"/>
          <w:marTop w:val="0"/>
          <w:marBottom w:val="0"/>
          <w:divBdr>
            <w:top w:val="none" w:sz="0" w:space="0" w:color="auto"/>
            <w:left w:val="none" w:sz="0" w:space="0" w:color="auto"/>
            <w:bottom w:val="none" w:sz="0" w:space="0" w:color="auto"/>
            <w:right w:val="none" w:sz="0" w:space="0" w:color="auto"/>
          </w:divBdr>
        </w:div>
        <w:div w:id="621227991">
          <w:marLeft w:val="480"/>
          <w:marRight w:val="0"/>
          <w:marTop w:val="0"/>
          <w:marBottom w:val="0"/>
          <w:divBdr>
            <w:top w:val="none" w:sz="0" w:space="0" w:color="auto"/>
            <w:left w:val="none" w:sz="0" w:space="0" w:color="auto"/>
            <w:bottom w:val="none" w:sz="0" w:space="0" w:color="auto"/>
            <w:right w:val="none" w:sz="0" w:space="0" w:color="auto"/>
          </w:divBdr>
        </w:div>
        <w:div w:id="717703148">
          <w:marLeft w:val="480"/>
          <w:marRight w:val="0"/>
          <w:marTop w:val="0"/>
          <w:marBottom w:val="0"/>
          <w:divBdr>
            <w:top w:val="none" w:sz="0" w:space="0" w:color="auto"/>
            <w:left w:val="none" w:sz="0" w:space="0" w:color="auto"/>
            <w:bottom w:val="none" w:sz="0" w:space="0" w:color="auto"/>
            <w:right w:val="none" w:sz="0" w:space="0" w:color="auto"/>
          </w:divBdr>
        </w:div>
        <w:div w:id="804469299">
          <w:marLeft w:val="480"/>
          <w:marRight w:val="0"/>
          <w:marTop w:val="0"/>
          <w:marBottom w:val="0"/>
          <w:divBdr>
            <w:top w:val="none" w:sz="0" w:space="0" w:color="auto"/>
            <w:left w:val="none" w:sz="0" w:space="0" w:color="auto"/>
            <w:bottom w:val="none" w:sz="0" w:space="0" w:color="auto"/>
            <w:right w:val="none" w:sz="0" w:space="0" w:color="auto"/>
          </w:divBdr>
        </w:div>
        <w:div w:id="823353050">
          <w:marLeft w:val="480"/>
          <w:marRight w:val="0"/>
          <w:marTop w:val="0"/>
          <w:marBottom w:val="0"/>
          <w:divBdr>
            <w:top w:val="none" w:sz="0" w:space="0" w:color="auto"/>
            <w:left w:val="none" w:sz="0" w:space="0" w:color="auto"/>
            <w:bottom w:val="none" w:sz="0" w:space="0" w:color="auto"/>
            <w:right w:val="none" w:sz="0" w:space="0" w:color="auto"/>
          </w:divBdr>
        </w:div>
        <w:div w:id="915549869">
          <w:marLeft w:val="480"/>
          <w:marRight w:val="0"/>
          <w:marTop w:val="0"/>
          <w:marBottom w:val="0"/>
          <w:divBdr>
            <w:top w:val="none" w:sz="0" w:space="0" w:color="auto"/>
            <w:left w:val="none" w:sz="0" w:space="0" w:color="auto"/>
            <w:bottom w:val="none" w:sz="0" w:space="0" w:color="auto"/>
            <w:right w:val="none" w:sz="0" w:space="0" w:color="auto"/>
          </w:divBdr>
        </w:div>
        <w:div w:id="991758365">
          <w:marLeft w:val="480"/>
          <w:marRight w:val="0"/>
          <w:marTop w:val="0"/>
          <w:marBottom w:val="0"/>
          <w:divBdr>
            <w:top w:val="none" w:sz="0" w:space="0" w:color="auto"/>
            <w:left w:val="none" w:sz="0" w:space="0" w:color="auto"/>
            <w:bottom w:val="none" w:sz="0" w:space="0" w:color="auto"/>
            <w:right w:val="none" w:sz="0" w:space="0" w:color="auto"/>
          </w:divBdr>
        </w:div>
        <w:div w:id="1170559897">
          <w:marLeft w:val="480"/>
          <w:marRight w:val="0"/>
          <w:marTop w:val="0"/>
          <w:marBottom w:val="0"/>
          <w:divBdr>
            <w:top w:val="none" w:sz="0" w:space="0" w:color="auto"/>
            <w:left w:val="none" w:sz="0" w:space="0" w:color="auto"/>
            <w:bottom w:val="none" w:sz="0" w:space="0" w:color="auto"/>
            <w:right w:val="none" w:sz="0" w:space="0" w:color="auto"/>
          </w:divBdr>
        </w:div>
        <w:div w:id="1212381310">
          <w:marLeft w:val="480"/>
          <w:marRight w:val="0"/>
          <w:marTop w:val="0"/>
          <w:marBottom w:val="0"/>
          <w:divBdr>
            <w:top w:val="none" w:sz="0" w:space="0" w:color="auto"/>
            <w:left w:val="none" w:sz="0" w:space="0" w:color="auto"/>
            <w:bottom w:val="none" w:sz="0" w:space="0" w:color="auto"/>
            <w:right w:val="none" w:sz="0" w:space="0" w:color="auto"/>
          </w:divBdr>
        </w:div>
        <w:div w:id="1216813912">
          <w:marLeft w:val="480"/>
          <w:marRight w:val="0"/>
          <w:marTop w:val="0"/>
          <w:marBottom w:val="0"/>
          <w:divBdr>
            <w:top w:val="none" w:sz="0" w:space="0" w:color="auto"/>
            <w:left w:val="none" w:sz="0" w:space="0" w:color="auto"/>
            <w:bottom w:val="none" w:sz="0" w:space="0" w:color="auto"/>
            <w:right w:val="none" w:sz="0" w:space="0" w:color="auto"/>
          </w:divBdr>
        </w:div>
        <w:div w:id="1265069973">
          <w:marLeft w:val="480"/>
          <w:marRight w:val="0"/>
          <w:marTop w:val="0"/>
          <w:marBottom w:val="0"/>
          <w:divBdr>
            <w:top w:val="none" w:sz="0" w:space="0" w:color="auto"/>
            <w:left w:val="none" w:sz="0" w:space="0" w:color="auto"/>
            <w:bottom w:val="none" w:sz="0" w:space="0" w:color="auto"/>
            <w:right w:val="none" w:sz="0" w:space="0" w:color="auto"/>
          </w:divBdr>
        </w:div>
        <w:div w:id="1297029318">
          <w:marLeft w:val="480"/>
          <w:marRight w:val="0"/>
          <w:marTop w:val="0"/>
          <w:marBottom w:val="0"/>
          <w:divBdr>
            <w:top w:val="none" w:sz="0" w:space="0" w:color="auto"/>
            <w:left w:val="none" w:sz="0" w:space="0" w:color="auto"/>
            <w:bottom w:val="none" w:sz="0" w:space="0" w:color="auto"/>
            <w:right w:val="none" w:sz="0" w:space="0" w:color="auto"/>
          </w:divBdr>
        </w:div>
        <w:div w:id="1297368106">
          <w:marLeft w:val="480"/>
          <w:marRight w:val="0"/>
          <w:marTop w:val="0"/>
          <w:marBottom w:val="0"/>
          <w:divBdr>
            <w:top w:val="none" w:sz="0" w:space="0" w:color="auto"/>
            <w:left w:val="none" w:sz="0" w:space="0" w:color="auto"/>
            <w:bottom w:val="none" w:sz="0" w:space="0" w:color="auto"/>
            <w:right w:val="none" w:sz="0" w:space="0" w:color="auto"/>
          </w:divBdr>
        </w:div>
        <w:div w:id="1381826607">
          <w:marLeft w:val="480"/>
          <w:marRight w:val="0"/>
          <w:marTop w:val="0"/>
          <w:marBottom w:val="0"/>
          <w:divBdr>
            <w:top w:val="none" w:sz="0" w:space="0" w:color="auto"/>
            <w:left w:val="none" w:sz="0" w:space="0" w:color="auto"/>
            <w:bottom w:val="none" w:sz="0" w:space="0" w:color="auto"/>
            <w:right w:val="none" w:sz="0" w:space="0" w:color="auto"/>
          </w:divBdr>
        </w:div>
        <w:div w:id="1446726796">
          <w:marLeft w:val="480"/>
          <w:marRight w:val="0"/>
          <w:marTop w:val="0"/>
          <w:marBottom w:val="0"/>
          <w:divBdr>
            <w:top w:val="none" w:sz="0" w:space="0" w:color="auto"/>
            <w:left w:val="none" w:sz="0" w:space="0" w:color="auto"/>
            <w:bottom w:val="none" w:sz="0" w:space="0" w:color="auto"/>
            <w:right w:val="none" w:sz="0" w:space="0" w:color="auto"/>
          </w:divBdr>
        </w:div>
        <w:div w:id="1522738979">
          <w:marLeft w:val="480"/>
          <w:marRight w:val="0"/>
          <w:marTop w:val="0"/>
          <w:marBottom w:val="0"/>
          <w:divBdr>
            <w:top w:val="none" w:sz="0" w:space="0" w:color="auto"/>
            <w:left w:val="none" w:sz="0" w:space="0" w:color="auto"/>
            <w:bottom w:val="none" w:sz="0" w:space="0" w:color="auto"/>
            <w:right w:val="none" w:sz="0" w:space="0" w:color="auto"/>
          </w:divBdr>
        </w:div>
        <w:div w:id="1938634931">
          <w:marLeft w:val="480"/>
          <w:marRight w:val="0"/>
          <w:marTop w:val="0"/>
          <w:marBottom w:val="0"/>
          <w:divBdr>
            <w:top w:val="none" w:sz="0" w:space="0" w:color="auto"/>
            <w:left w:val="none" w:sz="0" w:space="0" w:color="auto"/>
            <w:bottom w:val="none" w:sz="0" w:space="0" w:color="auto"/>
            <w:right w:val="none" w:sz="0" w:space="0" w:color="auto"/>
          </w:divBdr>
        </w:div>
        <w:div w:id="1954943852">
          <w:marLeft w:val="480"/>
          <w:marRight w:val="0"/>
          <w:marTop w:val="0"/>
          <w:marBottom w:val="0"/>
          <w:divBdr>
            <w:top w:val="none" w:sz="0" w:space="0" w:color="auto"/>
            <w:left w:val="none" w:sz="0" w:space="0" w:color="auto"/>
            <w:bottom w:val="none" w:sz="0" w:space="0" w:color="auto"/>
            <w:right w:val="none" w:sz="0" w:space="0" w:color="auto"/>
          </w:divBdr>
        </w:div>
        <w:div w:id="1966040504">
          <w:marLeft w:val="480"/>
          <w:marRight w:val="0"/>
          <w:marTop w:val="0"/>
          <w:marBottom w:val="0"/>
          <w:divBdr>
            <w:top w:val="none" w:sz="0" w:space="0" w:color="auto"/>
            <w:left w:val="none" w:sz="0" w:space="0" w:color="auto"/>
            <w:bottom w:val="none" w:sz="0" w:space="0" w:color="auto"/>
            <w:right w:val="none" w:sz="0" w:space="0" w:color="auto"/>
          </w:divBdr>
        </w:div>
        <w:div w:id="1992322166">
          <w:marLeft w:val="480"/>
          <w:marRight w:val="0"/>
          <w:marTop w:val="0"/>
          <w:marBottom w:val="0"/>
          <w:divBdr>
            <w:top w:val="none" w:sz="0" w:space="0" w:color="auto"/>
            <w:left w:val="none" w:sz="0" w:space="0" w:color="auto"/>
            <w:bottom w:val="none" w:sz="0" w:space="0" w:color="auto"/>
            <w:right w:val="none" w:sz="0" w:space="0" w:color="auto"/>
          </w:divBdr>
        </w:div>
        <w:div w:id="2053454461">
          <w:marLeft w:val="480"/>
          <w:marRight w:val="0"/>
          <w:marTop w:val="0"/>
          <w:marBottom w:val="0"/>
          <w:divBdr>
            <w:top w:val="none" w:sz="0" w:space="0" w:color="auto"/>
            <w:left w:val="none" w:sz="0" w:space="0" w:color="auto"/>
            <w:bottom w:val="none" w:sz="0" w:space="0" w:color="auto"/>
            <w:right w:val="none" w:sz="0" w:space="0" w:color="auto"/>
          </w:divBdr>
        </w:div>
      </w:divsChild>
    </w:div>
    <w:div w:id="240335131">
      <w:bodyDiv w:val="1"/>
      <w:marLeft w:val="0"/>
      <w:marRight w:val="0"/>
      <w:marTop w:val="0"/>
      <w:marBottom w:val="0"/>
      <w:divBdr>
        <w:top w:val="none" w:sz="0" w:space="0" w:color="auto"/>
        <w:left w:val="none" w:sz="0" w:space="0" w:color="auto"/>
        <w:bottom w:val="none" w:sz="0" w:space="0" w:color="auto"/>
        <w:right w:val="none" w:sz="0" w:space="0" w:color="auto"/>
      </w:divBdr>
    </w:div>
    <w:div w:id="242952265">
      <w:bodyDiv w:val="1"/>
      <w:marLeft w:val="0"/>
      <w:marRight w:val="0"/>
      <w:marTop w:val="0"/>
      <w:marBottom w:val="0"/>
      <w:divBdr>
        <w:top w:val="none" w:sz="0" w:space="0" w:color="auto"/>
        <w:left w:val="none" w:sz="0" w:space="0" w:color="auto"/>
        <w:bottom w:val="none" w:sz="0" w:space="0" w:color="auto"/>
        <w:right w:val="none" w:sz="0" w:space="0" w:color="auto"/>
      </w:divBdr>
    </w:div>
    <w:div w:id="244268562">
      <w:bodyDiv w:val="1"/>
      <w:marLeft w:val="0"/>
      <w:marRight w:val="0"/>
      <w:marTop w:val="0"/>
      <w:marBottom w:val="0"/>
      <w:divBdr>
        <w:top w:val="none" w:sz="0" w:space="0" w:color="auto"/>
        <w:left w:val="none" w:sz="0" w:space="0" w:color="auto"/>
        <w:bottom w:val="none" w:sz="0" w:space="0" w:color="auto"/>
        <w:right w:val="none" w:sz="0" w:space="0" w:color="auto"/>
      </w:divBdr>
    </w:div>
    <w:div w:id="245041460">
      <w:bodyDiv w:val="1"/>
      <w:marLeft w:val="0"/>
      <w:marRight w:val="0"/>
      <w:marTop w:val="0"/>
      <w:marBottom w:val="0"/>
      <w:divBdr>
        <w:top w:val="none" w:sz="0" w:space="0" w:color="auto"/>
        <w:left w:val="none" w:sz="0" w:space="0" w:color="auto"/>
        <w:bottom w:val="none" w:sz="0" w:space="0" w:color="auto"/>
        <w:right w:val="none" w:sz="0" w:space="0" w:color="auto"/>
      </w:divBdr>
    </w:div>
    <w:div w:id="248003838">
      <w:bodyDiv w:val="1"/>
      <w:marLeft w:val="0"/>
      <w:marRight w:val="0"/>
      <w:marTop w:val="0"/>
      <w:marBottom w:val="0"/>
      <w:divBdr>
        <w:top w:val="none" w:sz="0" w:space="0" w:color="auto"/>
        <w:left w:val="none" w:sz="0" w:space="0" w:color="auto"/>
        <w:bottom w:val="none" w:sz="0" w:space="0" w:color="auto"/>
        <w:right w:val="none" w:sz="0" w:space="0" w:color="auto"/>
      </w:divBdr>
    </w:div>
    <w:div w:id="250479862">
      <w:bodyDiv w:val="1"/>
      <w:marLeft w:val="0"/>
      <w:marRight w:val="0"/>
      <w:marTop w:val="0"/>
      <w:marBottom w:val="0"/>
      <w:divBdr>
        <w:top w:val="none" w:sz="0" w:space="0" w:color="auto"/>
        <w:left w:val="none" w:sz="0" w:space="0" w:color="auto"/>
        <w:bottom w:val="none" w:sz="0" w:space="0" w:color="auto"/>
        <w:right w:val="none" w:sz="0" w:space="0" w:color="auto"/>
      </w:divBdr>
    </w:div>
    <w:div w:id="252788135">
      <w:bodyDiv w:val="1"/>
      <w:marLeft w:val="0"/>
      <w:marRight w:val="0"/>
      <w:marTop w:val="0"/>
      <w:marBottom w:val="0"/>
      <w:divBdr>
        <w:top w:val="none" w:sz="0" w:space="0" w:color="auto"/>
        <w:left w:val="none" w:sz="0" w:space="0" w:color="auto"/>
        <w:bottom w:val="none" w:sz="0" w:space="0" w:color="auto"/>
        <w:right w:val="none" w:sz="0" w:space="0" w:color="auto"/>
      </w:divBdr>
      <w:divsChild>
        <w:div w:id="42677900">
          <w:marLeft w:val="480"/>
          <w:marRight w:val="0"/>
          <w:marTop w:val="0"/>
          <w:marBottom w:val="0"/>
          <w:divBdr>
            <w:top w:val="none" w:sz="0" w:space="0" w:color="auto"/>
            <w:left w:val="none" w:sz="0" w:space="0" w:color="auto"/>
            <w:bottom w:val="none" w:sz="0" w:space="0" w:color="auto"/>
            <w:right w:val="none" w:sz="0" w:space="0" w:color="auto"/>
          </w:divBdr>
        </w:div>
        <w:div w:id="186913557">
          <w:marLeft w:val="480"/>
          <w:marRight w:val="0"/>
          <w:marTop w:val="0"/>
          <w:marBottom w:val="0"/>
          <w:divBdr>
            <w:top w:val="none" w:sz="0" w:space="0" w:color="auto"/>
            <w:left w:val="none" w:sz="0" w:space="0" w:color="auto"/>
            <w:bottom w:val="none" w:sz="0" w:space="0" w:color="auto"/>
            <w:right w:val="none" w:sz="0" w:space="0" w:color="auto"/>
          </w:divBdr>
        </w:div>
        <w:div w:id="192422653">
          <w:marLeft w:val="480"/>
          <w:marRight w:val="0"/>
          <w:marTop w:val="0"/>
          <w:marBottom w:val="0"/>
          <w:divBdr>
            <w:top w:val="none" w:sz="0" w:space="0" w:color="auto"/>
            <w:left w:val="none" w:sz="0" w:space="0" w:color="auto"/>
            <w:bottom w:val="none" w:sz="0" w:space="0" w:color="auto"/>
            <w:right w:val="none" w:sz="0" w:space="0" w:color="auto"/>
          </w:divBdr>
        </w:div>
        <w:div w:id="264699973">
          <w:marLeft w:val="480"/>
          <w:marRight w:val="0"/>
          <w:marTop w:val="0"/>
          <w:marBottom w:val="0"/>
          <w:divBdr>
            <w:top w:val="none" w:sz="0" w:space="0" w:color="auto"/>
            <w:left w:val="none" w:sz="0" w:space="0" w:color="auto"/>
            <w:bottom w:val="none" w:sz="0" w:space="0" w:color="auto"/>
            <w:right w:val="none" w:sz="0" w:space="0" w:color="auto"/>
          </w:divBdr>
        </w:div>
        <w:div w:id="328169463">
          <w:marLeft w:val="480"/>
          <w:marRight w:val="0"/>
          <w:marTop w:val="0"/>
          <w:marBottom w:val="0"/>
          <w:divBdr>
            <w:top w:val="none" w:sz="0" w:space="0" w:color="auto"/>
            <w:left w:val="none" w:sz="0" w:space="0" w:color="auto"/>
            <w:bottom w:val="none" w:sz="0" w:space="0" w:color="auto"/>
            <w:right w:val="none" w:sz="0" w:space="0" w:color="auto"/>
          </w:divBdr>
        </w:div>
        <w:div w:id="417604776">
          <w:marLeft w:val="480"/>
          <w:marRight w:val="0"/>
          <w:marTop w:val="0"/>
          <w:marBottom w:val="0"/>
          <w:divBdr>
            <w:top w:val="none" w:sz="0" w:space="0" w:color="auto"/>
            <w:left w:val="none" w:sz="0" w:space="0" w:color="auto"/>
            <w:bottom w:val="none" w:sz="0" w:space="0" w:color="auto"/>
            <w:right w:val="none" w:sz="0" w:space="0" w:color="auto"/>
          </w:divBdr>
        </w:div>
        <w:div w:id="587426124">
          <w:marLeft w:val="480"/>
          <w:marRight w:val="0"/>
          <w:marTop w:val="0"/>
          <w:marBottom w:val="0"/>
          <w:divBdr>
            <w:top w:val="none" w:sz="0" w:space="0" w:color="auto"/>
            <w:left w:val="none" w:sz="0" w:space="0" w:color="auto"/>
            <w:bottom w:val="none" w:sz="0" w:space="0" w:color="auto"/>
            <w:right w:val="none" w:sz="0" w:space="0" w:color="auto"/>
          </w:divBdr>
        </w:div>
        <w:div w:id="608048184">
          <w:marLeft w:val="480"/>
          <w:marRight w:val="0"/>
          <w:marTop w:val="0"/>
          <w:marBottom w:val="0"/>
          <w:divBdr>
            <w:top w:val="none" w:sz="0" w:space="0" w:color="auto"/>
            <w:left w:val="none" w:sz="0" w:space="0" w:color="auto"/>
            <w:bottom w:val="none" w:sz="0" w:space="0" w:color="auto"/>
            <w:right w:val="none" w:sz="0" w:space="0" w:color="auto"/>
          </w:divBdr>
        </w:div>
        <w:div w:id="652804302">
          <w:marLeft w:val="480"/>
          <w:marRight w:val="0"/>
          <w:marTop w:val="0"/>
          <w:marBottom w:val="0"/>
          <w:divBdr>
            <w:top w:val="none" w:sz="0" w:space="0" w:color="auto"/>
            <w:left w:val="none" w:sz="0" w:space="0" w:color="auto"/>
            <w:bottom w:val="none" w:sz="0" w:space="0" w:color="auto"/>
            <w:right w:val="none" w:sz="0" w:space="0" w:color="auto"/>
          </w:divBdr>
        </w:div>
        <w:div w:id="743378125">
          <w:marLeft w:val="480"/>
          <w:marRight w:val="0"/>
          <w:marTop w:val="0"/>
          <w:marBottom w:val="0"/>
          <w:divBdr>
            <w:top w:val="none" w:sz="0" w:space="0" w:color="auto"/>
            <w:left w:val="none" w:sz="0" w:space="0" w:color="auto"/>
            <w:bottom w:val="none" w:sz="0" w:space="0" w:color="auto"/>
            <w:right w:val="none" w:sz="0" w:space="0" w:color="auto"/>
          </w:divBdr>
        </w:div>
        <w:div w:id="762187880">
          <w:marLeft w:val="480"/>
          <w:marRight w:val="0"/>
          <w:marTop w:val="0"/>
          <w:marBottom w:val="0"/>
          <w:divBdr>
            <w:top w:val="none" w:sz="0" w:space="0" w:color="auto"/>
            <w:left w:val="none" w:sz="0" w:space="0" w:color="auto"/>
            <w:bottom w:val="none" w:sz="0" w:space="0" w:color="auto"/>
            <w:right w:val="none" w:sz="0" w:space="0" w:color="auto"/>
          </w:divBdr>
        </w:div>
        <w:div w:id="784739706">
          <w:marLeft w:val="480"/>
          <w:marRight w:val="0"/>
          <w:marTop w:val="0"/>
          <w:marBottom w:val="0"/>
          <w:divBdr>
            <w:top w:val="none" w:sz="0" w:space="0" w:color="auto"/>
            <w:left w:val="none" w:sz="0" w:space="0" w:color="auto"/>
            <w:bottom w:val="none" w:sz="0" w:space="0" w:color="auto"/>
            <w:right w:val="none" w:sz="0" w:space="0" w:color="auto"/>
          </w:divBdr>
        </w:div>
        <w:div w:id="806552033">
          <w:marLeft w:val="480"/>
          <w:marRight w:val="0"/>
          <w:marTop w:val="0"/>
          <w:marBottom w:val="0"/>
          <w:divBdr>
            <w:top w:val="none" w:sz="0" w:space="0" w:color="auto"/>
            <w:left w:val="none" w:sz="0" w:space="0" w:color="auto"/>
            <w:bottom w:val="none" w:sz="0" w:space="0" w:color="auto"/>
            <w:right w:val="none" w:sz="0" w:space="0" w:color="auto"/>
          </w:divBdr>
        </w:div>
        <w:div w:id="858739226">
          <w:marLeft w:val="480"/>
          <w:marRight w:val="0"/>
          <w:marTop w:val="0"/>
          <w:marBottom w:val="0"/>
          <w:divBdr>
            <w:top w:val="none" w:sz="0" w:space="0" w:color="auto"/>
            <w:left w:val="none" w:sz="0" w:space="0" w:color="auto"/>
            <w:bottom w:val="none" w:sz="0" w:space="0" w:color="auto"/>
            <w:right w:val="none" w:sz="0" w:space="0" w:color="auto"/>
          </w:divBdr>
        </w:div>
        <w:div w:id="878128541">
          <w:marLeft w:val="480"/>
          <w:marRight w:val="0"/>
          <w:marTop w:val="0"/>
          <w:marBottom w:val="0"/>
          <w:divBdr>
            <w:top w:val="none" w:sz="0" w:space="0" w:color="auto"/>
            <w:left w:val="none" w:sz="0" w:space="0" w:color="auto"/>
            <w:bottom w:val="none" w:sz="0" w:space="0" w:color="auto"/>
            <w:right w:val="none" w:sz="0" w:space="0" w:color="auto"/>
          </w:divBdr>
        </w:div>
        <w:div w:id="889152826">
          <w:marLeft w:val="480"/>
          <w:marRight w:val="0"/>
          <w:marTop w:val="0"/>
          <w:marBottom w:val="0"/>
          <w:divBdr>
            <w:top w:val="none" w:sz="0" w:space="0" w:color="auto"/>
            <w:left w:val="none" w:sz="0" w:space="0" w:color="auto"/>
            <w:bottom w:val="none" w:sz="0" w:space="0" w:color="auto"/>
            <w:right w:val="none" w:sz="0" w:space="0" w:color="auto"/>
          </w:divBdr>
        </w:div>
        <w:div w:id="948123994">
          <w:marLeft w:val="480"/>
          <w:marRight w:val="0"/>
          <w:marTop w:val="0"/>
          <w:marBottom w:val="0"/>
          <w:divBdr>
            <w:top w:val="none" w:sz="0" w:space="0" w:color="auto"/>
            <w:left w:val="none" w:sz="0" w:space="0" w:color="auto"/>
            <w:bottom w:val="none" w:sz="0" w:space="0" w:color="auto"/>
            <w:right w:val="none" w:sz="0" w:space="0" w:color="auto"/>
          </w:divBdr>
        </w:div>
        <w:div w:id="1168129330">
          <w:marLeft w:val="480"/>
          <w:marRight w:val="0"/>
          <w:marTop w:val="0"/>
          <w:marBottom w:val="0"/>
          <w:divBdr>
            <w:top w:val="none" w:sz="0" w:space="0" w:color="auto"/>
            <w:left w:val="none" w:sz="0" w:space="0" w:color="auto"/>
            <w:bottom w:val="none" w:sz="0" w:space="0" w:color="auto"/>
            <w:right w:val="none" w:sz="0" w:space="0" w:color="auto"/>
          </w:divBdr>
        </w:div>
        <w:div w:id="1204102510">
          <w:marLeft w:val="480"/>
          <w:marRight w:val="0"/>
          <w:marTop w:val="0"/>
          <w:marBottom w:val="0"/>
          <w:divBdr>
            <w:top w:val="none" w:sz="0" w:space="0" w:color="auto"/>
            <w:left w:val="none" w:sz="0" w:space="0" w:color="auto"/>
            <w:bottom w:val="none" w:sz="0" w:space="0" w:color="auto"/>
            <w:right w:val="none" w:sz="0" w:space="0" w:color="auto"/>
          </w:divBdr>
        </w:div>
        <w:div w:id="1217201318">
          <w:marLeft w:val="480"/>
          <w:marRight w:val="0"/>
          <w:marTop w:val="0"/>
          <w:marBottom w:val="0"/>
          <w:divBdr>
            <w:top w:val="none" w:sz="0" w:space="0" w:color="auto"/>
            <w:left w:val="none" w:sz="0" w:space="0" w:color="auto"/>
            <w:bottom w:val="none" w:sz="0" w:space="0" w:color="auto"/>
            <w:right w:val="none" w:sz="0" w:space="0" w:color="auto"/>
          </w:divBdr>
        </w:div>
        <w:div w:id="1276059246">
          <w:marLeft w:val="480"/>
          <w:marRight w:val="0"/>
          <w:marTop w:val="0"/>
          <w:marBottom w:val="0"/>
          <w:divBdr>
            <w:top w:val="none" w:sz="0" w:space="0" w:color="auto"/>
            <w:left w:val="none" w:sz="0" w:space="0" w:color="auto"/>
            <w:bottom w:val="none" w:sz="0" w:space="0" w:color="auto"/>
            <w:right w:val="none" w:sz="0" w:space="0" w:color="auto"/>
          </w:divBdr>
        </w:div>
        <w:div w:id="1279142995">
          <w:marLeft w:val="480"/>
          <w:marRight w:val="0"/>
          <w:marTop w:val="0"/>
          <w:marBottom w:val="0"/>
          <w:divBdr>
            <w:top w:val="none" w:sz="0" w:space="0" w:color="auto"/>
            <w:left w:val="none" w:sz="0" w:space="0" w:color="auto"/>
            <w:bottom w:val="none" w:sz="0" w:space="0" w:color="auto"/>
            <w:right w:val="none" w:sz="0" w:space="0" w:color="auto"/>
          </w:divBdr>
        </w:div>
        <w:div w:id="1288968475">
          <w:marLeft w:val="480"/>
          <w:marRight w:val="0"/>
          <w:marTop w:val="0"/>
          <w:marBottom w:val="0"/>
          <w:divBdr>
            <w:top w:val="none" w:sz="0" w:space="0" w:color="auto"/>
            <w:left w:val="none" w:sz="0" w:space="0" w:color="auto"/>
            <w:bottom w:val="none" w:sz="0" w:space="0" w:color="auto"/>
            <w:right w:val="none" w:sz="0" w:space="0" w:color="auto"/>
          </w:divBdr>
        </w:div>
        <w:div w:id="1302342397">
          <w:marLeft w:val="480"/>
          <w:marRight w:val="0"/>
          <w:marTop w:val="0"/>
          <w:marBottom w:val="0"/>
          <w:divBdr>
            <w:top w:val="none" w:sz="0" w:space="0" w:color="auto"/>
            <w:left w:val="none" w:sz="0" w:space="0" w:color="auto"/>
            <w:bottom w:val="none" w:sz="0" w:space="0" w:color="auto"/>
            <w:right w:val="none" w:sz="0" w:space="0" w:color="auto"/>
          </w:divBdr>
        </w:div>
        <w:div w:id="1539854177">
          <w:marLeft w:val="480"/>
          <w:marRight w:val="0"/>
          <w:marTop w:val="0"/>
          <w:marBottom w:val="0"/>
          <w:divBdr>
            <w:top w:val="none" w:sz="0" w:space="0" w:color="auto"/>
            <w:left w:val="none" w:sz="0" w:space="0" w:color="auto"/>
            <w:bottom w:val="none" w:sz="0" w:space="0" w:color="auto"/>
            <w:right w:val="none" w:sz="0" w:space="0" w:color="auto"/>
          </w:divBdr>
        </w:div>
        <w:div w:id="1613201100">
          <w:marLeft w:val="480"/>
          <w:marRight w:val="0"/>
          <w:marTop w:val="0"/>
          <w:marBottom w:val="0"/>
          <w:divBdr>
            <w:top w:val="none" w:sz="0" w:space="0" w:color="auto"/>
            <w:left w:val="none" w:sz="0" w:space="0" w:color="auto"/>
            <w:bottom w:val="none" w:sz="0" w:space="0" w:color="auto"/>
            <w:right w:val="none" w:sz="0" w:space="0" w:color="auto"/>
          </w:divBdr>
        </w:div>
        <w:div w:id="1645432799">
          <w:marLeft w:val="480"/>
          <w:marRight w:val="0"/>
          <w:marTop w:val="0"/>
          <w:marBottom w:val="0"/>
          <w:divBdr>
            <w:top w:val="none" w:sz="0" w:space="0" w:color="auto"/>
            <w:left w:val="none" w:sz="0" w:space="0" w:color="auto"/>
            <w:bottom w:val="none" w:sz="0" w:space="0" w:color="auto"/>
            <w:right w:val="none" w:sz="0" w:space="0" w:color="auto"/>
          </w:divBdr>
        </w:div>
        <w:div w:id="1852377768">
          <w:marLeft w:val="480"/>
          <w:marRight w:val="0"/>
          <w:marTop w:val="0"/>
          <w:marBottom w:val="0"/>
          <w:divBdr>
            <w:top w:val="none" w:sz="0" w:space="0" w:color="auto"/>
            <w:left w:val="none" w:sz="0" w:space="0" w:color="auto"/>
            <w:bottom w:val="none" w:sz="0" w:space="0" w:color="auto"/>
            <w:right w:val="none" w:sz="0" w:space="0" w:color="auto"/>
          </w:divBdr>
        </w:div>
        <w:div w:id="1951468675">
          <w:marLeft w:val="480"/>
          <w:marRight w:val="0"/>
          <w:marTop w:val="0"/>
          <w:marBottom w:val="0"/>
          <w:divBdr>
            <w:top w:val="none" w:sz="0" w:space="0" w:color="auto"/>
            <w:left w:val="none" w:sz="0" w:space="0" w:color="auto"/>
            <w:bottom w:val="none" w:sz="0" w:space="0" w:color="auto"/>
            <w:right w:val="none" w:sz="0" w:space="0" w:color="auto"/>
          </w:divBdr>
        </w:div>
        <w:div w:id="1970012670">
          <w:marLeft w:val="480"/>
          <w:marRight w:val="0"/>
          <w:marTop w:val="0"/>
          <w:marBottom w:val="0"/>
          <w:divBdr>
            <w:top w:val="none" w:sz="0" w:space="0" w:color="auto"/>
            <w:left w:val="none" w:sz="0" w:space="0" w:color="auto"/>
            <w:bottom w:val="none" w:sz="0" w:space="0" w:color="auto"/>
            <w:right w:val="none" w:sz="0" w:space="0" w:color="auto"/>
          </w:divBdr>
        </w:div>
        <w:div w:id="1974014810">
          <w:marLeft w:val="480"/>
          <w:marRight w:val="0"/>
          <w:marTop w:val="0"/>
          <w:marBottom w:val="0"/>
          <w:divBdr>
            <w:top w:val="none" w:sz="0" w:space="0" w:color="auto"/>
            <w:left w:val="none" w:sz="0" w:space="0" w:color="auto"/>
            <w:bottom w:val="none" w:sz="0" w:space="0" w:color="auto"/>
            <w:right w:val="none" w:sz="0" w:space="0" w:color="auto"/>
          </w:divBdr>
        </w:div>
        <w:div w:id="2043942720">
          <w:marLeft w:val="480"/>
          <w:marRight w:val="0"/>
          <w:marTop w:val="0"/>
          <w:marBottom w:val="0"/>
          <w:divBdr>
            <w:top w:val="none" w:sz="0" w:space="0" w:color="auto"/>
            <w:left w:val="none" w:sz="0" w:space="0" w:color="auto"/>
            <w:bottom w:val="none" w:sz="0" w:space="0" w:color="auto"/>
            <w:right w:val="none" w:sz="0" w:space="0" w:color="auto"/>
          </w:divBdr>
        </w:div>
      </w:divsChild>
    </w:div>
    <w:div w:id="252981328">
      <w:bodyDiv w:val="1"/>
      <w:marLeft w:val="0"/>
      <w:marRight w:val="0"/>
      <w:marTop w:val="0"/>
      <w:marBottom w:val="0"/>
      <w:divBdr>
        <w:top w:val="none" w:sz="0" w:space="0" w:color="auto"/>
        <w:left w:val="none" w:sz="0" w:space="0" w:color="auto"/>
        <w:bottom w:val="none" w:sz="0" w:space="0" w:color="auto"/>
        <w:right w:val="none" w:sz="0" w:space="0" w:color="auto"/>
      </w:divBdr>
    </w:div>
    <w:div w:id="255527935">
      <w:bodyDiv w:val="1"/>
      <w:marLeft w:val="0"/>
      <w:marRight w:val="0"/>
      <w:marTop w:val="0"/>
      <w:marBottom w:val="0"/>
      <w:divBdr>
        <w:top w:val="none" w:sz="0" w:space="0" w:color="auto"/>
        <w:left w:val="none" w:sz="0" w:space="0" w:color="auto"/>
        <w:bottom w:val="none" w:sz="0" w:space="0" w:color="auto"/>
        <w:right w:val="none" w:sz="0" w:space="0" w:color="auto"/>
      </w:divBdr>
    </w:div>
    <w:div w:id="257257812">
      <w:bodyDiv w:val="1"/>
      <w:marLeft w:val="0"/>
      <w:marRight w:val="0"/>
      <w:marTop w:val="0"/>
      <w:marBottom w:val="0"/>
      <w:divBdr>
        <w:top w:val="none" w:sz="0" w:space="0" w:color="auto"/>
        <w:left w:val="none" w:sz="0" w:space="0" w:color="auto"/>
        <w:bottom w:val="none" w:sz="0" w:space="0" w:color="auto"/>
        <w:right w:val="none" w:sz="0" w:space="0" w:color="auto"/>
      </w:divBdr>
    </w:div>
    <w:div w:id="260648879">
      <w:bodyDiv w:val="1"/>
      <w:marLeft w:val="0"/>
      <w:marRight w:val="0"/>
      <w:marTop w:val="0"/>
      <w:marBottom w:val="0"/>
      <w:divBdr>
        <w:top w:val="none" w:sz="0" w:space="0" w:color="auto"/>
        <w:left w:val="none" w:sz="0" w:space="0" w:color="auto"/>
        <w:bottom w:val="none" w:sz="0" w:space="0" w:color="auto"/>
        <w:right w:val="none" w:sz="0" w:space="0" w:color="auto"/>
      </w:divBdr>
    </w:div>
    <w:div w:id="264113346">
      <w:bodyDiv w:val="1"/>
      <w:marLeft w:val="0"/>
      <w:marRight w:val="0"/>
      <w:marTop w:val="0"/>
      <w:marBottom w:val="0"/>
      <w:divBdr>
        <w:top w:val="none" w:sz="0" w:space="0" w:color="auto"/>
        <w:left w:val="none" w:sz="0" w:space="0" w:color="auto"/>
        <w:bottom w:val="none" w:sz="0" w:space="0" w:color="auto"/>
        <w:right w:val="none" w:sz="0" w:space="0" w:color="auto"/>
      </w:divBdr>
    </w:div>
    <w:div w:id="264657031">
      <w:bodyDiv w:val="1"/>
      <w:marLeft w:val="0"/>
      <w:marRight w:val="0"/>
      <w:marTop w:val="0"/>
      <w:marBottom w:val="0"/>
      <w:divBdr>
        <w:top w:val="none" w:sz="0" w:space="0" w:color="auto"/>
        <w:left w:val="none" w:sz="0" w:space="0" w:color="auto"/>
        <w:bottom w:val="none" w:sz="0" w:space="0" w:color="auto"/>
        <w:right w:val="none" w:sz="0" w:space="0" w:color="auto"/>
      </w:divBdr>
    </w:div>
    <w:div w:id="264926310">
      <w:bodyDiv w:val="1"/>
      <w:marLeft w:val="0"/>
      <w:marRight w:val="0"/>
      <w:marTop w:val="0"/>
      <w:marBottom w:val="0"/>
      <w:divBdr>
        <w:top w:val="none" w:sz="0" w:space="0" w:color="auto"/>
        <w:left w:val="none" w:sz="0" w:space="0" w:color="auto"/>
        <w:bottom w:val="none" w:sz="0" w:space="0" w:color="auto"/>
        <w:right w:val="none" w:sz="0" w:space="0" w:color="auto"/>
      </w:divBdr>
    </w:div>
    <w:div w:id="266811030">
      <w:bodyDiv w:val="1"/>
      <w:marLeft w:val="0"/>
      <w:marRight w:val="0"/>
      <w:marTop w:val="0"/>
      <w:marBottom w:val="0"/>
      <w:divBdr>
        <w:top w:val="none" w:sz="0" w:space="0" w:color="auto"/>
        <w:left w:val="none" w:sz="0" w:space="0" w:color="auto"/>
        <w:bottom w:val="none" w:sz="0" w:space="0" w:color="auto"/>
        <w:right w:val="none" w:sz="0" w:space="0" w:color="auto"/>
      </w:divBdr>
    </w:div>
    <w:div w:id="268319956">
      <w:bodyDiv w:val="1"/>
      <w:marLeft w:val="0"/>
      <w:marRight w:val="0"/>
      <w:marTop w:val="0"/>
      <w:marBottom w:val="0"/>
      <w:divBdr>
        <w:top w:val="none" w:sz="0" w:space="0" w:color="auto"/>
        <w:left w:val="none" w:sz="0" w:space="0" w:color="auto"/>
        <w:bottom w:val="none" w:sz="0" w:space="0" w:color="auto"/>
        <w:right w:val="none" w:sz="0" w:space="0" w:color="auto"/>
      </w:divBdr>
    </w:div>
    <w:div w:id="268391027">
      <w:bodyDiv w:val="1"/>
      <w:marLeft w:val="0"/>
      <w:marRight w:val="0"/>
      <w:marTop w:val="0"/>
      <w:marBottom w:val="0"/>
      <w:divBdr>
        <w:top w:val="none" w:sz="0" w:space="0" w:color="auto"/>
        <w:left w:val="none" w:sz="0" w:space="0" w:color="auto"/>
        <w:bottom w:val="none" w:sz="0" w:space="0" w:color="auto"/>
        <w:right w:val="none" w:sz="0" w:space="0" w:color="auto"/>
      </w:divBdr>
    </w:div>
    <w:div w:id="269240048">
      <w:bodyDiv w:val="1"/>
      <w:marLeft w:val="0"/>
      <w:marRight w:val="0"/>
      <w:marTop w:val="0"/>
      <w:marBottom w:val="0"/>
      <w:divBdr>
        <w:top w:val="none" w:sz="0" w:space="0" w:color="auto"/>
        <w:left w:val="none" w:sz="0" w:space="0" w:color="auto"/>
        <w:bottom w:val="none" w:sz="0" w:space="0" w:color="auto"/>
        <w:right w:val="none" w:sz="0" w:space="0" w:color="auto"/>
      </w:divBdr>
    </w:div>
    <w:div w:id="270746778">
      <w:bodyDiv w:val="1"/>
      <w:marLeft w:val="0"/>
      <w:marRight w:val="0"/>
      <w:marTop w:val="0"/>
      <w:marBottom w:val="0"/>
      <w:divBdr>
        <w:top w:val="none" w:sz="0" w:space="0" w:color="auto"/>
        <w:left w:val="none" w:sz="0" w:space="0" w:color="auto"/>
        <w:bottom w:val="none" w:sz="0" w:space="0" w:color="auto"/>
        <w:right w:val="none" w:sz="0" w:space="0" w:color="auto"/>
      </w:divBdr>
      <w:divsChild>
        <w:div w:id="379599797">
          <w:marLeft w:val="480"/>
          <w:marRight w:val="0"/>
          <w:marTop w:val="0"/>
          <w:marBottom w:val="0"/>
          <w:divBdr>
            <w:top w:val="none" w:sz="0" w:space="0" w:color="auto"/>
            <w:left w:val="none" w:sz="0" w:space="0" w:color="auto"/>
            <w:bottom w:val="none" w:sz="0" w:space="0" w:color="auto"/>
            <w:right w:val="none" w:sz="0" w:space="0" w:color="auto"/>
          </w:divBdr>
        </w:div>
        <w:div w:id="728462850">
          <w:marLeft w:val="480"/>
          <w:marRight w:val="0"/>
          <w:marTop w:val="0"/>
          <w:marBottom w:val="0"/>
          <w:divBdr>
            <w:top w:val="none" w:sz="0" w:space="0" w:color="auto"/>
            <w:left w:val="none" w:sz="0" w:space="0" w:color="auto"/>
            <w:bottom w:val="none" w:sz="0" w:space="0" w:color="auto"/>
            <w:right w:val="none" w:sz="0" w:space="0" w:color="auto"/>
          </w:divBdr>
        </w:div>
        <w:div w:id="1100763778">
          <w:marLeft w:val="480"/>
          <w:marRight w:val="0"/>
          <w:marTop w:val="0"/>
          <w:marBottom w:val="0"/>
          <w:divBdr>
            <w:top w:val="none" w:sz="0" w:space="0" w:color="auto"/>
            <w:left w:val="none" w:sz="0" w:space="0" w:color="auto"/>
            <w:bottom w:val="none" w:sz="0" w:space="0" w:color="auto"/>
            <w:right w:val="none" w:sz="0" w:space="0" w:color="auto"/>
          </w:divBdr>
        </w:div>
        <w:div w:id="1939210928">
          <w:marLeft w:val="480"/>
          <w:marRight w:val="0"/>
          <w:marTop w:val="0"/>
          <w:marBottom w:val="0"/>
          <w:divBdr>
            <w:top w:val="none" w:sz="0" w:space="0" w:color="auto"/>
            <w:left w:val="none" w:sz="0" w:space="0" w:color="auto"/>
            <w:bottom w:val="none" w:sz="0" w:space="0" w:color="auto"/>
            <w:right w:val="none" w:sz="0" w:space="0" w:color="auto"/>
          </w:divBdr>
        </w:div>
        <w:div w:id="1944876929">
          <w:marLeft w:val="480"/>
          <w:marRight w:val="0"/>
          <w:marTop w:val="0"/>
          <w:marBottom w:val="0"/>
          <w:divBdr>
            <w:top w:val="none" w:sz="0" w:space="0" w:color="auto"/>
            <w:left w:val="none" w:sz="0" w:space="0" w:color="auto"/>
            <w:bottom w:val="none" w:sz="0" w:space="0" w:color="auto"/>
            <w:right w:val="none" w:sz="0" w:space="0" w:color="auto"/>
          </w:divBdr>
        </w:div>
      </w:divsChild>
    </w:div>
    <w:div w:id="271740807">
      <w:bodyDiv w:val="1"/>
      <w:marLeft w:val="0"/>
      <w:marRight w:val="0"/>
      <w:marTop w:val="0"/>
      <w:marBottom w:val="0"/>
      <w:divBdr>
        <w:top w:val="none" w:sz="0" w:space="0" w:color="auto"/>
        <w:left w:val="none" w:sz="0" w:space="0" w:color="auto"/>
        <w:bottom w:val="none" w:sz="0" w:space="0" w:color="auto"/>
        <w:right w:val="none" w:sz="0" w:space="0" w:color="auto"/>
      </w:divBdr>
    </w:div>
    <w:div w:id="272134404">
      <w:bodyDiv w:val="1"/>
      <w:marLeft w:val="0"/>
      <w:marRight w:val="0"/>
      <w:marTop w:val="0"/>
      <w:marBottom w:val="0"/>
      <w:divBdr>
        <w:top w:val="none" w:sz="0" w:space="0" w:color="auto"/>
        <w:left w:val="none" w:sz="0" w:space="0" w:color="auto"/>
        <w:bottom w:val="none" w:sz="0" w:space="0" w:color="auto"/>
        <w:right w:val="none" w:sz="0" w:space="0" w:color="auto"/>
      </w:divBdr>
    </w:div>
    <w:div w:id="272442382">
      <w:bodyDiv w:val="1"/>
      <w:marLeft w:val="0"/>
      <w:marRight w:val="0"/>
      <w:marTop w:val="0"/>
      <w:marBottom w:val="0"/>
      <w:divBdr>
        <w:top w:val="none" w:sz="0" w:space="0" w:color="auto"/>
        <w:left w:val="none" w:sz="0" w:space="0" w:color="auto"/>
        <w:bottom w:val="none" w:sz="0" w:space="0" w:color="auto"/>
        <w:right w:val="none" w:sz="0" w:space="0" w:color="auto"/>
      </w:divBdr>
    </w:div>
    <w:div w:id="275410667">
      <w:bodyDiv w:val="1"/>
      <w:marLeft w:val="0"/>
      <w:marRight w:val="0"/>
      <w:marTop w:val="0"/>
      <w:marBottom w:val="0"/>
      <w:divBdr>
        <w:top w:val="none" w:sz="0" w:space="0" w:color="auto"/>
        <w:left w:val="none" w:sz="0" w:space="0" w:color="auto"/>
        <w:bottom w:val="none" w:sz="0" w:space="0" w:color="auto"/>
        <w:right w:val="none" w:sz="0" w:space="0" w:color="auto"/>
      </w:divBdr>
      <w:divsChild>
        <w:div w:id="166018121">
          <w:marLeft w:val="480"/>
          <w:marRight w:val="0"/>
          <w:marTop w:val="0"/>
          <w:marBottom w:val="0"/>
          <w:divBdr>
            <w:top w:val="none" w:sz="0" w:space="0" w:color="auto"/>
            <w:left w:val="none" w:sz="0" w:space="0" w:color="auto"/>
            <w:bottom w:val="none" w:sz="0" w:space="0" w:color="auto"/>
            <w:right w:val="none" w:sz="0" w:space="0" w:color="auto"/>
          </w:divBdr>
        </w:div>
        <w:div w:id="591402978">
          <w:marLeft w:val="480"/>
          <w:marRight w:val="0"/>
          <w:marTop w:val="0"/>
          <w:marBottom w:val="0"/>
          <w:divBdr>
            <w:top w:val="none" w:sz="0" w:space="0" w:color="auto"/>
            <w:left w:val="none" w:sz="0" w:space="0" w:color="auto"/>
            <w:bottom w:val="none" w:sz="0" w:space="0" w:color="auto"/>
            <w:right w:val="none" w:sz="0" w:space="0" w:color="auto"/>
          </w:divBdr>
        </w:div>
        <w:div w:id="757363929">
          <w:marLeft w:val="480"/>
          <w:marRight w:val="0"/>
          <w:marTop w:val="0"/>
          <w:marBottom w:val="0"/>
          <w:divBdr>
            <w:top w:val="none" w:sz="0" w:space="0" w:color="auto"/>
            <w:left w:val="none" w:sz="0" w:space="0" w:color="auto"/>
            <w:bottom w:val="none" w:sz="0" w:space="0" w:color="auto"/>
            <w:right w:val="none" w:sz="0" w:space="0" w:color="auto"/>
          </w:divBdr>
        </w:div>
        <w:div w:id="1847288702">
          <w:marLeft w:val="480"/>
          <w:marRight w:val="0"/>
          <w:marTop w:val="0"/>
          <w:marBottom w:val="0"/>
          <w:divBdr>
            <w:top w:val="none" w:sz="0" w:space="0" w:color="auto"/>
            <w:left w:val="none" w:sz="0" w:space="0" w:color="auto"/>
            <w:bottom w:val="none" w:sz="0" w:space="0" w:color="auto"/>
            <w:right w:val="none" w:sz="0" w:space="0" w:color="auto"/>
          </w:divBdr>
        </w:div>
      </w:divsChild>
    </w:div>
    <w:div w:id="276837776">
      <w:bodyDiv w:val="1"/>
      <w:marLeft w:val="0"/>
      <w:marRight w:val="0"/>
      <w:marTop w:val="0"/>
      <w:marBottom w:val="0"/>
      <w:divBdr>
        <w:top w:val="none" w:sz="0" w:space="0" w:color="auto"/>
        <w:left w:val="none" w:sz="0" w:space="0" w:color="auto"/>
        <w:bottom w:val="none" w:sz="0" w:space="0" w:color="auto"/>
        <w:right w:val="none" w:sz="0" w:space="0" w:color="auto"/>
      </w:divBdr>
    </w:div>
    <w:div w:id="278072448">
      <w:bodyDiv w:val="1"/>
      <w:marLeft w:val="0"/>
      <w:marRight w:val="0"/>
      <w:marTop w:val="0"/>
      <w:marBottom w:val="0"/>
      <w:divBdr>
        <w:top w:val="none" w:sz="0" w:space="0" w:color="auto"/>
        <w:left w:val="none" w:sz="0" w:space="0" w:color="auto"/>
        <w:bottom w:val="none" w:sz="0" w:space="0" w:color="auto"/>
        <w:right w:val="none" w:sz="0" w:space="0" w:color="auto"/>
      </w:divBdr>
    </w:div>
    <w:div w:id="278686929">
      <w:bodyDiv w:val="1"/>
      <w:marLeft w:val="0"/>
      <w:marRight w:val="0"/>
      <w:marTop w:val="0"/>
      <w:marBottom w:val="0"/>
      <w:divBdr>
        <w:top w:val="none" w:sz="0" w:space="0" w:color="auto"/>
        <w:left w:val="none" w:sz="0" w:space="0" w:color="auto"/>
        <w:bottom w:val="none" w:sz="0" w:space="0" w:color="auto"/>
        <w:right w:val="none" w:sz="0" w:space="0" w:color="auto"/>
      </w:divBdr>
    </w:div>
    <w:div w:id="278730623">
      <w:bodyDiv w:val="1"/>
      <w:marLeft w:val="0"/>
      <w:marRight w:val="0"/>
      <w:marTop w:val="0"/>
      <w:marBottom w:val="0"/>
      <w:divBdr>
        <w:top w:val="none" w:sz="0" w:space="0" w:color="auto"/>
        <w:left w:val="none" w:sz="0" w:space="0" w:color="auto"/>
        <w:bottom w:val="none" w:sz="0" w:space="0" w:color="auto"/>
        <w:right w:val="none" w:sz="0" w:space="0" w:color="auto"/>
      </w:divBdr>
    </w:div>
    <w:div w:id="279605036">
      <w:bodyDiv w:val="1"/>
      <w:marLeft w:val="0"/>
      <w:marRight w:val="0"/>
      <w:marTop w:val="0"/>
      <w:marBottom w:val="0"/>
      <w:divBdr>
        <w:top w:val="none" w:sz="0" w:space="0" w:color="auto"/>
        <w:left w:val="none" w:sz="0" w:space="0" w:color="auto"/>
        <w:bottom w:val="none" w:sz="0" w:space="0" w:color="auto"/>
        <w:right w:val="none" w:sz="0" w:space="0" w:color="auto"/>
      </w:divBdr>
    </w:div>
    <w:div w:id="281151109">
      <w:bodyDiv w:val="1"/>
      <w:marLeft w:val="0"/>
      <w:marRight w:val="0"/>
      <w:marTop w:val="0"/>
      <w:marBottom w:val="0"/>
      <w:divBdr>
        <w:top w:val="none" w:sz="0" w:space="0" w:color="auto"/>
        <w:left w:val="none" w:sz="0" w:space="0" w:color="auto"/>
        <w:bottom w:val="none" w:sz="0" w:space="0" w:color="auto"/>
        <w:right w:val="none" w:sz="0" w:space="0" w:color="auto"/>
      </w:divBdr>
    </w:div>
    <w:div w:id="281494172">
      <w:bodyDiv w:val="1"/>
      <w:marLeft w:val="0"/>
      <w:marRight w:val="0"/>
      <w:marTop w:val="0"/>
      <w:marBottom w:val="0"/>
      <w:divBdr>
        <w:top w:val="none" w:sz="0" w:space="0" w:color="auto"/>
        <w:left w:val="none" w:sz="0" w:space="0" w:color="auto"/>
        <w:bottom w:val="none" w:sz="0" w:space="0" w:color="auto"/>
        <w:right w:val="none" w:sz="0" w:space="0" w:color="auto"/>
      </w:divBdr>
    </w:div>
    <w:div w:id="290207070">
      <w:bodyDiv w:val="1"/>
      <w:marLeft w:val="0"/>
      <w:marRight w:val="0"/>
      <w:marTop w:val="0"/>
      <w:marBottom w:val="0"/>
      <w:divBdr>
        <w:top w:val="none" w:sz="0" w:space="0" w:color="auto"/>
        <w:left w:val="none" w:sz="0" w:space="0" w:color="auto"/>
        <w:bottom w:val="none" w:sz="0" w:space="0" w:color="auto"/>
        <w:right w:val="none" w:sz="0" w:space="0" w:color="auto"/>
      </w:divBdr>
      <w:divsChild>
        <w:div w:id="44720343">
          <w:marLeft w:val="480"/>
          <w:marRight w:val="0"/>
          <w:marTop w:val="0"/>
          <w:marBottom w:val="0"/>
          <w:divBdr>
            <w:top w:val="none" w:sz="0" w:space="0" w:color="auto"/>
            <w:left w:val="none" w:sz="0" w:space="0" w:color="auto"/>
            <w:bottom w:val="none" w:sz="0" w:space="0" w:color="auto"/>
            <w:right w:val="none" w:sz="0" w:space="0" w:color="auto"/>
          </w:divBdr>
        </w:div>
        <w:div w:id="60374148">
          <w:marLeft w:val="480"/>
          <w:marRight w:val="0"/>
          <w:marTop w:val="0"/>
          <w:marBottom w:val="0"/>
          <w:divBdr>
            <w:top w:val="none" w:sz="0" w:space="0" w:color="auto"/>
            <w:left w:val="none" w:sz="0" w:space="0" w:color="auto"/>
            <w:bottom w:val="none" w:sz="0" w:space="0" w:color="auto"/>
            <w:right w:val="none" w:sz="0" w:space="0" w:color="auto"/>
          </w:divBdr>
        </w:div>
        <w:div w:id="76486462">
          <w:marLeft w:val="480"/>
          <w:marRight w:val="0"/>
          <w:marTop w:val="0"/>
          <w:marBottom w:val="0"/>
          <w:divBdr>
            <w:top w:val="none" w:sz="0" w:space="0" w:color="auto"/>
            <w:left w:val="none" w:sz="0" w:space="0" w:color="auto"/>
            <w:bottom w:val="none" w:sz="0" w:space="0" w:color="auto"/>
            <w:right w:val="none" w:sz="0" w:space="0" w:color="auto"/>
          </w:divBdr>
        </w:div>
        <w:div w:id="89006287">
          <w:marLeft w:val="480"/>
          <w:marRight w:val="0"/>
          <w:marTop w:val="0"/>
          <w:marBottom w:val="0"/>
          <w:divBdr>
            <w:top w:val="none" w:sz="0" w:space="0" w:color="auto"/>
            <w:left w:val="none" w:sz="0" w:space="0" w:color="auto"/>
            <w:bottom w:val="none" w:sz="0" w:space="0" w:color="auto"/>
            <w:right w:val="none" w:sz="0" w:space="0" w:color="auto"/>
          </w:divBdr>
        </w:div>
        <w:div w:id="347559261">
          <w:marLeft w:val="480"/>
          <w:marRight w:val="0"/>
          <w:marTop w:val="0"/>
          <w:marBottom w:val="0"/>
          <w:divBdr>
            <w:top w:val="none" w:sz="0" w:space="0" w:color="auto"/>
            <w:left w:val="none" w:sz="0" w:space="0" w:color="auto"/>
            <w:bottom w:val="none" w:sz="0" w:space="0" w:color="auto"/>
            <w:right w:val="none" w:sz="0" w:space="0" w:color="auto"/>
          </w:divBdr>
        </w:div>
        <w:div w:id="388576773">
          <w:marLeft w:val="480"/>
          <w:marRight w:val="0"/>
          <w:marTop w:val="0"/>
          <w:marBottom w:val="0"/>
          <w:divBdr>
            <w:top w:val="none" w:sz="0" w:space="0" w:color="auto"/>
            <w:left w:val="none" w:sz="0" w:space="0" w:color="auto"/>
            <w:bottom w:val="none" w:sz="0" w:space="0" w:color="auto"/>
            <w:right w:val="none" w:sz="0" w:space="0" w:color="auto"/>
          </w:divBdr>
        </w:div>
        <w:div w:id="509562186">
          <w:marLeft w:val="480"/>
          <w:marRight w:val="0"/>
          <w:marTop w:val="0"/>
          <w:marBottom w:val="0"/>
          <w:divBdr>
            <w:top w:val="none" w:sz="0" w:space="0" w:color="auto"/>
            <w:left w:val="none" w:sz="0" w:space="0" w:color="auto"/>
            <w:bottom w:val="none" w:sz="0" w:space="0" w:color="auto"/>
            <w:right w:val="none" w:sz="0" w:space="0" w:color="auto"/>
          </w:divBdr>
        </w:div>
        <w:div w:id="510219761">
          <w:marLeft w:val="480"/>
          <w:marRight w:val="0"/>
          <w:marTop w:val="0"/>
          <w:marBottom w:val="0"/>
          <w:divBdr>
            <w:top w:val="none" w:sz="0" w:space="0" w:color="auto"/>
            <w:left w:val="none" w:sz="0" w:space="0" w:color="auto"/>
            <w:bottom w:val="none" w:sz="0" w:space="0" w:color="auto"/>
            <w:right w:val="none" w:sz="0" w:space="0" w:color="auto"/>
          </w:divBdr>
        </w:div>
        <w:div w:id="621031668">
          <w:marLeft w:val="480"/>
          <w:marRight w:val="0"/>
          <w:marTop w:val="0"/>
          <w:marBottom w:val="0"/>
          <w:divBdr>
            <w:top w:val="none" w:sz="0" w:space="0" w:color="auto"/>
            <w:left w:val="none" w:sz="0" w:space="0" w:color="auto"/>
            <w:bottom w:val="none" w:sz="0" w:space="0" w:color="auto"/>
            <w:right w:val="none" w:sz="0" w:space="0" w:color="auto"/>
          </w:divBdr>
        </w:div>
        <w:div w:id="655302155">
          <w:marLeft w:val="480"/>
          <w:marRight w:val="0"/>
          <w:marTop w:val="0"/>
          <w:marBottom w:val="0"/>
          <w:divBdr>
            <w:top w:val="none" w:sz="0" w:space="0" w:color="auto"/>
            <w:left w:val="none" w:sz="0" w:space="0" w:color="auto"/>
            <w:bottom w:val="none" w:sz="0" w:space="0" w:color="auto"/>
            <w:right w:val="none" w:sz="0" w:space="0" w:color="auto"/>
          </w:divBdr>
        </w:div>
        <w:div w:id="657612416">
          <w:marLeft w:val="480"/>
          <w:marRight w:val="0"/>
          <w:marTop w:val="0"/>
          <w:marBottom w:val="0"/>
          <w:divBdr>
            <w:top w:val="none" w:sz="0" w:space="0" w:color="auto"/>
            <w:left w:val="none" w:sz="0" w:space="0" w:color="auto"/>
            <w:bottom w:val="none" w:sz="0" w:space="0" w:color="auto"/>
            <w:right w:val="none" w:sz="0" w:space="0" w:color="auto"/>
          </w:divBdr>
        </w:div>
        <w:div w:id="964580763">
          <w:marLeft w:val="480"/>
          <w:marRight w:val="0"/>
          <w:marTop w:val="0"/>
          <w:marBottom w:val="0"/>
          <w:divBdr>
            <w:top w:val="none" w:sz="0" w:space="0" w:color="auto"/>
            <w:left w:val="none" w:sz="0" w:space="0" w:color="auto"/>
            <w:bottom w:val="none" w:sz="0" w:space="0" w:color="auto"/>
            <w:right w:val="none" w:sz="0" w:space="0" w:color="auto"/>
          </w:divBdr>
        </w:div>
        <w:div w:id="1041370003">
          <w:marLeft w:val="480"/>
          <w:marRight w:val="0"/>
          <w:marTop w:val="0"/>
          <w:marBottom w:val="0"/>
          <w:divBdr>
            <w:top w:val="none" w:sz="0" w:space="0" w:color="auto"/>
            <w:left w:val="none" w:sz="0" w:space="0" w:color="auto"/>
            <w:bottom w:val="none" w:sz="0" w:space="0" w:color="auto"/>
            <w:right w:val="none" w:sz="0" w:space="0" w:color="auto"/>
          </w:divBdr>
        </w:div>
        <w:div w:id="1045954795">
          <w:marLeft w:val="480"/>
          <w:marRight w:val="0"/>
          <w:marTop w:val="0"/>
          <w:marBottom w:val="0"/>
          <w:divBdr>
            <w:top w:val="none" w:sz="0" w:space="0" w:color="auto"/>
            <w:left w:val="none" w:sz="0" w:space="0" w:color="auto"/>
            <w:bottom w:val="none" w:sz="0" w:space="0" w:color="auto"/>
            <w:right w:val="none" w:sz="0" w:space="0" w:color="auto"/>
          </w:divBdr>
        </w:div>
        <w:div w:id="1059524166">
          <w:marLeft w:val="480"/>
          <w:marRight w:val="0"/>
          <w:marTop w:val="0"/>
          <w:marBottom w:val="0"/>
          <w:divBdr>
            <w:top w:val="none" w:sz="0" w:space="0" w:color="auto"/>
            <w:left w:val="none" w:sz="0" w:space="0" w:color="auto"/>
            <w:bottom w:val="none" w:sz="0" w:space="0" w:color="auto"/>
            <w:right w:val="none" w:sz="0" w:space="0" w:color="auto"/>
          </w:divBdr>
        </w:div>
        <w:div w:id="1141531916">
          <w:marLeft w:val="480"/>
          <w:marRight w:val="0"/>
          <w:marTop w:val="0"/>
          <w:marBottom w:val="0"/>
          <w:divBdr>
            <w:top w:val="none" w:sz="0" w:space="0" w:color="auto"/>
            <w:left w:val="none" w:sz="0" w:space="0" w:color="auto"/>
            <w:bottom w:val="none" w:sz="0" w:space="0" w:color="auto"/>
            <w:right w:val="none" w:sz="0" w:space="0" w:color="auto"/>
          </w:divBdr>
        </w:div>
        <w:div w:id="1179274078">
          <w:marLeft w:val="480"/>
          <w:marRight w:val="0"/>
          <w:marTop w:val="0"/>
          <w:marBottom w:val="0"/>
          <w:divBdr>
            <w:top w:val="none" w:sz="0" w:space="0" w:color="auto"/>
            <w:left w:val="none" w:sz="0" w:space="0" w:color="auto"/>
            <w:bottom w:val="none" w:sz="0" w:space="0" w:color="auto"/>
            <w:right w:val="none" w:sz="0" w:space="0" w:color="auto"/>
          </w:divBdr>
        </w:div>
        <w:div w:id="1217932388">
          <w:marLeft w:val="480"/>
          <w:marRight w:val="0"/>
          <w:marTop w:val="0"/>
          <w:marBottom w:val="0"/>
          <w:divBdr>
            <w:top w:val="none" w:sz="0" w:space="0" w:color="auto"/>
            <w:left w:val="none" w:sz="0" w:space="0" w:color="auto"/>
            <w:bottom w:val="none" w:sz="0" w:space="0" w:color="auto"/>
            <w:right w:val="none" w:sz="0" w:space="0" w:color="auto"/>
          </w:divBdr>
        </w:div>
        <w:div w:id="1296326930">
          <w:marLeft w:val="480"/>
          <w:marRight w:val="0"/>
          <w:marTop w:val="0"/>
          <w:marBottom w:val="0"/>
          <w:divBdr>
            <w:top w:val="none" w:sz="0" w:space="0" w:color="auto"/>
            <w:left w:val="none" w:sz="0" w:space="0" w:color="auto"/>
            <w:bottom w:val="none" w:sz="0" w:space="0" w:color="auto"/>
            <w:right w:val="none" w:sz="0" w:space="0" w:color="auto"/>
          </w:divBdr>
        </w:div>
        <w:div w:id="1395424537">
          <w:marLeft w:val="480"/>
          <w:marRight w:val="0"/>
          <w:marTop w:val="0"/>
          <w:marBottom w:val="0"/>
          <w:divBdr>
            <w:top w:val="none" w:sz="0" w:space="0" w:color="auto"/>
            <w:left w:val="none" w:sz="0" w:space="0" w:color="auto"/>
            <w:bottom w:val="none" w:sz="0" w:space="0" w:color="auto"/>
            <w:right w:val="none" w:sz="0" w:space="0" w:color="auto"/>
          </w:divBdr>
        </w:div>
        <w:div w:id="1490245866">
          <w:marLeft w:val="480"/>
          <w:marRight w:val="0"/>
          <w:marTop w:val="0"/>
          <w:marBottom w:val="0"/>
          <w:divBdr>
            <w:top w:val="none" w:sz="0" w:space="0" w:color="auto"/>
            <w:left w:val="none" w:sz="0" w:space="0" w:color="auto"/>
            <w:bottom w:val="none" w:sz="0" w:space="0" w:color="auto"/>
            <w:right w:val="none" w:sz="0" w:space="0" w:color="auto"/>
          </w:divBdr>
        </w:div>
        <w:div w:id="1526866915">
          <w:marLeft w:val="480"/>
          <w:marRight w:val="0"/>
          <w:marTop w:val="0"/>
          <w:marBottom w:val="0"/>
          <w:divBdr>
            <w:top w:val="none" w:sz="0" w:space="0" w:color="auto"/>
            <w:left w:val="none" w:sz="0" w:space="0" w:color="auto"/>
            <w:bottom w:val="none" w:sz="0" w:space="0" w:color="auto"/>
            <w:right w:val="none" w:sz="0" w:space="0" w:color="auto"/>
          </w:divBdr>
        </w:div>
        <w:div w:id="1713142836">
          <w:marLeft w:val="480"/>
          <w:marRight w:val="0"/>
          <w:marTop w:val="0"/>
          <w:marBottom w:val="0"/>
          <w:divBdr>
            <w:top w:val="none" w:sz="0" w:space="0" w:color="auto"/>
            <w:left w:val="none" w:sz="0" w:space="0" w:color="auto"/>
            <w:bottom w:val="none" w:sz="0" w:space="0" w:color="auto"/>
            <w:right w:val="none" w:sz="0" w:space="0" w:color="auto"/>
          </w:divBdr>
        </w:div>
        <w:div w:id="1781414939">
          <w:marLeft w:val="480"/>
          <w:marRight w:val="0"/>
          <w:marTop w:val="0"/>
          <w:marBottom w:val="0"/>
          <w:divBdr>
            <w:top w:val="none" w:sz="0" w:space="0" w:color="auto"/>
            <w:left w:val="none" w:sz="0" w:space="0" w:color="auto"/>
            <w:bottom w:val="none" w:sz="0" w:space="0" w:color="auto"/>
            <w:right w:val="none" w:sz="0" w:space="0" w:color="auto"/>
          </w:divBdr>
        </w:div>
        <w:div w:id="1789230609">
          <w:marLeft w:val="480"/>
          <w:marRight w:val="0"/>
          <w:marTop w:val="0"/>
          <w:marBottom w:val="0"/>
          <w:divBdr>
            <w:top w:val="none" w:sz="0" w:space="0" w:color="auto"/>
            <w:left w:val="none" w:sz="0" w:space="0" w:color="auto"/>
            <w:bottom w:val="none" w:sz="0" w:space="0" w:color="auto"/>
            <w:right w:val="none" w:sz="0" w:space="0" w:color="auto"/>
          </w:divBdr>
        </w:div>
        <w:div w:id="2127264670">
          <w:marLeft w:val="480"/>
          <w:marRight w:val="0"/>
          <w:marTop w:val="0"/>
          <w:marBottom w:val="0"/>
          <w:divBdr>
            <w:top w:val="none" w:sz="0" w:space="0" w:color="auto"/>
            <w:left w:val="none" w:sz="0" w:space="0" w:color="auto"/>
            <w:bottom w:val="none" w:sz="0" w:space="0" w:color="auto"/>
            <w:right w:val="none" w:sz="0" w:space="0" w:color="auto"/>
          </w:divBdr>
        </w:div>
      </w:divsChild>
    </w:div>
    <w:div w:id="290215227">
      <w:bodyDiv w:val="1"/>
      <w:marLeft w:val="0"/>
      <w:marRight w:val="0"/>
      <w:marTop w:val="0"/>
      <w:marBottom w:val="0"/>
      <w:divBdr>
        <w:top w:val="none" w:sz="0" w:space="0" w:color="auto"/>
        <w:left w:val="none" w:sz="0" w:space="0" w:color="auto"/>
        <w:bottom w:val="none" w:sz="0" w:space="0" w:color="auto"/>
        <w:right w:val="none" w:sz="0" w:space="0" w:color="auto"/>
      </w:divBdr>
    </w:div>
    <w:div w:id="290862767">
      <w:bodyDiv w:val="1"/>
      <w:marLeft w:val="0"/>
      <w:marRight w:val="0"/>
      <w:marTop w:val="0"/>
      <w:marBottom w:val="0"/>
      <w:divBdr>
        <w:top w:val="none" w:sz="0" w:space="0" w:color="auto"/>
        <w:left w:val="none" w:sz="0" w:space="0" w:color="auto"/>
        <w:bottom w:val="none" w:sz="0" w:space="0" w:color="auto"/>
        <w:right w:val="none" w:sz="0" w:space="0" w:color="auto"/>
      </w:divBdr>
    </w:div>
    <w:div w:id="293291723">
      <w:bodyDiv w:val="1"/>
      <w:marLeft w:val="0"/>
      <w:marRight w:val="0"/>
      <w:marTop w:val="0"/>
      <w:marBottom w:val="0"/>
      <w:divBdr>
        <w:top w:val="none" w:sz="0" w:space="0" w:color="auto"/>
        <w:left w:val="none" w:sz="0" w:space="0" w:color="auto"/>
        <w:bottom w:val="none" w:sz="0" w:space="0" w:color="auto"/>
        <w:right w:val="none" w:sz="0" w:space="0" w:color="auto"/>
      </w:divBdr>
    </w:div>
    <w:div w:id="298341095">
      <w:bodyDiv w:val="1"/>
      <w:marLeft w:val="0"/>
      <w:marRight w:val="0"/>
      <w:marTop w:val="0"/>
      <w:marBottom w:val="0"/>
      <w:divBdr>
        <w:top w:val="none" w:sz="0" w:space="0" w:color="auto"/>
        <w:left w:val="none" w:sz="0" w:space="0" w:color="auto"/>
        <w:bottom w:val="none" w:sz="0" w:space="0" w:color="auto"/>
        <w:right w:val="none" w:sz="0" w:space="0" w:color="auto"/>
      </w:divBdr>
    </w:div>
    <w:div w:id="300694011">
      <w:bodyDiv w:val="1"/>
      <w:marLeft w:val="0"/>
      <w:marRight w:val="0"/>
      <w:marTop w:val="0"/>
      <w:marBottom w:val="0"/>
      <w:divBdr>
        <w:top w:val="none" w:sz="0" w:space="0" w:color="auto"/>
        <w:left w:val="none" w:sz="0" w:space="0" w:color="auto"/>
        <w:bottom w:val="none" w:sz="0" w:space="0" w:color="auto"/>
        <w:right w:val="none" w:sz="0" w:space="0" w:color="auto"/>
      </w:divBdr>
      <w:divsChild>
        <w:div w:id="38863611">
          <w:marLeft w:val="480"/>
          <w:marRight w:val="0"/>
          <w:marTop w:val="0"/>
          <w:marBottom w:val="0"/>
          <w:divBdr>
            <w:top w:val="none" w:sz="0" w:space="0" w:color="auto"/>
            <w:left w:val="none" w:sz="0" w:space="0" w:color="auto"/>
            <w:bottom w:val="none" w:sz="0" w:space="0" w:color="auto"/>
            <w:right w:val="none" w:sz="0" w:space="0" w:color="auto"/>
          </w:divBdr>
        </w:div>
        <w:div w:id="44913315">
          <w:marLeft w:val="480"/>
          <w:marRight w:val="0"/>
          <w:marTop w:val="0"/>
          <w:marBottom w:val="0"/>
          <w:divBdr>
            <w:top w:val="none" w:sz="0" w:space="0" w:color="auto"/>
            <w:left w:val="none" w:sz="0" w:space="0" w:color="auto"/>
            <w:bottom w:val="none" w:sz="0" w:space="0" w:color="auto"/>
            <w:right w:val="none" w:sz="0" w:space="0" w:color="auto"/>
          </w:divBdr>
        </w:div>
        <w:div w:id="95292420">
          <w:marLeft w:val="480"/>
          <w:marRight w:val="0"/>
          <w:marTop w:val="0"/>
          <w:marBottom w:val="0"/>
          <w:divBdr>
            <w:top w:val="none" w:sz="0" w:space="0" w:color="auto"/>
            <w:left w:val="none" w:sz="0" w:space="0" w:color="auto"/>
            <w:bottom w:val="none" w:sz="0" w:space="0" w:color="auto"/>
            <w:right w:val="none" w:sz="0" w:space="0" w:color="auto"/>
          </w:divBdr>
        </w:div>
        <w:div w:id="182473646">
          <w:marLeft w:val="480"/>
          <w:marRight w:val="0"/>
          <w:marTop w:val="0"/>
          <w:marBottom w:val="0"/>
          <w:divBdr>
            <w:top w:val="none" w:sz="0" w:space="0" w:color="auto"/>
            <w:left w:val="none" w:sz="0" w:space="0" w:color="auto"/>
            <w:bottom w:val="none" w:sz="0" w:space="0" w:color="auto"/>
            <w:right w:val="none" w:sz="0" w:space="0" w:color="auto"/>
          </w:divBdr>
        </w:div>
        <w:div w:id="285240123">
          <w:marLeft w:val="480"/>
          <w:marRight w:val="0"/>
          <w:marTop w:val="0"/>
          <w:marBottom w:val="0"/>
          <w:divBdr>
            <w:top w:val="none" w:sz="0" w:space="0" w:color="auto"/>
            <w:left w:val="none" w:sz="0" w:space="0" w:color="auto"/>
            <w:bottom w:val="none" w:sz="0" w:space="0" w:color="auto"/>
            <w:right w:val="none" w:sz="0" w:space="0" w:color="auto"/>
          </w:divBdr>
        </w:div>
        <w:div w:id="304314551">
          <w:marLeft w:val="480"/>
          <w:marRight w:val="0"/>
          <w:marTop w:val="0"/>
          <w:marBottom w:val="0"/>
          <w:divBdr>
            <w:top w:val="none" w:sz="0" w:space="0" w:color="auto"/>
            <w:left w:val="none" w:sz="0" w:space="0" w:color="auto"/>
            <w:bottom w:val="none" w:sz="0" w:space="0" w:color="auto"/>
            <w:right w:val="none" w:sz="0" w:space="0" w:color="auto"/>
          </w:divBdr>
        </w:div>
        <w:div w:id="442110970">
          <w:marLeft w:val="480"/>
          <w:marRight w:val="0"/>
          <w:marTop w:val="0"/>
          <w:marBottom w:val="0"/>
          <w:divBdr>
            <w:top w:val="none" w:sz="0" w:space="0" w:color="auto"/>
            <w:left w:val="none" w:sz="0" w:space="0" w:color="auto"/>
            <w:bottom w:val="none" w:sz="0" w:space="0" w:color="auto"/>
            <w:right w:val="none" w:sz="0" w:space="0" w:color="auto"/>
          </w:divBdr>
        </w:div>
        <w:div w:id="455218576">
          <w:marLeft w:val="480"/>
          <w:marRight w:val="0"/>
          <w:marTop w:val="0"/>
          <w:marBottom w:val="0"/>
          <w:divBdr>
            <w:top w:val="none" w:sz="0" w:space="0" w:color="auto"/>
            <w:left w:val="none" w:sz="0" w:space="0" w:color="auto"/>
            <w:bottom w:val="none" w:sz="0" w:space="0" w:color="auto"/>
            <w:right w:val="none" w:sz="0" w:space="0" w:color="auto"/>
          </w:divBdr>
        </w:div>
        <w:div w:id="510873113">
          <w:marLeft w:val="480"/>
          <w:marRight w:val="0"/>
          <w:marTop w:val="0"/>
          <w:marBottom w:val="0"/>
          <w:divBdr>
            <w:top w:val="none" w:sz="0" w:space="0" w:color="auto"/>
            <w:left w:val="none" w:sz="0" w:space="0" w:color="auto"/>
            <w:bottom w:val="none" w:sz="0" w:space="0" w:color="auto"/>
            <w:right w:val="none" w:sz="0" w:space="0" w:color="auto"/>
          </w:divBdr>
        </w:div>
        <w:div w:id="637882315">
          <w:marLeft w:val="480"/>
          <w:marRight w:val="0"/>
          <w:marTop w:val="0"/>
          <w:marBottom w:val="0"/>
          <w:divBdr>
            <w:top w:val="none" w:sz="0" w:space="0" w:color="auto"/>
            <w:left w:val="none" w:sz="0" w:space="0" w:color="auto"/>
            <w:bottom w:val="none" w:sz="0" w:space="0" w:color="auto"/>
            <w:right w:val="none" w:sz="0" w:space="0" w:color="auto"/>
          </w:divBdr>
        </w:div>
        <w:div w:id="820197145">
          <w:marLeft w:val="480"/>
          <w:marRight w:val="0"/>
          <w:marTop w:val="0"/>
          <w:marBottom w:val="0"/>
          <w:divBdr>
            <w:top w:val="none" w:sz="0" w:space="0" w:color="auto"/>
            <w:left w:val="none" w:sz="0" w:space="0" w:color="auto"/>
            <w:bottom w:val="none" w:sz="0" w:space="0" w:color="auto"/>
            <w:right w:val="none" w:sz="0" w:space="0" w:color="auto"/>
          </w:divBdr>
        </w:div>
        <w:div w:id="841041454">
          <w:marLeft w:val="480"/>
          <w:marRight w:val="0"/>
          <w:marTop w:val="0"/>
          <w:marBottom w:val="0"/>
          <w:divBdr>
            <w:top w:val="none" w:sz="0" w:space="0" w:color="auto"/>
            <w:left w:val="none" w:sz="0" w:space="0" w:color="auto"/>
            <w:bottom w:val="none" w:sz="0" w:space="0" w:color="auto"/>
            <w:right w:val="none" w:sz="0" w:space="0" w:color="auto"/>
          </w:divBdr>
        </w:div>
        <w:div w:id="904073986">
          <w:marLeft w:val="480"/>
          <w:marRight w:val="0"/>
          <w:marTop w:val="0"/>
          <w:marBottom w:val="0"/>
          <w:divBdr>
            <w:top w:val="none" w:sz="0" w:space="0" w:color="auto"/>
            <w:left w:val="none" w:sz="0" w:space="0" w:color="auto"/>
            <w:bottom w:val="none" w:sz="0" w:space="0" w:color="auto"/>
            <w:right w:val="none" w:sz="0" w:space="0" w:color="auto"/>
          </w:divBdr>
        </w:div>
        <w:div w:id="943654566">
          <w:marLeft w:val="480"/>
          <w:marRight w:val="0"/>
          <w:marTop w:val="0"/>
          <w:marBottom w:val="0"/>
          <w:divBdr>
            <w:top w:val="none" w:sz="0" w:space="0" w:color="auto"/>
            <w:left w:val="none" w:sz="0" w:space="0" w:color="auto"/>
            <w:bottom w:val="none" w:sz="0" w:space="0" w:color="auto"/>
            <w:right w:val="none" w:sz="0" w:space="0" w:color="auto"/>
          </w:divBdr>
        </w:div>
        <w:div w:id="1096513578">
          <w:marLeft w:val="480"/>
          <w:marRight w:val="0"/>
          <w:marTop w:val="0"/>
          <w:marBottom w:val="0"/>
          <w:divBdr>
            <w:top w:val="none" w:sz="0" w:space="0" w:color="auto"/>
            <w:left w:val="none" w:sz="0" w:space="0" w:color="auto"/>
            <w:bottom w:val="none" w:sz="0" w:space="0" w:color="auto"/>
            <w:right w:val="none" w:sz="0" w:space="0" w:color="auto"/>
          </w:divBdr>
        </w:div>
        <w:div w:id="1128666255">
          <w:marLeft w:val="480"/>
          <w:marRight w:val="0"/>
          <w:marTop w:val="0"/>
          <w:marBottom w:val="0"/>
          <w:divBdr>
            <w:top w:val="none" w:sz="0" w:space="0" w:color="auto"/>
            <w:left w:val="none" w:sz="0" w:space="0" w:color="auto"/>
            <w:bottom w:val="none" w:sz="0" w:space="0" w:color="auto"/>
            <w:right w:val="none" w:sz="0" w:space="0" w:color="auto"/>
          </w:divBdr>
        </w:div>
        <w:div w:id="1190754204">
          <w:marLeft w:val="480"/>
          <w:marRight w:val="0"/>
          <w:marTop w:val="0"/>
          <w:marBottom w:val="0"/>
          <w:divBdr>
            <w:top w:val="none" w:sz="0" w:space="0" w:color="auto"/>
            <w:left w:val="none" w:sz="0" w:space="0" w:color="auto"/>
            <w:bottom w:val="none" w:sz="0" w:space="0" w:color="auto"/>
            <w:right w:val="none" w:sz="0" w:space="0" w:color="auto"/>
          </w:divBdr>
        </w:div>
        <w:div w:id="1237931419">
          <w:marLeft w:val="480"/>
          <w:marRight w:val="0"/>
          <w:marTop w:val="0"/>
          <w:marBottom w:val="0"/>
          <w:divBdr>
            <w:top w:val="none" w:sz="0" w:space="0" w:color="auto"/>
            <w:left w:val="none" w:sz="0" w:space="0" w:color="auto"/>
            <w:bottom w:val="none" w:sz="0" w:space="0" w:color="auto"/>
            <w:right w:val="none" w:sz="0" w:space="0" w:color="auto"/>
          </w:divBdr>
        </w:div>
        <w:div w:id="1283269187">
          <w:marLeft w:val="480"/>
          <w:marRight w:val="0"/>
          <w:marTop w:val="0"/>
          <w:marBottom w:val="0"/>
          <w:divBdr>
            <w:top w:val="none" w:sz="0" w:space="0" w:color="auto"/>
            <w:left w:val="none" w:sz="0" w:space="0" w:color="auto"/>
            <w:bottom w:val="none" w:sz="0" w:space="0" w:color="auto"/>
            <w:right w:val="none" w:sz="0" w:space="0" w:color="auto"/>
          </w:divBdr>
        </w:div>
        <w:div w:id="1289359549">
          <w:marLeft w:val="480"/>
          <w:marRight w:val="0"/>
          <w:marTop w:val="0"/>
          <w:marBottom w:val="0"/>
          <w:divBdr>
            <w:top w:val="none" w:sz="0" w:space="0" w:color="auto"/>
            <w:left w:val="none" w:sz="0" w:space="0" w:color="auto"/>
            <w:bottom w:val="none" w:sz="0" w:space="0" w:color="auto"/>
            <w:right w:val="none" w:sz="0" w:space="0" w:color="auto"/>
          </w:divBdr>
        </w:div>
        <w:div w:id="1495149313">
          <w:marLeft w:val="480"/>
          <w:marRight w:val="0"/>
          <w:marTop w:val="0"/>
          <w:marBottom w:val="0"/>
          <w:divBdr>
            <w:top w:val="none" w:sz="0" w:space="0" w:color="auto"/>
            <w:left w:val="none" w:sz="0" w:space="0" w:color="auto"/>
            <w:bottom w:val="none" w:sz="0" w:space="0" w:color="auto"/>
            <w:right w:val="none" w:sz="0" w:space="0" w:color="auto"/>
          </w:divBdr>
        </w:div>
        <w:div w:id="1495219649">
          <w:marLeft w:val="480"/>
          <w:marRight w:val="0"/>
          <w:marTop w:val="0"/>
          <w:marBottom w:val="0"/>
          <w:divBdr>
            <w:top w:val="none" w:sz="0" w:space="0" w:color="auto"/>
            <w:left w:val="none" w:sz="0" w:space="0" w:color="auto"/>
            <w:bottom w:val="none" w:sz="0" w:space="0" w:color="auto"/>
            <w:right w:val="none" w:sz="0" w:space="0" w:color="auto"/>
          </w:divBdr>
        </w:div>
        <w:div w:id="1530951454">
          <w:marLeft w:val="480"/>
          <w:marRight w:val="0"/>
          <w:marTop w:val="0"/>
          <w:marBottom w:val="0"/>
          <w:divBdr>
            <w:top w:val="none" w:sz="0" w:space="0" w:color="auto"/>
            <w:left w:val="none" w:sz="0" w:space="0" w:color="auto"/>
            <w:bottom w:val="none" w:sz="0" w:space="0" w:color="auto"/>
            <w:right w:val="none" w:sz="0" w:space="0" w:color="auto"/>
          </w:divBdr>
        </w:div>
        <w:div w:id="1550219082">
          <w:marLeft w:val="480"/>
          <w:marRight w:val="0"/>
          <w:marTop w:val="0"/>
          <w:marBottom w:val="0"/>
          <w:divBdr>
            <w:top w:val="none" w:sz="0" w:space="0" w:color="auto"/>
            <w:left w:val="none" w:sz="0" w:space="0" w:color="auto"/>
            <w:bottom w:val="none" w:sz="0" w:space="0" w:color="auto"/>
            <w:right w:val="none" w:sz="0" w:space="0" w:color="auto"/>
          </w:divBdr>
        </w:div>
        <w:div w:id="1571620766">
          <w:marLeft w:val="480"/>
          <w:marRight w:val="0"/>
          <w:marTop w:val="0"/>
          <w:marBottom w:val="0"/>
          <w:divBdr>
            <w:top w:val="none" w:sz="0" w:space="0" w:color="auto"/>
            <w:left w:val="none" w:sz="0" w:space="0" w:color="auto"/>
            <w:bottom w:val="none" w:sz="0" w:space="0" w:color="auto"/>
            <w:right w:val="none" w:sz="0" w:space="0" w:color="auto"/>
          </w:divBdr>
        </w:div>
        <w:div w:id="1635255423">
          <w:marLeft w:val="480"/>
          <w:marRight w:val="0"/>
          <w:marTop w:val="0"/>
          <w:marBottom w:val="0"/>
          <w:divBdr>
            <w:top w:val="none" w:sz="0" w:space="0" w:color="auto"/>
            <w:left w:val="none" w:sz="0" w:space="0" w:color="auto"/>
            <w:bottom w:val="none" w:sz="0" w:space="0" w:color="auto"/>
            <w:right w:val="none" w:sz="0" w:space="0" w:color="auto"/>
          </w:divBdr>
        </w:div>
        <w:div w:id="2016614210">
          <w:marLeft w:val="480"/>
          <w:marRight w:val="0"/>
          <w:marTop w:val="0"/>
          <w:marBottom w:val="0"/>
          <w:divBdr>
            <w:top w:val="none" w:sz="0" w:space="0" w:color="auto"/>
            <w:left w:val="none" w:sz="0" w:space="0" w:color="auto"/>
            <w:bottom w:val="none" w:sz="0" w:space="0" w:color="auto"/>
            <w:right w:val="none" w:sz="0" w:space="0" w:color="auto"/>
          </w:divBdr>
        </w:div>
        <w:div w:id="2054034357">
          <w:marLeft w:val="480"/>
          <w:marRight w:val="0"/>
          <w:marTop w:val="0"/>
          <w:marBottom w:val="0"/>
          <w:divBdr>
            <w:top w:val="none" w:sz="0" w:space="0" w:color="auto"/>
            <w:left w:val="none" w:sz="0" w:space="0" w:color="auto"/>
            <w:bottom w:val="none" w:sz="0" w:space="0" w:color="auto"/>
            <w:right w:val="none" w:sz="0" w:space="0" w:color="auto"/>
          </w:divBdr>
        </w:div>
        <w:div w:id="2093157692">
          <w:marLeft w:val="480"/>
          <w:marRight w:val="0"/>
          <w:marTop w:val="0"/>
          <w:marBottom w:val="0"/>
          <w:divBdr>
            <w:top w:val="none" w:sz="0" w:space="0" w:color="auto"/>
            <w:left w:val="none" w:sz="0" w:space="0" w:color="auto"/>
            <w:bottom w:val="none" w:sz="0" w:space="0" w:color="auto"/>
            <w:right w:val="none" w:sz="0" w:space="0" w:color="auto"/>
          </w:divBdr>
        </w:div>
        <w:div w:id="2098017722">
          <w:marLeft w:val="480"/>
          <w:marRight w:val="0"/>
          <w:marTop w:val="0"/>
          <w:marBottom w:val="0"/>
          <w:divBdr>
            <w:top w:val="none" w:sz="0" w:space="0" w:color="auto"/>
            <w:left w:val="none" w:sz="0" w:space="0" w:color="auto"/>
            <w:bottom w:val="none" w:sz="0" w:space="0" w:color="auto"/>
            <w:right w:val="none" w:sz="0" w:space="0" w:color="auto"/>
          </w:divBdr>
        </w:div>
        <w:div w:id="2113433141">
          <w:marLeft w:val="480"/>
          <w:marRight w:val="0"/>
          <w:marTop w:val="0"/>
          <w:marBottom w:val="0"/>
          <w:divBdr>
            <w:top w:val="none" w:sz="0" w:space="0" w:color="auto"/>
            <w:left w:val="none" w:sz="0" w:space="0" w:color="auto"/>
            <w:bottom w:val="none" w:sz="0" w:space="0" w:color="auto"/>
            <w:right w:val="none" w:sz="0" w:space="0" w:color="auto"/>
          </w:divBdr>
        </w:div>
        <w:div w:id="2131119741">
          <w:marLeft w:val="480"/>
          <w:marRight w:val="0"/>
          <w:marTop w:val="0"/>
          <w:marBottom w:val="0"/>
          <w:divBdr>
            <w:top w:val="none" w:sz="0" w:space="0" w:color="auto"/>
            <w:left w:val="none" w:sz="0" w:space="0" w:color="auto"/>
            <w:bottom w:val="none" w:sz="0" w:space="0" w:color="auto"/>
            <w:right w:val="none" w:sz="0" w:space="0" w:color="auto"/>
          </w:divBdr>
        </w:div>
      </w:divsChild>
    </w:div>
    <w:div w:id="303197306">
      <w:bodyDiv w:val="1"/>
      <w:marLeft w:val="0"/>
      <w:marRight w:val="0"/>
      <w:marTop w:val="0"/>
      <w:marBottom w:val="0"/>
      <w:divBdr>
        <w:top w:val="none" w:sz="0" w:space="0" w:color="auto"/>
        <w:left w:val="none" w:sz="0" w:space="0" w:color="auto"/>
        <w:bottom w:val="none" w:sz="0" w:space="0" w:color="auto"/>
        <w:right w:val="none" w:sz="0" w:space="0" w:color="auto"/>
      </w:divBdr>
    </w:div>
    <w:div w:id="303853311">
      <w:bodyDiv w:val="1"/>
      <w:marLeft w:val="0"/>
      <w:marRight w:val="0"/>
      <w:marTop w:val="0"/>
      <w:marBottom w:val="0"/>
      <w:divBdr>
        <w:top w:val="none" w:sz="0" w:space="0" w:color="auto"/>
        <w:left w:val="none" w:sz="0" w:space="0" w:color="auto"/>
        <w:bottom w:val="none" w:sz="0" w:space="0" w:color="auto"/>
        <w:right w:val="none" w:sz="0" w:space="0" w:color="auto"/>
      </w:divBdr>
      <w:divsChild>
        <w:div w:id="59906815">
          <w:marLeft w:val="480"/>
          <w:marRight w:val="0"/>
          <w:marTop w:val="0"/>
          <w:marBottom w:val="0"/>
          <w:divBdr>
            <w:top w:val="none" w:sz="0" w:space="0" w:color="auto"/>
            <w:left w:val="none" w:sz="0" w:space="0" w:color="auto"/>
            <w:bottom w:val="none" w:sz="0" w:space="0" w:color="auto"/>
            <w:right w:val="none" w:sz="0" w:space="0" w:color="auto"/>
          </w:divBdr>
        </w:div>
        <w:div w:id="171920321">
          <w:marLeft w:val="480"/>
          <w:marRight w:val="0"/>
          <w:marTop w:val="0"/>
          <w:marBottom w:val="0"/>
          <w:divBdr>
            <w:top w:val="none" w:sz="0" w:space="0" w:color="auto"/>
            <w:left w:val="none" w:sz="0" w:space="0" w:color="auto"/>
            <w:bottom w:val="none" w:sz="0" w:space="0" w:color="auto"/>
            <w:right w:val="none" w:sz="0" w:space="0" w:color="auto"/>
          </w:divBdr>
        </w:div>
        <w:div w:id="179324218">
          <w:marLeft w:val="480"/>
          <w:marRight w:val="0"/>
          <w:marTop w:val="0"/>
          <w:marBottom w:val="0"/>
          <w:divBdr>
            <w:top w:val="none" w:sz="0" w:space="0" w:color="auto"/>
            <w:left w:val="none" w:sz="0" w:space="0" w:color="auto"/>
            <w:bottom w:val="none" w:sz="0" w:space="0" w:color="auto"/>
            <w:right w:val="none" w:sz="0" w:space="0" w:color="auto"/>
          </w:divBdr>
        </w:div>
        <w:div w:id="241531700">
          <w:marLeft w:val="480"/>
          <w:marRight w:val="0"/>
          <w:marTop w:val="0"/>
          <w:marBottom w:val="0"/>
          <w:divBdr>
            <w:top w:val="none" w:sz="0" w:space="0" w:color="auto"/>
            <w:left w:val="none" w:sz="0" w:space="0" w:color="auto"/>
            <w:bottom w:val="none" w:sz="0" w:space="0" w:color="auto"/>
            <w:right w:val="none" w:sz="0" w:space="0" w:color="auto"/>
          </w:divBdr>
        </w:div>
        <w:div w:id="284654592">
          <w:marLeft w:val="480"/>
          <w:marRight w:val="0"/>
          <w:marTop w:val="0"/>
          <w:marBottom w:val="0"/>
          <w:divBdr>
            <w:top w:val="none" w:sz="0" w:space="0" w:color="auto"/>
            <w:left w:val="none" w:sz="0" w:space="0" w:color="auto"/>
            <w:bottom w:val="none" w:sz="0" w:space="0" w:color="auto"/>
            <w:right w:val="none" w:sz="0" w:space="0" w:color="auto"/>
          </w:divBdr>
        </w:div>
        <w:div w:id="299312095">
          <w:marLeft w:val="480"/>
          <w:marRight w:val="0"/>
          <w:marTop w:val="0"/>
          <w:marBottom w:val="0"/>
          <w:divBdr>
            <w:top w:val="none" w:sz="0" w:space="0" w:color="auto"/>
            <w:left w:val="none" w:sz="0" w:space="0" w:color="auto"/>
            <w:bottom w:val="none" w:sz="0" w:space="0" w:color="auto"/>
            <w:right w:val="none" w:sz="0" w:space="0" w:color="auto"/>
          </w:divBdr>
        </w:div>
        <w:div w:id="304360526">
          <w:marLeft w:val="480"/>
          <w:marRight w:val="0"/>
          <w:marTop w:val="0"/>
          <w:marBottom w:val="0"/>
          <w:divBdr>
            <w:top w:val="none" w:sz="0" w:space="0" w:color="auto"/>
            <w:left w:val="none" w:sz="0" w:space="0" w:color="auto"/>
            <w:bottom w:val="none" w:sz="0" w:space="0" w:color="auto"/>
            <w:right w:val="none" w:sz="0" w:space="0" w:color="auto"/>
          </w:divBdr>
        </w:div>
        <w:div w:id="330372890">
          <w:marLeft w:val="480"/>
          <w:marRight w:val="0"/>
          <w:marTop w:val="0"/>
          <w:marBottom w:val="0"/>
          <w:divBdr>
            <w:top w:val="none" w:sz="0" w:space="0" w:color="auto"/>
            <w:left w:val="none" w:sz="0" w:space="0" w:color="auto"/>
            <w:bottom w:val="none" w:sz="0" w:space="0" w:color="auto"/>
            <w:right w:val="none" w:sz="0" w:space="0" w:color="auto"/>
          </w:divBdr>
        </w:div>
        <w:div w:id="407466250">
          <w:marLeft w:val="480"/>
          <w:marRight w:val="0"/>
          <w:marTop w:val="0"/>
          <w:marBottom w:val="0"/>
          <w:divBdr>
            <w:top w:val="none" w:sz="0" w:space="0" w:color="auto"/>
            <w:left w:val="none" w:sz="0" w:space="0" w:color="auto"/>
            <w:bottom w:val="none" w:sz="0" w:space="0" w:color="auto"/>
            <w:right w:val="none" w:sz="0" w:space="0" w:color="auto"/>
          </w:divBdr>
        </w:div>
        <w:div w:id="420224042">
          <w:marLeft w:val="480"/>
          <w:marRight w:val="0"/>
          <w:marTop w:val="0"/>
          <w:marBottom w:val="0"/>
          <w:divBdr>
            <w:top w:val="none" w:sz="0" w:space="0" w:color="auto"/>
            <w:left w:val="none" w:sz="0" w:space="0" w:color="auto"/>
            <w:bottom w:val="none" w:sz="0" w:space="0" w:color="auto"/>
            <w:right w:val="none" w:sz="0" w:space="0" w:color="auto"/>
          </w:divBdr>
        </w:div>
        <w:div w:id="555510525">
          <w:marLeft w:val="480"/>
          <w:marRight w:val="0"/>
          <w:marTop w:val="0"/>
          <w:marBottom w:val="0"/>
          <w:divBdr>
            <w:top w:val="none" w:sz="0" w:space="0" w:color="auto"/>
            <w:left w:val="none" w:sz="0" w:space="0" w:color="auto"/>
            <w:bottom w:val="none" w:sz="0" w:space="0" w:color="auto"/>
            <w:right w:val="none" w:sz="0" w:space="0" w:color="auto"/>
          </w:divBdr>
        </w:div>
        <w:div w:id="606930482">
          <w:marLeft w:val="480"/>
          <w:marRight w:val="0"/>
          <w:marTop w:val="0"/>
          <w:marBottom w:val="0"/>
          <w:divBdr>
            <w:top w:val="none" w:sz="0" w:space="0" w:color="auto"/>
            <w:left w:val="none" w:sz="0" w:space="0" w:color="auto"/>
            <w:bottom w:val="none" w:sz="0" w:space="0" w:color="auto"/>
            <w:right w:val="none" w:sz="0" w:space="0" w:color="auto"/>
          </w:divBdr>
        </w:div>
        <w:div w:id="625745974">
          <w:marLeft w:val="480"/>
          <w:marRight w:val="0"/>
          <w:marTop w:val="0"/>
          <w:marBottom w:val="0"/>
          <w:divBdr>
            <w:top w:val="none" w:sz="0" w:space="0" w:color="auto"/>
            <w:left w:val="none" w:sz="0" w:space="0" w:color="auto"/>
            <w:bottom w:val="none" w:sz="0" w:space="0" w:color="auto"/>
            <w:right w:val="none" w:sz="0" w:space="0" w:color="auto"/>
          </w:divBdr>
        </w:div>
        <w:div w:id="631785997">
          <w:marLeft w:val="480"/>
          <w:marRight w:val="0"/>
          <w:marTop w:val="0"/>
          <w:marBottom w:val="0"/>
          <w:divBdr>
            <w:top w:val="none" w:sz="0" w:space="0" w:color="auto"/>
            <w:left w:val="none" w:sz="0" w:space="0" w:color="auto"/>
            <w:bottom w:val="none" w:sz="0" w:space="0" w:color="auto"/>
            <w:right w:val="none" w:sz="0" w:space="0" w:color="auto"/>
          </w:divBdr>
        </w:div>
        <w:div w:id="686251403">
          <w:marLeft w:val="480"/>
          <w:marRight w:val="0"/>
          <w:marTop w:val="0"/>
          <w:marBottom w:val="0"/>
          <w:divBdr>
            <w:top w:val="none" w:sz="0" w:space="0" w:color="auto"/>
            <w:left w:val="none" w:sz="0" w:space="0" w:color="auto"/>
            <w:bottom w:val="none" w:sz="0" w:space="0" w:color="auto"/>
            <w:right w:val="none" w:sz="0" w:space="0" w:color="auto"/>
          </w:divBdr>
        </w:div>
        <w:div w:id="691959629">
          <w:marLeft w:val="480"/>
          <w:marRight w:val="0"/>
          <w:marTop w:val="0"/>
          <w:marBottom w:val="0"/>
          <w:divBdr>
            <w:top w:val="none" w:sz="0" w:space="0" w:color="auto"/>
            <w:left w:val="none" w:sz="0" w:space="0" w:color="auto"/>
            <w:bottom w:val="none" w:sz="0" w:space="0" w:color="auto"/>
            <w:right w:val="none" w:sz="0" w:space="0" w:color="auto"/>
          </w:divBdr>
        </w:div>
        <w:div w:id="708530853">
          <w:marLeft w:val="480"/>
          <w:marRight w:val="0"/>
          <w:marTop w:val="0"/>
          <w:marBottom w:val="0"/>
          <w:divBdr>
            <w:top w:val="none" w:sz="0" w:space="0" w:color="auto"/>
            <w:left w:val="none" w:sz="0" w:space="0" w:color="auto"/>
            <w:bottom w:val="none" w:sz="0" w:space="0" w:color="auto"/>
            <w:right w:val="none" w:sz="0" w:space="0" w:color="auto"/>
          </w:divBdr>
        </w:div>
        <w:div w:id="759326438">
          <w:marLeft w:val="480"/>
          <w:marRight w:val="0"/>
          <w:marTop w:val="0"/>
          <w:marBottom w:val="0"/>
          <w:divBdr>
            <w:top w:val="none" w:sz="0" w:space="0" w:color="auto"/>
            <w:left w:val="none" w:sz="0" w:space="0" w:color="auto"/>
            <w:bottom w:val="none" w:sz="0" w:space="0" w:color="auto"/>
            <w:right w:val="none" w:sz="0" w:space="0" w:color="auto"/>
          </w:divBdr>
        </w:div>
        <w:div w:id="806357935">
          <w:marLeft w:val="480"/>
          <w:marRight w:val="0"/>
          <w:marTop w:val="0"/>
          <w:marBottom w:val="0"/>
          <w:divBdr>
            <w:top w:val="none" w:sz="0" w:space="0" w:color="auto"/>
            <w:left w:val="none" w:sz="0" w:space="0" w:color="auto"/>
            <w:bottom w:val="none" w:sz="0" w:space="0" w:color="auto"/>
            <w:right w:val="none" w:sz="0" w:space="0" w:color="auto"/>
          </w:divBdr>
        </w:div>
        <w:div w:id="873813711">
          <w:marLeft w:val="480"/>
          <w:marRight w:val="0"/>
          <w:marTop w:val="0"/>
          <w:marBottom w:val="0"/>
          <w:divBdr>
            <w:top w:val="none" w:sz="0" w:space="0" w:color="auto"/>
            <w:left w:val="none" w:sz="0" w:space="0" w:color="auto"/>
            <w:bottom w:val="none" w:sz="0" w:space="0" w:color="auto"/>
            <w:right w:val="none" w:sz="0" w:space="0" w:color="auto"/>
          </w:divBdr>
        </w:div>
        <w:div w:id="904101246">
          <w:marLeft w:val="480"/>
          <w:marRight w:val="0"/>
          <w:marTop w:val="0"/>
          <w:marBottom w:val="0"/>
          <w:divBdr>
            <w:top w:val="none" w:sz="0" w:space="0" w:color="auto"/>
            <w:left w:val="none" w:sz="0" w:space="0" w:color="auto"/>
            <w:bottom w:val="none" w:sz="0" w:space="0" w:color="auto"/>
            <w:right w:val="none" w:sz="0" w:space="0" w:color="auto"/>
          </w:divBdr>
        </w:div>
        <w:div w:id="935481066">
          <w:marLeft w:val="480"/>
          <w:marRight w:val="0"/>
          <w:marTop w:val="0"/>
          <w:marBottom w:val="0"/>
          <w:divBdr>
            <w:top w:val="none" w:sz="0" w:space="0" w:color="auto"/>
            <w:left w:val="none" w:sz="0" w:space="0" w:color="auto"/>
            <w:bottom w:val="none" w:sz="0" w:space="0" w:color="auto"/>
            <w:right w:val="none" w:sz="0" w:space="0" w:color="auto"/>
          </w:divBdr>
        </w:div>
        <w:div w:id="997684577">
          <w:marLeft w:val="480"/>
          <w:marRight w:val="0"/>
          <w:marTop w:val="0"/>
          <w:marBottom w:val="0"/>
          <w:divBdr>
            <w:top w:val="none" w:sz="0" w:space="0" w:color="auto"/>
            <w:left w:val="none" w:sz="0" w:space="0" w:color="auto"/>
            <w:bottom w:val="none" w:sz="0" w:space="0" w:color="auto"/>
            <w:right w:val="none" w:sz="0" w:space="0" w:color="auto"/>
          </w:divBdr>
        </w:div>
        <w:div w:id="1008606637">
          <w:marLeft w:val="480"/>
          <w:marRight w:val="0"/>
          <w:marTop w:val="0"/>
          <w:marBottom w:val="0"/>
          <w:divBdr>
            <w:top w:val="none" w:sz="0" w:space="0" w:color="auto"/>
            <w:left w:val="none" w:sz="0" w:space="0" w:color="auto"/>
            <w:bottom w:val="none" w:sz="0" w:space="0" w:color="auto"/>
            <w:right w:val="none" w:sz="0" w:space="0" w:color="auto"/>
          </w:divBdr>
        </w:div>
        <w:div w:id="1141655923">
          <w:marLeft w:val="480"/>
          <w:marRight w:val="0"/>
          <w:marTop w:val="0"/>
          <w:marBottom w:val="0"/>
          <w:divBdr>
            <w:top w:val="none" w:sz="0" w:space="0" w:color="auto"/>
            <w:left w:val="none" w:sz="0" w:space="0" w:color="auto"/>
            <w:bottom w:val="none" w:sz="0" w:space="0" w:color="auto"/>
            <w:right w:val="none" w:sz="0" w:space="0" w:color="auto"/>
          </w:divBdr>
        </w:div>
        <w:div w:id="1156458494">
          <w:marLeft w:val="480"/>
          <w:marRight w:val="0"/>
          <w:marTop w:val="0"/>
          <w:marBottom w:val="0"/>
          <w:divBdr>
            <w:top w:val="none" w:sz="0" w:space="0" w:color="auto"/>
            <w:left w:val="none" w:sz="0" w:space="0" w:color="auto"/>
            <w:bottom w:val="none" w:sz="0" w:space="0" w:color="auto"/>
            <w:right w:val="none" w:sz="0" w:space="0" w:color="auto"/>
          </w:divBdr>
        </w:div>
        <w:div w:id="1164979521">
          <w:marLeft w:val="480"/>
          <w:marRight w:val="0"/>
          <w:marTop w:val="0"/>
          <w:marBottom w:val="0"/>
          <w:divBdr>
            <w:top w:val="none" w:sz="0" w:space="0" w:color="auto"/>
            <w:left w:val="none" w:sz="0" w:space="0" w:color="auto"/>
            <w:bottom w:val="none" w:sz="0" w:space="0" w:color="auto"/>
            <w:right w:val="none" w:sz="0" w:space="0" w:color="auto"/>
          </w:divBdr>
        </w:div>
        <w:div w:id="1294368088">
          <w:marLeft w:val="480"/>
          <w:marRight w:val="0"/>
          <w:marTop w:val="0"/>
          <w:marBottom w:val="0"/>
          <w:divBdr>
            <w:top w:val="none" w:sz="0" w:space="0" w:color="auto"/>
            <w:left w:val="none" w:sz="0" w:space="0" w:color="auto"/>
            <w:bottom w:val="none" w:sz="0" w:space="0" w:color="auto"/>
            <w:right w:val="none" w:sz="0" w:space="0" w:color="auto"/>
          </w:divBdr>
        </w:div>
        <w:div w:id="1346638332">
          <w:marLeft w:val="480"/>
          <w:marRight w:val="0"/>
          <w:marTop w:val="0"/>
          <w:marBottom w:val="0"/>
          <w:divBdr>
            <w:top w:val="none" w:sz="0" w:space="0" w:color="auto"/>
            <w:left w:val="none" w:sz="0" w:space="0" w:color="auto"/>
            <w:bottom w:val="none" w:sz="0" w:space="0" w:color="auto"/>
            <w:right w:val="none" w:sz="0" w:space="0" w:color="auto"/>
          </w:divBdr>
        </w:div>
        <w:div w:id="1450853868">
          <w:marLeft w:val="480"/>
          <w:marRight w:val="0"/>
          <w:marTop w:val="0"/>
          <w:marBottom w:val="0"/>
          <w:divBdr>
            <w:top w:val="none" w:sz="0" w:space="0" w:color="auto"/>
            <w:left w:val="none" w:sz="0" w:space="0" w:color="auto"/>
            <w:bottom w:val="none" w:sz="0" w:space="0" w:color="auto"/>
            <w:right w:val="none" w:sz="0" w:space="0" w:color="auto"/>
          </w:divBdr>
        </w:div>
        <w:div w:id="1548907400">
          <w:marLeft w:val="480"/>
          <w:marRight w:val="0"/>
          <w:marTop w:val="0"/>
          <w:marBottom w:val="0"/>
          <w:divBdr>
            <w:top w:val="none" w:sz="0" w:space="0" w:color="auto"/>
            <w:left w:val="none" w:sz="0" w:space="0" w:color="auto"/>
            <w:bottom w:val="none" w:sz="0" w:space="0" w:color="auto"/>
            <w:right w:val="none" w:sz="0" w:space="0" w:color="auto"/>
          </w:divBdr>
        </w:div>
        <w:div w:id="1552351918">
          <w:marLeft w:val="480"/>
          <w:marRight w:val="0"/>
          <w:marTop w:val="0"/>
          <w:marBottom w:val="0"/>
          <w:divBdr>
            <w:top w:val="none" w:sz="0" w:space="0" w:color="auto"/>
            <w:left w:val="none" w:sz="0" w:space="0" w:color="auto"/>
            <w:bottom w:val="none" w:sz="0" w:space="0" w:color="auto"/>
            <w:right w:val="none" w:sz="0" w:space="0" w:color="auto"/>
          </w:divBdr>
        </w:div>
        <w:div w:id="1571234727">
          <w:marLeft w:val="480"/>
          <w:marRight w:val="0"/>
          <w:marTop w:val="0"/>
          <w:marBottom w:val="0"/>
          <w:divBdr>
            <w:top w:val="none" w:sz="0" w:space="0" w:color="auto"/>
            <w:left w:val="none" w:sz="0" w:space="0" w:color="auto"/>
            <w:bottom w:val="none" w:sz="0" w:space="0" w:color="auto"/>
            <w:right w:val="none" w:sz="0" w:space="0" w:color="auto"/>
          </w:divBdr>
        </w:div>
        <w:div w:id="1660309687">
          <w:marLeft w:val="480"/>
          <w:marRight w:val="0"/>
          <w:marTop w:val="0"/>
          <w:marBottom w:val="0"/>
          <w:divBdr>
            <w:top w:val="none" w:sz="0" w:space="0" w:color="auto"/>
            <w:left w:val="none" w:sz="0" w:space="0" w:color="auto"/>
            <w:bottom w:val="none" w:sz="0" w:space="0" w:color="auto"/>
            <w:right w:val="none" w:sz="0" w:space="0" w:color="auto"/>
          </w:divBdr>
        </w:div>
        <w:div w:id="1806579528">
          <w:marLeft w:val="480"/>
          <w:marRight w:val="0"/>
          <w:marTop w:val="0"/>
          <w:marBottom w:val="0"/>
          <w:divBdr>
            <w:top w:val="none" w:sz="0" w:space="0" w:color="auto"/>
            <w:left w:val="none" w:sz="0" w:space="0" w:color="auto"/>
            <w:bottom w:val="none" w:sz="0" w:space="0" w:color="auto"/>
            <w:right w:val="none" w:sz="0" w:space="0" w:color="auto"/>
          </w:divBdr>
        </w:div>
        <w:div w:id="1836922126">
          <w:marLeft w:val="480"/>
          <w:marRight w:val="0"/>
          <w:marTop w:val="0"/>
          <w:marBottom w:val="0"/>
          <w:divBdr>
            <w:top w:val="none" w:sz="0" w:space="0" w:color="auto"/>
            <w:left w:val="none" w:sz="0" w:space="0" w:color="auto"/>
            <w:bottom w:val="none" w:sz="0" w:space="0" w:color="auto"/>
            <w:right w:val="none" w:sz="0" w:space="0" w:color="auto"/>
          </w:divBdr>
        </w:div>
        <w:div w:id="1899170831">
          <w:marLeft w:val="480"/>
          <w:marRight w:val="0"/>
          <w:marTop w:val="0"/>
          <w:marBottom w:val="0"/>
          <w:divBdr>
            <w:top w:val="none" w:sz="0" w:space="0" w:color="auto"/>
            <w:left w:val="none" w:sz="0" w:space="0" w:color="auto"/>
            <w:bottom w:val="none" w:sz="0" w:space="0" w:color="auto"/>
            <w:right w:val="none" w:sz="0" w:space="0" w:color="auto"/>
          </w:divBdr>
        </w:div>
        <w:div w:id="1925338544">
          <w:marLeft w:val="480"/>
          <w:marRight w:val="0"/>
          <w:marTop w:val="0"/>
          <w:marBottom w:val="0"/>
          <w:divBdr>
            <w:top w:val="none" w:sz="0" w:space="0" w:color="auto"/>
            <w:left w:val="none" w:sz="0" w:space="0" w:color="auto"/>
            <w:bottom w:val="none" w:sz="0" w:space="0" w:color="auto"/>
            <w:right w:val="none" w:sz="0" w:space="0" w:color="auto"/>
          </w:divBdr>
        </w:div>
        <w:div w:id="1961721208">
          <w:marLeft w:val="480"/>
          <w:marRight w:val="0"/>
          <w:marTop w:val="0"/>
          <w:marBottom w:val="0"/>
          <w:divBdr>
            <w:top w:val="none" w:sz="0" w:space="0" w:color="auto"/>
            <w:left w:val="none" w:sz="0" w:space="0" w:color="auto"/>
            <w:bottom w:val="none" w:sz="0" w:space="0" w:color="auto"/>
            <w:right w:val="none" w:sz="0" w:space="0" w:color="auto"/>
          </w:divBdr>
        </w:div>
        <w:div w:id="2050107315">
          <w:marLeft w:val="480"/>
          <w:marRight w:val="0"/>
          <w:marTop w:val="0"/>
          <w:marBottom w:val="0"/>
          <w:divBdr>
            <w:top w:val="none" w:sz="0" w:space="0" w:color="auto"/>
            <w:left w:val="none" w:sz="0" w:space="0" w:color="auto"/>
            <w:bottom w:val="none" w:sz="0" w:space="0" w:color="auto"/>
            <w:right w:val="none" w:sz="0" w:space="0" w:color="auto"/>
          </w:divBdr>
        </w:div>
      </w:divsChild>
    </w:div>
    <w:div w:id="304362656">
      <w:bodyDiv w:val="1"/>
      <w:marLeft w:val="0"/>
      <w:marRight w:val="0"/>
      <w:marTop w:val="0"/>
      <w:marBottom w:val="0"/>
      <w:divBdr>
        <w:top w:val="none" w:sz="0" w:space="0" w:color="auto"/>
        <w:left w:val="none" w:sz="0" w:space="0" w:color="auto"/>
        <w:bottom w:val="none" w:sz="0" w:space="0" w:color="auto"/>
        <w:right w:val="none" w:sz="0" w:space="0" w:color="auto"/>
      </w:divBdr>
      <w:divsChild>
        <w:div w:id="19012610">
          <w:marLeft w:val="480"/>
          <w:marRight w:val="0"/>
          <w:marTop w:val="0"/>
          <w:marBottom w:val="0"/>
          <w:divBdr>
            <w:top w:val="none" w:sz="0" w:space="0" w:color="auto"/>
            <w:left w:val="none" w:sz="0" w:space="0" w:color="auto"/>
            <w:bottom w:val="none" w:sz="0" w:space="0" w:color="auto"/>
            <w:right w:val="none" w:sz="0" w:space="0" w:color="auto"/>
          </w:divBdr>
        </w:div>
        <w:div w:id="57048612">
          <w:marLeft w:val="480"/>
          <w:marRight w:val="0"/>
          <w:marTop w:val="0"/>
          <w:marBottom w:val="0"/>
          <w:divBdr>
            <w:top w:val="none" w:sz="0" w:space="0" w:color="auto"/>
            <w:left w:val="none" w:sz="0" w:space="0" w:color="auto"/>
            <w:bottom w:val="none" w:sz="0" w:space="0" w:color="auto"/>
            <w:right w:val="none" w:sz="0" w:space="0" w:color="auto"/>
          </w:divBdr>
        </w:div>
        <w:div w:id="297534111">
          <w:marLeft w:val="480"/>
          <w:marRight w:val="0"/>
          <w:marTop w:val="0"/>
          <w:marBottom w:val="0"/>
          <w:divBdr>
            <w:top w:val="none" w:sz="0" w:space="0" w:color="auto"/>
            <w:left w:val="none" w:sz="0" w:space="0" w:color="auto"/>
            <w:bottom w:val="none" w:sz="0" w:space="0" w:color="auto"/>
            <w:right w:val="none" w:sz="0" w:space="0" w:color="auto"/>
          </w:divBdr>
        </w:div>
        <w:div w:id="303656153">
          <w:marLeft w:val="480"/>
          <w:marRight w:val="0"/>
          <w:marTop w:val="0"/>
          <w:marBottom w:val="0"/>
          <w:divBdr>
            <w:top w:val="none" w:sz="0" w:space="0" w:color="auto"/>
            <w:left w:val="none" w:sz="0" w:space="0" w:color="auto"/>
            <w:bottom w:val="none" w:sz="0" w:space="0" w:color="auto"/>
            <w:right w:val="none" w:sz="0" w:space="0" w:color="auto"/>
          </w:divBdr>
        </w:div>
        <w:div w:id="471287549">
          <w:marLeft w:val="480"/>
          <w:marRight w:val="0"/>
          <w:marTop w:val="0"/>
          <w:marBottom w:val="0"/>
          <w:divBdr>
            <w:top w:val="none" w:sz="0" w:space="0" w:color="auto"/>
            <w:left w:val="none" w:sz="0" w:space="0" w:color="auto"/>
            <w:bottom w:val="none" w:sz="0" w:space="0" w:color="auto"/>
            <w:right w:val="none" w:sz="0" w:space="0" w:color="auto"/>
          </w:divBdr>
        </w:div>
        <w:div w:id="490953146">
          <w:marLeft w:val="480"/>
          <w:marRight w:val="0"/>
          <w:marTop w:val="0"/>
          <w:marBottom w:val="0"/>
          <w:divBdr>
            <w:top w:val="none" w:sz="0" w:space="0" w:color="auto"/>
            <w:left w:val="none" w:sz="0" w:space="0" w:color="auto"/>
            <w:bottom w:val="none" w:sz="0" w:space="0" w:color="auto"/>
            <w:right w:val="none" w:sz="0" w:space="0" w:color="auto"/>
          </w:divBdr>
        </w:div>
        <w:div w:id="508830642">
          <w:marLeft w:val="480"/>
          <w:marRight w:val="0"/>
          <w:marTop w:val="0"/>
          <w:marBottom w:val="0"/>
          <w:divBdr>
            <w:top w:val="none" w:sz="0" w:space="0" w:color="auto"/>
            <w:left w:val="none" w:sz="0" w:space="0" w:color="auto"/>
            <w:bottom w:val="none" w:sz="0" w:space="0" w:color="auto"/>
            <w:right w:val="none" w:sz="0" w:space="0" w:color="auto"/>
          </w:divBdr>
        </w:div>
        <w:div w:id="538475785">
          <w:marLeft w:val="480"/>
          <w:marRight w:val="0"/>
          <w:marTop w:val="0"/>
          <w:marBottom w:val="0"/>
          <w:divBdr>
            <w:top w:val="none" w:sz="0" w:space="0" w:color="auto"/>
            <w:left w:val="none" w:sz="0" w:space="0" w:color="auto"/>
            <w:bottom w:val="none" w:sz="0" w:space="0" w:color="auto"/>
            <w:right w:val="none" w:sz="0" w:space="0" w:color="auto"/>
          </w:divBdr>
        </w:div>
        <w:div w:id="587692378">
          <w:marLeft w:val="480"/>
          <w:marRight w:val="0"/>
          <w:marTop w:val="0"/>
          <w:marBottom w:val="0"/>
          <w:divBdr>
            <w:top w:val="none" w:sz="0" w:space="0" w:color="auto"/>
            <w:left w:val="none" w:sz="0" w:space="0" w:color="auto"/>
            <w:bottom w:val="none" w:sz="0" w:space="0" w:color="auto"/>
            <w:right w:val="none" w:sz="0" w:space="0" w:color="auto"/>
          </w:divBdr>
        </w:div>
        <w:div w:id="613829707">
          <w:marLeft w:val="480"/>
          <w:marRight w:val="0"/>
          <w:marTop w:val="0"/>
          <w:marBottom w:val="0"/>
          <w:divBdr>
            <w:top w:val="none" w:sz="0" w:space="0" w:color="auto"/>
            <w:left w:val="none" w:sz="0" w:space="0" w:color="auto"/>
            <w:bottom w:val="none" w:sz="0" w:space="0" w:color="auto"/>
            <w:right w:val="none" w:sz="0" w:space="0" w:color="auto"/>
          </w:divBdr>
        </w:div>
        <w:div w:id="725229058">
          <w:marLeft w:val="480"/>
          <w:marRight w:val="0"/>
          <w:marTop w:val="0"/>
          <w:marBottom w:val="0"/>
          <w:divBdr>
            <w:top w:val="none" w:sz="0" w:space="0" w:color="auto"/>
            <w:left w:val="none" w:sz="0" w:space="0" w:color="auto"/>
            <w:bottom w:val="none" w:sz="0" w:space="0" w:color="auto"/>
            <w:right w:val="none" w:sz="0" w:space="0" w:color="auto"/>
          </w:divBdr>
        </w:div>
        <w:div w:id="772628284">
          <w:marLeft w:val="480"/>
          <w:marRight w:val="0"/>
          <w:marTop w:val="0"/>
          <w:marBottom w:val="0"/>
          <w:divBdr>
            <w:top w:val="none" w:sz="0" w:space="0" w:color="auto"/>
            <w:left w:val="none" w:sz="0" w:space="0" w:color="auto"/>
            <w:bottom w:val="none" w:sz="0" w:space="0" w:color="auto"/>
            <w:right w:val="none" w:sz="0" w:space="0" w:color="auto"/>
          </w:divBdr>
        </w:div>
        <w:div w:id="817038142">
          <w:marLeft w:val="480"/>
          <w:marRight w:val="0"/>
          <w:marTop w:val="0"/>
          <w:marBottom w:val="0"/>
          <w:divBdr>
            <w:top w:val="none" w:sz="0" w:space="0" w:color="auto"/>
            <w:left w:val="none" w:sz="0" w:space="0" w:color="auto"/>
            <w:bottom w:val="none" w:sz="0" w:space="0" w:color="auto"/>
            <w:right w:val="none" w:sz="0" w:space="0" w:color="auto"/>
          </w:divBdr>
        </w:div>
        <w:div w:id="822507321">
          <w:marLeft w:val="480"/>
          <w:marRight w:val="0"/>
          <w:marTop w:val="0"/>
          <w:marBottom w:val="0"/>
          <w:divBdr>
            <w:top w:val="none" w:sz="0" w:space="0" w:color="auto"/>
            <w:left w:val="none" w:sz="0" w:space="0" w:color="auto"/>
            <w:bottom w:val="none" w:sz="0" w:space="0" w:color="auto"/>
            <w:right w:val="none" w:sz="0" w:space="0" w:color="auto"/>
          </w:divBdr>
        </w:div>
        <w:div w:id="824707846">
          <w:marLeft w:val="480"/>
          <w:marRight w:val="0"/>
          <w:marTop w:val="0"/>
          <w:marBottom w:val="0"/>
          <w:divBdr>
            <w:top w:val="none" w:sz="0" w:space="0" w:color="auto"/>
            <w:left w:val="none" w:sz="0" w:space="0" w:color="auto"/>
            <w:bottom w:val="none" w:sz="0" w:space="0" w:color="auto"/>
            <w:right w:val="none" w:sz="0" w:space="0" w:color="auto"/>
          </w:divBdr>
        </w:div>
        <w:div w:id="829633740">
          <w:marLeft w:val="480"/>
          <w:marRight w:val="0"/>
          <w:marTop w:val="0"/>
          <w:marBottom w:val="0"/>
          <w:divBdr>
            <w:top w:val="none" w:sz="0" w:space="0" w:color="auto"/>
            <w:left w:val="none" w:sz="0" w:space="0" w:color="auto"/>
            <w:bottom w:val="none" w:sz="0" w:space="0" w:color="auto"/>
            <w:right w:val="none" w:sz="0" w:space="0" w:color="auto"/>
          </w:divBdr>
        </w:div>
        <w:div w:id="882248597">
          <w:marLeft w:val="480"/>
          <w:marRight w:val="0"/>
          <w:marTop w:val="0"/>
          <w:marBottom w:val="0"/>
          <w:divBdr>
            <w:top w:val="none" w:sz="0" w:space="0" w:color="auto"/>
            <w:left w:val="none" w:sz="0" w:space="0" w:color="auto"/>
            <w:bottom w:val="none" w:sz="0" w:space="0" w:color="auto"/>
            <w:right w:val="none" w:sz="0" w:space="0" w:color="auto"/>
          </w:divBdr>
        </w:div>
        <w:div w:id="957175658">
          <w:marLeft w:val="480"/>
          <w:marRight w:val="0"/>
          <w:marTop w:val="0"/>
          <w:marBottom w:val="0"/>
          <w:divBdr>
            <w:top w:val="none" w:sz="0" w:space="0" w:color="auto"/>
            <w:left w:val="none" w:sz="0" w:space="0" w:color="auto"/>
            <w:bottom w:val="none" w:sz="0" w:space="0" w:color="auto"/>
            <w:right w:val="none" w:sz="0" w:space="0" w:color="auto"/>
          </w:divBdr>
        </w:div>
        <w:div w:id="1033576073">
          <w:marLeft w:val="480"/>
          <w:marRight w:val="0"/>
          <w:marTop w:val="0"/>
          <w:marBottom w:val="0"/>
          <w:divBdr>
            <w:top w:val="none" w:sz="0" w:space="0" w:color="auto"/>
            <w:left w:val="none" w:sz="0" w:space="0" w:color="auto"/>
            <w:bottom w:val="none" w:sz="0" w:space="0" w:color="auto"/>
            <w:right w:val="none" w:sz="0" w:space="0" w:color="auto"/>
          </w:divBdr>
        </w:div>
        <w:div w:id="1118647726">
          <w:marLeft w:val="480"/>
          <w:marRight w:val="0"/>
          <w:marTop w:val="0"/>
          <w:marBottom w:val="0"/>
          <w:divBdr>
            <w:top w:val="none" w:sz="0" w:space="0" w:color="auto"/>
            <w:left w:val="none" w:sz="0" w:space="0" w:color="auto"/>
            <w:bottom w:val="none" w:sz="0" w:space="0" w:color="auto"/>
            <w:right w:val="none" w:sz="0" w:space="0" w:color="auto"/>
          </w:divBdr>
        </w:div>
        <w:div w:id="1204559217">
          <w:marLeft w:val="480"/>
          <w:marRight w:val="0"/>
          <w:marTop w:val="0"/>
          <w:marBottom w:val="0"/>
          <w:divBdr>
            <w:top w:val="none" w:sz="0" w:space="0" w:color="auto"/>
            <w:left w:val="none" w:sz="0" w:space="0" w:color="auto"/>
            <w:bottom w:val="none" w:sz="0" w:space="0" w:color="auto"/>
            <w:right w:val="none" w:sz="0" w:space="0" w:color="auto"/>
          </w:divBdr>
        </w:div>
        <w:div w:id="1224830584">
          <w:marLeft w:val="480"/>
          <w:marRight w:val="0"/>
          <w:marTop w:val="0"/>
          <w:marBottom w:val="0"/>
          <w:divBdr>
            <w:top w:val="none" w:sz="0" w:space="0" w:color="auto"/>
            <w:left w:val="none" w:sz="0" w:space="0" w:color="auto"/>
            <w:bottom w:val="none" w:sz="0" w:space="0" w:color="auto"/>
            <w:right w:val="none" w:sz="0" w:space="0" w:color="auto"/>
          </w:divBdr>
        </w:div>
        <w:div w:id="1251892379">
          <w:marLeft w:val="480"/>
          <w:marRight w:val="0"/>
          <w:marTop w:val="0"/>
          <w:marBottom w:val="0"/>
          <w:divBdr>
            <w:top w:val="none" w:sz="0" w:space="0" w:color="auto"/>
            <w:left w:val="none" w:sz="0" w:space="0" w:color="auto"/>
            <w:bottom w:val="none" w:sz="0" w:space="0" w:color="auto"/>
            <w:right w:val="none" w:sz="0" w:space="0" w:color="auto"/>
          </w:divBdr>
        </w:div>
        <w:div w:id="1296792681">
          <w:marLeft w:val="480"/>
          <w:marRight w:val="0"/>
          <w:marTop w:val="0"/>
          <w:marBottom w:val="0"/>
          <w:divBdr>
            <w:top w:val="none" w:sz="0" w:space="0" w:color="auto"/>
            <w:left w:val="none" w:sz="0" w:space="0" w:color="auto"/>
            <w:bottom w:val="none" w:sz="0" w:space="0" w:color="auto"/>
            <w:right w:val="none" w:sz="0" w:space="0" w:color="auto"/>
          </w:divBdr>
        </w:div>
        <w:div w:id="1337263747">
          <w:marLeft w:val="480"/>
          <w:marRight w:val="0"/>
          <w:marTop w:val="0"/>
          <w:marBottom w:val="0"/>
          <w:divBdr>
            <w:top w:val="none" w:sz="0" w:space="0" w:color="auto"/>
            <w:left w:val="none" w:sz="0" w:space="0" w:color="auto"/>
            <w:bottom w:val="none" w:sz="0" w:space="0" w:color="auto"/>
            <w:right w:val="none" w:sz="0" w:space="0" w:color="auto"/>
          </w:divBdr>
        </w:div>
        <w:div w:id="1507328872">
          <w:marLeft w:val="480"/>
          <w:marRight w:val="0"/>
          <w:marTop w:val="0"/>
          <w:marBottom w:val="0"/>
          <w:divBdr>
            <w:top w:val="none" w:sz="0" w:space="0" w:color="auto"/>
            <w:left w:val="none" w:sz="0" w:space="0" w:color="auto"/>
            <w:bottom w:val="none" w:sz="0" w:space="0" w:color="auto"/>
            <w:right w:val="none" w:sz="0" w:space="0" w:color="auto"/>
          </w:divBdr>
        </w:div>
        <w:div w:id="1508668457">
          <w:marLeft w:val="480"/>
          <w:marRight w:val="0"/>
          <w:marTop w:val="0"/>
          <w:marBottom w:val="0"/>
          <w:divBdr>
            <w:top w:val="none" w:sz="0" w:space="0" w:color="auto"/>
            <w:left w:val="none" w:sz="0" w:space="0" w:color="auto"/>
            <w:bottom w:val="none" w:sz="0" w:space="0" w:color="auto"/>
            <w:right w:val="none" w:sz="0" w:space="0" w:color="auto"/>
          </w:divBdr>
        </w:div>
        <w:div w:id="1683312286">
          <w:marLeft w:val="480"/>
          <w:marRight w:val="0"/>
          <w:marTop w:val="0"/>
          <w:marBottom w:val="0"/>
          <w:divBdr>
            <w:top w:val="none" w:sz="0" w:space="0" w:color="auto"/>
            <w:left w:val="none" w:sz="0" w:space="0" w:color="auto"/>
            <w:bottom w:val="none" w:sz="0" w:space="0" w:color="auto"/>
            <w:right w:val="none" w:sz="0" w:space="0" w:color="auto"/>
          </w:divBdr>
        </w:div>
        <w:div w:id="1758675937">
          <w:marLeft w:val="480"/>
          <w:marRight w:val="0"/>
          <w:marTop w:val="0"/>
          <w:marBottom w:val="0"/>
          <w:divBdr>
            <w:top w:val="none" w:sz="0" w:space="0" w:color="auto"/>
            <w:left w:val="none" w:sz="0" w:space="0" w:color="auto"/>
            <w:bottom w:val="none" w:sz="0" w:space="0" w:color="auto"/>
            <w:right w:val="none" w:sz="0" w:space="0" w:color="auto"/>
          </w:divBdr>
        </w:div>
        <w:div w:id="1817917889">
          <w:marLeft w:val="480"/>
          <w:marRight w:val="0"/>
          <w:marTop w:val="0"/>
          <w:marBottom w:val="0"/>
          <w:divBdr>
            <w:top w:val="none" w:sz="0" w:space="0" w:color="auto"/>
            <w:left w:val="none" w:sz="0" w:space="0" w:color="auto"/>
            <w:bottom w:val="none" w:sz="0" w:space="0" w:color="auto"/>
            <w:right w:val="none" w:sz="0" w:space="0" w:color="auto"/>
          </w:divBdr>
        </w:div>
        <w:div w:id="1823738571">
          <w:marLeft w:val="480"/>
          <w:marRight w:val="0"/>
          <w:marTop w:val="0"/>
          <w:marBottom w:val="0"/>
          <w:divBdr>
            <w:top w:val="none" w:sz="0" w:space="0" w:color="auto"/>
            <w:left w:val="none" w:sz="0" w:space="0" w:color="auto"/>
            <w:bottom w:val="none" w:sz="0" w:space="0" w:color="auto"/>
            <w:right w:val="none" w:sz="0" w:space="0" w:color="auto"/>
          </w:divBdr>
        </w:div>
        <w:div w:id="1841773189">
          <w:marLeft w:val="480"/>
          <w:marRight w:val="0"/>
          <w:marTop w:val="0"/>
          <w:marBottom w:val="0"/>
          <w:divBdr>
            <w:top w:val="none" w:sz="0" w:space="0" w:color="auto"/>
            <w:left w:val="none" w:sz="0" w:space="0" w:color="auto"/>
            <w:bottom w:val="none" w:sz="0" w:space="0" w:color="auto"/>
            <w:right w:val="none" w:sz="0" w:space="0" w:color="auto"/>
          </w:divBdr>
        </w:div>
        <w:div w:id="1894190377">
          <w:marLeft w:val="480"/>
          <w:marRight w:val="0"/>
          <w:marTop w:val="0"/>
          <w:marBottom w:val="0"/>
          <w:divBdr>
            <w:top w:val="none" w:sz="0" w:space="0" w:color="auto"/>
            <w:left w:val="none" w:sz="0" w:space="0" w:color="auto"/>
            <w:bottom w:val="none" w:sz="0" w:space="0" w:color="auto"/>
            <w:right w:val="none" w:sz="0" w:space="0" w:color="auto"/>
          </w:divBdr>
        </w:div>
        <w:div w:id="1949043015">
          <w:marLeft w:val="480"/>
          <w:marRight w:val="0"/>
          <w:marTop w:val="0"/>
          <w:marBottom w:val="0"/>
          <w:divBdr>
            <w:top w:val="none" w:sz="0" w:space="0" w:color="auto"/>
            <w:left w:val="none" w:sz="0" w:space="0" w:color="auto"/>
            <w:bottom w:val="none" w:sz="0" w:space="0" w:color="auto"/>
            <w:right w:val="none" w:sz="0" w:space="0" w:color="auto"/>
          </w:divBdr>
        </w:div>
        <w:div w:id="2002922783">
          <w:marLeft w:val="480"/>
          <w:marRight w:val="0"/>
          <w:marTop w:val="0"/>
          <w:marBottom w:val="0"/>
          <w:divBdr>
            <w:top w:val="none" w:sz="0" w:space="0" w:color="auto"/>
            <w:left w:val="none" w:sz="0" w:space="0" w:color="auto"/>
            <w:bottom w:val="none" w:sz="0" w:space="0" w:color="auto"/>
            <w:right w:val="none" w:sz="0" w:space="0" w:color="auto"/>
          </w:divBdr>
        </w:div>
        <w:div w:id="2056810832">
          <w:marLeft w:val="480"/>
          <w:marRight w:val="0"/>
          <w:marTop w:val="0"/>
          <w:marBottom w:val="0"/>
          <w:divBdr>
            <w:top w:val="none" w:sz="0" w:space="0" w:color="auto"/>
            <w:left w:val="none" w:sz="0" w:space="0" w:color="auto"/>
            <w:bottom w:val="none" w:sz="0" w:space="0" w:color="auto"/>
            <w:right w:val="none" w:sz="0" w:space="0" w:color="auto"/>
          </w:divBdr>
        </w:div>
      </w:divsChild>
    </w:div>
    <w:div w:id="304747836">
      <w:bodyDiv w:val="1"/>
      <w:marLeft w:val="0"/>
      <w:marRight w:val="0"/>
      <w:marTop w:val="0"/>
      <w:marBottom w:val="0"/>
      <w:divBdr>
        <w:top w:val="none" w:sz="0" w:space="0" w:color="auto"/>
        <w:left w:val="none" w:sz="0" w:space="0" w:color="auto"/>
        <w:bottom w:val="none" w:sz="0" w:space="0" w:color="auto"/>
        <w:right w:val="none" w:sz="0" w:space="0" w:color="auto"/>
      </w:divBdr>
      <w:divsChild>
        <w:div w:id="119303204">
          <w:marLeft w:val="480"/>
          <w:marRight w:val="0"/>
          <w:marTop w:val="0"/>
          <w:marBottom w:val="0"/>
          <w:divBdr>
            <w:top w:val="none" w:sz="0" w:space="0" w:color="auto"/>
            <w:left w:val="none" w:sz="0" w:space="0" w:color="auto"/>
            <w:bottom w:val="none" w:sz="0" w:space="0" w:color="auto"/>
            <w:right w:val="none" w:sz="0" w:space="0" w:color="auto"/>
          </w:divBdr>
        </w:div>
        <w:div w:id="146361743">
          <w:marLeft w:val="480"/>
          <w:marRight w:val="0"/>
          <w:marTop w:val="0"/>
          <w:marBottom w:val="0"/>
          <w:divBdr>
            <w:top w:val="none" w:sz="0" w:space="0" w:color="auto"/>
            <w:left w:val="none" w:sz="0" w:space="0" w:color="auto"/>
            <w:bottom w:val="none" w:sz="0" w:space="0" w:color="auto"/>
            <w:right w:val="none" w:sz="0" w:space="0" w:color="auto"/>
          </w:divBdr>
        </w:div>
        <w:div w:id="182014823">
          <w:marLeft w:val="480"/>
          <w:marRight w:val="0"/>
          <w:marTop w:val="0"/>
          <w:marBottom w:val="0"/>
          <w:divBdr>
            <w:top w:val="none" w:sz="0" w:space="0" w:color="auto"/>
            <w:left w:val="none" w:sz="0" w:space="0" w:color="auto"/>
            <w:bottom w:val="none" w:sz="0" w:space="0" w:color="auto"/>
            <w:right w:val="none" w:sz="0" w:space="0" w:color="auto"/>
          </w:divBdr>
        </w:div>
        <w:div w:id="252518742">
          <w:marLeft w:val="480"/>
          <w:marRight w:val="0"/>
          <w:marTop w:val="0"/>
          <w:marBottom w:val="0"/>
          <w:divBdr>
            <w:top w:val="none" w:sz="0" w:space="0" w:color="auto"/>
            <w:left w:val="none" w:sz="0" w:space="0" w:color="auto"/>
            <w:bottom w:val="none" w:sz="0" w:space="0" w:color="auto"/>
            <w:right w:val="none" w:sz="0" w:space="0" w:color="auto"/>
          </w:divBdr>
        </w:div>
        <w:div w:id="318971133">
          <w:marLeft w:val="480"/>
          <w:marRight w:val="0"/>
          <w:marTop w:val="0"/>
          <w:marBottom w:val="0"/>
          <w:divBdr>
            <w:top w:val="none" w:sz="0" w:space="0" w:color="auto"/>
            <w:left w:val="none" w:sz="0" w:space="0" w:color="auto"/>
            <w:bottom w:val="none" w:sz="0" w:space="0" w:color="auto"/>
            <w:right w:val="none" w:sz="0" w:space="0" w:color="auto"/>
          </w:divBdr>
        </w:div>
        <w:div w:id="391848509">
          <w:marLeft w:val="480"/>
          <w:marRight w:val="0"/>
          <w:marTop w:val="0"/>
          <w:marBottom w:val="0"/>
          <w:divBdr>
            <w:top w:val="none" w:sz="0" w:space="0" w:color="auto"/>
            <w:left w:val="none" w:sz="0" w:space="0" w:color="auto"/>
            <w:bottom w:val="none" w:sz="0" w:space="0" w:color="auto"/>
            <w:right w:val="none" w:sz="0" w:space="0" w:color="auto"/>
          </w:divBdr>
        </w:div>
        <w:div w:id="428429940">
          <w:marLeft w:val="480"/>
          <w:marRight w:val="0"/>
          <w:marTop w:val="0"/>
          <w:marBottom w:val="0"/>
          <w:divBdr>
            <w:top w:val="none" w:sz="0" w:space="0" w:color="auto"/>
            <w:left w:val="none" w:sz="0" w:space="0" w:color="auto"/>
            <w:bottom w:val="none" w:sz="0" w:space="0" w:color="auto"/>
            <w:right w:val="none" w:sz="0" w:space="0" w:color="auto"/>
          </w:divBdr>
        </w:div>
        <w:div w:id="446049444">
          <w:marLeft w:val="480"/>
          <w:marRight w:val="0"/>
          <w:marTop w:val="0"/>
          <w:marBottom w:val="0"/>
          <w:divBdr>
            <w:top w:val="none" w:sz="0" w:space="0" w:color="auto"/>
            <w:left w:val="none" w:sz="0" w:space="0" w:color="auto"/>
            <w:bottom w:val="none" w:sz="0" w:space="0" w:color="auto"/>
            <w:right w:val="none" w:sz="0" w:space="0" w:color="auto"/>
          </w:divBdr>
        </w:div>
        <w:div w:id="574824146">
          <w:marLeft w:val="480"/>
          <w:marRight w:val="0"/>
          <w:marTop w:val="0"/>
          <w:marBottom w:val="0"/>
          <w:divBdr>
            <w:top w:val="none" w:sz="0" w:space="0" w:color="auto"/>
            <w:left w:val="none" w:sz="0" w:space="0" w:color="auto"/>
            <w:bottom w:val="none" w:sz="0" w:space="0" w:color="auto"/>
            <w:right w:val="none" w:sz="0" w:space="0" w:color="auto"/>
          </w:divBdr>
        </w:div>
        <w:div w:id="662004638">
          <w:marLeft w:val="480"/>
          <w:marRight w:val="0"/>
          <w:marTop w:val="0"/>
          <w:marBottom w:val="0"/>
          <w:divBdr>
            <w:top w:val="none" w:sz="0" w:space="0" w:color="auto"/>
            <w:left w:val="none" w:sz="0" w:space="0" w:color="auto"/>
            <w:bottom w:val="none" w:sz="0" w:space="0" w:color="auto"/>
            <w:right w:val="none" w:sz="0" w:space="0" w:color="auto"/>
          </w:divBdr>
        </w:div>
        <w:div w:id="761220421">
          <w:marLeft w:val="480"/>
          <w:marRight w:val="0"/>
          <w:marTop w:val="0"/>
          <w:marBottom w:val="0"/>
          <w:divBdr>
            <w:top w:val="none" w:sz="0" w:space="0" w:color="auto"/>
            <w:left w:val="none" w:sz="0" w:space="0" w:color="auto"/>
            <w:bottom w:val="none" w:sz="0" w:space="0" w:color="auto"/>
            <w:right w:val="none" w:sz="0" w:space="0" w:color="auto"/>
          </w:divBdr>
        </w:div>
        <w:div w:id="811677304">
          <w:marLeft w:val="480"/>
          <w:marRight w:val="0"/>
          <w:marTop w:val="0"/>
          <w:marBottom w:val="0"/>
          <w:divBdr>
            <w:top w:val="none" w:sz="0" w:space="0" w:color="auto"/>
            <w:left w:val="none" w:sz="0" w:space="0" w:color="auto"/>
            <w:bottom w:val="none" w:sz="0" w:space="0" w:color="auto"/>
            <w:right w:val="none" w:sz="0" w:space="0" w:color="auto"/>
          </w:divBdr>
        </w:div>
        <w:div w:id="854616179">
          <w:marLeft w:val="480"/>
          <w:marRight w:val="0"/>
          <w:marTop w:val="0"/>
          <w:marBottom w:val="0"/>
          <w:divBdr>
            <w:top w:val="none" w:sz="0" w:space="0" w:color="auto"/>
            <w:left w:val="none" w:sz="0" w:space="0" w:color="auto"/>
            <w:bottom w:val="none" w:sz="0" w:space="0" w:color="auto"/>
            <w:right w:val="none" w:sz="0" w:space="0" w:color="auto"/>
          </w:divBdr>
        </w:div>
        <w:div w:id="1056785112">
          <w:marLeft w:val="480"/>
          <w:marRight w:val="0"/>
          <w:marTop w:val="0"/>
          <w:marBottom w:val="0"/>
          <w:divBdr>
            <w:top w:val="none" w:sz="0" w:space="0" w:color="auto"/>
            <w:left w:val="none" w:sz="0" w:space="0" w:color="auto"/>
            <w:bottom w:val="none" w:sz="0" w:space="0" w:color="auto"/>
            <w:right w:val="none" w:sz="0" w:space="0" w:color="auto"/>
          </w:divBdr>
        </w:div>
        <w:div w:id="1077827669">
          <w:marLeft w:val="480"/>
          <w:marRight w:val="0"/>
          <w:marTop w:val="0"/>
          <w:marBottom w:val="0"/>
          <w:divBdr>
            <w:top w:val="none" w:sz="0" w:space="0" w:color="auto"/>
            <w:left w:val="none" w:sz="0" w:space="0" w:color="auto"/>
            <w:bottom w:val="none" w:sz="0" w:space="0" w:color="auto"/>
            <w:right w:val="none" w:sz="0" w:space="0" w:color="auto"/>
          </w:divBdr>
        </w:div>
        <w:div w:id="1170371549">
          <w:marLeft w:val="480"/>
          <w:marRight w:val="0"/>
          <w:marTop w:val="0"/>
          <w:marBottom w:val="0"/>
          <w:divBdr>
            <w:top w:val="none" w:sz="0" w:space="0" w:color="auto"/>
            <w:left w:val="none" w:sz="0" w:space="0" w:color="auto"/>
            <w:bottom w:val="none" w:sz="0" w:space="0" w:color="auto"/>
            <w:right w:val="none" w:sz="0" w:space="0" w:color="auto"/>
          </w:divBdr>
        </w:div>
        <w:div w:id="1172260504">
          <w:marLeft w:val="480"/>
          <w:marRight w:val="0"/>
          <w:marTop w:val="0"/>
          <w:marBottom w:val="0"/>
          <w:divBdr>
            <w:top w:val="none" w:sz="0" w:space="0" w:color="auto"/>
            <w:left w:val="none" w:sz="0" w:space="0" w:color="auto"/>
            <w:bottom w:val="none" w:sz="0" w:space="0" w:color="auto"/>
            <w:right w:val="none" w:sz="0" w:space="0" w:color="auto"/>
          </w:divBdr>
        </w:div>
        <w:div w:id="1199051979">
          <w:marLeft w:val="480"/>
          <w:marRight w:val="0"/>
          <w:marTop w:val="0"/>
          <w:marBottom w:val="0"/>
          <w:divBdr>
            <w:top w:val="none" w:sz="0" w:space="0" w:color="auto"/>
            <w:left w:val="none" w:sz="0" w:space="0" w:color="auto"/>
            <w:bottom w:val="none" w:sz="0" w:space="0" w:color="auto"/>
            <w:right w:val="none" w:sz="0" w:space="0" w:color="auto"/>
          </w:divBdr>
        </w:div>
        <w:div w:id="1308777451">
          <w:marLeft w:val="480"/>
          <w:marRight w:val="0"/>
          <w:marTop w:val="0"/>
          <w:marBottom w:val="0"/>
          <w:divBdr>
            <w:top w:val="none" w:sz="0" w:space="0" w:color="auto"/>
            <w:left w:val="none" w:sz="0" w:space="0" w:color="auto"/>
            <w:bottom w:val="none" w:sz="0" w:space="0" w:color="auto"/>
            <w:right w:val="none" w:sz="0" w:space="0" w:color="auto"/>
          </w:divBdr>
        </w:div>
        <w:div w:id="1332177760">
          <w:marLeft w:val="480"/>
          <w:marRight w:val="0"/>
          <w:marTop w:val="0"/>
          <w:marBottom w:val="0"/>
          <w:divBdr>
            <w:top w:val="none" w:sz="0" w:space="0" w:color="auto"/>
            <w:left w:val="none" w:sz="0" w:space="0" w:color="auto"/>
            <w:bottom w:val="none" w:sz="0" w:space="0" w:color="auto"/>
            <w:right w:val="none" w:sz="0" w:space="0" w:color="auto"/>
          </w:divBdr>
        </w:div>
        <w:div w:id="1416052601">
          <w:marLeft w:val="480"/>
          <w:marRight w:val="0"/>
          <w:marTop w:val="0"/>
          <w:marBottom w:val="0"/>
          <w:divBdr>
            <w:top w:val="none" w:sz="0" w:space="0" w:color="auto"/>
            <w:left w:val="none" w:sz="0" w:space="0" w:color="auto"/>
            <w:bottom w:val="none" w:sz="0" w:space="0" w:color="auto"/>
            <w:right w:val="none" w:sz="0" w:space="0" w:color="auto"/>
          </w:divBdr>
        </w:div>
        <w:div w:id="1515921342">
          <w:marLeft w:val="480"/>
          <w:marRight w:val="0"/>
          <w:marTop w:val="0"/>
          <w:marBottom w:val="0"/>
          <w:divBdr>
            <w:top w:val="none" w:sz="0" w:space="0" w:color="auto"/>
            <w:left w:val="none" w:sz="0" w:space="0" w:color="auto"/>
            <w:bottom w:val="none" w:sz="0" w:space="0" w:color="auto"/>
            <w:right w:val="none" w:sz="0" w:space="0" w:color="auto"/>
          </w:divBdr>
        </w:div>
        <w:div w:id="1691639467">
          <w:marLeft w:val="480"/>
          <w:marRight w:val="0"/>
          <w:marTop w:val="0"/>
          <w:marBottom w:val="0"/>
          <w:divBdr>
            <w:top w:val="none" w:sz="0" w:space="0" w:color="auto"/>
            <w:left w:val="none" w:sz="0" w:space="0" w:color="auto"/>
            <w:bottom w:val="none" w:sz="0" w:space="0" w:color="auto"/>
            <w:right w:val="none" w:sz="0" w:space="0" w:color="auto"/>
          </w:divBdr>
        </w:div>
        <w:div w:id="1707565001">
          <w:marLeft w:val="480"/>
          <w:marRight w:val="0"/>
          <w:marTop w:val="0"/>
          <w:marBottom w:val="0"/>
          <w:divBdr>
            <w:top w:val="none" w:sz="0" w:space="0" w:color="auto"/>
            <w:left w:val="none" w:sz="0" w:space="0" w:color="auto"/>
            <w:bottom w:val="none" w:sz="0" w:space="0" w:color="auto"/>
            <w:right w:val="none" w:sz="0" w:space="0" w:color="auto"/>
          </w:divBdr>
        </w:div>
        <w:div w:id="1721587061">
          <w:marLeft w:val="480"/>
          <w:marRight w:val="0"/>
          <w:marTop w:val="0"/>
          <w:marBottom w:val="0"/>
          <w:divBdr>
            <w:top w:val="none" w:sz="0" w:space="0" w:color="auto"/>
            <w:left w:val="none" w:sz="0" w:space="0" w:color="auto"/>
            <w:bottom w:val="none" w:sz="0" w:space="0" w:color="auto"/>
            <w:right w:val="none" w:sz="0" w:space="0" w:color="auto"/>
          </w:divBdr>
        </w:div>
        <w:div w:id="1732926076">
          <w:marLeft w:val="480"/>
          <w:marRight w:val="0"/>
          <w:marTop w:val="0"/>
          <w:marBottom w:val="0"/>
          <w:divBdr>
            <w:top w:val="none" w:sz="0" w:space="0" w:color="auto"/>
            <w:left w:val="none" w:sz="0" w:space="0" w:color="auto"/>
            <w:bottom w:val="none" w:sz="0" w:space="0" w:color="auto"/>
            <w:right w:val="none" w:sz="0" w:space="0" w:color="auto"/>
          </w:divBdr>
        </w:div>
        <w:div w:id="1780375287">
          <w:marLeft w:val="480"/>
          <w:marRight w:val="0"/>
          <w:marTop w:val="0"/>
          <w:marBottom w:val="0"/>
          <w:divBdr>
            <w:top w:val="none" w:sz="0" w:space="0" w:color="auto"/>
            <w:left w:val="none" w:sz="0" w:space="0" w:color="auto"/>
            <w:bottom w:val="none" w:sz="0" w:space="0" w:color="auto"/>
            <w:right w:val="none" w:sz="0" w:space="0" w:color="auto"/>
          </w:divBdr>
        </w:div>
        <w:div w:id="1789624304">
          <w:marLeft w:val="480"/>
          <w:marRight w:val="0"/>
          <w:marTop w:val="0"/>
          <w:marBottom w:val="0"/>
          <w:divBdr>
            <w:top w:val="none" w:sz="0" w:space="0" w:color="auto"/>
            <w:left w:val="none" w:sz="0" w:space="0" w:color="auto"/>
            <w:bottom w:val="none" w:sz="0" w:space="0" w:color="auto"/>
            <w:right w:val="none" w:sz="0" w:space="0" w:color="auto"/>
          </w:divBdr>
        </w:div>
        <w:div w:id="1818447777">
          <w:marLeft w:val="480"/>
          <w:marRight w:val="0"/>
          <w:marTop w:val="0"/>
          <w:marBottom w:val="0"/>
          <w:divBdr>
            <w:top w:val="none" w:sz="0" w:space="0" w:color="auto"/>
            <w:left w:val="none" w:sz="0" w:space="0" w:color="auto"/>
            <w:bottom w:val="none" w:sz="0" w:space="0" w:color="auto"/>
            <w:right w:val="none" w:sz="0" w:space="0" w:color="auto"/>
          </w:divBdr>
        </w:div>
        <w:div w:id="1968199637">
          <w:marLeft w:val="480"/>
          <w:marRight w:val="0"/>
          <w:marTop w:val="0"/>
          <w:marBottom w:val="0"/>
          <w:divBdr>
            <w:top w:val="none" w:sz="0" w:space="0" w:color="auto"/>
            <w:left w:val="none" w:sz="0" w:space="0" w:color="auto"/>
            <w:bottom w:val="none" w:sz="0" w:space="0" w:color="auto"/>
            <w:right w:val="none" w:sz="0" w:space="0" w:color="auto"/>
          </w:divBdr>
        </w:div>
        <w:div w:id="2077894416">
          <w:marLeft w:val="480"/>
          <w:marRight w:val="0"/>
          <w:marTop w:val="0"/>
          <w:marBottom w:val="0"/>
          <w:divBdr>
            <w:top w:val="none" w:sz="0" w:space="0" w:color="auto"/>
            <w:left w:val="none" w:sz="0" w:space="0" w:color="auto"/>
            <w:bottom w:val="none" w:sz="0" w:space="0" w:color="auto"/>
            <w:right w:val="none" w:sz="0" w:space="0" w:color="auto"/>
          </w:divBdr>
        </w:div>
        <w:div w:id="2103528172">
          <w:marLeft w:val="480"/>
          <w:marRight w:val="0"/>
          <w:marTop w:val="0"/>
          <w:marBottom w:val="0"/>
          <w:divBdr>
            <w:top w:val="none" w:sz="0" w:space="0" w:color="auto"/>
            <w:left w:val="none" w:sz="0" w:space="0" w:color="auto"/>
            <w:bottom w:val="none" w:sz="0" w:space="0" w:color="auto"/>
            <w:right w:val="none" w:sz="0" w:space="0" w:color="auto"/>
          </w:divBdr>
        </w:div>
        <w:div w:id="2117014244">
          <w:marLeft w:val="480"/>
          <w:marRight w:val="0"/>
          <w:marTop w:val="0"/>
          <w:marBottom w:val="0"/>
          <w:divBdr>
            <w:top w:val="none" w:sz="0" w:space="0" w:color="auto"/>
            <w:left w:val="none" w:sz="0" w:space="0" w:color="auto"/>
            <w:bottom w:val="none" w:sz="0" w:space="0" w:color="auto"/>
            <w:right w:val="none" w:sz="0" w:space="0" w:color="auto"/>
          </w:divBdr>
        </w:div>
      </w:divsChild>
    </w:div>
    <w:div w:id="306713927">
      <w:bodyDiv w:val="1"/>
      <w:marLeft w:val="0"/>
      <w:marRight w:val="0"/>
      <w:marTop w:val="0"/>
      <w:marBottom w:val="0"/>
      <w:divBdr>
        <w:top w:val="none" w:sz="0" w:space="0" w:color="auto"/>
        <w:left w:val="none" w:sz="0" w:space="0" w:color="auto"/>
        <w:bottom w:val="none" w:sz="0" w:space="0" w:color="auto"/>
        <w:right w:val="none" w:sz="0" w:space="0" w:color="auto"/>
      </w:divBdr>
    </w:div>
    <w:div w:id="311181337">
      <w:bodyDiv w:val="1"/>
      <w:marLeft w:val="0"/>
      <w:marRight w:val="0"/>
      <w:marTop w:val="0"/>
      <w:marBottom w:val="0"/>
      <w:divBdr>
        <w:top w:val="none" w:sz="0" w:space="0" w:color="auto"/>
        <w:left w:val="none" w:sz="0" w:space="0" w:color="auto"/>
        <w:bottom w:val="none" w:sz="0" w:space="0" w:color="auto"/>
        <w:right w:val="none" w:sz="0" w:space="0" w:color="auto"/>
      </w:divBdr>
    </w:div>
    <w:div w:id="315039273">
      <w:bodyDiv w:val="1"/>
      <w:marLeft w:val="0"/>
      <w:marRight w:val="0"/>
      <w:marTop w:val="0"/>
      <w:marBottom w:val="0"/>
      <w:divBdr>
        <w:top w:val="none" w:sz="0" w:space="0" w:color="auto"/>
        <w:left w:val="none" w:sz="0" w:space="0" w:color="auto"/>
        <w:bottom w:val="none" w:sz="0" w:space="0" w:color="auto"/>
        <w:right w:val="none" w:sz="0" w:space="0" w:color="auto"/>
      </w:divBdr>
      <w:divsChild>
        <w:div w:id="31346765">
          <w:marLeft w:val="480"/>
          <w:marRight w:val="0"/>
          <w:marTop w:val="0"/>
          <w:marBottom w:val="0"/>
          <w:divBdr>
            <w:top w:val="none" w:sz="0" w:space="0" w:color="auto"/>
            <w:left w:val="none" w:sz="0" w:space="0" w:color="auto"/>
            <w:bottom w:val="none" w:sz="0" w:space="0" w:color="auto"/>
            <w:right w:val="none" w:sz="0" w:space="0" w:color="auto"/>
          </w:divBdr>
        </w:div>
        <w:div w:id="106581142">
          <w:marLeft w:val="480"/>
          <w:marRight w:val="0"/>
          <w:marTop w:val="0"/>
          <w:marBottom w:val="0"/>
          <w:divBdr>
            <w:top w:val="none" w:sz="0" w:space="0" w:color="auto"/>
            <w:left w:val="none" w:sz="0" w:space="0" w:color="auto"/>
            <w:bottom w:val="none" w:sz="0" w:space="0" w:color="auto"/>
            <w:right w:val="none" w:sz="0" w:space="0" w:color="auto"/>
          </w:divBdr>
        </w:div>
        <w:div w:id="147137572">
          <w:marLeft w:val="480"/>
          <w:marRight w:val="0"/>
          <w:marTop w:val="0"/>
          <w:marBottom w:val="0"/>
          <w:divBdr>
            <w:top w:val="none" w:sz="0" w:space="0" w:color="auto"/>
            <w:left w:val="none" w:sz="0" w:space="0" w:color="auto"/>
            <w:bottom w:val="none" w:sz="0" w:space="0" w:color="auto"/>
            <w:right w:val="none" w:sz="0" w:space="0" w:color="auto"/>
          </w:divBdr>
        </w:div>
        <w:div w:id="344982256">
          <w:marLeft w:val="480"/>
          <w:marRight w:val="0"/>
          <w:marTop w:val="0"/>
          <w:marBottom w:val="0"/>
          <w:divBdr>
            <w:top w:val="none" w:sz="0" w:space="0" w:color="auto"/>
            <w:left w:val="none" w:sz="0" w:space="0" w:color="auto"/>
            <w:bottom w:val="none" w:sz="0" w:space="0" w:color="auto"/>
            <w:right w:val="none" w:sz="0" w:space="0" w:color="auto"/>
          </w:divBdr>
        </w:div>
        <w:div w:id="444734898">
          <w:marLeft w:val="480"/>
          <w:marRight w:val="0"/>
          <w:marTop w:val="0"/>
          <w:marBottom w:val="0"/>
          <w:divBdr>
            <w:top w:val="none" w:sz="0" w:space="0" w:color="auto"/>
            <w:left w:val="none" w:sz="0" w:space="0" w:color="auto"/>
            <w:bottom w:val="none" w:sz="0" w:space="0" w:color="auto"/>
            <w:right w:val="none" w:sz="0" w:space="0" w:color="auto"/>
          </w:divBdr>
        </w:div>
        <w:div w:id="450175803">
          <w:marLeft w:val="480"/>
          <w:marRight w:val="0"/>
          <w:marTop w:val="0"/>
          <w:marBottom w:val="0"/>
          <w:divBdr>
            <w:top w:val="none" w:sz="0" w:space="0" w:color="auto"/>
            <w:left w:val="none" w:sz="0" w:space="0" w:color="auto"/>
            <w:bottom w:val="none" w:sz="0" w:space="0" w:color="auto"/>
            <w:right w:val="none" w:sz="0" w:space="0" w:color="auto"/>
          </w:divBdr>
        </w:div>
        <w:div w:id="478571875">
          <w:marLeft w:val="480"/>
          <w:marRight w:val="0"/>
          <w:marTop w:val="0"/>
          <w:marBottom w:val="0"/>
          <w:divBdr>
            <w:top w:val="none" w:sz="0" w:space="0" w:color="auto"/>
            <w:left w:val="none" w:sz="0" w:space="0" w:color="auto"/>
            <w:bottom w:val="none" w:sz="0" w:space="0" w:color="auto"/>
            <w:right w:val="none" w:sz="0" w:space="0" w:color="auto"/>
          </w:divBdr>
        </w:div>
        <w:div w:id="600334125">
          <w:marLeft w:val="480"/>
          <w:marRight w:val="0"/>
          <w:marTop w:val="0"/>
          <w:marBottom w:val="0"/>
          <w:divBdr>
            <w:top w:val="none" w:sz="0" w:space="0" w:color="auto"/>
            <w:left w:val="none" w:sz="0" w:space="0" w:color="auto"/>
            <w:bottom w:val="none" w:sz="0" w:space="0" w:color="auto"/>
            <w:right w:val="none" w:sz="0" w:space="0" w:color="auto"/>
          </w:divBdr>
        </w:div>
        <w:div w:id="646593307">
          <w:marLeft w:val="480"/>
          <w:marRight w:val="0"/>
          <w:marTop w:val="0"/>
          <w:marBottom w:val="0"/>
          <w:divBdr>
            <w:top w:val="none" w:sz="0" w:space="0" w:color="auto"/>
            <w:left w:val="none" w:sz="0" w:space="0" w:color="auto"/>
            <w:bottom w:val="none" w:sz="0" w:space="0" w:color="auto"/>
            <w:right w:val="none" w:sz="0" w:space="0" w:color="auto"/>
          </w:divBdr>
        </w:div>
        <w:div w:id="675574189">
          <w:marLeft w:val="480"/>
          <w:marRight w:val="0"/>
          <w:marTop w:val="0"/>
          <w:marBottom w:val="0"/>
          <w:divBdr>
            <w:top w:val="none" w:sz="0" w:space="0" w:color="auto"/>
            <w:left w:val="none" w:sz="0" w:space="0" w:color="auto"/>
            <w:bottom w:val="none" w:sz="0" w:space="0" w:color="auto"/>
            <w:right w:val="none" w:sz="0" w:space="0" w:color="auto"/>
          </w:divBdr>
        </w:div>
        <w:div w:id="938872350">
          <w:marLeft w:val="480"/>
          <w:marRight w:val="0"/>
          <w:marTop w:val="0"/>
          <w:marBottom w:val="0"/>
          <w:divBdr>
            <w:top w:val="none" w:sz="0" w:space="0" w:color="auto"/>
            <w:left w:val="none" w:sz="0" w:space="0" w:color="auto"/>
            <w:bottom w:val="none" w:sz="0" w:space="0" w:color="auto"/>
            <w:right w:val="none" w:sz="0" w:space="0" w:color="auto"/>
          </w:divBdr>
        </w:div>
        <w:div w:id="945426413">
          <w:marLeft w:val="480"/>
          <w:marRight w:val="0"/>
          <w:marTop w:val="0"/>
          <w:marBottom w:val="0"/>
          <w:divBdr>
            <w:top w:val="none" w:sz="0" w:space="0" w:color="auto"/>
            <w:left w:val="none" w:sz="0" w:space="0" w:color="auto"/>
            <w:bottom w:val="none" w:sz="0" w:space="0" w:color="auto"/>
            <w:right w:val="none" w:sz="0" w:space="0" w:color="auto"/>
          </w:divBdr>
        </w:div>
        <w:div w:id="952785503">
          <w:marLeft w:val="480"/>
          <w:marRight w:val="0"/>
          <w:marTop w:val="0"/>
          <w:marBottom w:val="0"/>
          <w:divBdr>
            <w:top w:val="none" w:sz="0" w:space="0" w:color="auto"/>
            <w:left w:val="none" w:sz="0" w:space="0" w:color="auto"/>
            <w:bottom w:val="none" w:sz="0" w:space="0" w:color="auto"/>
            <w:right w:val="none" w:sz="0" w:space="0" w:color="auto"/>
          </w:divBdr>
        </w:div>
        <w:div w:id="976379687">
          <w:marLeft w:val="480"/>
          <w:marRight w:val="0"/>
          <w:marTop w:val="0"/>
          <w:marBottom w:val="0"/>
          <w:divBdr>
            <w:top w:val="none" w:sz="0" w:space="0" w:color="auto"/>
            <w:left w:val="none" w:sz="0" w:space="0" w:color="auto"/>
            <w:bottom w:val="none" w:sz="0" w:space="0" w:color="auto"/>
            <w:right w:val="none" w:sz="0" w:space="0" w:color="auto"/>
          </w:divBdr>
        </w:div>
        <w:div w:id="1018039859">
          <w:marLeft w:val="480"/>
          <w:marRight w:val="0"/>
          <w:marTop w:val="0"/>
          <w:marBottom w:val="0"/>
          <w:divBdr>
            <w:top w:val="none" w:sz="0" w:space="0" w:color="auto"/>
            <w:left w:val="none" w:sz="0" w:space="0" w:color="auto"/>
            <w:bottom w:val="none" w:sz="0" w:space="0" w:color="auto"/>
            <w:right w:val="none" w:sz="0" w:space="0" w:color="auto"/>
          </w:divBdr>
        </w:div>
        <w:div w:id="1213734604">
          <w:marLeft w:val="480"/>
          <w:marRight w:val="0"/>
          <w:marTop w:val="0"/>
          <w:marBottom w:val="0"/>
          <w:divBdr>
            <w:top w:val="none" w:sz="0" w:space="0" w:color="auto"/>
            <w:left w:val="none" w:sz="0" w:space="0" w:color="auto"/>
            <w:bottom w:val="none" w:sz="0" w:space="0" w:color="auto"/>
            <w:right w:val="none" w:sz="0" w:space="0" w:color="auto"/>
          </w:divBdr>
        </w:div>
        <w:div w:id="1357655989">
          <w:marLeft w:val="480"/>
          <w:marRight w:val="0"/>
          <w:marTop w:val="0"/>
          <w:marBottom w:val="0"/>
          <w:divBdr>
            <w:top w:val="none" w:sz="0" w:space="0" w:color="auto"/>
            <w:left w:val="none" w:sz="0" w:space="0" w:color="auto"/>
            <w:bottom w:val="none" w:sz="0" w:space="0" w:color="auto"/>
            <w:right w:val="none" w:sz="0" w:space="0" w:color="auto"/>
          </w:divBdr>
        </w:div>
        <w:div w:id="1420716255">
          <w:marLeft w:val="480"/>
          <w:marRight w:val="0"/>
          <w:marTop w:val="0"/>
          <w:marBottom w:val="0"/>
          <w:divBdr>
            <w:top w:val="none" w:sz="0" w:space="0" w:color="auto"/>
            <w:left w:val="none" w:sz="0" w:space="0" w:color="auto"/>
            <w:bottom w:val="none" w:sz="0" w:space="0" w:color="auto"/>
            <w:right w:val="none" w:sz="0" w:space="0" w:color="auto"/>
          </w:divBdr>
        </w:div>
        <w:div w:id="1457598637">
          <w:marLeft w:val="480"/>
          <w:marRight w:val="0"/>
          <w:marTop w:val="0"/>
          <w:marBottom w:val="0"/>
          <w:divBdr>
            <w:top w:val="none" w:sz="0" w:space="0" w:color="auto"/>
            <w:left w:val="none" w:sz="0" w:space="0" w:color="auto"/>
            <w:bottom w:val="none" w:sz="0" w:space="0" w:color="auto"/>
            <w:right w:val="none" w:sz="0" w:space="0" w:color="auto"/>
          </w:divBdr>
        </w:div>
        <w:div w:id="1565335698">
          <w:marLeft w:val="480"/>
          <w:marRight w:val="0"/>
          <w:marTop w:val="0"/>
          <w:marBottom w:val="0"/>
          <w:divBdr>
            <w:top w:val="none" w:sz="0" w:space="0" w:color="auto"/>
            <w:left w:val="none" w:sz="0" w:space="0" w:color="auto"/>
            <w:bottom w:val="none" w:sz="0" w:space="0" w:color="auto"/>
            <w:right w:val="none" w:sz="0" w:space="0" w:color="auto"/>
          </w:divBdr>
        </w:div>
        <w:div w:id="1574700120">
          <w:marLeft w:val="480"/>
          <w:marRight w:val="0"/>
          <w:marTop w:val="0"/>
          <w:marBottom w:val="0"/>
          <w:divBdr>
            <w:top w:val="none" w:sz="0" w:space="0" w:color="auto"/>
            <w:left w:val="none" w:sz="0" w:space="0" w:color="auto"/>
            <w:bottom w:val="none" w:sz="0" w:space="0" w:color="auto"/>
            <w:right w:val="none" w:sz="0" w:space="0" w:color="auto"/>
          </w:divBdr>
        </w:div>
        <w:div w:id="1665013503">
          <w:marLeft w:val="480"/>
          <w:marRight w:val="0"/>
          <w:marTop w:val="0"/>
          <w:marBottom w:val="0"/>
          <w:divBdr>
            <w:top w:val="none" w:sz="0" w:space="0" w:color="auto"/>
            <w:left w:val="none" w:sz="0" w:space="0" w:color="auto"/>
            <w:bottom w:val="none" w:sz="0" w:space="0" w:color="auto"/>
            <w:right w:val="none" w:sz="0" w:space="0" w:color="auto"/>
          </w:divBdr>
        </w:div>
        <w:div w:id="1754280896">
          <w:marLeft w:val="480"/>
          <w:marRight w:val="0"/>
          <w:marTop w:val="0"/>
          <w:marBottom w:val="0"/>
          <w:divBdr>
            <w:top w:val="none" w:sz="0" w:space="0" w:color="auto"/>
            <w:left w:val="none" w:sz="0" w:space="0" w:color="auto"/>
            <w:bottom w:val="none" w:sz="0" w:space="0" w:color="auto"/>
            <w:right w:val="none" w:sz="0" w:space="0" w:color="auto"/>
          </w:divBdr>
        </w:div>
        <w:div w:id="1779065360">
          <w:marLeft w:val="480"/>
          <w:marRight w:val="0"/>
          <w:marTop w:val="0"/>
          <w:marBottom w:val="0"/>
          <w:divBdr>
            <w:top w:val="none" w:sz="0" w:space="0" w:color="auto"/>
            <w:left w:val="none" w:sz="0" w:space="0" w:color="auto"/>
            <w:bottom w:val="none" w:sz="0" w:space="0" w:color="auto"/>
            <w:right w:val="none" w:sz="0" w:space="0" w:color="auto"/>
          </w:divBdr>
        </w:div>
        <w:div w:id="1911310930">
          <w:marLeft w:val="480"/>
          <w:marRight w:val="0"/>
          <w:marTop w:val="0"/>
          <w:marBottom w:val="0"/>
          <w:divBdr>
            <w:top w:val="none" w:sz="0" w:space="0" w:color="auto"/>
            <w:left w:val="none" w:sz="0" w:space="0" w:color="auto"/>
            <w:bottom w:val="none" w:sz="0" w:space="0" w:color="auto"/>
            <w:right w:val="none" w:sz="0" w:space="0" w:color="auto"/>
          </w:divBdr>
        </w:div>
        <w:div w:id="1926650460">
          <w:marLeft w:val="480"/>
          <w:marRight w:val="0"/>
          <w:marTop w:val="0"/>
          <w:marBottom w:val="0"/>
          <w:divBdr>
            <w:top w:val="none" w:sz="0" w:space="0" w:color="auto"/>
            <w:left w:val="none" w:sz="0" w:space="0" w:color="auto"/>
            <w:bottom w:val="none" w:sz="0" w:space="0" w:color="auto"/>
            <w:right w:val="none" w:sz="0" w:space="0" w:color="auto"/>
          </w:divBdr>
        </w:div>
        <w:div w:id="1954286116">
          <w:marLeft w:val="480"/>
          <w:marRight w:val="0"/>
          <w:marTop w:val="0"/>
          <w:marBottom w:val="0"/>
          <w:divBdr>
            <w:top w:val="none" w:sz="0" w:space="0" w:color="auto"/>
            <w:left w:val="none" w:sz="0" w:space="0" w:color="auto"/>
            <w:bottom w:val="none" w:sz="0" w:space="0" w:color="auto"/>
            <w:right w:val="none" w:sz="0" w:space="0" w:color="auto"/>
          </w:divBdr>
        </w:div>
        <w:div w:id="1974287392">
          <w:marLeft w:val="480"/>
          <w:marRight w:val="0"/>
          <w:marTop w:val="0"/>
          <w:marBottom w:val="0"/>
          <w:divBdr>
            <w:top w:val="none" w:sz="0" w:space="0" w:color="auto"/>
            <w:left w:val="none" w:sz="0" w:space="0" w:color="auto"/>
            <w:bottom w:val="none" w:sz="0" w:space="0" w:color="auto"/>
            <w:right w:val="none" w:sz="0" w:space="0" w:color="auto"/>
          </w:divBdr>
        </w:div>
      </w:divsChild>
    </w:div>
    <w:div w:id="317806041">
      <w:bodyDiv w:val="1"/>
      <w:marLeft w:val="0"/>
      <w:marRight w:val="0"/>
      <w:marTop w:val="0"/>
      <w:marBottom w:val="0"/>
      <w:divBdr>
        <w:top w:val="none" w:sz="0" w:space="0" w:color="auto"/>
        <w:left w:val="none" w:sz="0" w:space="0" w:color="auto"/>
        <w:bottom w:val="none" w:sz="0" w:space="0" w:color="auto"/>
        <w:right w:val="none" w:sz="0" w:space="0" w:color="auto"/>
      </w:divBdr>
    </w:div>
    <w:div w:id="319240550">
      <w:bodyDiv w:val="1"/>
      <w:marLeft w:val="0"/>
      <w:marRight w:val="0"/>
      <w:marTop w:val="0"/>
      <w:marBottom w:val="0"/>
      <w:divBdr>
        <w:top w:val="none" w:sz="0" w:space="0" w:color="auto"/>
        <w:left w:val="none" w:sz="0" w:space="0" w:color="auto"/>
        <w:bottom w:val="none" w:sz="0" w:space="0" w:color="auto"/>
        <w:right w:val="none" w:sz="0" w:space="0" w:color="auto"/>
      </w:divBdr>
    </w:div>
    <w:div w:id="319384288">
      <w:bodyDiv w:val="1"/>
      <w:marLeft w:val="0"/>
      <w:marRight w:val="0"/>
      <w:marTop w:val="0"/>
      <w:marBottom w:val="0"/>
      <w:divBdr>
        <w:top w:val="none" w:sz="0" w:space="0" w:color="auto"/>
        <w:left w:val="none" w:sz="0" w:space="0" w:color="auto"/>
        <w:bottom w:val="none" w:sz="0" w:space="0" w:color="auto"/>
        <w:right w:val="none" w:sz="0" w:space="0" w:color="auto"/>
      </w:divBdr>
    </w:div>
    <w:div w:id="320350651">
      <w:bodyDiv w:val="1"/>
      <w:marLeft w:val="0"/>
      <w:marRight w:val="0"/>
      <w:marTop w:val="0"/>
      <w:marBottom w:val="0"/>
      <w:divBdr>
        <w:top w:val="none" w:sz="0" w:space="0" w:color="auto"/>
        <w:left w:val="none" w:sz="0" w:space="0" w:color="auto"/>
        <w:bottom w:val="none" w:sz="0" w:space="0" w:color="auto"/>
        <w:right w:val="none" w:sz="0" w:space="0" w:color="auto"/>
      </w:divBdr>
      <w:divsChild>
        <w:div w:id="83302965">
          <w:marLeft w:val="480"/>
          <w:marRight w:val="0"/>
          <w:marTop w:val="0"/>
          <w:marBottom w:val="0"/>
          <w:divBdr>
            <w:top w:val="none" w:sz="0" w:space="0" w:color="auto"/>
            <w:left w:val="none" w:sz="0" w:space="0" w:color="auto"/>
            <w:bottom w:val="none" w:sz="0" w:space="0" w:color="auto"/>
            <w:right w:val="none" w:sz="0" w:space="0" w:color="auto"/>
          </w:divBdr>
        </w:div>
        <w:div w:id="185289097">
          <w:marLeft w:val="480"/>
          <w:marRight w:val="0"/>
          <w:marTop w:val="0"/>
          <w:marBottom w:val="0"/>
          <w:divBdr>
            <w:top w:val="none" w:sz="0" w:space="0" w:color="auto"/>
            <w:left w:val="none" w:sz="0" w:space="0" w:color="auto"/>
            <w:bottom w:val="none" w:sz="0" w:space="0" w:color="auto"/>
            <w:right w:val="none" w:sz="0" w:space="0" w:color="auto"/>
          </w:divBdr>
        </w:div>
        <w:div w:id="325936431">
          <w:marLeft w:val="480"/>
          <w:marRight w:val="0"/>
          <w:marTop w:val="0"/>
          <w:marBottom w:val="0"/>
          <w:divBdr>
            <w:top w:val="none" w:sz="0" w:space="0" w:color="auto"/>
            <w:left w:val="none" w:sz="0" w:space="0" w:color="auto"/>
            <w:bottom w:val="none" w:sz="0" w:space="0" w:color="auto"/>
            <w:right w:val="none" w:sz="0" w:space="0" w:color="auto"/>
          </w:divBdr>
        </w:div>
        <w:div w:id="380832750">
          <w:marLeft w:val="480"/>
          <w:marRight w:val="0"/>
          <w:marTop w:val="0"/>
          <w:marBottom w:val="0"/>
          <w:divBdr>
            <w:top w:val="none" w:sz="0" w:space="0" w:color="auto"/>
            <w:left w:val="none" w:sz="0" w:space="0" w:color="auto"/>
            <w:bottom w:val="none" w:sz="0" w:space="0" w:color="auto"/>
            <w:right w:val="none" w:sz="0" w:space="0" w:color="auto"/>
          </w:divBdr>
        </w:div>
        <w:div w:id="387383909">
          <w:marLeft w:val="480"/>
          <w:marRight w:val="0"/>
          <w:marTop w:val="0"/>
          <w:marBottom w:val="0"/>
          <w:divBdr>
            <w:top w:val="none" w:sz="0" w:space="0" w:color="auto"/>
            <w:left w:val="none" w:sz="0" w:space="0" w:color="auto"/>
            <w:bottom w:val="none" w:sz="0" w:space="0" w:color="auto"/>
            <w:right w:val="none" w:sz="0" w:space="0" w:color="auto"/>
          </w:divBdr>
        </w:div>
        <w:div w:id="427386902">
          <w:marLeft w:val="480"/>
          <w:marRight w:val="0"/>
          <w:marTop w:val="0"/>
          <w:marBottom w:val="0"/>
          <w:divBdr>
            <w:top w:val="none" w:sz="0" w:space="0" w:color="auto"/>
            <w:left w:val="none" w:sz="0" w:space="0" w:color="auto"/>
            <w:bottom w:val="none" w:sz="0" w:space="0" w:color="auto"/>
            <w:right w:val="none" w:sz="0" w:space="0" w:color="auto"/>
          </w:divBdr>
        </w:div>
        <w:div w:id="493843054">
          <w:marLeft w:val="480"/>
          <w:marRight w:val="0"/>
          <w:marTop w:val="0"/>
          <w:marBottom w:val="0"/>
          <w:divBdr>
            <w:top w:val="none" w:sz="0" w:space="0" w:color="auto"/>
            <w:left w:val="none" w:sz="0" w:space="0" w:color="auto"/>
            <w:bottom w:val="none" w:sz="0" w:space="0" w:color="auto"/>
            <w:right w:val="none" w:sz="0" w:space="0" w:color="auto"/>
          </w:divBdr>
        </w:div>
        <w:div w:id="850946315">
          <w:marLeft w:val="480"/>
          <w:marRight w:val="0"/>
          <w:marTop w:val="0"/>
          <w:marBottom w:val="0"/>
          <w:divBdr>
            <w:top w:val="none" w:sz="0" w:space="0" w:color="auto"/>
            <w:left w:val="none" w:sz="0" w:space="0" w:color="auto"/>
            <w:bottom w:val="none" w:sz="0" w:space="0" w:color="auto"/>
            <w:right w:val="none" w:sz="0" w:space="0" w:color="auto"/>
          </w:divBdr>
        </w:div>
        <w:div w:id="1011447730">
          <w:marLeft w:val="480"/>
          <w:marRight w:val="0"/>
          <w:marTop w:val="0"/>
          <w:marBottom w:val="0"/>
          <w:divBdr>
            <w:top w:val="none" w:sz="0" w:space="0" w:color="auto"/>
            <w:left w:val="none" w:sz="0" w:space="0" w:color="auto"/>
            <w:bottom w:val="none" w:sz="0" w:space="0" w:color="auto"/>
            <w:right w:val="none" w:sz="0" w:space="0" w:color="auto"/>
          </w:divBdr>
        </w:div>
        <w:div w:id="1013454430">
          <w:marLeft w:val="480"/>
          <w:marRight w:val="0"/>
          <w:marTop w:val="0"/>
          <w:marBottom w:val="0"/>
          <w:divBdr>
            <w:top w:val="none" w:sz="0" w:space="0" w:color="auto"/>
            <w:left w:val="none" w:sz="0" w:space="0" w:color="auto"/>
            <w:bottom w:val="none" w:sz="0" w:space="0" w:color="auto"/>
            <w:right w:val="none" w:sz="0" w:space="0" w:color="auto"/>
          </w:divBdr>
        </w:div>
        <w:div w:id="1298876325">
          <w:marLeft w:val="480"/>
          <w:marRight w:val="0"/>
          <w:marTop w:val="0"/>
          <w:marBottom w:val="0"/>
          <w:divBdr>
            <w:top w:val="none" w:sz="0" w:space="0" w:color="auto"/>
            <w:left w:val="none" w:sz="0" w:space="0" w:color="auto"/>
            <w:bottom w:val="none" w:sz="0" w:space="0" w:color="auto"/>
            <w:right w:val="none" w:sz="0" w:space="0" w:color="auto"/>
          </w:divBdr>
        </w:div>
        <w:div w:id="1351026686">
          <w:marLeft w:val="480"/>
          <w:marRight w:val="0"/>
          <w:marTop w:val="0"/>
          <w:marBottom w:val="0"/>
          <w:divBdr>
            <w:top w:val="none" w:sz="0" w:space="0" w:color="auto"/>
            <w:left w:val="none" w:sz="0" w:space="0" w:color="auto"/>
            <w:bottom w:val="none" w:sz="0" w:space="0" w:color="auto"/>
            <w:right w:val="none" w:sz="0" w:space="0" w:color="auto"/>
          </w:divBdr>
        </w:div>
        <w:div w:id="1382827025">
          <w:marLeft w:val="480"/>
          <w:marRight w:val="0"/>
          <w:marTop w:val="0"/>
          <w:marBottom w:val="0"/>
          <w:divBdr>
            <w:top w:val="none" w:sz="0" w:space="0" w:color="auto"/>
            <w:left w:val="none" w:sz="0" w:space="0" w:color="auto"/>
            <w:bottom w:val="none" w:sz="0" w:space="0" w:color="auto"/>
            <w:right w:val="none" w:sz="0" w:space="0" w:color="auto"/>
          </w:divBdr>
        </w:div>
        <w:div w:id="1393000229">
          <w:marLeft w:val="480"/>
          <w:marRight w:val="0"/>
          <w:marTop w:val="0"/>
          <w:marBottom w:val="0"/>
          <w:divBdr>
            <w:top w:val="none" w:sz="0" w:space="0" w:color="auto"/>
            <w:left w:val="none" w:sz="0" w:space="0" w:color="auto"/>
            <w:bottom w:val="none" w:sz="0" w:space="0" w:color="auto"/>
            <w:right w:val="none" w:sz="0" w:space="0" w:color="auto"/>
          </w:divBdr>
        </w:div>
        <w:div w:id="1415316467">
          <w:marLeft w:val="480"/>
          <w:marRight w:val="0"/>
          <w:marTop w:val="0"/>
          <w:marBottom w:val="0"/>
          <w:divBdr>
            <w:top w:val="none" w:sz="0" w:space="0" w:color="auto"/>
            <w:left w:val="none" w:sz="0" w:space="0" w:color="auto"/>
            <w:bottom w:val="none" w:sz="0" w:space="0" w:color="auto"/>
            <w:right w:val="none" w:sz="0" w:space="0" w:color="auto"/>
          </w:divBdr>
        </w:div>
        <w:div w:id="1420637163">
          <w:marLeft w:val="480"/>
          <w:marRight w:val="0"/>
          <w:marTop w:val="0"/>
          <w:marBottom w:val="0"/>
          <w:divBdr>
            <w:top w:val="none" w:sz="0" w:space="0" w:color="auto"/>
            <w:left w:val="none" w:sz="0" w:space="0" w:color="auto"/>
            <w:bottom w:val="none" w:sz="0" w:space="0" w:color="auto"/>
            <w:right w:val="none" w:sz="0" w:space="0" w:color="auto"/>
          </w:divBdr>
        </w:div>
        <w:div w:id="1446268187">
          <w:marLeft w:val="480"/>
          <w:marRight w:val="0"/>
          <w:marTop w:val="0"/>
          <w:marBottom w:val="0"/>
          <w:divBdr>
            <w:top w:val="none" w:sz="0" w:space="0" w:color="auto"/>
            <w:left w:val="none" w:sz="0" w:space="0" w:color="auto"/>
            <w:bottom w:val="none" w:sz="0" w:space="0" w:color="auto"/>
            <w:right w:val="none" w:sz="0" w:space="0" w:color="auto"/>
          </w:divBdr>
        </w:div>
        <w:div w:id="1458528005">
          <w:marLeft w:val="480"/>
          <w:marRight w:val="0"/>
          <w:marTop w:val="0"/>
          <w:marBottom w:val="0"/>
          <w:divBdr>
            <w:top w:val="none" w:sz="0" w:space="0" w:color="auto"/>
            <w:left w:val="none" w:sz="0" w:space="0" w:color="auto"/>
            <w:bottom w:val="none" w:sz="0" w:space="0" w:color="auto"/>
            <w:right w:val="none" w:sz="0" w:space="0" w:color="auto"/>
          </w:divBdr>
        </w:div>
        <w:div w:id="1622682916">
          <w:marLeft w:val="480"/>
          <w:marRight w:val="0"/>
          <w:marTop w:val="0"/>
          <w:marBottom w:val="0"/>
          <w:divBdr>
            <w:top w:val="none" w:sz="0" w:space="0" w:color="auto"/>
            <w:left w:val="none" w:sz="0" w:space="0" w:color="auto"/>
            <w:bottom w:val="none" w:sz="0" w:space="0" w:color="auto"/>
            <w:right w:val="none" w:sz="0" w:space="0" w:color="auto"/>
          </w:divBdr>
        </w:div>
        <w:div w:id="1634940781">
          <w:marLeft w:val="480"/>
          <w:marRight w:val="0"/>
          <w:marTop w:val="0"/>
          <w:marBottom w:val="0"/>
          <w:divBdr>
            <w:top w:val="none" w:sz="0" w:space="0" w:color="auto"/>
            <w:left w:val="none" w:sz="0" w:space="0" w:color="auto"/>
            <w:bottom w:val="none" w:sz="0" w:space="0" w:color="auto"/>
            <w:right w:val="none" w:sz="0" w:space="0" w:color="auto"/>
          </w:divBdr>
        </w:div>
        <w:div w:id="1853298823">
          <w:marLeft w:val="480"/>
          <w:marRight w:val="0"/>
          <w:marTop w:val="0"/>
          <w:marBottom w:val="0"/>
          <w:divBdr>
            <w:top w:val="none" w:sz="0" w:space="0" w:color="auto"/>
            <w:left w:val="none" w:sz="0" w:space="0" w:color="auto"/>
            <w:bottom w:val="none" w:sz="0" w:space="0" w:color="auto"/>
            <w:right w:val="none" w:sz="0" w:space="0" w:color="auto"/>
          </w:divBdr>
        </w:div>
        <w:div w:id="1898086160">
          <w:marLeft w:val="480"/>
          <w:marRight w:val="0"/>
          <w:marTop w:val="0"/>
          <w:marBottom w:val="0"/>
          <w:divBdr>
            <w:top w:val="none" w:sz="0" w:space="0" w:color="auto"/>
            <w:left w:val="none" w:sz="0" w:space="0" w:color="auto"/>
            <w:bottom w:val="none" w:sz="0" w:space="0" w:color="auto"/>
            <w:right w:val="none" w:sz="0" w:space="0" w:color="auto"/>
          </w:divBdr>
        </w:div>
        <w:div w:id="1924800145">
          <w:marLeft w:val="480"/>
          <w:marRight w:val="0"/>
          <w:marTop w:val="0"/>
          <w:marBottom w:val="0"/>
          <w:divBdr>
            <w:top w:val="none" w:sz="0" w:space="0" w:color="auto"/>
            <w:left w:val="none" w:sz="0" w:space="0" w:color="auto"/>
            <w:bottom w:val="none" w:sz="0" w:space="0" w:color="auto"/>
            <w:right w:val="none" w:sz="0" w:space="0" w:color="auto"/>
          </w:divBdr>
        </w:div>
        <w:div w:id="2056617110">
          <w:marLeft w:val="480"/>
          <w:marRight w:val="0"/>
          <w:marTop w:val="0"/>
          <w:marBottom w:val="0"/>
          <w:divBdr>
            <w:top w:val="none" w:sz="0" w:space="0" w:color="auto"/>
            <w:left w:val="none" w:sz="0" w:space="0" w:color="auto"/>
            <w:bottom w:val="none" w:sz="0" w:space="0" w:color="auto"/>
            <w:right w:val="none" w:sz="0" w:space="0" w:color="auto"/>
          </w:divBdr>
        </w:div>
        <w:div w:id="2145341946">
          <w:marLeft w:val="480"/>
          <w:marRight w:val="0"/>
          <w:marTop w:val="0"/>
          <w:marBottom w:val="0"/>
          <w:divBdr>
            <w:top w:val="none" w:sz="0" w:space="0" w:color="auto"/>
            <w:left w:val="none" w:sz="0" w:space="0" w:color="auto"/>
            <w:bottom w:val="none" w:sz="0" w:space="0" w:color="auto"/>
            <w:right w:val="none" w:sz="0" w:space="0" w:color="auto"/>
          </w:divBdr>
        </w:div>
      </w:divsChild>
    </w:div>
    <w:div w:id="321086533">
      <w:bodyDiv w:val="1"/>
      <w:marLeft w:val="0"/>
      <w:marRight w:val="0"/>
      <w:marTop w:val="0"/>
      <w:marBottom w:val="0"/>
      <w:divBdr>
        <w:top w:val="none" w:sz="0" w:space="0" w:color="auto"/>
        <w:left w:val="none" w:sz="0" w:space="0" w:color="auto"/>
        <w:bottom w:val="none" w:sz="0" w:space="0" w:color="auto"/>
        <w:right w:val="none" w:sz="0" w:space="0" w:color="auto"/>
      </w:divBdr>
    </w:div>
    <w:div w:id="323556864">
      <w:bodyDiv w:val="1"/>
      <w:marLeft w:val="0"/>
      <w:marRight w:val="0"/>
      <w:marTop w:val="0"/>
      <w:marBottom w:val="0"/>
      <w:divBdr>
        <w:top w:val="none" w:sz="0" w:space="0" w:color="auto"/>
        <w:left w:val="none" w:sz="0" w:space="0" w:color="auto"/>
        <w:bottom w:val="none" w:sz="0" w:space="0" w:color="auto"/>
        <w:right w:val="none" w:sz="0" w:space="0" w:color="auto"/>
      </w:divBdr>
    </w:div>
    <w:div w:id="324430816">
      <w:bodyDiv w:val="1"/>
      <w:marLeft w:val="0"/>
      <w:marRight w:val="0"/>
      <w:marTop w:val="0"/>
      <w:marBottom w:val="0"/>
      <w:divBdr>
        <w:top w:val="none" w:sz="0" w:space="0" w:color="auto"/>
        <w:left w:val="none" w:sz="0" w:space="0" w:color="auto"/>
        <w:bottom w:val="none" w:sz="0" w:space="0" w:color="auto"/>
        <w:right w:val="none" w:sz="0" w:space="0" w:color="auto"/>
      </w:divBdr>
    </w:div>
    <w:div w:id="324742434">
      <w:bodyDiv w:val="1"/>
      <w:marLeft w:val="0"/>
      <w:marRight w:val="0"/>
      <w:marTop w:val="0"/>
      <w:marBottom w:val="0"/>
      <w:divBdr>
        <w:top w:val="none" w:sz="0" w:space="0" w:color="auto"/>
        <w:left w:val="none" w:sz="0" w:space="0" w:color="auto"/>
        <w:bottom w:val="none" w:sz="0" w:space="0" w:color="auto"/>
        <w:right w:val="none" w:sz="0" w:space="0" w:color="auto"/>
      </w:divBdr>
      <w:divsChild>
        <w:div w:id="101387993">
          <w:marLeft w:val="480"/>
          <w:marRight w:val="0"/>
          <w:marTop w:val="0"/>
          <w:marBottom w:val="0"/>
          <w:divBdr>
            <w:top w:val="none" w:sz="0" w:space="0" w:color="auto"/>
            <w:left w:val="none" w:sz="0" w:space="0" w:color="auto"/>
            <w:bottom w:val="none" w:sz="0" w:space="0" w:color="auto"/>
            <w:right w:val="none" w:sz="0" w:space="0" w:color="auto"/>
          </w:divBdr>
        </w:div>
        <w:div w:id="273250291">
          <w:marLeft w:val="480"/>
          <w:marRight w:val="0"/>
          <w:marTop w:val="0"/>
          <w:marBottom w:val="0"/>
          <w:divBdr>
            <w:top w:val="none" w:sz="0" w:space="0" w:color="auto"/>
            <w:left w:val="none" w:sz="0" w:space="0" w:color="auto"/>
            <w:bottom w:val="none" w:sz="0" w:space="0" w:color="auto"/>
            <w:right w:val="none" w:sz="0" w:space="0" w:color="auto"/>
          </w:divBdr>
        </w:div>
        <w:div w:id="285818550">
          <w:marLeft w:val="480"/>
          <w:marRight w:val="0"/>
          <w:marTop w:val="0"/>
          <w:marBottom w:val="0"/>
          <w:divBdr>
            <w:top w:val="none" w:sz="0" w:space="0" w:color="auto"/>
            <w:left w:val="none" w:sz="0" w:space="0" w:color="auto"/>
            <w:bottom w:val="none" w:sz="0" w:space="0" w:color="auto"/>
            <w:right w:val="none" w:sz="0" w:space="0" w:color="auto"/>
          </w:divBdr>
        </w:div>
        <w:div w:id="286741027">
          <w:marLeft w:val="480"/>
          <w:marRight w:val="0"/>
          <w:marTop w:val="0"/>
          <w:marBottom w:val="0"/>
          <w:divBdr>
            <w:top w:val="none" w:sz="0" w:space="0" w:color="auto"/>
            <w:left w:val="none" w:sz="0" w:space="0" w:color="auto"/>
            <w:bottom w:val="none" w:sz="0" w:space="0" w:color="auto"/>
            <w:right w:val="none" w:sz="0" w:space="0" w:color="auto"/>
          </w:divBdr>
        </w:div>
        <w:div w:id="448008883">
          <w:marLeft w:val="480"/>
          <w:marRight w:val="0"/>
          <w:marTop w:val="0"/>
          <w:marBottom w:val="0"/>
          <w:divBdr>
            <w:top w:val="none" w:sz="0" w:space="0" w:color="auto"/>
            <w:left w:val="none" w:sz="0" w:space="0" w:color="auto"/>
            <w:bottom w:val="none" w:sz="0" w:space="0" w:color="auto"/>
            <w:right w:val="none" w:sz="0" w:space="0" w:color="auto"/>
          </w:divBdr>
        </w:div>
        <w:div w:id="456995363">
          <w:marLeft w:val="480"/>
          <w:marRight w:val="0"/>
          <w:marTop w:val="0"/>
          <w:marBottom w:val="0"/>
          <w:divBdr>
            <w:top w:val="none" w:sz="0" w:space="0" w:color="auto"/>
            <w:left w:val="none" w:sz="0" w:space="0" w:color="auto"/>
            <w:bottom w:val="none" w:sz="0" w:space="0" w:color="auto"/>
            <w:right w:val="none" w:sz="0" w:space="0" w:color="auto"/>
          </w:divBdr>
        </w:div>
        <w:div w:id="463625668">
          <w:marLeft w:val="480"/>
          <w:marRight w:val="0"/>
          <w:marTop w:val="0"/>
          <w:marBottom w:val="0"/>
          <w:divBdr>
            <w:top w:val="none" w:sz="0" w:space="0" w:color="auto"/>
            <w:left w:val="none" w:sz="0" w:space="0" w:color="auto"/>
            <w:bottom w:val="none" w:sz="0" w:space="0" w:color="auto"/>
            <w:right w:val="none" w:sz="0" w:space="0" w:color="auto"/>
          </w:divBdr>
        </w:div>
        <w:div w:id="509414318">
          <w:marLeft w:val="480"/>
          <w:marRight w:val="0"/>
          <w:marTop w:val="0"/>
          <w:marBottom w:val="0"/>
          <w:divBdr>
            <w:top w:val="none" w:sz="0" w:space="0" w:color="auto"/>
            <w:left w:val="none" w:sz="0" w:space="0" w:color="auto"/>
            <w:bottom w:val="none" w:sz="0" w:space="0" w:color="auto"/>
            <w:right w:val="none" w:sz="0" w:space="0" w:color="auto"/>
          </w:divBdr>
        </w:div>
        <w:div w:id="530650820">
          <w:marLeft w:val="480"/>
          <w:marRight w:val="0"/>
          <w:marTop w:val="0"/>
          <w:marBottom w:val="0"/>
          <w:divBdr>
            <w:top w:val="none" w:sz="0" w:space="0" w:color="auto"/>
            <w:left w:val="none" w:sz="0" w:space="0" w:color="auto"/>
            <w:bottom w:val="none" w:sz="0" w:space="0" w:color="auto"/>
            <w:right w:val="none" w:sz="0" w:space="0" w:color="auto"/>
          </w:divBdr>
        </w:div>
        <w:div w:id="591202526">
          <w:marLeft w:val="480"/>
          <w:marRight w:val="0"/>
          <w:marTop w:val="0"/>
          <w:marBottom w:val="0"/>
          <w:divBdr>
            <w:top w:val="none" w:sz="0" w:space="0" w:color="auto"/>
            <w:left w:val="none" w:sz="0" w:space="0" w:color="auto"/>
            <w:bottom w:val="none" w:sz="0" w:space="0" w:color="auto"/>
            <w:right w:val="none" w:sz="0" w:space="0" w:color="auto"/>
          </w:divBdr>
        </w:div>
        <w:div w:id="708653545">
          <w:marLeft w:val="480"/>
          <w:marRight w:val="0"/>
          <w:marTop w:val="0"/>
          <w:marBottom w:val="0"/>
          <w:divBdr>
            <w:top w:val="none" w:sz="0" w:space="0" w:color="auto"/>
            <w:left w:val="none" w:sz="0" w:space="0" w:color="auto"/>
            <w:bottom w:val="none" w:sz="0" w:space="0" w:color="auto"/>
            <w:right w:val="none" w:sz="0" w:space="0" w:color="auto"/>
          </w:divBdr>
        </w:div>
        <w:div w:id="728262929">
          <w:marLeft w:val="480"/>
          <w:marRight w:val="0"/>
          <w:marTop w:val="0"/>
          <w:marBottom w:val="0"/>
          <w:divBdr>
            <w:top w:val="none" w:sz="0" w:space="0" w:color="auto"/>
            <w:left w:val="none" w:sz="0" w:space="0" w:color="auto"/>
            <w:bottom w:val="none" w:sz="0" w:space="0" w:color="auto"/>
            <w:right w:val="none" w:sz="0" w:space="0" w:color="auto"/>
          </w:divBdr>
        </w:div>
        <w:div w:id="764955395">
          <w:marLeft w:val="480"/>
          <w:marRight w:val="0"/>
          <w:marTop w:val="0"/>
          <w:marBottom w:val="0"/>
          <w:divBdr>
            <w:top w:val="none" w:sz="0" w:space="0" w:color="auto"/>
            <w:left w:val="none" w:sz="0" w:space="0" w:color="auto"/>
            <w:bottom w:val="none" w:sz="0" w:space="0" w:color="auto"/>
            <w:right w:val="none" w:sz="0" w:space="0" w:color="auto"/>
          </w:divBdr>
        </w:div>
        <w:div w:id="788815173">
          <w:marLeft w:val="480"/>
          <w:marRight w:val="0"/>
          <w:marTop w:val="0"/>
          <w:marBottom w:val="0"/>
          <w:divBdr>
            <w:top w:val="none" w:sz="0" w:space="0" w:color="auto"/>
            <w:left w:val="none" w:sz="0" w:space="0" w:color="auto"/>
            <w:bottom w:val="none" w:sz="0" w:space="0" w:color="auto"/>
            <w:right w:val="none" w:sz="0" w:space="0" w:color="auto"/>
          </w:divBdr>
        </w:div>
        <w:div w:id="815681549">
          <w:marLeft w:val="480"/>
          <w:marRight w:val="0"/>
          <w:marTop w:val="0"/>
          <w:marBottom w:val="0"/>
          <w:divBdr>
            <w:top w:val="none" w:sz="0" w:space="0" w:color="auto"/>
            <w:left w:val="none" w:sz="0" w:space="0" w:color="auto"/>
            <w:bottom w:val="none" w:sz="0" w:space="0" w:color="auto"/>
            <w:right w:val="none" w:sz="0" w:space="0" w:color="auto"/>
          </w:divBdr>
        </w:div>
        <w:div w:id="834611232">
          <w:marLeft w:val="480"/>
          <w:marRight w:val="0"/>
          <w:marTop w:val="0"/>
          <w:marBottom w:val="0"/>
          <w:divBdr>
            <w:top w:val="none" w:sz="0" w:space="0" w:color="auto"/>
            <w:left w:val="none" w:sz="0" w:space="0" w:color="auto"/>
            <w:bottom w:val="none" w:sz="0" w:space="0" w:color="auto"/>
            <w:right w:val="none" w:sz="0" w:space="0" w:color="auto"/>
          </w:divBdr>
        </w:div>
        <w:div w:id="1022586093">
          <w:marLeft w:val="480"/>
          <w:marRight w:val="0"/>
          <w:marTop w:val="0"/>
          <w:marBottom w:val="0"/>
          <w:divBdr>
            <w:top w:val="none" w:sz="0" w:space="0" w:color="auto"/>
            <w:left w:val="none" w:sz="0" w:space="0" w:color="auto"/>
            <w:bottom w:val="none" w:sz="0" w:space="0" w:color="auto"/>
            <w:right w:val="none" w:sz="0" w:space="0" w:color="auto"/>
          </w:divBdr>
        </w:div>
        <w:div w:id="1183664384">
          <w:marLeft w:val="480"/>
          <w:marRight w:val="0"/>
          <w:marTop w:val="0"/>
          <w:marBottom w:val="0"/>
          <w:divBdr>
            <w:top w:val="none" w:sz="0" w:space="0" w:color="auto"/>
            <w:left w:val="none" w:sz="0" w:space="0" w:color="auto"/>
            <w:bottom w:val="none" w:sz="0" w:space="0" w:color="auto"/>
            <w:right w:val="none" w:sz="0" w:space="0" w:color="auto"/>
          </w:divBdr>
        </w:div>
        <w:div w:id="1196428734">
          <w:marLeft w:val="480"/>
          <w:marRight w:val="0"/>
          <w:marTop w:val="0"/>
          <w:marBottom w:val="0"/>
          <w:divBdr>
            <w:top w:val="none" w:sz="0" w:space="0" w:color="auto"/>
            <w:left w:val="none" w:sz="0" w:space="0" w:color="auto"/>
            <w:bottom w:val="none" w:sz="0" w:space="0" w:color="auto"/>
            <w:right w:val="none" w:sz="0" w:space="0" w:color="auto"/>
          </w:divBdr>
        </w:div>
        <w:div w:id="1228688450">
          <w:marLeft w:val="480"/>
          <w:marRight w:val="0"/>
          <w:marTop w:val="0"/>
          <w:marBottom w:val="0"/>
          <w:divBdr>
            <w:top w:val="none" w:sz="0" w:space="0" w:color="auto"/>
            <w:left w:val="none" w:sz="0" w:space="0" w:color="auto"/>
            <w:bottom w:val="none" w:sz="0" w:space="0" w:color="auto"/>
            <w:right w:val="none" w:sz="0" w:space="0" w:color="auto"/>
          </w:divBdr>
        </w:div>
        <w:div w:id="1243951247">
          <w:marLeft w:val="480"/>
          <w:marRight w:val="0"/>
          <w:marTop w:val="0"/>
          <w:marBottom w:val="0"/>
          <w:divBdr>
            <w:top w:val="none" w:sz="0" w:space="0" w:color="auto"/>
            <w:left w:val="none" w:sz="0" w:space="0" w:color="auto"/>
            <w:bottom w:val="none" w:sz="0" w:space="0" w:color="auto"/>
            <w:right w:val="none" w:sz="0" w:space="0" w:color="auto"/>
          </w:divBdr>
        </w:div>
        <w:div w:id="1272972174">
          <w:marLeft w:val="480"/>
          <w:marRight w:val="0"/>
          <w:marTop w:val="0"/>
          <w:marBottom w:val="0"/>
          <w:divBdr>
            <w:top w:val="none" w:sz="0" w:space="0" w:color="auto"/>
            <w:left w:val="none" w:sz="0" w:space="0" w:color="auto"/>
            <w:bottom w:val="none" w:sz="0" w:space="0" w:color="auto"/>
            <w:right w:val="none" w:sz="0" w:space="0" w:color="auto"/>
          </w:divBdr>
        </w:div>
        <w:div w:id="1287546318">
          <w:marLeft w:val="480"/>
          <w:marRight w:val="0"/>
          <w:marTop w:val="0"/>
          <w:marBottom w:val="0"/>
          <w:divBdr>
            <w:top w:val="none" w:sz="0" w:space="0" w:color="auto"/>
            <w:left w:val="none" w:sz="0" w:space="0" w:color="auto"/>
            <w:bottom w:val="none" w:sz="0" w:space="0" w:color="auto"/>
            <w:right w:val="none" w:sz="0" w:space="0" w:color="auto"/>
          </w:divBdr>
        </w:div>
        <w:div w:id="1457679148">
          <w:marLeft w:val="480"/>
          <w:marRight w:val="0"/>
          <w:marTop w:val="0"/>
          <w:marBottom w:val="0"/>
          <w:divBdr>
            <w:top w:val="none" w:sz="0" w:space="0" w:color="auto"/>
            <w:left w:val="none" w:sz="0" w:space="0" w:color="auto"/>
            <w:bottom w:val="none" w:sz="0" w:space="0" w:color="auto"/>
            <w:right w:val="none" w:sz="0" w:space="0" w:color="auto"/>
          </w:divBdr>
        </w:div>
        <w:div w:id="1535266648">
          <w:marLeft w:val="480"/>
          <w:marRight w:val="0"/>
          <w:marTop w:val="0"/>
          <w:marBottom w:val="0"/>
          <w:divBdr>
            <w:top w:val="none" w:sz="0" w:space="0" w:color="auto"/>
            <w:left w:val="none" w:sz="0" w:space="0" w:color="auto"/>
            <w:bottom w:val="none" w:sz="0" w:space="0" w:color="auto"/>
            <w:right w:val="none" w:sz="0" w:space="0" w:color="auto"/>
          </w:divBdr>
        </w:div>
        <w:div w:id="1540554959">
          <w:marLeft w:val="480"/>
          <w:marRight w:val="0"/>
          <w:marTop w:val="0"/>
          <w:marBottom w:val="0"/>
          <w:divBdr>
            <w:top w:val="none" w:sz="0" w:space="0" w:color="auto"/>
            <w:left w:val="none" w:sz="0" w:space="0" w:color="auto"/>
            <w:bottom w:val="none" w:sz="0" w:space="0" w:color="auto"/>
            <w:right w:val="none" w:sz="0" w:space="0" w:color="auto"/>
          </w:divBdr>
        </w:div>
        <w:div w:id="1611889826">
          <w:marLeft w:val="480"/>
          <w:marRight w:val="0"/>
          <w:marTop w:val="0"/>
          <w:marBottom w:val="0"/>
          <w:divBdr>
            <w:top w:val="none" w:sz="0" w:space="0" w:color="auto"/>
            <w:left w:val="none" w:sz="0" w:space="0" w:color="auto"/>
            <w:bottom w:val="none" w:sz="0" w:space="0" w:color="auto"/>
            <w:right w:val="none" w:sz="0" w:space="0" w:color="auto"/>
          </w:divBdr>
        </w:div>
        <w:div w:id="1643074788">
          <w:marLeft w:val="480"/>
          <w:marRight w:val="0"/>
          <w:marTop w:val="0"/>
          <w:marBottom w:val="0"/>
          <w:divBdr>
            <w:top w:val="none" w:sz="0" w:space="0" w:color="auto"/>
            <w:left w:val="none" w:sz="0" w:space="0" w:color="auto"/>
            <w:bottom w:val="none" w:sz="0" w:space="0" w:color="auto"/>
            <w:right w:val="none" w:sz="0" w:space="0" w:color="auto"/>
          </w:divBdr>
        </w:div>
        <w:div w:id="1675568112">
          <w:marLeft w:val="480"/>
          <w:marRight w:val="0"/>
          <w:marTop w:val="0"/>
          <w:marBottom w:val="0"/>
          <w:divBdr>
            <w:top w:val="none" w:sz="0" w:space="0" w:color="auto"/>
            <w:left w:val="none" w:sz="0" w:space="0" w:color="auto"/>
            <w:bottom w:val="none" w:sz="0" w:space="0" w:color="auto"/>
            <w:right w:val="none" w:sz="0" w:space="0" w:color="auto"/>
          </w:divBdr>
        </w:div>
        <w:div w:id="1807967316">
          <w:marLeft w:val="480"/>
          <w:marRight w:val="0"/>
          <w:marTop w:val="0"/>
          <w:marBottom w:val="0"/>
          <w:divBdr>
            <w:top w:val="none" w:sz="0" w:space="0" w:color="auto"/>
            <w:left w:val="none" w:sz="0" w:space="0" w:color="auto"/>
            <w:bottom w:val="none" w:sz="0" w:space="0" w:color="auto"/>
            <w:right w:val="none" w:sz="0" w:space="0" w:color="auto"/>
          </w:divBdr>
        </w:div>
        <w:div w:id="1950357062">
          <w:marLeft w:val="480"/>
          <w:marRight w:val="0"/>
          <w:marTop w:val="0"/>
          <w:marBottom w:val="0"/>
          <w:divBdr>
            <w:top w:val="none" w:sz="0" w:space="0" w:color="auto"/>
            <w:left w:val="none" w:sz="0" w:space="0" w:color="auto"/>
            <w:bottom w:val="none" w:sz="0" w:space="0" w:color="auto"/>
            <w:right w:val="none" w:sz="0" w:space="0" w:color="auto"/>
          </w:divBdr>
        </w:div>
        <w:div w:id="1964076063">
          <w:marLeft w:val="480"/>
          <w:marRight w:val="0"/>
          <w:marTop w:val="0"/>
          <w:marBottom w:val="0"/>
          <w:divBdr>
            <w:top w:val="none" w:sz="0" w:space="0" w:color="auto"/>
            <w:left w:val="none" w:sz="0" w:space="0" w:color="auto"/>
            <w:bottom w:val="none" w:sz="0" w:space="0" w:color="auto"/>
            <w:right w:val="none" w:sz="0" w:space="0" w:color="auto"/>
          </w:divBdr>
        </w:div>
        <w:div w:id="2040466598">
          <w:marLeft w:val="480"/>
          <w:marRight w:val="0"/>
          <w:marTop w:val="0"/>
          <w:marBottom w:val="0"/>
          <w:divBdr>
            <w:top w:val="none" w:sz="0" w:space="0" w:color="auto"/>
            <w:left w:val="none" w:sz="0" w:space="0" w:color="auto"/>
            <w:bottom w:val="none" w:sz="0" w:space="0" w:color="auto"/>
            <w:right w:val="none" w:sz="0" w:space="0" w:color="auto"/>
          </w:divBdr>
        </w:div>
      </w:divsChild>
    </w:div>
    <w:div w:id="325132419">
      <w:bodyDiv w:val="1"/>
      <w:marLeft w:val="0"/>
      <w:marRight w:val="0"/>
      <w:marTop w:val="0"/>
      <w:marBottom w:val="0"/>
      <w:divBdr>
        <w:top w:val="none" w:sz="0" w:space="0" w:color="auto"/>
        <w:left w:val="none" w:sz="0" w:space="0" w:color="auto"/>
        <w:bottom w:val="none" w:sz="0" w:space="0" w:color="auto"/>
        <w:right w:val="none" w:sz="0" w:space="0" w:color="auto"/>
      </w:divBdr>
    </w:div>
    <w:div w:id="325327658">
      <w:bodyDiv w:val="1"/>
      <w:marLeft w:val="0"/>
      <w:marRight w:val="0"/>
      <w:marTop w:val="0"/>
      <w:marBottom w:val="0"/>
      <w:divBdr>
        <w:top w:val="none" w:sz="0" w:space="0" w:color="auto"/>
        <w:left w:val="none" w:sz="0" w:space="0" w:color="auto"/>
        <w:bottom w:val="none" w:sz="0" w:space="0" w:color="auto"/>
        <w:right w:val="none" w:sz="0" w:space="0" w:color="auto"/>
      </w:divBdr>
    </w:div>
    <w:div w:id="326251768">
      <w:bodyDiv w:val="1"/>
      <w:marLeft w:val="0"/>
      <w:marRight w:val="0"/>
      <w:marTop w:val="0"/>
      <w:marBottom w:val="0"/>
      <w:divBdr>
        <w:top w:val="none" w:sz="0" w:space="0" w:color="auto"/>
        <w:left w:val="none" w:sz="0" w:space="0" w:color="auto"/>
        <w:bottom w:val="none" w:sz="0" w:space="0" w:color="auto"/>
        <w:right w:val="none" w:sz="0" w:space="0" w:color="auto"/>
      </w:divBdr>
    </w:div>
    <w:div w:id="327366593">
      <w:bodyDiv w:val="1"/>
      <w:marLeft w:val="0"/>
      <w:marRight w:val="0"/>
      <w:marTop w:val="0"/>
      <w:marBottom w:val="0"/>
      <w:divBdr>
        <w:top w:val="none" w:sz="0" w:space="0" w:color="auto"/>
        <w:left w:val="none" w:sz="0" w:space="0" w:color="auto"/>
        <w:bottom w:val="none" w:sz="0" w:space="0" w:color="auto"/>
        <w:right w:val="none" w:sz="0" w:space="0" w:color="auto"/>
      </w:divBdr>
      <w:divsChild>
        <w:div w:id="162939292">
          <w:marLeft w:val="480"/>
          <w:marRight w:val="0"/>
          <w:marTop w:val="0"/>
          <w:marBottom w:val="0"/>
          <w:divBdr>
            <w:top w:val="none" w:sz="0" w:space="0" w:color="auto"/>
            <w:left w:val="none" w:sz="0" w:space="0" w:color="auto"/>
            <w:bottom w:val="none" w:sz="0" w:space="0" w:color="auto"/>
            <w:right w:val="none" w:sz="0" w:space="0" w:color="auto"/>
          </w:divBdr>
        </w:div>
        <w:div w:id="738525570">
          <w:marLeft w:val="480"/>
          <w:marRight w:val="0"/>
          <w:marTop w:val="0"/>
          <w:marBottom w:val="0"/>
          <w:divBdr>
            <w:top w:val="none" w:sz="0" w:space="0" w:color="auto"/>
            <w:left w:val="none" w:sz="0" w:space="0" w:color="auto"/>
            <w:bottom w:val="none" w:sz="0" w:space="0" w:color="auto"/>
            <w:right w:val="none" w:sz="0" w:space="0" w:color="auto"/>
          </w:divBdr>
        </w:div>
        <w:div w:id="772557362">
          <w:marLeft w:val="480"/>
          <w:marRight w:val="0"/>
          <w:marTop w:val="0"/>
          <w:marBottom w:val="0"/>
          <w:divBdr>
            <w:top w:val="none" w:sz="0" w:space="0" w:color="auto"/>
            <w:left w:val="none" w:sz="0" w:space="0" w:color="auto"/>
            <w:bottom w:val="none" w:sz="0" w:space="0" w:color="auto"/>
            <w:right w:val="none" w:sz="0" w:space="0" w:color="auto"/>
          </w:divBdr>
        </w:div>
        <w:div w:id="1446461584">
          <w:marLeft w:val="480"/>
          <w:marRight w:val="0"/>
          <w:marTop w:val="0"/>
          <w:marBottom w:val="0"/>
          <w:divBdr>
            <w:top w:val="none" w:sz="0" w:space="0" w:color="auto"/>
            <w:left w:val="none" w:sz="0" w:space="0" w:color="auto"/>
            <w:bottom w:val="none" w:sz="0" w:space="0" w:color="auto"/>
            <w:right w:val="none" w:sz="0" w:space="0" w:color="auto"/>
          </w:divBdr>
        </w:div>
      </w:divsChild>
    </w:div>
    <w:div w:id="327486673">
      <w:bodyDiv w:val="1"/>
      <w:marLeft w:val="0"/>
      <w:marRight w:val="0"/>
      <w:marTop w:val="0"/>
      <w:marBottom w:val="0"/>
      <w:divBdr>
        <w:top w:val="none" w:sz="0" w:space="0" w:color="auto"/>
        <w:left w:val="none" w:sz="0" w:space="0" w:color="auto"/>
        <w:bottom w:val="none" w:sz="0" w:space="0" w:color="auto"/>
        <w:right w:val="none" w:sz="0" w:space="0" w:color="auto"/>
      </w:divBdr>
      <w:divsChild>
        <w:div w:id="7955256">
          <w:marLeft w:val="480"/>
          <w:marRight w:val="0"/>
          <w:marTop w:val="0"/>
          <w:marBottom w:val="0"/>
          <w:divBdr>
            <w:top w:val="none" w:sz="0" w:space="0" w:color="auto"/>
            <w:left w:val="none" w:sz="0" w:space="0" w:color="auto"/>
            <w:bottom w:val="none" w:sz="0" w:space="0" w:color="auto"/>
            <w:right w:val="none" w:sz="0" w:space="0" w:color="auto"/>
          </w:divBdr>
        </w:div>
        <w:div w:id="38090022">
          <w:marLeft w:val="480"/>
          <w:marRight w:val="0"/>
          <w:marTop w:val="0"/>
          <w:marBottom w:val="0"/>
          <w:divBdr>
            <w:top w:val="none" w:sz="0" w:space="0" w:color="auto"/>
            <w:left w:val="none" w:sz="0" w:space="0" w:color="auto"/>
            <w:bottom w:val="none" w:sz="0" w:space="0" w:color="auto"/>
            <w:right w:val="none" w:sz="0" w:space="0" w:color="auto"/>
          </w:divBdr>
        </w:div>
        <w:div w:id="109131240">
          <w:marLeft w:val="480"/>
          <w:marRight w:val="0"/>
          <w:marTop w:val="0"/>
          <w:marBottom w:val="0"/>
          <w:divBdr>
            <w:top w:val="none" w:sz="0" w:space="0" w:color="auto"/>
            <w:left w:val="none" w:sz="0" w:space="0" w:color="auto"/>
            <w:bottom w:val="none" w:sz="0" w:space="0" w:color="auto"/>
            <w:right w:val="none" w:sz="0" w:space="0" w:color="auto"/>
          </w:divBdr>
        </w:div>
        <w:div w:id="164589622">
          <w:marLeft w:val="480"/>
          <w:marRight w:val="0"/>
          <w:marTop w:val="0"/>
          <w:marBottom w:val="0"/>
          <w:divBdr>
            <w:top w:val="none" w:sz="0" w:space="0" w:color="auto"/>
            <w:left w:val="none" w:sz="0" w:space="0" w:color="auto"/>
            <w:bottom w:val="none" w:sz="0" w:space="0" w:color="auto"/>
            <w:right w:val="none" w:sz="0" w:space="0" w:color="auto"/>
          </w:divBdr>
        </w:div>
        <w:div w:id="168639715">
          <w:marLeft w:val="480"/>
          <w:marRight w:val="0"/>
          <w:marTop w:val="0"/>
          <w:marBottom w:val="0"/>
          <w:divBdr>
            <w:top w:val="none" w:sz="0" w:space="0" w:color="auto"/>
            <w:left w:val="none" w:sz="0" w:space="0" w:color="auto"/>
            <w:bottom w:val="none" w:sz="0" w:space="0" w:color="auto"/>
            <w:right w:val="none" w:sz="0" w:space="0" w:color="auto"/>
          </w:divBdr>
        </w:div>
        <w:div w:id="174342395">
          <w:marLeft w:val="480"/>
          <w:marRight w:val="0"/>
          <w:marTop w:val="0"/>
          <w:marBottom w:val="0"/>
          <w:divBdr>
            <w:top w:val="none" w:sz="0" w:space="0" w:color="auto"/>
            <w:left w:val="none" w:sz="0" w:space="0" w:color="auto"/>
            <w:bottom w:val="none" w:sz="0" w:space="0" w:color="auto"/>
            <w:right w:val="none" w:sz="0" w:space="0" w:color="auto"/>
          </w:divBdr>
        </w:div>
        <w:div w:id="245847512">
          <w:marLeft w:val="480"/>
          <w:marRight w:val="0"/>
          <w:marTop w:val="0"/>
          <w:marBottom w:val="0"/>
          <w:divBdr>
            <w:top w:val="none" w:sz="0" w:space="0" w:color="auto"/>
            <w:left w:val="none" w:sz="0" w:space="0" w:color="auto"/>
            <w:bottom w:val="none" w:sz="0" w:space="0" w:color="auto"/>
            <w:right w:val="none" w:sz="0" w:space="0" w:color="auto"/>
          </w:divBdr>
        </w:div>
        <w:div w:id="247423924">
          <w:marLeft w:val="480"/>
          <w:marRight w:val="0"/>
          <w:marTop w:val="0"/>
          <w:marBottom w:val="0"/>
          <w:divBdr>
            <w:top w:val="none" w:sz="0" w:space="0" w:color="auto"/>
            <w:left w:val="none" w:sz="0" w:space="0" w:color="auto"/>
            <w:bottom w:val="none" w:sz="0" w:space="0" w:color="auto"/>
            <w:right w:val="none" w:sz="0" w:space="0" w:color="auto"/>
          </w:divBdr>
        </w:div>
        <w:div w:id="249630218">
          <w:marLeft w:val="480"/>
          <w:marRight w:val="0"/>
          <w:marTop w:val="0"/>
          <w:marBottom w:val="0"/>
          <w:divBdr>
            <w:top w:val="none" w:sz="0" w:space="0" w:color="auto"/>
            <w:left w:val="none" w:sz="0" w:space="0" w:color="auto"/>
            <w:bottom w:val="none" w:sz="0" w:space="0" w:color="auto"/>
            <w:right w:val="none" w:sz="0" w:space="0" w:color="auto"/>
          </w:divBdr>
        </w:div>
        <w:div w:id="254826560">
          <w:marLeft w:val="480"/>
          <w:marRight w:val="0"/>
          <w:marTop w:val="0"/>
          <w:marBottom w:val="0"/>
          <w:divBdr>
            <w:top w:val="none" w:sz="0" w:space="0" w:color="auto"/>
            <w:left w:val="none" w:sz="0" w:space="0" w:color="auto"/>
            <w:bottom w:val="none" w:sz="0" w:space="0" w:color="auto"/>
            <w:right w:val="none" w:sz="0" w:space="0" w:color="auto"/>
          </w:divBdr>
        </w:div>
        <w:div w:id="317849735">
          <w:marLeft w:val="480"/>
          <w:marRight w:val="0"/>
          <w:marTop w:val="0"/>
          <w:marBottom w:val="0"/>
          <w:divBdr>
            <w:top w:val="none" w:sz="0" w:space="0" w:color="auto"/>
            <w:left w:val="none" w:sz="0" w:space="0" w:color="auto"/>
            <w:bottom w:val="none" w:sz="0" w:space="0" w:color="auto"/>
            <w:right w:val="none" w:sz="0" w:space="0" w:color="auto"/>
          </w:divBdr>
        </w:div>
        <w:div w:id="348990220">
          <w:marLeft w:val="480"/>
          <w:marRight w:val="0"/>
          <w:marTop w:val="0"/>
          <w:marBottom w:val="0"/>
          <w:divBdr>
            <w:top w:val="none" w:sz="0" w:space="0" w:color="auto"/>
            <w:left w:val="none" w:sz="0" w:space="0" w:color="auto"/>
            <w:bottom w:val="none" w:sz="0" w:space="0" w:color="auto"/>
            <w:right w:val="none" w:sz="0" w:space="0" w:color="auto"/>
          </w:divBdr>
        </w:div>
        <w:div w:id="357006569">
          <w:marLeft w:val="480"/>
          <w:marRight w:val="0"/>
          <w:marTop w:val="0"/>
          <w:marBottom w:val="0"/>
          <w:divBdr>
            <w:top w:val="none" w:sz="0" w:space="0" w:color="auto"/>
            <w:left w:val="none" w:sz="0" w:space="0" w:color="auto"/>
            <w:bottom w:val="none" w:sz="0" w:space="0" w:color="auto"/>
            <w:right w:val="none" w:sz="0" w:space="0" w:color="auto"/>
          </w:divBdr>
        </w:div>
        <w:div w:id="423301011">
          <w:marLeft w:val="480"/>
          <w:marRight w:val="0"/>
          <w:marTop w:val="0"/>
          <w:marBottom w:val="0"/>
          <w:divBdr>
            <w:top w:val="none" w:sz="0" w:space="0" w:color="auto"/>
            <w:left w:val="none" w:sz="0" w:space="0" w:color="auto"/>
            <w:bottom w:val="none" w:sz="0" w:space="0" w:color="auto"/>
            <w:right w:val="none" w:sz="0" w:space="0" w:color="auto"/>
          </w:divBdr>
        </w:div>
        <w:div w:id="427848430">
          <w:marLeft w:val="480"/>
          <w:marRight w:val="0"/>
          <w:marTop w:val="0"/>
          <w:marBottom w:val="0"/>
          <w:divBdr>
            <w:top w:val="none" w:sz="0" w:space="0" w:color="auto"/>
            <w:left w:val="none" w:sz="0" w:space="0" w:color="auto"/>
            <w:bottom w:val="none" w:sz="0" w:space="0" w:color="auto"/>
            <w:right w:val="none" w:sz="0" w:space="0" w:color="auto"/>
          </w:divBdr>
        </w:div>
        <w:div w:id="536353306">
          <w:marLeft w:val="480"/>
          <w:marRight w:val="0"/>
          <w:marTop w:val="0"/>
          <w:marBottom w:val="0"/>
          <w:divBdr>
            <w:top w:val="none" w:sz="0" w:space="0" w:color="auto"/>
            <w:left w:val="none" w:sz="0" w:space="0" w:color="auto"/>
            <w:bottom w:val="none" w:sz="0" w:space="0" w:color="auto"/>
            <w:right w:val="none" w:sz="0" w:space="0" w:color="auto"/>
          </w:divBdr>
        </w:div>
        <w:div w:id="676731094">
          <w:marLeft w:val="480"/>
          <w:marRight w:val="0"/>
          <w:marTop w:val="0"/>
          <w:marBottom w:val="0"/>
          <w:divBdr>
            <w:top w:val="none" w:sz="0" w:space="0" w:color="auto"/>
            <w:left w:val="none" w:sz="0" w:space="0" w:color="auto"/>
            <w:bottom w:val="none" w:sz="0" w:space="0" w:color="auto"/>
            <w:right w:val="none" w:sz="0" w:space="0" w:color="auto"/>
          </w:divBdr>
        </w:div>
        <w:div w:id="898437618">
          <w:marLeft w:val="480"/>
          <w:marRight w:val="0"/>
          <w:marTop w:val="0"/>
          <w:marBottom w:val="0"/>
          <w:divBdr>
            <w:top w:val="none" w:sz="0" w:space="0" w:color="auto"/>
            <w:left w:val="none" w:sz="0" w:space="0" w:color="auto"/>
            <w:bottom w:val="none" w:sz="0" w:space="0" w:color="auto"/>
            <w:right w:val="none" w:sz="0" w:space="0" w:color="auto"/>
          </w:divBdr>
        </w:div>
        <w:div w:id="929119915">
          <w:marLeft w:val="480"/>
          <w:marRight w:val="0"/>
          <w:marTop w:val="0"/>
          <w:marBottom w:val="0"/>
          <w:divBdr>
            <w:top w:val="none" w:sz="0" w:space="0" w:color="auto"/>
            <w:left w:val="none" w:sz="0" w:space="0" w:color="auto"/>
            <w:bottom w:val="none" w:sz="0" w:space="0" w:color="auto"/>
            <w:right w:val="none" w:sz="0" w:space="0" w:color="auto"/>
          </w:divBdr>
        </w:div>
        <w:div w:id="933364444">
          <w:marLeft w:val="480"/>
          <w:marRight w:val="0"/>
          <w:marTop w:val="0"/>
          <w:marBottom w:val="0"/>
          <w:divBdr>
            <w:top w:val="none" w:sz="0" w:space="0" w:color="auto"/>
            <w:left w:val="none" w:sz="0" w:space="0" w:color="auto"/>
            <w:bottom w:val="none" w:sz="0" w:space="0" w:color="auto"/>
            <w:right w:val="none" w:sz="0" w:space="0" w:color="auto"/>
          </w:divBdr>
        </w:div>
        <w:div w:id="1063020588">
          <w:marLeft w:val="480"/>
          <w:marRight w:val="0"/>
          <w:marTop w:val="0"/>
          <w:marBottom w:val="0"/>
          <w:divBdr>
            <w:top w:val="none" w:sz="0" w:space="0" w:color="auto"/>
            <w:left w:val="none" w:sz="0" w:space="0" w:color="auto"/>
            <w:bottom w:val="none" w:sz="0" w:space="0" w:color="auto"/>
            <w:right w:val="none" w:sz="0" w:space="0" w:color="auto"/>
          </w:divBdr>
        </w:div>
        <w:div w:id="1358896008">
          <w:marLeft w:val="480"/>
          <w:marRight w:val="0"/>
          <w:marTop w:val="0"/>
          <w:marBottom w:val="0"/>
          <w:divBdr>
            <w:top w:val="none" w:sz="0" w:space="0" w:color="auto"/>
            <w:left w:val="none" w:sz="0" w:space="0" w:color="auto"/>
            <w:bottom w:val="none" w:sz="0" w:space="0" w:color="auto"/>
            <w:right w:val="none" w:sz="0" w:space="0" w:color="auto"/>
          </w:divBdr>
        </w:div>
        <w:div w:id="1380284075">
          <w:marLeft w:val="480"/>
          <w:marRight w:val="0"/>
          <w:marTop w:val="0"/>
          <w:marBottom w:val="0"/>
          <w:divBdr>
            <w:top w:val="none" w:sz="0" w:space="0" w:color="auto"/>
            <w:left w:val="none" w:sz="0" w:space="0" w:color="auto"/>
            <w:bottom w:val="none" w:sz="0" w:space="0" w:color="auto"/>
            <w:right w:val="none" w:sz="0" w:space="0" w:color="auto"/>
          </w:divBdr>
        </w:div>
        <w:div w:id="1424644636">
          <w:marLeft w:val="480"/>
          <w:marRight w:val="0"/>
          <w:marTop w:val="0"/>
          <w:marBottom w:val="0"/>
          <w:divBdr>
            <w:top w:val="none" w:sz="0" w:space="0" w:color="auto"/>
            <w:left w:val="none" w:sz="0" w:space="0" w:color="auto"/>
            <w:bottom w:val="none" w:sz="0" w:space="0" w:color="auto"/>
            <w:right w:val="none" w:sz="0" w:space="0" w:color="auto"/>
          </w:divBdr>
        </w:div>
        <w:div w:id="1569923853">
          <w:marLeft w:val="480"/>
          <w:marRight w:val="0"/>
          <w:marTop w:val="0"/>
          <w:marBottom w:val="0"/>
          <w:divBdr>
            <w:top w:val="none" w:sz="0" w:space="0" w:color="auto"/>
            <w:left w:val="none" w:sz="0" w:space="0" w:color="auto"/>
            <w:bottom w:val="none" w:sz="0" w:space="0" w:color="auto"/>
            <w:right w:val="none" w:sz="0" w:space="0" w:color="auto"/>
          </w:divBdr>
        </w:div>
        <w:div w:id="1657953764">
          <w:marLeft w:val="480"/>
          <w:marRight w:val="0"/>
          <w:marTop w:val="0"/>
          <w:marBottom w:val="0"/>
          <w:divBdr>
            <w:top w:val="none" w:sz="0" w:space="0" w:color="auto"/>
            <w:left w:val="none" w:sz="0" w:space="0" w:color="auto"/>
            <w:bottom w:val="none" w:sz="0" w:space="0" w:color="auto"/>
            <w:right w:val="none" w:sz="0" w:space="0" w:color="auto"/>
          </w:divBdr>
        </w:div>
        <w:div w:id="1671519312">
          <w:marLeft w:val="480"/>
          <w:marRight w:val="0"/>
          <w:marTop w:val="0"/>
          <w:marBottom w:val="0"/>
          <w:divBdr>
            <w:top w:val="none" w:sz="0" w:space="0" w:color="auto"/>
            <w:left w:val="none" w:sz="0" w:space="0" w:color="auto"/>
            <w:bottom w:val="none" w:sz="0" w:space="0" w:color="auto"/>
            <w:right w:val="none" w:sz="0" w:space="0" w:color="auto"/>
          </w:divBdr>
        </w:div>
        <w:div w:id="1679194098">
          <w:marLeft w:val="480"/>
          <w:marRight w:val="0"/>
          <w:marTop w:val="0"/>
          <w:marBottom w:val="0"/>
          <w:divBdr>
            <w:top w:val="none" w:sz="0" w:space="0" w:color="auto"/>
            <w:left w:val="none" w:sz="0" w:space="0" w:color="auto"/>
            <w:bottom w:val="none" w:sz="0" w:space="0" w:color="auto"/>
            <w:right w:val="none" w:sz="0" w:space="0" w:color="auto"/>
          </w:divBdr>
        </w:div>
        <w:div w:id="1727946328">
          <w:marLeft w:val="480"/>
          <w:marRight w:val="0"/>
          <w:marTop w:val="0"/>
          <w:marBottom w:val="0"/>
          <w:divBdr>
            <w:top w:val="none" w:sz="0" w:space="0" w:color="auto"/>
            <w:left w:val="none" w:sz="0" w:space="0" w:color="auto"/>
            <w:bottom w:val="none" w:sz="0" w:space="0" w:color="auto"/>
            <w:right w:val="none" w:sz="0" w:space="0" w:color="auto"/>
          </w:divBdr>
        </w:div>
        <w:div w:id="1783111636">
          <w:marLeft w:val="480"/>
          <w:marRight w:val="0"/>
          <w:marTop w:val="0"/>
          <w:marBottom w:val="0"/>
          <w:divBdr>
            <w:top w:val="none" w:sz="0" w:space="0" w:color="auto"/>
            <w:left w:val="none" w:sz="0" w:space="0" w:color="auto"/>
            <w:bottom w:val="none" w:sz="0" w:space="0" w:color="auto"/>
            <w:right w:val="none" w:sz="0" w:space="0" w:color="auto"/>
          </w:divBdr>
        </w:div>
        <w:div w:id="1878469569">
          <w:marLeft w:val="480"/>
          <w:marRight w:val="0"/>
          <w:marTop w:val="0"/>
          <w:marBottom w:val="0"/>
          <w:divBdr>
            <w:top w:val="none" w:sz="0" w:space="0" w:color="auto"/>
            <w:left w:val="none" w:sz="0" w:space="0" w:color="auto"/>
            <w:bottom w:val="none" w:sz="0" w:space="0" w:color="auto"/>
            <w:right w:val="none" w:sz="0" w:space="0" w:color="auto"/>
          </w:divBdr>
        </w:div>
        <w:div w:id="1917663114">
          <w:marLeft w:val="480"/>
          <w:marRight w:val="0"/>
          <w:marTop w:val="0"/>
          <w:marBottom w:val="0"/>
          <w:divBdr>
            <w:top w:val="none" w:sz="0" w:space="0" w:color="auto"/>
            <w:left w:val="none" w:sz="0" w:space="0" w:color="auto"/>
            <w:bottom w:val="none" w:sz="0" w:space="0" w:color="auto"/>
            <w:right w:val="none" w:sz="0" w:space="0" w:color="auto"/>
          </w:divBdr>
        </w:div>
        <w:div w:id="1944143808">
          <w:marLeft w:val="480"/>
          <w:marRight w:val="0"/>
          <w:marTop w:val="0"/>
          <w:marBottom w:val="0"/>
          <w:divBdr>
            <w:top w:val="none" w:sz="0" w:space="0" w:color="auto"/>
            <w:left w:val="none" w:sz="0" w:space="0" w:color="auto"/>
            <w:bottom w:val="none" w:sz="0" w:space="0" w:color="auto"/>
            <w:right w:val="none" w:sz="0" w:space="0" w:color="auto"/>
          </w:divBdr>
        </w:div>
        <w:div w:id="1976526121">
          <w:marLeft w:val="480"/>
          <w:marRight w:val="0"/>
          <w:marTop w:val="0"/>
          <w:marBottom w:val="0"/>
          <w:divBdr>
            <w:top w:val="none" w:sz="0" w:space="0" w:color="auto"/>
            <w:left w:val="none" w:sz="0" w:space="0" w:color="auto"/>
            <w:bottom w:val="none" w:sz="0" w:space="0" w:color="auto"/>
            <w:right w:val="none" w:sz="0" w:space="0" w:color="auto"/>
          </w:divBdr>
        </w:div>
        <w:div w:id="1995838576">
          <w:marLeft w:val="480"/>
          <w:marRight w:val="0"/>
          <w:marTop w:val="0"/>
          <w:marBottom w:val="0"/>
          <w:divBdr>
            <w:top w:val="none" w:sz="0" w:space="0" w:color="auto"/>
            <w:left w:val="none" w:sz="0" w:space="0" w:color="auto"/>
            <w:bottom w:val="none" w:sz="0" w:space="0" w:color="auto"/>
            <w:right w:val="none" w:sz="0" w:space="0" w:color="auto"/>
          </w:divBdr>
        </w:div>
        <w:div w:id="2110419139">
          <w:marLeft w:val="480"/>
          <w:marRight w:val="0"/>
          <w:marTop w:val="0"/>
          <w:marBottom w:val="0"/>
          <w:divBdr>
            <w:top w:val="none" w:sz="0" w:space="0" w:color="auto"/>
            <w:left w:val="none" w:sz="0" w:space="0" w:color="auto"/>
            <w:bottom w:val="none" w:sz="0" w:space="0" w:color="auto"/>
            <w:right w:val="none" w:sz="0" w:space="0" w:color="auto"/>
          </w:divBdr>
        </w:div>
      </w:divsChild>
    </w:div>
    <w:div w:id="327948514">
      <w:bodyDiv w:val="1"/>
      <w:marLeft w:val="0"/>
      <w:marRight w:val="0"/>
      <w:marTop w:val="0"/>
      <w:marBottom w:val="0"/>
      <w:divBdr>
        <w:top w:val="none" w:sz="0" w:space="0" w:color="auto"/>
        <w:left w:val="none" w:sz="0" w:space="0" w:color="auto"/>
        <w:bottom w:val="none" w:sz="0" w:space="0" w:color="auto"/>
        <w:right w:val="none" w:sz="0" w:space="0" w:color="auto"/>
      </w:divBdr>
    </w:div>
    <w:div w:id="328797735">
      <w:bodyDiv w:val="1"/>
      <w:marLeft w:val="0"/>
      <w:marRight w:val="0"/>
      <w:marTop w:val="0"/>
      <w:marBottom w:val="0"/>
      <w:divBdr>
        <w:top w:val="none" w:sz="0" w:space="0" w:color="auto"/>
        <w:left w:val="none" w:sz="0" w:space="0" w:color="auto"/>
        <w:bottom w:val="none" w:sz="0" w:space="0" w:color="auto"/>
        <w:right w:val="none" w:sz="0" w:space="0" w:color="auto"/>
      </w:divBdr>
    </w:div>
    <w:div w:id="329600098">
      <w:bodyDiv w:val="1"/>
      <w:marLeft w:val="0"/>
      <w:marRight w:val="0"/>
      <w:marTop w:val="0"/>
      <w:marBottom w:val="0"/>
      <w:divBdr>
        <w:top w:val="none" w:sz="0" w:space="0" w:color="auto"/>
        <w:left w:val="none" w:sz="0" w:space="0" w:color="auto"/>
        <w:bottom w:val="none" w:sz="0" w:space="0" w:color="auto"/>
        <w:right w:val="none" w:sz="0" w:space="0" w:color="auto"/>
      </w:divBdr>
      <w:divsChild>
        <w:div w:id="19666353">
          <w:marLeft w:val="480"/>
          <w:marRight w:val="0"/>
          <w:marTop w:val="0"/>
          <w:marBottom w:val="0"/>
          <w:divBdr>
            <w:top w:val="none" w:sz="0" w:space="0" w:color="auto"/>
            <w:left w:val="none" w:sz="0" w:space="0" w:color="auto"/>
            <w:bottom w:val="none" w:sz="0" w:space="0" w:color="auto"/>
            <w:right w:val="none" w:sz="0" w:space="0" w:color="auto"/>
          </w:divBdr>
        </w:div>
        <w:div w:id="51275754">
          <w:marLeft w:val="480"/>
          <w:marRight w:val="0"/>
          <w:marTop w:val="0"/>
          <w:marBottom w:val="0"/>
          <w:divBdr>
            <w:top w:val="none" w:sz="0" w:space="0" w:color="auto"/>
            <w:left w:val="none" w:sz="0" w:space="0" w:color="auto"/>
            <w:bottom w:val="none" w:sz="0" w:space="0" w:color="auto"/>
            <w:right w:val="none" w:sz="0" w:space="0" w:color="auto"/>
          </w:divBdr>
        </w:div>
        <w:div w:id="75589373">
          <w:marLeft w:val="480"/>
          <w:marRight w:val="0"/>
          <w:marTop w:val="0"/>
          <w:marBottom w:val="0"/>
          <w:divBdr>
            <w:top w:val="none" w:sz="0" w:space="0" w:color="auto"/>
            <w:left w:val="none" w:sz="0" w:space="0" w:color="auto"/>
            <w:bottom w:val="none" w:sz="0" w:space="0" w:color="auto"/>
            <w:right w:val="none" w:sz="0" w:space="0" w:color="auto"/>
          </w:divBdr>
        </w:div>
        <w:div w:id="117376942">
          <w:marLeft w:val="480"/>
          <w:marRight w:val="0"/>
          <w:marTop w:val="0"/>
          <w:marBottom w:val="0"/>
          <w:divBdr>
            <w:top w:val="none" w:sz="0" w:space="0" w:color="auto"/>
            <w:left w:val="none" w:sz="0" w:space="0" w:color="auto"/>
            <w:bottom w:val="none" w:sz="0" w:space="0" w:color="auto"/>
            <w:right w:val="none" w:sz="0" w:space="0" w:color="auto"/>
          </w:divBdr>
        </w:div>
        <w:div w:id="204754031">
          <w:marLeft w:val="480"/>
          <w:marRight w:val="0"/>
          <w:marTop w:val="0"/>
          <w:marBottom w:val="0"/>
          <w:divBdr>
            <w:top w:val="none" w:sz="0" w:space="0" w:color="auto"/>
            <w:left w:val="none" w:sz="0" w:space="0" w:color="auto"/>
            <w:bottom w:val="none" w:sz="0" w:space="0" w:color="auto"/>
            <w:right w:val="none" w:sz="0" w:space="0" w:color="auto"/>
          </w:divBdr>
        </w:div>
        <w:div w:id="224148067">
          <w:marLeft w:val="480"/>
          <w:marRight w:val="0"/>
          <w:marTop w:val="0"/>
          <w:marBottom w:val="0"/>
          <w:divBdr>
            <w:top w:val="none" w:sz="0" w:space="0" w:color="auto"/>
            <w:left w:val="none" w:sz="0" w:space="0" w:color="auto"/>
            <w:bottom w:val="none" w:sz="0" w:space="0" w:color="auto"/>
            <w:right w:val="none" w:sz="0" w:space="0" w:color="auto"/>
          </w:divBdr>
        </w:div>
        <w:div w:id="274673810">
          <w:marLeft w:val="480"/>
          <w:marRight w:val="0"/>
          <w:marTop w:val="0"/>
          <w:marBottom w:val="0"/>
          <w:divBdr>
            <w:top w:val="none" w:sz="0" w:space="0" w:color="auto"/>
            <w:left w:val="none" w:sz="0" w:space="0" w:color="auto"/>
            <w:bottom w:val="none" w:sz="0" w:space="0" w:color="auto"/>
            <w:right w:val="none" w:sz="0" w:space="0" w:color="auto"/>
          </w:divBdr>
        </w:div>
        <w:div w:id="297220683">
          <w:marLeft w:val="480"/>
          <w:marRight w:val="0"/>
          <w:marTop w:val="0"/>
          <w:marBottom w:val="0"/>
          <w:divBdr>
            <w:top w:val="none" w:sz="0" w:space="0" w:color="auto"/>
            <w:left w:val="none" w:sz="0" w:space="0" w:color="auto"/>
            <w:bottom w:val="none" w:sz="0" w:space="0" w:color="auto"/>
            <w:right w:val="none" w:sz="0" w:space="0" w:color="auto"/>
          </w:divBdr>
        </w:div>
        <w:div w:id="399985279">
          <w:marLeft w:val="480"/>
          <w:marRight w:val="0"/>
          <w:marTop w:val="0"/>
          <w:marBottom w:val="0"/>
          <w:divBdr>
            <w:top w:val="none" w:sz="0" w:space="0" w:color="auto"/>
            <w:left w:val="none" w:sz="0" w:space="0" w:color="auto"/>
            <w:bottom w:val="none" w:sz="0" w:space="0" w:color="auto"/>
            <w:right w:val="none" w:sz="0" w:space="0" w:color="auto"/>
          </w:divBdr>
        </w:div>
        <w:div w:id="419104100">
          <w:marLeft w:val="480"/>
          <w:marRight w:val="0"/>
          <w:marTop w:val="0"/>
          <w:marBottom w:val="0"/>
          <w:divBdr>
            <w:top w:val="none" w:sz="0" w:space="0" w:color="auto"/>
            <w:left w:val="none" w:sz="0" w:space="0" w:color="auto"/>
            <w:bottom w:val="none" w:sz="0" w:space="0" w:color="auto"/>
            <w:right w:val="none" w:sz="0" w:space="0" w:color="auto"/>
          </w:divBdr>
        </w:div>
        <w:div w:id="521356338">
          <w:marLeft w:val="480"/>
          <w:marRight w:val="0"/>
          <w:marTop w:val="0"/>
          <w:marBottom w:val="0"/>
          <w:divBdr>
            <w:top w:val="none" w:sz="0" w:space="0" w:color="auto"/>
            <w:left w:val="none" w:sz="0" w:space="0" w:color="auto"/>
            <w:bottom w:val="none" w:sz="0" w:space="0" w:color="auto"/>
            <w:right w:val="none" w:sz="0" w:space="0" w:color="auto"/>
          </w:divBdr>
        </w:div>
        <w:div w:id="735711373">
          <w:marLeft w:val="480"/>
          <w:marRight w:val="0"/>
          <w:marTop w:val="0"/>
          <w:marBottom w:val="0"/>
          <w:divBdr>
            <w:top w:val="none" w:sz="0" w:space="0" w:color="auto"/>
            <w:left w:val="none" w:sz="0" w:space="0" w:color="auto"/>
            <w:bottom w:val="none" w:sz="0" w:space="0" w:color="auto"/>
            <w:right w:val="none" w:sz="0" w:space="0" w:color="auto"/>
          </w:divBdr>
        </w:div>
        <w:div w:id="812334919">
          <w:marLeft w:val="480"/>
          <w:marRight w:val="0"/>
          <w:marTop w:val="0"/>
          <w:marBottom w:val="0"/>
          <w:divBdr>
            <w:top w:val="none" w:sz="0" w:space="0" w:color="auto"/>
            <w:left w:val="none" w:sz="0" w:space="0" w:color="auto"/>
            <w:bottom w:val="none" w:sz="0" w:space="0" w:color="auto"/>
            <w:right w:val="none" w:sz="0" w:space="0" w:color="auto"/>
          </w:divBdr>
        </w:div>
        <w:div w:id="856306129">
          <w:marLeft w:val="480"/>
          <w:marRight w:val="0"/>
          <w:marTop w:val="0"/>
          <w:marBottom w:val="0"/>
          <w:divBdr>
            <w:top w:val="none" w:sz="0" w:space="0" w:color="auto"/>
            <w:left w:val="none" w:sz="0" w:space="0" w:color="auto"/>
            <w:bottom w:val="none" w:sz="0" w:space="0" w:color="auto"/>
            <w:right w:val="none" w:sz="0" w:space="0" w:color="auto"/>
          </w:divBdr>
        </w:div>
        <w:div w:id="917448936">
          <w:marLeft w:val="480"/>
          <w:marRight w:val="0"/>
          <w:marTop w:val="0"/>
          <w:marBottom w:val="0"/>
          <w:divBdr>
            <w:top w:val="none" w:sz="0" w:space="0" w:color="auto"/>
            <w:left w:val="none" w:sz="0" w:space="0" w:color="auto"/>
            <w:bottom w:val="none" w:sz="0" w:space="0" w:color="auto"/>
            <w:right w:val="none" w:sz="0" w:space="0" w:color="auto"/>
          </w:divBdr>
        </w:div>
        <w:div w:id="1071272647">
          <w:marLeft w:val="480"/>
          <w:marRight w:val="0"/>
          <w:marTop w:val="0"/>
          <w:marBottom w:val="0"/>
          <w:divBdr>
            <w:top w:val="none" w:sz="0" w:space="0" w:color="auto"/>
            <w:left w:val="none" w:sz="0" w:space="0" w:color="auto"/>
            <w:bottom w:val="none" w:sz="0" w:space="0" w:color="auto"/>
            <w:right w:val="none" w:sz="0" w:space="0" w:color="auto"/>
          </w:divBdr>
        </w:div>
        <w:div w:id="1082490592">
          <w:marLeft w:val="480"/>
          <w:marRight w:val="0"/>
          <w:marTop w:val="0"/>
          <w:marBottom w:val="0"/>
          <w:divBdr>
            <w:top w:val="none" w:sz="0" w:space="0" w:color="auto"/>
            <w:left w:val="none" w:sz="0" w:space="0" w:color="auto"/>
            <w:bottom w:val="none" w:sz="0" w:space="0" w:color="auto"/>
            <w:right w:val="none" w:sz="0" w:space="0" w:color="auto"/>
          </w:divBdr>
        </w:div>
        <w:div w:id="1091700510">
          <w:marLeft w:val="480"/>
          <w:marRight w:val="0"/>
          <w:marTop w:val="0"/>
          <w:marBottom w:val="0"/>
          <w:divBdr>
            <w:top w:val="none" w:sz="0" w:space="0" w:color="auto"/>
            <w:left w:val="none" w:sz="0" w:space="0" w:color="auto"/>
            <w:bottom w:val="none" w:sz="0" w:space="0" w:color="auto"/>
            <w:right w:val="none" w:sz="0" w:space="0" w:color="auto"/>
          </w:divBdr>
        </w:div>
        <w:div w:id="1167550249">
          <w:marLeft w:val="480"/>
          <w:marRight w:val="0"/>
          <w:marTop w:val="0"/>
          <w:marBottom w:val="0"/>
          <w:divBdr>
            <w:top w:val="none" w:sz="0" w:space="0" w:color="auto"/>
            <w:left w:val="none" w:sz="0" w:space="0" w:color="auto"/>
            <w:bottom w:val="none" w:sz="0" w:space="0" w:color="auto"/>
            <w:right w:val="none" w:sz="0" w:space="0" w:color="auto"/>
          </w:divBdr>
        </w:div>
        <w:div w:id="1189611570">
          <w:marLeft w:val="480"/>
          <w:marRight w:val="0"/>
          <w:marTop w:val="0"/>
          <w:marBottom w:val="0"/>
          <w:divBdr>
            <w:top w:val="none" w:sz="0" w:space="0" w:color="auto"/>
            <w:left w:val="none" w:sz="0" w:space="0" w:color="auto"/>
            <w:bottom w:val="none" w:sz="0" w:space="0" w:color="auto"/>
            <w:right w:val="none" w:sz="0" w:space="0" w:color="auto"/>
          </w:divBdr>
        </w:div>
        <w:div w:id="1346790188">
          <w:marLeft w:val="480"/>
          <w:marRight w:val="0"/>
          <w:marTop w:val="0"/>
          <w:marBottom w:val="0"/>
          <w:divBdr>
            <w:top w:val="none" w:sz="0" w:space="0" w:color="auto"/>
            <w:left w:val="none" w:sz="0" w:space="0" w:color="auto"/>
            <w:bottom w:val="none" w:sz="0" w:space="0" w:color="auto"/>
            <w:right w:val="none" w:sz="0" w:space="0" w:color="auto"/>
          </w:divBdr>
        </w:div>
        <w:div w:id="1394817801">
          <w:marLeft w:val="480"/>
          <w:marRight w:val="0"/>
          <w:marTop w:val="0"/>
          <w:marBottom w:val="0"/>
          <w:divBdr>
            <w:top w:val="none" w:sz="0" w:space="0" w:color="auto"/>
            <w:left w:val="none" w:sz="0" w:space="0" w:color="auto"/>
            <w:bottom w:val="none" w:sz="0" w:space="0" w:color="auto"/>
            <w:right w:val="none" w:sz="0" w:space="0" w:color="auto"/>
          </w:divBdr>
        </w:div>
        <w:div w:id="1447314408">
          <w:marLeft w:val="480"/>
          <w:marRight w:val="0"/>
          <w:marTop w:val="0"/>
          <w:marBottom w:val="0"/>
          <w:divBdr>
            <w:top w:val="none" w:sz="0" w:space="0" w:color="auto"/>
            <w:left w:val="none" w:sz="0" w:space="0" w:color="auto"/>
            <w:bottom w:val="none" w:sz="0" w:space="0" w:color="auto"/>
            <w:right w:val="none" w:sz="0" w:space="0" w:color="auto"/>
          </w:divBdr>
        </w:div>
        <w:div w:id="1547183451">
          <w:marLeft w:val="480"/>
          <w:marRight w:val="0"/>
          <w:marTop w:val="0"/>
          <w:marBottom w:val="0"/>
          <w:divBdr>
            <w:top w:val="none" w:sz="0" w:space="0" w:color="auto"/>
            <w:left w:val="none" w:sz="0" w:space="0" w:color="auto"/>
            <w:bottom w:val="none" w:sz="0" w:space="0" w:color="auto"/>
            <w:right w:val="none" w:sz="0" w:space="0" w:color="auto"/>
          </w:divBdr>
        </w:div>
        <w:div w:id="1563708901">
          <w:marLeft w:val="480"/>
          <w:marRight w:val="0"/>
          <w:marTop w:val="0"/>
          <w:marBottom w:val="0"/>
          <w:divBdr>
            <w:top w:val="none" w:sz="0" w:space="0" w:color="auto"/>
            <w:left w:val="none" w:sz="0" w:space="0" w:color="auto"/>
            <w:bottom w:val="none" w:sz="0" w:space="0" w:color="auto"/>
            <w:right w:val="none" w:sz="0" w:space="0" w:color="auto"/>
          </w:divBdr>
        </w:div>
        <w:div w:id="1578248161">
          <w:marLeft w:val="480"/>
          <w:marRight w:val="0"/>
          <w:marTop w:val="0"/>
          <w:marBottom w:val="0"/>
          <w:divBdr>
            <w:top w:val="none" w:sz="0" w:space="0" w:color="auto"/>
            <w:left w:val="none" w:sz="0" w:space="0" w:color="auto"/>
            <w:bottom w:val="none" w:sz="0" w:space="0" w:color="auto"/>
            <w:right w:val="none" w:sz="0" w:space="0" w:color="auto"/>
          </w:divBdr>
        </w:div>
        <w:div w:id="1647903176">
          <w:marLeft w:val="480"/>
          <w:marRight w:val="0"/>
          <w:marTop w:val="0"/>
          <w:marBottom w:val="0"/>
          <w:divBdr>
            <w:top w:val="none" w:sz="0" w:space="0" w:color="auto"/>
            <w:left w:val="none" w:sz="0" w:space="0" w:color="auto"/>
            <w:bottom w:val="none" w:sz="0" w:space="0" w:color="auto"/>
            <w:right w:val="none" w:sz="0" w:space="0" w:color="auto"/>
          </w:divBdr>
        </w:div>
        <w:div w:id="1686517227">
          <w:marLeft w:val="480"/>
          <w:marRight w:val="0"/>
          <w:marTop w:val="0"/>
          <w:marBottom w:val="0"/>
          <w:divBdr>
            <w:top w:val="none" w:sz="0" w:space="0" w:color="auto"/>
            <w:left w:val="none" w:sz="0" w:space="0" w:color="auto"/>
            <w:bottom w:val="none" w:sz="0" w:space="0" w:color="auto"/>
            <w:right w:val="none" w:sz="0" w:space="0" w:color="auto"/>
          </w:divBdr>
        </w:div>
        <w:div w:id="1692493179">
          <w:marLeft w:val="480"/>
          <w:marRight w:val="0"/>
          <w:marTop w:val="0"/>
          <w:marBottom w:val="0"/>
          <w:divBdr>
            <w:top w:val="none" w:sz="0" w:space="0" w:color="auto"/>
            <w:left w:val="none" w:sz="0" w:space="0" w:color="auto"/>
            <w:bottom w:val="none" w:sz="0" w:space="0" w:color="auto"/>
            <w:right w:val="none" w:sz="0" w:space="0" w:color="auto"/>
          </w:divBdr>
        </w:div>
        <w:div w:id="1805805413">
          <w:marLeft w:val="480"/>
          <w:marRight w:val="0"/>
          <w:marTop w:val="0"/>
          <w:marBottom w:val="0"/>
          <w:divBdr>
            <w:top w:val="none" w:sz="0" w:space="0" w:color="auto"/>
            <w:left w:val="none" w:sz="0" w:space="0" w:color="auto"/>
            <w:bottom w:val="none" w:sz="0" w:space="0" w:color="auto"/>
            <w:right w:val="none" w:sz="0" w:space="0" w:color="auto"/>
          </w:divBdr>
        </w:div>
        <w:div w:id="1910143182">
          <w:marLeft w:val="480"/>
          <w:marRight w:val="0"/>
          <w:marTop w:val="0"/>
          <w:marBottom w:val="0"/>
          <w:divBdr>
            <w:top w:val="none" w:sz="0" w:space="0" w:color="auto"/>
            <w:left w:val="none" w:sz="0" w:space="0" w:color="auto"/>
            <w:bottom w:val="none" w:sz="0" w:space="0" w:color="auto"/>
            <w:right w:val="none" w:sz="0" w:space="0" w:color="auto"/>
          </w:divBdr>
        </w:div>
        <w:div w:id="2039041458">
          <w:marLeft w:val="480"/>
          <w:marRight w:val="0"/>
          <w:marTop w:val="0"/>
          <w:marBottom w:val="0"/>
          <w:divBdr>
            <w:top w:val="none" w:sz="0" w:space="0" w:color="auto"/>
            <w:left w:val="none" w:sz="0" w:space="0" w:color="auto"/>
            <w:bottom w:val="none" w:sz="0" w:space="0" w:color="auto"/>
            <w:right w:val="none" w:sz="0" w:space="0" w:color="auto"/>
          </w:divBdr>
        </w:div>
      </w:divsChild>
    </w:div>
    <w:div w:id="332756452">
      <w:bodyDiv w:val="1"/>
      <w:marLeft w:val="0"/>
      <w:marRight w:val="0"/>
      <w:marTop w:val="0"/>
      <w:marBottom w:val="0"/>
      <w:divBdr>
        <w:top w:val="none" w:sz="0" w:space="0" w:color="auto"/>
        <w:left w:val="none" w:sz="0" w:space="0" w:color="auto"/>
        <w:bottom w:val="none" w:sz="0" w:space="0" w:color="auto"/>
        <w:right w:val="none" w:sz="0" w:space="0" w:color="auto"/>
      </w:divBdr>
    </w:div>
    <w:div w:id="334383936">
      <w:bodyDiv w:val="1"/>
      <w:marLeft w:val="0"/>
      <w:marRight w:val="0"/>
      <w:marTop w:val="0"/>
      <w:marBottom w:val="0"/>
      <w:divBdr>
        <w:top w:val="none" w:sz="0" w:space="0" w:color="auto"/>
        <w:left w:val="none" w:sz="0" w:space="0" w:color="auto"/>
        <w:bottom w:val="none" w:sz="0" w:space="0" w:color="auto"/>
        <w:right w:val="none" w:sz="0" w:space="0" w:color="auto"/>
      </w:divBdr>
    </w:div>
    <w:div w:id="338579400">
      <w:bodyDiv w:val="1"/>
      <w:marLeft w:val="0"/>
      <w:marRight w:val="0"/>
      <w:marTop w:val="0"/>
      <w:marBottom w:val="0"/>
      <w:divBdr>
        <w:top w:val="none" w:sz="0" w:space="0" w:color="auto"/>
        <w:left w:val="none" w:sz="0" w:space="0" w:color="auto"/>
        <w:bottom w:val="none" w:sz="0" w:space="0" w:color="auto"/>
        <w:right w:val="none" w:sz="0" w:space="0" w:color="auto"/>
      </w:divBdr>
      <w:divsChild>
        <w:div w:id="317148673">
          <w:marLeft w:val="480"/>
          <w:marRight w:val="0"/>
          <w:marTop w:val="0"/>
          <w:marBottom w:val="0"/>
          <w:divBdr>
            <w:top w:val="none" w:sz="0" w:space="0" w:color="auto"/>
            <w:left w:val="none" w:sz="0" w:space="0" w:color="auto"/>
            <w:bottom w:val="none" w:sz="0" w:space="0" w:color="auto"/>
            <w:right w:val="none" w:sz="0" w:space="0" w:color="auto"/>
          </w:divBdr>
        </w:div>
        <w:div w:id="336539908">
          <w:marLeft w:val="480"/>
          <w:marRight w:val="0"/>
          <w:marTop w:val="0"/>
          <w:marBottom w:val="0"/>
          <w:divBdr>
            <w:top w:val="none" w:sz="0" w:space="0" w:color="auto"/>
            <w:left w:val="none" w:sz="0" w:space="0" w:color="auto"/>
            <w:bottom w:val="none" w:sz="0" w:space="0" w:color="auto"/>
            <w:right w:val="none" w:sz="0" w:space="0" w:color="auto"/>
          </w:divBdr>
        </w:div>
        <w:div w:id="436676909">
          <w:marLeft w:val="480"/>
          <w:marRight w:val="0"/>
          <w:marTop w:val="0"/>
          <w:marBottom w:val="0"/>
          <w:divBdr>
            <w:top w:val="none" w:sz="0" w:space="0" w:color="auto"/>
            <w:left w:val="none" w:sz="0" w:space="0" w:color="auto"/>
            <w:bottom w:val="none" w:sz="0" w:space="0" w:color="auto"/>
            <w:right w:val="none" w:sz="0" w:space="0" w:color="auto"/>
          </w:divBdr>
        </w:div>
        <w:div w:id="439647365">
          <w:marLeft w:val="480"/>
          <w:marRight w:val="0"/>
          <w:marTop w:val="0"/>
          <w:marBottom w:val="0"/>
          <w:divBdr>
            <w:top w:val="none" w:sz="0" w:space="0" w:color="auto"/>
            <w:left w:val="none" w:sz="0" w:space="0" w:color="auto"/>
            <w:bottom w:val="none" w:sz="0" w:space="0" w:color="auto"/>
            <w:right w:val="none" w:sz="0" w:space="0" w:color="auto"/>
          </w:divBdr>
        </w:div>
        <w:div w:id="810556175">
          <w:marLeft w:val="480"/>
          <w:marRight w:val="0"/>
          <w:marTop w:val="0"/>
          <w:marBottom w:val="0"/>
          <w:divBdr>
            <w:top w:val="none" w:sz="0" w:space="0" w:color="auto"/>
            <w:left w:val="none" w:sz="0" w:space="0" w:color="auto"/>
            <w:bottom w:val="none" w:sz="0" w:space="0" w:color="auto"/>
            <w:right w:val="none" w:sz="0" w:space="0" w:color="auto"/>
          </w:divBdr>
        </w:div>
        <w:div w:id="1800952064">
          <w:marLeft w:val="480"/>
          <w:marRight w:val="0"/>
          <w:marTop w:val="0"/>
          <w:marBottom w:val="0"/>
          <w:divBdr>
            <w:top w:val="none" w:sz="0" w:space="0" w:color="auto"/>
            <w:left w:val="none" w:sz="0" w:space="0" w:color="auto"/>
            <w:bottom w:val="none" w:sz="0" w:space="0" w:color="auto"/>
            <w:right w:val="none" w:sz="0" w:space="0" w:color="auto"/>
          </w:divBdr>
        </w:div>
        <w:div w:id="2080904294">
          <w:marLeft w:val="480"/>
          <w:marRight w:val="0"/>
          <w:marTop w:val="0"/>
          <w:marBottom w:val="0"/>
          <w:divBdr>
            <w:top w:val="none" w:sz="0" w:space="0" w:color="auto"/>
            <w:left w:val="none" w:sz="0" w:space="0" w:color="auto"/>
            <w:bottom w:val="none" w:sz="0" w:space="0" w:color="auto"/>
            <w:right w:val="none" w:sz="0" w:space="0" w:color="auto"/>
          </w:divBdr>
        </w:div>
      </w:divsChild>
    </w:div>
    <w:div w:id="339505543">
      <w:bodyDiv w:val="1"/>
      <w:marLeft w:val="0"/>
      <w:marRight w:val="0"/>
      <w:marTop w:val="0"/>
      <w:marBottom w:val="0"/>
      <w:divBdr>
        <w:top w:val="none" w:sz="0" w:space="0" w:color="auto"/>
        <w:left w:val="none" w:sz="0" w:space="0" w:color="auto"/>
        <w:bottom w:val="none" w:sz="0" w:space="0" w:color="auto"/>
        <w:right w:val="none" w:sz="0" w:space="0" w:color="auto"/>
      </w:divBdr>
    </w:div>
    <w:div w:id="342710270">
      <w:bodyDiv w:val="1"/>
      <w:marLeft w:val="0"/>
      <w:marRight w:val="0"/>
      <w:marTop w:val="0"/>
      <w:marBottom w:val="0"/>
      <w:divBdr>
        <w:top w:val="none" w:sz="0" w:space="0" w:color="auto"/>
        <w:left w:val="none" w:sz="0" w:space="0" w:color="auto"/>
        <w:bottom w:val="none" w:sz="0" w:space="0" w:color="auto"/>
        <w:right w:val="none" w:sz="0" w:space="0" w:color="auto"/>
      </w:divBdr>
    </w:div>
    <w:div w:id="343556448">
      <w:bodyDiv w:val="1"/>
      <w:marLeft w:val="0"/>
      <w:marRight w:val="0"/>
      <w:marTop w:val="0"/>
      <w:marBottom w:val="0"/>
      <w:divBdr>
        <w:top w:val="none" w:sz="0" w:space="0" w:color="auto"/>
        <w:left w:val="none" w:sz="0" w:space="0" w:color="auto"/>
        <w:bottom w:val="none" w:sz="0" w:space="0" w:color="auto"/>
        <w:right w:val="none" w:sz="0" w:space="0" w:color="auto"/>
      </w:divBdr>
      <w:divsChild>
        <w:div w:id="30688886">
          <w:marLeft w:val="480"/>
          <w:marRight w:val="0"/>
          <w:marTop w:val="0"/>
          <w:marBottom w:val="0"/>
          <w:divBdr>
            <w:top w:val="none" w:sz="0" w:space="0" w:color="auto"/>
            <w:left w:val="none" w:sz="0" w:space="0" w:color="auto"/>
            <w:bottom w:val="none" w:sz="0" w:space="0" w:color="auto"/>
            <w:right w:val="none" w:sz="0" w:space="0" w:color="auto"/>
          </w:divBdr>
        </w:div>
        <w:div w:id="55400041">
          <w:marLeft w:val="480"/>
          <w:marRight w:val="0"/>
          <w:marTop w:val="0"/>
          <w:marBottom w:val="0"/>
          <w:divBdr>
            <w:top w:val="none" w:sz="0" w:space="0" w:color="auto"/>
            <w:left w:val="none" w:sz="0" w:space="0" w:color="auto"/>
            <w:bottom w:val="none" w:sz="0" w:space="0" w:color="auto"/>
            <w:right w:val="none" w:sz="0" w:space="0" w:color="auto"/>
          </w:divBdr>
        </w:div>
        <w:div w:id="57092917">
          <w:marLeft w:val="480"/>
          <w:marRight w:val="0"/>
          <w:marTop w:val="0"/>
          <w:marBottom w:val="0"/>
          <w:divBdr>
            <w:top w:val="none" w:sz="0" w:space="0" w:color="auto"/>
            <w:left w:val="none" w:sz="0" w:space="0" w:color="auto"/>
            <w:bottom w:val="none" w:sz="0" w:space="0" w:color="auto"/>
            <w:right w:val="none" w:sz="0" w:space="0" w:color="auto"/>
          </w:divBdr>
        </w:div>
        <w:div w:id="107817776">
          <w:marLeft w:val="480"/>
          <w:marRight w:val="0"/>
          <w:marTop w:val="0"/>
          <w:marBottom w:val="0"/>
          <w:divBdr>
            <w:top w:val="none" w:sz="0" w:space="0" w:color="auto"/>
            <w:left w:val="none" w:sz="0" w:space="0" w:color="auto"/>
            <w:bottom w:val="none" w:sz="0" w:space="0" w:color="auto"/>
            <w:right w:val="none" w:sz="0" w:space="0" w:color="auto"/>
          </w:divBdr>
        </w:div>
        <w:div w:id="247229641">
          <w:marLeft w:val="480"/>
          <w:marRight w:val="0"/>
          <w:marTop w:val="0"/>
          <w:marBottom w:val="0"/>
          <w:divBdr>
            <w:top w:val="none" w:sz="0" w:space="0" w:color="auto"/>
            <w:left w:val="none" w:sz="0" w:space="0" w:color="auto"/>
            <w:bottom w:val="none" w:sz="0" w:space="0" w:color="auto"/>
            <w:right w:val="none" w:sz="0" w:space="0" w:color="auto"/>
          </w:divBdr>
        </w:div>
        <w:div w:id="307517091">
          <w:marLeft w:val="480"/>
          <w:marRight w:val="0"/>
          <w:marTop w:val="0"/>
          <w:marBottom w:val="0"/>
          <w:divBdr>
            <w:top w:val="none" w:sz="0" w:space="0" w:color="auto"/>
            <w:left w:val="none" w:sz="0" w:space="0" w:color="auto"/>
            <w:bottom w:val="none" w:sz="0" w:space="0" w:color="auto"/>
            <w:right w:val="none" w:sz="0" w:space="0" w:color="auto"/>
          </w:divBdr>
        </w:div>
        <w:div w:id="319161099">
          <w:marLeft w:val="480"/>
          <w:marRight w:val="0"/>
          <w:marTop w:val="0"/>
          <w:marBottom w:val="0"/>
          <w:divBdr>
            <w:top w:val="none" w:sz="0" w:space="0" w:color="auto"/>
            <w:left w:val="none" w:sz="0" w:space="0" w:color="auto"/>
            <w:bottom w:val="none" w:sz="0" w:space="0" w:color="auto"/>
            <w:right w:val="none" w:sz="0" w:space="0" w:color="auto"/>
          </w:divBdr>
        </w:div>
        <w:div w:id="352417058">
          <w:marLeft w:val="480"/>
          <w:marRight w:val="0"/>
          <w:marTop w:val="0"/>
          <w:marBottom w:val="0"/>
          <w:divBdr>
            <w:top w:val="none" w:sz="0" w:space="0" w:color="auto"/>
            <w:left w:val="none" w:sz="0" w:space="0" w:color="auto"/>
            <w:bottom w:val="none" w:sz="0" w:space="0" w:color="auto"/>
            <w:right w:val="none" w:sz="0" w:space="0" w:color="auto"/>
          </w:divBdr>
        </w:div>
        <w:div w:id="425926855">
          <w:marLeft w:val="480"/>
          <w:marRight w:val="0"/>
          <w:marTop w:val="0"/>
          <w:marBottom w:val="0"/>
          <w:divBdr>
            <w:top w:val="none" w:sz="0" w:space="0" w:color="auto"/>
            <w:left w:val="none" w:sz="0" w:space="0" w:color="auto"/>
            <w:bottom w:val="none" w:sz="0" w:space="0" w:color="auto"/>
            <w:right w:val="none" w:sz="0" w:space="0" w:color="auto"/>
          </w:divBdr>
        </w:div>
        <w:div w:id="481696684">
          <w:marLeft w:val="480"/>
          <w:marRight w:val="0"/>
          <w:marTop w:val="0"/>
          <w:marBottom w:val="0"/>
          <w:divBdr>
            <w:top w:val="none" w:sz="0" w:space="0" w:color="auto"/>
            <w:left w:val="none" w:sz="0" w:space="0" w:color="auto"/>
            <w:bottom w:val="none" w:sz="0" w:space="0" w:color="auto"/>
            <w:right w:val="none" w:sz="0" w:space="0" w:color="auto"/>
          </w:divBdr>
        </w:div>
        <w:div w:id="524444343">
          <w:marLeft w:val="480"/>
          <w:marRight w:val="0"/>
          <w:marTop w:val="0"/>
          <w:marBottom w:val="0"/>
          <w:divBdr>
            <w:top w:val="none" w:sz="0" w:space="0" w:color="auto"/>
            <w:left w:val="none" w:sz="0" w:space="0" w:color="auto"/>
            <w:bottom w:val="none" w:sz="0" w:space="0" w:color="auto"/>
            <w:right w:val="none" w:sz="0" w:space="0" w:color="auto"/>
          </w:divBdr>
        </w:div>
        <w:div w:id="532497512">
          <w:marLeft w:val="480"/>
          <w:marRight w:val="0"/>
          <w:marTop w:val="0"/>
          <w:marBottom w:val="0"/>
          <w:divBdr>
            <w:top w:val="none" w:sz="0" w:space="0" w:color="auto"/>
            <w:left w:val="none" w:sz="0" w:space="0" w:color="auto"/>
            <w:bottom w:val="none" w:sz="0" w:space="0" w:color="auto"/>
            <w:right w:val="none" w:sz="0" w:space="0" w:color="auto"/>
          </w:divBdr>
        </w:div>
        <w:div w:id="577404266">
          <w:marLeft w:val="480"/>
          <w:marRight w:val="0"/>
          <w:marTop w:val="0"/>
          <w:marBottom w:val="0"/>
          <w:divBdr>
            <w:top w:val="none" w:sz="0" w:space="0" w:color="auto"/>
            <w:left w:val="none" w:sz="0" w:space="0" w:color="auto"/>
            <w:bottom w:val="none" w:sz="0" w:space="0" w:color="auto"/>
            <w:right w:val="none" w:sz="0" w:space="0" w:color="auto"/>
          </w:divBdr>
        </w:div>
        <w:div w:id="585262661">
          <w:marLeft w:val="480"/>
          <w:marRight w:val="0"/>
          <w:marTop w:val="0"/>
          <w:marBottom w:val="0"/>
          <w:divBdr>
            <w:top w:val="none" w:sz="0" w:space="0" w:color="auto"/>
            <w:left w:val="none" w:sz="0" w:space="0" w:color="auto"/>
            <w:bottom w:val="none" w:sz="0" w:space="0" w:color="auto"/>
            <w:right w:val="none" w:sz="0" w:space="0" w:color="auto"/>
          </w:divBdr>
        </w:div>
        <w:div w:id="634717763">
          <w:marLeft w:val="480"/>
          <w:marRight w:val="0"/>
          <w:marTop w:val="0"/>
          <w:marBottom w:val="0"/>
          <w:divBdr>
            <w:top w:val="none" w:sz="0" w:space="0" w:color="auto"/>
            <w:left w:val="none" w:sz="0" w:space="0" w:color="auto"/>
            <w:bottom w:val="none" w:sz="0" w:space="0" w:color="auto"/>
            <w:right w:val="none" w:sz="0" w:space="0" w:color="auto"/>
          </w:divBdr>
        </w:div>
        <w:div w:id="848524909">
          <w:marLeft w:val="480"/>
          <w:marRight w:val="0"/>
          <w:marTop w:val="0"/>
          <w:marBottom w:val="0"/>
          <w:divBdr>
            <w:top w:val="none" w:sz="0" w:space="0" w:color="auto"/>
            <w:left w:val="none" w:sz="0" w:space="0" w:color="auto"/>
            <w:bottom w:val="none" w:sz="0" w:space="0" w:color="auto"/>
            <w:right w:val="none" w:sz="0" w:space="0" w:color="auto"/>
          </w:divBdr>
        </w:div>
        <w:div w:id="915475556">
          <w:marLeft w:val="480"/>
          <w:marRight w:val="0"/>
          <w:marTop w:val="0"/>
          <w:marBottom w:val="0"/>
          <w:divBdr>
            <w:top w:val="none" w:sz="0" w:space="0" w:color="auto"/>
            <w:left w:val="none" w:sz="0" w:space="0" w:color="auto"/>
            <w:bottom w:val="none" w:sz="0" w:space="0" w:color="auto"/>
            <w:right w:val="none" w:sz="0" w:space="0" w:color="auto"/>
          </w:divBdr>
        </w:div>
        <w:div w:id="1188369585">
          <w:marLeft w:val="480"/>
          <w:marRight w:val="0"/>
          <w:marTop w:val="0"/>
          <w:marBottom w:val="0"/>
          <w:divBdr>
            <w:top w:val="none" w:sz="0" w:space="0" w:color="auto"/>
            <w:left w:val="none" w:sz="0" w:space="0" w:color="auto"/>
            <w:bottom w:val="none" w:sz="0" w:space="0" w:color="auto"/>
            <w:right w:val="none" w:sz="0" w:space="0" w:color="auto"/>
          </w:divBdr>
        </w:div>
        <w:div w:id="1208302818">
          <w:marLeft w:val="480"/>
          <w:marRight w:val="0"/>
          <w:marTop w:val="0"/>
          <w:marBottom w:val="0"/>
          <w:divBdr>
            <w:top w:val="none" w:sz="0" w:space="0" w:color="auto"/>
            <w:left w:val="none" w:sz="0" w:space="0" w:color="auto"/>
            <w:bottom w:val="none" w:sz="0" w:space="0" w:color="auto"/>
            <w:right w:val="none" w:sz="0" w:space="0" w:color="auto"/>
          </w:divBdr>
        </w:div>
        <w:div w:id="1370453250">
          <w:marLeft w:val="480"/>
          <w:marRight w:val="0"/>
          <w:marTop w:val="0"/>
          <w:marBottom w:val="0"/>
          <w:divBdr>
            <w:top w:val="none" w:sz="0" w:space="0" w:color="auto"/>
            <w:left w:val="none" w:sz="0" w:space="0" w:color="auto"/>
            <w:bottom w:val="none" w:sz="0" w:space="0" w:color="auto"/>
            <w:right w:val="none" w:sz="0" w:space="0" w:color="auto"/>
          </w:divBdr>
        </w:div>
        <w:div w:id="1374773825">
          <w:marLeft w:val="480"/>
          <w:marRight w:val="0"/>
          <w:marTop w:val="0"/>
          <w:marBottom w:val="0"/>
          <w:divBdr>
            <w:top w:val="none" w:sz="0" w:space="0" w:color="auto"/>
            <w:left w:val="none" w:sz="0" w:space="0" w:color="auto"/>
            <w:bottom w:val="none" w:sz="0" w:space="0" w:color="auto"/>
            <w:right w:val="none" w:sz="0" w:space="0" w:color="auto"/>
          </w:divBdr>
        </w:div>
        <w:div w:id="1409570952">
          <w:marLeft w:val="480"/>
          <w:marRight w:val="0"/>
          <w:marTop w:val="0"/>
          <w:marBottom w:val="0"/>
          <w:divBdr>
            <w:top w:val="none" w:sz="0" w:space="0" w:color="auto"/>
            <w:left w:val="none" w:sz="0" w:space="0" w:color="auto"/>
            <w:bottom w:val="none" w:sz="0" w:space="0" w:color="auto"/>
            <w:right w:val="none" w:sz="0" w:space="0" w:color="auto"/>
          </w:divBdr>
        </w:div>
        <w:div w:id="1468014934">
          <w:marLeft w:val="480"/>
          <w:marRight w:val="0"/>
          <w:marTop w:val="0"/>
          <w:marBottom w:val="0"/>
          <w:divBdr>
            <w:top w:val="none" w:sz="0" w:space="0" w:color="auto"/>
            <w:left w:val="none" w:sz="0" w:space="0" w:color="auto"/>
            <w:bottom w:val="none" w:sz="0" w:space="0" w:color="auto"/>
            <w:right w:val="none" w:sz="0" w:space="0" w:color="auto"/>
          </w:divBdr>
        </w:div>
        <w:div w:id="1492137039">
          <w:marLeft w:val="480"/>
          <w:marRight w:val="0"/>
          <w:marTop w:val="0"/>
          <w:marBottom w:val="0"/>
          <w:divBdr>
            <w:top w:val="none" w:sz="0" w:space="0" w:color="auto"/>
            <w:left w:val="none" w:sz="0" w:space="0" w:color="auto"/>
            <w:bottom w:val="none" w:sz="0" w:space="0" w:color="auto"/>
            <w:right w:val="none" w:sz="0" w:space="0" w:color="auto"/>
          </w:divBdr>
        </w:div>
        <w:div w:id="1512336961">
          <w:marLeft w:val="480"/>
          <w:marRight w:val="0"/>
          <w:marTop w:val="0"/>
          <w:marBottom w:val="0"/>
          <w:divBdr>
            <w:top w:val="none" w:sz="0" w:space="0" w:color="auto"/>
            <w:left w:val="none" w:sz="0" w:space="0" w:color="auto"/>
            <w:bottom w:val="none" w:sz="0" w:space="0" w:color="auto"/>
            <w:right w:val="none" w:sz="0" w:space="0" w:color="auto"/>
          </w:divBdr>
        </w:div>
        <w:div w:id="1602253946">
          <w:marLeft w:val="480"/>
          <w:marRight w:val="0"/>
          <w:marTop w:val="0"/>
          <w:marBottom w:val="0"/>
          <w:divBdr>
            <w:top w:val="none" w:sz="0" w:space="0" w:color="auto"/>
            <w:left w:val="none" w:sz="0" w:space="0" w:color="auto"/>
            <w:bottom w:val="none" w:sz="0" w:space="0" w:color="auto"/>
            <w:right w:val="none" w:sz="0" w:space="0" w:color="auto"/>
          </w:divBdr>
        </w:div>
        <w:div w:id="1800759794">
          <w:marLeft w:val="480"/>
          <w:marRight w:val="0"/>
          <w:marTop w:val="0"/>
          <w:marBottom w:val="0"/>
          <w:divBdr>
            <w:top w:val="none" w:sz="0" w:space="0" w:color="auto"/>
            <w:left w:val="none" w:sz="0" w:space="0" w:color="auto"/>
            <w:bottom w:val="none" w:sz="0" w:space="0" w:color="auto"/>
            <w:right w:val="none" w:sz="0" w:space="0" w:color="auto"/>
          </w:divBdr>
        </w:div>
        <w:div w:id="1833332922">
          <w:marLeft w:val="480"/>
          <w:marRight w:val="0"/>
          <w:marTop w:val="0"/>
          <w:marBottom w:val="0"/>
          <w:divBdr>
            <w:top w:val="none" w:sz="0" w:space="0" w:color="auto"/>
            <w:left w:val="none" w:sz="0" w:space="0" w:color="auto"/>
            <w:bottom w:val="none" w:sz="0" w:space="0" w:color="auto"/>
            <w:right w:val="none" w:sz="0" w:space="0" w:color="auto"/>
          </w:divBdr>
        </w:div>
        <w:div w:id="1864594407">
          <w:marLeft w:val="480"/>
          <w:marRight w:val="0"/>
          <w:marTop w:val="0"/>
          <w:marBottom w:val="0"/>
          <w:divBdr>
            <w:top w:val="none" w:sz="0" w:space="0" w:color="auto"/>
            <w:left w:val="none" w:sz="0" w:space="0" w:color="auto"/>
            <w:bottom w:val="none" w:sz="0" w:space="0" w:color="auto"/>
            <w:right w:val="none" w:sz="0" w:space="0" w:color="auto"/>
          </w:divBdr>
        </w:div>
        <w:div w:id="1888301252">
          <w:marLeft w:val="480"/>
          <w:marRight w:val="0"/>
          <w:marTop w:val="0"/>
          <w:marBottom w:val="0"/>
          <w:divBdr>
            <w:top w:val="none" w:sz="0" w:space="0" w:color="auto"/>
            <w:left w:val="none" w:sz="0" w:space="0" w:color="auto"/>
            <w:bottom w:val="none" w:sz="0" w:space="0" w:color="auto"/>
            <w:right w:val="none" w:sz="0" w:space="0" w:color="auto"/>
          </w:divBdr>
        </w:div>
        <w:div w:id="1906139917">
          <w:marLeft w:val="480"/>
          <w:marRight w:val="0"/>
          <w:marTop w:val="0"/>
          <w:marBottom w:val="0"/>
          <w:divBdr>
            <w:top w:val="none" w:sz="0" w:space="0" w:color="auto"/>
            <w:left w:val="none" w:sz="0" w:space="0" w:color="auto"/>
            <w:bottom w:val="none" w:sz="0" w:space="0" w:color="auto"/>
            <w:right w:val="none" w:sz="0" w:space="0" w:color="auto"/>
          </w:divBdr>
        </w:div>
        <w:div w:id="1949194472">
          <w:marLeft w:val="480"/>
          <w:marRight w:val="0"/>
          <w:marTop w:val="0"/>
          <w:marBottom w:val="0"/>
          <w:divBdr>
            <w:top w:val="none" w:sz="0" w:space="0" w:color="auto"/>
            <w:left w:val="none" w:sz="0" w:space="0" w:color="auto"/>
            <w:bottom w:val="none" w:sz="0" w:space="0" w:color="auto"/>
            <w:right w:val="none" w:sz="0" w:space="0" w:color="auto"/>
          </w:divBdr>
        </w:div>
        <w:div w:id="1953513087">
          <w:marLeft w:val="480"/>
          <w:marRight w:val="0"/>
          <w:marTop w:val="0"/>
          <w:marBottom w:val="0"/>
          <w:divBdr>
            <w:top w:val="none" w:sz="0" w:space="0" w:color="auto"/>
            <w:left w:val="none" w:sz="0" w:space="0" w:color="auto"/>
            <w:bottom w:val="none" w:sz="0" w:space="0" w:color="auto"/>
            <w:right w:val="none" w:sz="0" w:space="0" w:color="auto"/>
          </w:divBdr>
        </w:div>
        <w:div w:id="1961035740">
          <w:marLeft w:val="480"/>
          <w:marRight w:val="0"/>
          <w:marTop w:val="0"/>
          <w:marBottom w:val="0"/>
          <w:divBdr>
            <w:top w:val="none" w:sz="0" w:space="0" w:color="auto"/>
            <w:left w:val="none" w:sz="0" w:space="0" w:color="auto"/>
            <w:bottom w:val="none" w:sz="0" w:space="0" w:color="auto"/>
            <w:right w:val="none" w:sz="0" w:space="0" w:color="auto"/>
          </w:divBdr>
        </w:div>
        <w:div w:id="2055888182">
          <w:marLeft w:val="480"/>
          <w:marRight w:val="0"/>
          <w:marTop w:val="0"/>
          <w:marBottom w:val="0"/>
          <w:divBdr>
            <w:top w:val="none" w:sz="0" w:space="0" w:color="auto"/>
            <w:left w:val="none" w:sz="0" w:space="0" w:color="auto"/>
            <w:bottom w:val="none" w:sz="0" w:space="0" w:color="auto"/>
            <w:right w:val="none" w:sz="0" w:space="0" w:color="auto"/>
          </w:divBdr>
        </w:div>
        <w:div w:id="2067727173">
          <w:marLeft w:val="480"/>
          <w:marRight w:val="0"/>
          <w:marTop w:val="0"/>
          <w:marBottom w:val="0"/>
          <w:divBdr>
            <w:top w:val="none" w:sz="0" w:space="0" w:color="auto"/>
            <w:left w:val="none" w:sz="0" w:space="0" w:color="auto"/>
            <w:bottom w:val="none" w:sz="0" w:space="0" w:color="auto"/>
            <w:right w:val="none" w:sz="0" w:space="0" w:color="auto"/>
          </w:divBdr>
        </w:div>
        <w:div w:id="2089954784">
          <w:marLeft w:val="480"/>
          <w:marRight w:val="0"/>
          <w:marTop w:val="0"/>
          <w:marBottom w:val="0"/>
          <w:divBdr>
            <w:top w:val="none" w:sz="0" w:space="0" w:color="auto"/>
            <w:left w:val="none" w:sz="0" w:space="0" w:color="auto"/>
            <w:bottom w:val="none" w:sz="0" w:space="0" w:color="auto"/>
            <w:right w:val="none" w:sz="0" w:space="0" w:color="auto"/>
          </w:divBdr>
        </w:div>
      </w:divsChild>
    </w:div>
    <w:div w:id="346177473">
      <w:bodyDiv w:val="1"/>
      <w:marLeft w:val="0"/>
      <w:marRight w:val="0"/>
      <w:marTop w:val="0"/>
      <w:marBottom w:val="0"/>
      <w:divBdr>
        <w:top w:val="none" w:sz="0" w:space="0" w:color="auto"/>
        <w:left w:val="none" w:sz="0" w:space="0" w:color="auto"/>
        <w:bottom w:val="none" w:sz="0" w:space="0" w:color="auto"/>
        <w:right w:val="none" w:sz="0" w:space="0" w:color="auto"/>
      </w:divBdr>
    </w:div>
    <w:div w:id="349839942">
      <w:bodyDiv w:val="1"/>
      <w:marLeft w:val="0"/>
      <w:marRight w:val="0"/>
      <w:marTop w:val="0"/>
      <w:marBottom w:val="0"/>
      <w:divBdr>
        <w:top w:val="none" w:sz="0" w:space="0" w:color="auto"/>
        <w:left w:val="none" w:sz="0" w:space="0" w:color="auto"/>
        <w:bottom w:val="none" w:sz="0" w:space="0" w:color="auto"/>
        <w:right w:val="none" w:sz="0" w:space="0" w:color="auto"/>
      </w:divBdr>
    </w:div>
    <w:div w:id="350491390">
      <w:bodyDiv w:val="1"/>
      <w:marLeft w:val="0"/>
      <w:marRight w:val="0"/>
      <w:marTop w:val="0"/>
      <w:marBottom w:val="0"/>
      <w:divBdr>
        <w:top w:val="none" w:sz="0" w:space="0" w:color="auto"/>
        <w:left w:val="none" w:sz="0" w:space="0" w:color="auto"/>
        <w:bottom w:val="none" w:sz="0" w:space="0" w:color="auto"/>
        <w:right w:val="none" w:sz="0" w:space="0" w:color="auto"/>
      </w:divBdr>
      <w:divsChild>
        <w:div w:id="67459285">
          <w:marLeft w:val="480"/>
          <w:marRight w:val="0"/>
          <w:marTop w:val="0"/>
          <w:marBottom w:val="0"/>
          <w:divBdr>
            <w:top w:val="none" w:sz="0" w:space="0" w:color="auto"/>
            <w:left w:val="none" w:sz="0" w:space="0" w:color="auto"/>
            <w:bottom w:val="none" w:sz="0" w:space="0" w:color="auto"/>
            <w:right w:val="none" w:sz="0" w:space="0" w:color="auto"/>
          </w:divBdr>
        </w:div>
        <w:div w:id="215698898">
          <w:marLeft w:val="480"/>
          <w:marRight w:val="0"/>
          <w:marTop w:val="0"/>
          <w:marBottom w:val="0"/>
          <w:divBdr>
            <w:top w:val="none" w:sz="0" w:space="0" w:color="auto"/>
            <w:left w:val="none" w:sz="0" w:space="0" w:color="auto"/>
            <w:bottom w:val="none" w:sz="0" w:space="0" w:color="auto"/>
            <w:right w:val="none" w:sz="0" w:space="0" w:color="auto"/>
          </w:divBdr>
        </w:div>
        <w:div w:id="276328324">
          <w:marLeft w:val="480"/>
          <w:marRight w:val="0"/>
          <w:marTop w:val="0"/>
          <w:marBottom w:val="0"/>
          <w:divBdr>
            <w:top w:val="none" w:sz="0" w:space="0" w:color="auto"/>
            <w:left w:val="none" w:sz="0" w:space="0" w:color="auto"/>
            <w:bottom w:val="none" w:sz="0" w:space="0" w:color="auto"/>
            <w:right w:val="none" w:sz="0" w:space="0" w:color="auto"/>
          </w:divBdr>
        </w:div>
        <w:div w:id="325863912">
          <w:marLeft w:val="480"/>
          <w:marRight w:val="0"/>
          <w:marTop w:val="0"/>
          <w:marBottom w:val="0"/>
          <w:divBdr>
            <w:top w:val="none" w:sz="0" w:space="0" w:color="auto"/>
            <w:left w:val="none" w:sz="0" w:space="0" w:color="auto"/>
            <w:bottom w:val="none" w:sz="0" w:space="0" w:color="auto"/>
            <w:right w:val="none" w:sz="0" w:space="0" w:color="auto"/>
          </w:divBdr>
        </w:div>
        <w:div w:id="405343141">
          <w:marLeft w:val="480"/>
          <w:marRight w:val="0"/>
          <w:marTop w:val="0"/>
          <w:marBottom w:val="0"/>
          <w:divBdr>
            <w:top w:val="none" w:sz="0" w:space="0" w:color="auto"/>
            <w:left w:val="none" w:sz="0" w:space="0" w:color="auto"/>
            <w:bottom w:val="none" w:sz="0" w:space="0" w:color="auto"/>
            <w:right w:val="none" w:sz="0" w:space="0" w:color="auto"/>
          </w:divBdr>
        </w:div>
        <w:div w:id="494147362">
          <w:marLeft w:val="480"/>
          <w:marRight w:val="0"/>
          <w:marTop w:val="0"/>
          <w:marBottom w:val="0"/>
          <w:divBdr>
            <w:top w:val="none" w:sz="0" w:space="0" w:color="auto"/>
            <w:left w:val="none" w:sz="0" w:space="0" w:color="auto"/>
            <w:bottom w:val="none" w:sz="0" w:space="0" w:color="auto"/>
            <w:right w:val="none" w:sz="0" w:space="0" w:color="auto"/>
          </w:divBdr>
        </w:div>
        <w:div w:id="500513557">
          <w:marLeft w:val="480"/>
          <w:marRight w:val="0"/>
          <w:marTop w:val="0"/>
          <w:marBottom w:val="0"/>
          <w:divBdr>
            <w:top w:val="none" w:sz="0" w:space="0" w:color="auto"/>
            <w:left w:val="none" w:sz="0" w:space="0" w:color="auto"/>
            <w:bottom w:val="none" w:sz="0" w:space="0" w:color="auto"/>
            <w:right w:val="none" w:sz="0" w:space="0" w:color="auto"/>
          </w:divBdr>
        </w:div>
        <w:div w:id="778987782">
          <w:marLeft w:val="480"/>
          <w:marRight w:val="0"/>
          <w:marTop w:val="0"/>
          <w:marBottom w:val="0"/>
          <w:divBdr>
            <w:top w:val="none" w:sz="0" w:space="0" w:color="auto"/>
            <w:left w:val="none" w:sz="0" w:space="0" w:color="auto"/>
            <w:bottom w:val="none" w:sz="0" w:space="0" w:color="auto"/>
            <w:right w:val="none" w:sz="0" w:space="0" w:color="auto"/>
          </w:divBdr>
        </w:div>
        <w:div w:id="882060844">
          <w:marLeft w:val="480"/>
          <w:marRight w:val="0"/>
          <w:marTop w:val="0"/>
          <w:marBottom w:val="0"/>
          <w:divBdr>
            <w:top w:val="none" w:sz="0" w:space="0" w:color="auto"/>
            <w:left w:val="none" w:sz="0" w:space="0" w:color="auto"/>
            <w:bottom w:val="none" w:sz="0" w:space="0" w:color="auto"/>
            <w:right w:val="none" w:sz="0" w:space="0" w:color="auto"/>
          </w:divBdr>
        </w:div>
        <w:div w:id="979073895">
          <w:marLeft w:val="480"/>
          <w:marRight w:val="0"/>
          <w:marTop w:val="0"/>
          <w:marBottom w:val="0"/>
          <w:divBdr>
            <w:top w:val="none" w:sz="0" w:space="0" w:color="auto"/>
            <w:left w:val="none" w:sz="0" w:space="0" w:color="auto"/>
            <w:bottom w:val="none" w:sz="0" w:space="0" w:color="auto"/>
            <w:right w:val="none" w:sz="0" w:space="0" w:color="auto"/>
          </w:divBdr>
        </w:div>
        <w:div w:id="997421203">
          <w:marLeft w:val="480"/>
          <w:marRight w:val="0"/>
          <w:marTop w:val="0"/>
          <w:marBottom w:val="0"/>
          <w:divBdr>
            <w:top w:val="none" w:sz="0" w:space="0" w:color="auto"/>
            <w:left w:val="none" w:sz="0" w:space="0" w:color="auto"/>
            <w:bottom w:val="none" w:sz="0" w:space="0" w:color="auto"/>
            <w:right w:val="none" w:sz="0" w:space="0" w:color="auto"/>
          </w:divBdr>
        </w:div>
        <w:div w:id="1025867101">
          <w:marLeft w:val="480"/>
          <w:marRight w:val="0"/>
          <w:marTop w:val="0"/>
          <w:marBottom w:val="0"/>
          <w:divBdr>
            <w:top w:val="none" w:sz="0" w:space="0" w:color="auto"/>
            <w:left w:val="none" w:sz="0" w:space="0" w:color="auto"/>
            <w:bottom w:val="none" w:sz="0" w:space="0" w:color="auto"/>
            <w:right w:val="none" w:sz="0" w:space="0" w:color="auto"/>
          </w:divBdr>
        </w:div>
        <w:div w:id="1100250475">
          <w:marLeft w:val="480"/>
          <w:marRight w:val="0"/>
          <w:marTop w:val="0"/>
          <w:marBottom w:val="0"/>
          <w:divBdr>
            <w:top w:val="none" w:sz="0" w:space="0" w:color="auto"/>
            <w:left w:val="none" w:sz="0" w:space="0" w:color="auto"/>
            <w:bottom w:val="none" w:sz="0" w:space="0" w:color="auto"/>
            <w:right w:val="none" w:sz="0" w:space="0" w:color="auto"/>
          </w:divBdr>
        </w:div>
        <w:div w:id="1199245047">
          <w:marLeft w:val="480"/>
          <w:marRight w:val="0"/>
          <w:marTop w:val="0"/>
          <w:marBottom w:val="0"/>
          <w:divBdr>
            <w:top w:val="none" w:sz="0" w:space="0" w:color="auto"/>
            <w:left w:val="none" w:sz="0" w:space="0" w:color="auto"/>
            <w:bottom w:val="none" w:sz="0" w:space="0" w:color="auto"/>
            <w:right w:val="none" w:sz="0" w:space="0" w:color="auto"/>
          </w:divBdr>
        </w:div>
        <w:div w:id="1337462943">
          <w:marLeft w:val="480"/>
          <w:marRight w:val="0"/>
          <w:marTop w:val="0"/>
          <w:marBottom w:val="0"/>
          <w:divBdr>
            <w:top w:val="none" w:sz="0" w:space="0" w:color="auto"/>
            <w:left w:val="none" w:sz="0" w:space="0" w:color="auto"/>
            <w:bottom w:val="none" w:sz="0" w:space="0" w:color="auto"/>
            <w:right w:val="none" w:sz="0" w:space="0" w:color="auto"/>
          </w:divBdr>
        </w:div>
        <w:div w:id="1345211072">
          <w:marLeft w:val="480"/>
          <w:marRight w:val="0"/>
          <w:marTop w:val="0"/>
          <w:marBottom w:val="0"/>
          <w:divBdr>
            <w:top w:val="none" w:sz="0" w:space="0" w:color="auto"/>
            <w:left w:val="none" w:sz="0" w:space="0" w:color="auto"/>
            <w:bottom w:val="none" w:sz="0" w:space="0" w:color="auto"/>
            <w:right w:val="none" w:sz="0" w:space="0" w:color="auto"/>
          </w:divBdr>
        </w:div>
        <w:div w:id="1413308190">
          <w:marLeft w:val="480"/>
          <w:marRight w:val="0"/>
          <w:marTop w:val="0"/>
          <w:marBottom w:val="0"/>
          <w:divBdr>
            <w:top w:val="none" w:sz="0" w:space="0" w:color="auto"/>
            <w:left w:val="none" w:sz="0" w:space="0" w:color="auto"/>
            <w:bottom w:val="none" w:sz="0" w:space="0" w:color="auto"/>
            <w:right w:val="none" w:sz="0" w:space="0" w:color="auto"/>
          </w:divBdr>
        </w:div>
        <w:div w:id="1428116693">
          <w:marLeft w:val="480"/>
          <w:marRight w:val="0"/>
          <w:marTop w:val="0"/>
          <w:marBottom w:val="0"/>
          <w:divBdr>
            <w:top w:val="none" w:sz="0" w:space="0" w:color="auto"/>
            <w:left w:val="none" w:sz="0" w:space="0" w:color="auto"/>
            <w:bottom w:val="none" w:sz="0" w:space="0" w:color="auto"/>
            <w:right w:val="none" w:sz="0" w:space="0" w:color="auto"/>
          </w:divBdr>
        </w:div>
        <w:div w:id="1458376988">
          <w:marLeft w:val="480"/>
          <w:marRight w:val="0"/>
          <w:marTop w:val="0"/>
          <w:marBottom w:val="0"/>
          <w:divBdr>
            <w:top w:val="none" w:sz="0" w:space="0" w:color="auto"/>
            <w:left w:val="none" w:sz="0" w:space="0" w:color="auto"/>
            <w:bottom w:val="none" w:sz="0" w:space="0" w:color="auto"/>
            <w:right w:val="none" w:sz="0" w:space="0" w:color="auto"/>
          </w:divBdr>
        </w:div>
        <w:div w:id="1543513263">
          <w:marLeft w:val="480"/>
          <w:marRight w:val="0"/>
          <w:marTop w:val="0"/>
          <w:marBottom w:val="0"/>
          <w:divBdr>
            <w:top w:val="none" w:sz="0" w:space="0" w:color="auto"/>
            <w:left w:val="none" w:sz="0" w:space="0" w:color="auto"/>
            <w:bottom w:val="none" w:sz="0" w:space="0" w:color="auto"/>
            <w:right w:val="none" w:sz="0" w:space="0" w:color="auto"/>
          </w:divBdr>
        </w:div>
        <w:div w:id="1555584172">
          <w:marLeft w:val="480"/>
          <w:marRight w:val="0"/>
          <w:marTop w:val="0"/>
          <w:marBottom w:val="0"/>
          <w:divBdr>
            <w:top w:val="none" w:sz="0" w:space="0" w:color="auto"/>
            <w:left w:val="none" w:sz="0" w:space="0" w:color="auto"/>
            <w:bottom w:val="none" w:sz="0" w:space="0" w:color="auto"/>
            <w:right w:val="none" w:sz="0" w:space="0" w:color="auto"/>
          </w:divBdr>
        </w:div>
        <w:div w:id="1567691874">
          <w:marLeft w:val="480"/>
          <w:marRight w:val="0"/>
          <w:marTop w:val="0"/>
          <w:marBottom w:val="0"/>
          <w:divBdr>
            <w:top w:val="none" w:sz="0" w:space="0" w:color="auto"/>
            <w:left w:val="none" w:sz="0" w:space="0" w:color="auto"/>
            <w:bottom w:val="none" w:sz="0" w:space="0" w:color="auto"/>
            <w:right w:val="none" w:sz="0" w:space="0" w:color="auto"/>
          </w:divBdr>
        </w:div>
        <w:div w:id="1681656806">
          <w:marLeft w:val="480"/>
          <w:marRight w:val="0"/>
          <w:marTop w:val="0"/>
          <w:marBottom w:val="0"/>
          <w:divBdr>
            <w:top w:val="none" w:sz="0" w:space="0" w:color="auto"/>
            <w:left w:val="none" w:sz="0" w:space="0" w:color="auto"/>
            <w:bottom w:val="none" w:sz="0" w:space="0" w:color="auto"/>
            <w:right w:val="none" w:sz="0" w:space="0" w:color="auto"/>
          </w:divBdr>
        </w:div>
        <w:div w:id="1703360338">
          <w:marLeft w:val="480"/>
          <w:marRight w:val="0"/>
          <w:marTop w:val="0"/>
          <w:marBottom w:val="0"/>
          <w:divBdr>
            <w:top w:val="none" w:sz="0" w:space="0" w:color="auto"/>
            <w:left w:val="none" w:sz="0" w:space="0" w:color="auto"/>
            <w:bottom w:val="none" w:sz="0" w:space="0" w:color="auto"/>
            <w:right w:val="none" w:sz="0" w:space="0" w:color="auto"/>
          </w:divBdr>
        </w:div>
      </w:divsChild>
    </w:div>
    <w:div w:id="351542095">
      <w:bodyDiv w:val="1"/>
      <w:marLeft w:val="0"/>
      <w:marRight w:val="0"/>
      <w:marTop w:val="0"/>
      <w:marBottom w:val="0"/>
      <w:divBdr>
        <w:top w:val="none" w:sz="0" w:space="0" w:color="auto"/>
        <w:left w:val="none" w:sz="0" w:space="0" w:color="auto"/>
        <w:bottom w:val="none" w:sz="0" w:space="0" w:color="auto"/>
        <w:right w:val="none" w:sz="0" w:space="0" w:color="auto"/>
      </w:divBdr>
      <w:divsChild>
        <w:div w:id="116998509">
          <w:marLeft w:val="480"/>
          <w:marRight w:val="0"/>
          <w:marTop w:val="0"/>
          <w:marBottom w:val="0"/>
          <w:divBdr>
            <w:top w:val="none" w:sz="0" w:space="0" w:color="auto"/>
            <w:left w:val="none" w:sz="0" w:space="0" w:color="auto"/>
            <w:bottom w:val="none" w:sz="0" w:space="0" w:color="auto"/>
            <w:right w:val="none" w:sz="0" w:space="0" w:color="auto"/>
          </w:divBdr>
        </w:div>
        <w:div w:id="128861813">
          <w:marLeft w:val="480"/>
          <w:marRight w:val="0"/>
          <w:marTop w:val="0"/>
          <w:marBottom w:val="0"/>
          <w:divBdr>
            <w:top w:val="none" w:sz="0" w:space="0" w:color="auto"/>
            <w:left w:val="none" w:sz="0" w:space="0" w:color="auto"/>
            <w:bottom w:val="none" w:sz="0" w:space="0" w:color="auto"/>
            <w:right w:val="none" w:sz="0" w:space="0" w:color="auto"/>
          </w:divBdr>
        </w:div>
        <w:div w:id="143939568">
          <w:marLeft w:val="480"/>
          <w:marRight w:val="0"/>
          <w:marTop w:val="0"/>
          <w:marBottom w:val="0"/>
          <w:divBdr>
            <w:top w:val="none" w:sz="0" w:space="0" w:color="auto"/>
            <w:left w:val="none" w:sz="0" w:space="0" w:color="auto"/>
            <w:bottom w:val="none" w:sz="0" w:space="0" w:color="auto"/>
            <w:right w:val="none" w:sz="0" w:space="0" w:color="auto"/>
          </w:divBdr>
        </w:div>
        <w:div w:id="210188466">
          <w:marLeft w:val="480"/>
          <w:marRight w:val="0"/>
          <w:marTop w:val="0"/>
          <w:marBottom w:val="0"/>
          <w:divBdr>
            <w:top w:val="none" w:sz="0" w:space="0" w:color="auto"/>
            <w:left w:val="none" w:sz="0" w:space="0" w:color="auto"/>
            <w:bottom w:val="none" w:sz="0" w:space="0" w:color="auto"/>
            <w:right w:val="none" w:sz="0" w:space="0" w:color="auto"/>
          </w:divBdr>
        </w:div>
        <w:div w:id="233974056">
          <w:marLeft w:val="480"/>
          <w:marRight w:val="0"/>
          <w:marTop w:val="0"/>
          <w:marBottom w:val="0"/>
          <w:divBdr>
            <w:top w:val="none" w:sz="0" w:space="0" w:color="auto"/>
            <w:left w:val="none" w:sz="0" w:space="0" w:color="auto"/>
            <w:bottom w:val="none" w:sz="0" w:space="0" w:color="auto"/>
            <w:right w:val="none" w:sz="0" w:space="0" w:color="auto"/>
          </w:divBdr>
        </w:div>
        <w:div w:id="353044322">
          <w:marLeft w:val="480"/>
          <w:marRight w:val="0"/>
          <w:marTop w:val="0"/>
          <w:marBottom w:val="0"/>
          <w:divBdr>
            <w:top w:val="none" w:sz="0" w:space="0" w:color="auto"/>
            <w:left w:val="none" w:sz="0" w:space="0" w:color="auto"/>
            <w:bottom w:val="none" w:sz="0" w:space="0" w:color="auto"/>
            <w:right w:val="none" w:sz="0" w:space="0" w:color="auto"/>
          </w:divBdr>
        </w:div>
        <w:div w:id="462891727">
          <w:marLeft w:val="480"/>
          <w:marRight w:val="0"/>
          <w:marTop w:val="0"/>
          <w:marBottom w:val="0"/>
          <w:divBdr>
            <w:top w:val="none" w:sz="0" w:space="0" w:color="auto"/>
            <w:left w:val="none" w:sz="0" w:space="0" w:color="auto"/>
            <w:bottom w:val="none" w:sz="0" w:space="0" w:color="auto"/>
            <w:right w:val="none" w:sz="0" w:space="0" w:color="auto"/>
          </w:divBdr>
        </w:div>
        <w:div w:id="532497816">
          <w:marLeft w:val="480"/>
          <w:marRight w:val="0"/>
          <w:marTop w:val="0"/>
          <w:marBottom w:val="0"/>
          <w:divBdr>
            <w:top w:val="none" w:sz="0" w:space="0" w:color="auto"/>
            <w:left w:val="none" w:sz="0" w:space="0" w:color="auto"/>
            <w:bottom w:val="none" w:sz="0" w:space="0" w:color="auto"/>
            <w:right w:val="none" w:sz="0" w:space="0" w:color="auto"/>
          </w:divBdr>
        </w:div>
        <w:div w:id="644744120">
          <w:marLeft w:val="480"/>
          <w:marRight w:val="0"/>
          <w:marTop w:val="0"/>
          <w:marBottom w:val="0"/>
          <w:divBdr>
            <w:top w:val="none" w:sz="0" w:space="0" w:color="auto"/>
            <w:left w:val="none" w:sz="0" w:space="0" w:color="auto"/>
            <w:bottom w:val="none" w:sz="0" w:space="0" w:color="auto"/>
            <w:right w:val="none" w:sz="0" w:space="0" w:color="auto"/>
          </w:divBdr>
        </w:div>
        <w:div w:id="718020545">
          <w:marLeft w:val="480"/>
          <w:marRight w:val="0"/>
          <w:marTop w:val="0"/>
          <w:marBottom w:val="0"/>
          <w:divBdr>
            <w:top w:val="none" w:sz="0" w:space="0" w:color="auto"/>
            <w:left w:val="none" w:sz="0" w:space="0" w:color="auto"/>
            <w:bottom w:val="none" w:sz="0" w:space="0" w:color="auto"/>
            <w:right w:val="none" w:sz="0" w:space="0" w:color="auto"/>
          </w:divBdr>
        </w:div>
        <w:div w:id="763647134">
          <w:marLeft w:val="480"/>
          <w:marRight w:val="0"/>
          <w:marTop w:val="0"/>
          <w:marBottom w:val="0"/>
          <w:divBdr>
            <w:top w:val="none" w:sz="0" w:space="0" w:color="auto"/>
            <w:left w:val="none" w:sz="0" w:space="0" w:color="auto"/>
            <w:bottom w:val="none" w:sz="0" w:space="0" w:color="auto"/>
            <w:right w:val="none" w:sz="0" w:space="0" w:color="auto"/>
          </w:divBdr>
        </w:div>
        <w:div w:id="785272372">
          <w:marLeft w:val="480"/>
          <w:marRight w:val="0"/>
          <w:marTop w:val="0"/>
          <w:marBottom w:val="0"/>
          <w:divBdr>
            <w:top w:val="none" w:sz="0" w:space="0" w:color="auto"/>
            <w:left w:val="none" w:sz="0" w:space="0" w:color="auto"/>
            <w:bottom w:val="none" w:sz="0" w:space="0" w:color="auto"/>
            <w:right w:val="none" w:sz="0" w:space="0" w:color="auto"/>
          </w:divBdr>
        </w:div>
        <w:div w:id="846670648">
          <w:marLeft w:val="480"/>
          <w:marRight w:val="0"/>
          <w:marTop w:val="0"/>
          <w:marBottom w:val="0"/>
          <w:divBdr>
            <w:top w:val="none" w:sz="0" w:space="0" w:color="auto"/>
            <w:left w:val="none" w:sz="0" w:space="0" w:color="auto"/>
            <w:bottom w:val="none" w:sz="0" w:space="0" w:color="auto"/>
            <w:right w:val="none" w:sz="0" w:space="0" w:color="auto"/>
          </w:divBdr>
        </w:div>
        <w:div w:id="883177986">
          <w:marLeft w:val="480"/>
          <w:marRight w:val="0"/>
          <w:marTop w:val="0"/>
          <w:marBottom w:val="0"/>
          <w:divBdr>
            <w:top w:val="none" w:sz="0" w:space="0" w:color="auto"/>
            <w:left w:val="none" w:sz="0" w:space="0" w:color="auto"/>
            <w:bottom w:val="none" w:sz="0" w:space="0" w:color="auto"/>
            <w:right w:val="none" w:sz="0" w:space="0" w:color="auto"/>
          </w:divBdr>
        </w:div>
        <w:div w:id="885219402">
          <w:marLeft w:val="480"/>
          <w:marRight w:val="0"/>
          <w:marTop w:val="0"/>
          <w:marBottom w:val="0"/>
          <w:divBdr>
            <w:top w:val="none" w:sz="0" w:space="0" w:color="auto"/>
            <w:left w:val="none" w:sz="0" w:space="0" w:color="auto"/>
            <w:bottom w:val="none" w:sz="0" w:space="0" w:color="auto"/>
            <w:right w:val="none" w:sz="0" w:space="0" w:color="auto"/>
          </w:divBdr>
        </w:div>
        <w:div w:id="900598846">
          <w:marLeft w:val="480"/>
          <w:marRight w:val="0"/>
          <w:marTop w:val="0"/>
          <w:marBottom w:val="0"/>
          <w:divBdr>
            <w:top w:val="none" w:sz="0" w:space="0" w:color="auto"/>
            <w:left w:val="none" w:sz="0" w:space="0" w:color="auto"/>
            <w:bottom w:val="none" w:sz="0" w:space="0" w:color="auto"/>
            <w:right w:val="none" w:sz="0" w:space="0" w:color="auto"/>
          </w:divBdr>
        </w:div>
        <w:div w:id="938372761">
          <w:marLeft w:val="480"/>
          <w:marRight w:val="0"/>
          <w:marTop w:val="0"/>
          <w:marBottom w:val="0"/>
          <w:divBdr>
            <w:top w:val="none" w:sz="0" w:space="0" w:color="auto"/>
            <w:left w:val="none" w:sz="0" w:space="0" w:color="auto"/>
            <w:bottom w:val="none" w:sz="0" w:space="0" w:color="auto"/>
            <w:right w:val="none" w:sz="0" w:space="0" w:color="auto"/>
          </w:divBdr>
        </w:div>
        <w:div w:id="1056514246">
          <w:marLeft w:val="480"/>
          <w:marRight w:val="0"/>
          <w:marTop w:val="0"/>
          <w:marBottom w:val="0"/>
          <w:divBdr>
            <w:top w:val="none" w:sz="0" w:space="0" w:color="auto"/>
            <w:left w:val="none" w:sz="0" w:space="0" w:color="auto"/>
            <w:bottom w:val="none" w:sz="0" w:space="0" w:color="auto"/>
            <w:right w:val="none" w:sz="0" w:space="0" w:color="auto"/>
          </w:divBdr>
        </w:div>
        <w:div w:id="1117139424">
          <w:marLeft w:val="480"/>
          <w:marRight w:val="0"/>
          <w:marTop w:val="0"/>
          <w:marBottom w:val="0"/>
          <w:divBdr>
            <w:top w:val="none" w:sz="0" w:space="0" w:color="auto"/>
            <w:left w:val="none" w:sz="0" w:space="0" w:color="auto"/>
            <w:bottom w:val="none" w:sz="0" w:space="0" w:color="auto"/>
            <w:right w:val="none" w:sz="0" w:space="0" w:color="auto"/>
          </w:divBdr>
        </w:div>
        <w:div w:id="1157651755">
          <w:marLeft w:val="480"/>
          <w:marRight w:val="0"/>
          <w:marTop w:val="0"/>
          <w:marBottom w:val="0"/>
          <w:divBdr>
            <w:top w:val="none" w:sz="0" w:space="0" w:color="auto"/>
            <w:left w:val="none" w:sz="0" w:space="0" w:color="auto"/>
            <w:bottom w:val="none" w:sz="0" w:space="0" w:color="auto"/>
            <w:right w:val="none" w:sz="0" w:space="0" w:color="auto"/>
          </w:divBdr>
        </w:div>
        <w:div w:id="1194928583">
          <w:marLeft w:val="480"/>
          <w:marRight w:val="0"/>
          <w:marTop w:val="0"/>
          <w:marBottom w:val="0"/>
          <w:divBdr>
            <w:top w:val="none" w:sz="0" w:space="0" w:color="auto"/>
            <w:left w:val="none" w:sz="0" w:space="0" w:color="auto"/>
            <w:bottom w:val="none" w:sz="0" w:space="0" w:color="auto"/>
            <w:right w:val="none" w:sz="0" w:space="0" w:color="auto"/>
          </w:divBdr>
        </w:div>
        <w:div w:id="1371808304">
          <w:marLeft w:val="480"/>
          <w:marRight w:val="0"/>
          <w:marTop w:val="0"/>
          <w:marBottom w:val="0"/>
          <w:divBdr>
            <w:top w:val="none" w:sz="0" w:space="0" w:color="auto"/>
            <w:left w:val="none" w:sz="0" w:space="0" w:color="auto"/>
            <w:bottom w:val="none" w:sz="0" w:space="0" w:color="auto"/>
            <w:right w:val="none" w:sz="0" w:space="0" w:color="auto"/>
          </w:divBdr>
        </w:div>
        <w:div w:id="1384520588">
          <w:marLeft w:val="480"/>
          <w:marRight w:val="0"/>
          <w:marTop w:val="0"/>
          <w:marBottom w:val="0"/>
          <w:divBdr>
            <w:top w:val="none" w:sz="0" w:space="0" w:color="auto"/>
            <w:left w:val="none" w:sz="0" w:space="0" w:color="auto"/>
            <w:bottom w:val="none" w:sz="0" w:space="0" w:color="auto"/>
            <w:right w:val="none" w:sz="0" w:space="0" w:color="auto"/>
          </w:divBdr>
        </w:div>
        <w:div w:id="1397438949">
          <w:marLeft w:val="480"/>
          <w:marRight w:val="0"/>
          <w:marTop w:val="0"/>
          <w:marBottom w:val="0"/>
          <w:divBdr>
            <w:top w:val="none" w:sz="0" w:space="0" w:color="auto"/>
            <w:left w:val="none" w:sz="0" w:space="0" w:color="auto"/>
            <w:bottom w:val="none" w:sz="0" w:space="0" w:color="auto"/>
            <w:right w:val="none" w:sz="0" w:space="0" w:color="auto"/>
          </w:divBdr>
        </w:div>
        <w:div w:id="1410077927">
          <w:marLeft w:val="480"/>
          <w:marRight w:val="0"/>
          <w:marTop w:val="0"/>
          <w:marBottom w:val="0"/>
          <w:divBdr>
            <w:top w:val="none" w:sz="0" w:space="0" w:color="auto"/>
            <w:left w:val="none" w:sz="0" w:space="0" w:color="auto"/>
            <w:bottom w:val="none" w:sz="0" w:space="0" w:color="auto"/>
            <w:right w:val="none" w:sz="0" w:space="0" w:color="auto"/>
          </w:divBdr>
        </w:div>
        <w:div w:id="1427075100">
          <w:marLeft w:val="480"/>
          <w:marRight w:val="0"/>
          <w:marTop w:val="0"/>
          <w:marBottom w:val="0"/>
          <w:divBdr>
            <w:top w:val="none" w:sz="0" w:space="0" w:color="auto"/>
            <w:left w:val="none" w:sz="0" w:space="0" w:color="auto"/>
            <w:bottom w:val="none" w:sz="0" w:space="0" w:color="auto"/>
            <w:right w:val="none" w:sz="0" w:space="0" w:color="auto"/>
          </w:divBdr>
        </w:div>
        <w:div w:id="1598903309">
          <w:marLeft w:val="480"/>
          <w:marRight w:val="0"/>
          <w:marTop w:val="0"/>
          <w:marBottom w:val="0"/>
          <w:divBdr>
            <w:top w:val="none" w:sz="0" w:space="0" w:color="auto"/>
            <w:left w:val="none" w:sz="0" w:space="0" w:color="auto"/>
            <w:bottom w:val="none" w:sz="0" w:space="0" w:color="auto"/>
            <w:right w:val="none" w:sz="0" w:space="0" w:color="auto"/>
          </w:divBdr>
        </w:div>
        <w:div w:id="1708800547">
          <w:marLeft w:val="480"/>
          <w:marRight w:val="0"/>
          <w:marTop w:val="0"/>
          <w:marBottom w:val="0"/>
          <w:divBdr>
            <w:top w:val="none" w:sz="0" w:space="0" w:color="auto"/>
            <w:left w:val="none" w:sz="0" w:space="0" w:color="auto"/>
            <w:bottom w:val="none" w:sz="0" w:space="0" w:color="auto"/>
            <w:right w:val="none" w:sz="0" w:space="0" w:color="auto"/>
          </w:divBdr>
        </w:div>
        <w:div w:id="1913420866">
          <w:marLeft w:val="480"/>
          <w:marRight w:val="0"/>
          <w:marTop w:val="0"/>
          <w:marBottom w:val="0"/>
          <w:divBdr>
            <w:top w:val="none" w:sz="0" w:space="0" w:color="auto"/>
            <w:left w:val="none" w:sz="0" w:space="0" w:color="auto"/>
            <w:bottom w:val="none" w:sz="0" w:space="0" w:color="auto"/>
            <w:right w:val="none" w:sz="0" w:space="0" w:color="auto"/>
          </w:divBdr>
        </w:div>
        <w:div w:id="1994722600">
          <w:marLeft w:val="480"/>
          <w:marRight w:val="0"/>
          <w:marTop w:val="0"/>
          <w:marBottom w:val="0"/>
          <w:divBdr>
            <w:top w:val="none" w:sz="0" w:space="0" w:color="auto"/>
            <w:left w:val="none" w:sz="0" w:space="0" w:color="auto"/>
            <w:bottom w:val="none" w:sz="0" w:space="0" w:color="auto"/>
            <w:right w:val="none" w:sz="0" w:space="0" w:color="auto"/>
          </w:divBdr>
        </w:div>
        <w:div w:id="2072073519">
          <w:marLeft w:val="480"/>
          <w:marRight w:val="0"/>
          <w:marTop w:val="0"/>
          <w:marBottom w:val="0"/>
          <w:divBdr>
            <w:top w:val="none" w:sz="0" w:space="0" w:color="auto"/>
            <w:left w:val="none" w:sz="0" w:space="0" w:color="auto"/>
            <w:bottom w:val="none" w:sz="0" w:space="0" w:color="auto"/>
            <w:right w:val="none" w:sz="0" w:space="0" w:color="auto"/>
          </w:divBdr>
        </w:div>
        <w:div w:id="2121757543">
          <w:marLeft w:val="480"/>
          <w:marRight w:val="0"/>
          <w:marTop w:val="0"/>
          <w:marBottom w:val="0"/>
          <w:divBdr>
            <w:top w:val="none" w:sz="0" w:space="0" w:color="auto"/>
            <w:left w:val="none" w:sz="0" w:space="0" w:color="auto"/>
            <w:bottom w:val="none" w:sz="0" w:space="0" w:color="auto"/>
            <w:right w:val="none" w:sz="0" w:space="0" w:color="auto"/>
          </w:divBdr>
        </w:div>
      </w:divsChild>
    </w:div>
    <w:div w:id="352002468">
      <w:bodyDiv w:val="1"/>
      <w:marLeft w:val="0"/>
      <w:marRight w:val="0"/>
      <w:marTop w:val="0"/>
      <w:marBottom w:val="0"/>
      <w:divBdr>
        <w:top w:val="none" w:sz="0" w:space="0" w:color="auto"/>
        <w:left w:val="none" w:sz="0" w:space="0" w:color="auto"/>
        <w:bottom w:val="none" w:sz="0" w:space="0" w:color="auto"/>
        <w:right w:val="none" w:sz="0" w:space="0" w:color="auto"/>
      </w:divBdr>
    </w:div>
    <w:div w:id="353191945">
      <w:bodyDiv w:val="1"/>
      <w:marLeft w:val="0"/>
      <w:marRight w:val="0"/>
      <w:marTop w:val="0"/>
      <w:marBottom w:val="0"/>
      <w:divBdr>
        <w:top w:val="none" w:sz="0" w:space="0" w:color="auto"/>
        <w:left w:val="none" w:sz="0" w:space="0" w:color="auto"/>
        <w:bottom w:val="none" w:sz="0" w:space="0" w:color="auto"/>
        <w:right w:val="none" w:sz="0" w:space="0" w:color="auto"/>
      </w:divBdr>
    </w:div>
    <w:div w:id="355470927">
      <w:bodyDiv w:val="1"/>
      <w:marLeft w:val="0"/>
      <w:marRight w:val="0"/>
      <w:marTop w:val="0"/>
      <w:marBottom w:val="0"/>
      <w:divBdr>
        <w:top w:val="none" w:sz="0" w:space="0" w:color="auto"/>
        <w:left w:val="none" w:sz="0" w:space="0" w:color="auto"/>
        <w:bottom w:val="none" w:sz="0" w:space="0" w:color="auto"/>
        <w:right w:val="none" w:sz="0" w:space="0" w:color="auto"/>
      </w:divBdr>
    </w:div>
    <w:div w:id="358161037">
      <w:bodyDiv w:val="1"/>
      <w:marLeft w:val="0"/>
      <w:marRight w:val="0"/>
      <w:marTop w:val="0"/>
      <w:marBottom w:val="0"/>
      <w:divBdr>
        <w:top w:val="none" w:sz="0" w:space="0" w:color="auto"/>
        <w:left w:val="none" w:sz="0" w:space="0" w:color="auto"/>
        <w:bottom w:val="none" w:sz="0" w:space="0" w:color="auto"/>
        <w:right w:val="none" w:sz="0" w:space="0" w:color="auto"/>
      </w:divBdr>
      <w:divsChild>
        <w:div w:id="44987840">
          <w:marLeft w:val="480"/>
          <w:marRight w:val="0"/>
          <w:marTop w:val="0"/>
          <w:marBottom w:val="0"/>
          <w:divBdr>
            <w:top w:val="none" w:sz="0" w:space="0" w:color="auto"/>
            <w:left w:val="none" w:sz="0" w:space="0" w:color="auto"/>
            <w:bottom w:val="none" w:sz="0" w:space="0" w:color="auto"/>
            <w:right w:val="none" w:sz="0" w:space="0" w:color="auto"/>
          </w:divBdr>
        </w:div>
        <w:div w:id="97993140">
          <w:marLeft w:val="480"/>
          <w:marRight w:val="0"/>
          <w:marTop w:val="0"/>
          <w:marBottom w:val="0"/>
          <w:divBdr>
            <w:top w:val="none" w:sz="0" w:space="0" w:color="auto"/>
            <w:left w:val="none" w:sz="0" w:space="0" w:color="auto"/>
            <w:bottom w:val="none" w:sz="0" w:space="0" w:color="auto"/>
            <w:right w:val="none" w:sz="0" w:space="0" w:color="auto"/>
          </w:divBdr>
        </w:div>
        <w:div w:id="122358185">
          <w:marLeft w:val="480"/>
          <w:marRight w:val="0"/>
          <w:marTop w:val="0"/>
          <w:marBottom w:val="0"/>
          <w:divBdr>
            <w:top w:val="none" w:sz="0" w:space="0" w:color="auto"/>
            <w:left w:val="none" w:sz="0" w:space="0" w:color="auto"/>
            <w:bottom w:val="none" w:sz="0" w:space="0" w:color="auto"/>
            <w:right w:val="none" w:sz="0" w:space="0" w:color="auto"/>
          </w:divBdr>
        </w:div>
        <w:div w:id="250628316">
          <w:marLeft w:val="480"/>
          <w:marRight w:val="0"/>
          <w:marTop w:val="0"/>
          <w:marBottom w:val="0"/>
          <w:divBdr>
            <w:top w:val="none" w:sz="0" w:space="0" w:color="auto"/>
            <w:left w:val="none" w:sz="0" w:space="0" w:color="auto"/>
            <w:bottom w:val="none" w:sz="0" w:space="0" w:color="auto"/>
            <w:right w:val="none" w:sz="0" w:space="0" w:color="auto"/>
          </w:divBdr>
        </w:div>
        <w:div w:id="292567041">
          <w:marLeft w:val="480"/>
          <w:marRight w:val="0"/>
          <w:marTop w:val="0"/>
          <w:marBottom w:val="0"/>
          <w:divBdr>
            <w:top w:val="none" w:sz="0" w:space="0" w:color="auto"/>
            <w:left w:val="none" w:sz="0" w:space="0" w:color="auto"/>
            <w:bottom w:val="none" w:sz="0" w:space="0" w:color="auto"/>
            <w:right w:val="none" w:sz="0" w:space="0" w:color="auto"/>
          </w:divBdr>
        </w:div>
        <w:div w:id="401758879">
          <w:marLeft w:val="480"/>
          <w:marRight w:val="0"/>
          <w:marTop w:val="0"/>
          <w:marBottom w:val="0"/>
          <w:divBdr>
            <w:top w:val="none" w:sz="0" w:space="0" w:color="auto"/>
            <w:left w:val="none" w:sz="0" w:space="0" w:color="auto"/>
            <w:bottom w:val="none" w:sz="0" w:space="0" w:color="auto"/>
            <w:right w:val="none" w:sz="0" w:space="0" w:color="auto"/>
          </w:divBdr>
        </w:div>
        <w:div w:id="465703677">
          <w:marLeft w:val="480"/>
          <w:marRight w:val="0"/>
          <w:marTop w:val="0"/>
          <w:marBottom w:val="0"/>
          <w:divBdr>
            <w:top w:val="none" w:sz="0" w:space="0" w:color="auto"/>
            <w:left w:val="none" w:sz="0" w:space="0" w:color="auto"/>
            <w:bottom w:val="none" w:sz="0" w:space="0" w:color="auto"/>
            <w:right w:val="none" w:sz="0" w:space="0" w:color="auto"/>
          </w:divBdr>
        </w:div>
        <w:div w:id="489754850">
          <w:marLeft w:val="480"/>
          <w:marRight w:val="0"/>
          <w:marTop w:val="0"/>
          <w:marBottom w:val="0"/>
          <w:divBdr>
            <w:top w:val="none" w:sz="0" w:space="0" w:color="auto"/>
            <w:left w:val="none" w:sz="0" w:space="0" w:color="auto"/>
            <w:bottom w:val="none" w:sz="0" w:space="0" w:color="auto"/>
            <w:right w:val="none" w:sz="0" w:space="0" w:color="auto"/>
          </w:divBdr>
        </w:div>
        <w:div w:id="504629899">
          <w:marLeft w:val="480"/>
          <w:marRight w:val="0"/>
          <w:marTop w:val="0"/>
          <w:marBottom w:val="0"/>
          <w:divBdr>
            <w:top w:val="none" w:sz="0" w:space="0" w:color="auto"/>
            <w:left w:val="none" w:sz="0" w:space="0" w:color="auto"/>
            <w:bottom w:val="none" w:sz="0" w:space="0" w:color="auto"/>
            <w:right w:val="none" w:sz="0" w:space="0" w:color="auto"/>
          </w:divBdr>
        </w:div>
        <w:div w:id="558830163">
          <w:marLeft w:val="480"/>
          <w:marRight w:val="0"/>
          <w:marTop w:val="0"/>
          <w:marBottom w:val="0"/>
          <w:divBdr>
            <w:top w:val="none" w:sz="0" w:space="0" w:color="auto"/>
            <w:left w:val="none" w:sz="0" w:space="0" w:color="auto"/>
            <w:bottom w:val="none" w:sz="0" w:space="0" w:color="auto"/>
            <w:right w:val="none" w:sz="0" w:space="0" w:color="auto"/>
          </w:divBdr>
        </w:div>
        <w:div w:id="577831107">
          <w:marLeft w:val="480"/>
          <w:marRight w:val="0"/>
          <w:marTop w:val="0"/>
          <w:marBottom w:val="0"/>
          <w:divBdr>
            <w:top w:val="none" w:sz="0" w:space="0" w:color="auto"/>
            <w:left w:val="none" w:sz="0" w:space="0" w:color="auto"/>
            <w:bottom w:val="none" w:sz="0" w:space="0" w:color="auto"/>
            <w:right w:val="none" w:sz="0" w:space="0" w:color="auto"/>
          </w:divBdr>
        </w:div>
        <w:div w:id="607585192">
          <w:marLeft w:val="480"/>
          <w:marRight w:val="0"/>
          <w:marTop w:val="0"/>
          <w:marBottom w:val="0"/>
          <w:divBdr>
            <w:top w:val="none" w:sz="0" w:space="0" w:color="auto"/>
            <w:left w:val="none" w:sz="0" w:space="0" w:color="auto"/>
            <w:bottom w:val="none" w:sz="0" w:space="0" w:color="auto"/>
            <w:right w:val="none" w:sz="0" w:space="0" w:color="auto"/>
          </w:divBdr>
        </w:div>
        <w:div w:id="614167722">
          <w:marLeft w:val="480"/>
          <w:marRight w:val="0"/>
          <w:marTop w:val="0"/>
          <w:marBottom w:val="0"/>
          <w:divBdr>
            <w:top w:val="none" w:sz="0" w:space="0" w:color="auto"/>
            <w:left w:val="none" w:sz="0" w:space="0" w:color="auto"/>
            <w:bottom w:val="none" w:sz="0" w:space="0" w:color="auto"/>
            <w:right w:val="none" w:sz="0" w:space="0" w:color="auto"/>
          </w:divBdr>
        </w:div>
        <w:div w:id="616563252">
          <w:marLeft w:val="480"/>
          <w:marRight w:val="0"/>
          <w:marTop w:val="0"/>
          <w:marBottom w:val="0"/>
          <w:divBdr>
            <w:top w:val="none" w:sz="0" w:space="0" w:color="auto"/>
            <w:left w:val="none" w:sz="0" w:space="0" w:color="auto"/>
            <w:bottom w:val="none" w:sz="0" w:space="0" w:color="auto"/>
            <w:right w:val="none" w:sz="0" w:space="0" w:color="auto"/>
          </w:divBdr>
        </w:div>
        <w:div w:id="638800650">
          <w:marLeft w:val="480"/>
          <w:marRight w:val="0"/>
          <w:marTop w:val="0"/>
          <w:marBottom w:val="0"/>
          <w:divBdr>
            <w:top w:val="none" w:sz="0" w:space="0" w:color="auto"/>
            <w:left w:val="none" w:sz="0" w:space="0" w:color="auto"/>
            <w:bottom w:val="none" w:sz="0" w:space="0" w:color="auto"/>
            <w:right w:val="none" w:sz="0" w:space="0" w:color="auto"/>
          </w:divBdr>
        </w:div>
        <w:div w:id="760873873">
          <w:marLeft w:val="480"/>
          <w:marRight w:val="0"/>
          <w:marTop w:val="0"/>
          <w:marBottom w:val="0"/>
          <w:divBdr>
            <w:top w:val="none" w:sz="0" w:space="0" w:color="auto"/>
            <w:left w:val="none" w:sz="0" w:space="0" w:color="auto"/>
            <w:bottom w:val="none" w:sz="0" w:space="0" w:color="auto"/>
            <w:right w:val="none" w:sz="0" w:space="0" w:color="auto"/>
          </w:divBdr>
        </w:div>
        <w:div w:id="830831707">
          <w:marLeft w:val="480"/>
          <w:marRight w:val="0"/>
          <w:marTop w:val="0"/>
          <w:marBottom w:val="0"/>
          <w:divBdr>
            <w:top w:val="none" w:sz="0" w:space="0" w:color="auto"/>
            <w:left w:val="none" w:sz="0" w:space="0" w:color="auto"/>
            <w:bottom w:val="none" w:sz="0" w:space="0" w:color="auto"/>
            <w:right w:val="none" w:sz="0" w:space="0" w:color="auto"/>
          </w:divBdr>
        </w:div>
        <w:div w:id="836653708">
          <w:marLeft w:val="480"/>
          <w:marRight w:val="0"/>
          <w:marTop w:val="0"/>
          <w:marBottom w:val="0"/>
          <w:divBdr>
            <w:top w:val="none" w:sz="0" w:space="0" w:color="auto"/>
            <w:left w:val="none" w:sz="0" w:space="0" w:color="auto"/>
            <w:bottom w:val="none" w:sz="0" w:space="0" w:color="auto"/>
            <w:right w:val="none" w:sz="0" w:space="0" w:color="auto"/>
          </w:divBdr>
        </w:div>
        <w:div w:id="837379147">
          <w:marLeft w:val="480"/>
          <w:marRight w:val="0"/>
          <w:marTop w:val="0"/>
          <w:marBottom w:val="0"/>
          <w:divBdr>
            <w:top w:val="none" w:sz="0" w:space="0" w:color="auto"/>
            <w:left w:val="none" w:sz="0" w:space="0" w:color="auto"/>
            <w:bottom w:val="none" w:sz="0" w:space="0" w:color="auto"/>
            <w:right w:val="none" w:sz="0" w:space="0" w:color="auto"/>
          </w:divBdr>
        </w:div>
        <w:div w:id="1033849482">
          <w:marLeft w:val="480"/>
          <w:marRight w:val="0"/>
          <w:marTop w:val="0"/>
          <w:marBottom w:val="0"/>
          <w:divBdr>
            <w:top w:val="none" w:sz="0" w:space="0" w:color="auto"/>
            <w:left w:val="none" w:sz="0" w:space="0" w:color="auto"/>
            <w:bottom w:val="none" w:sz="0" w:space="0" w:color="auto"/>
            <w:right w:val="none" w:sz="0" w:space="0" w:color="auto"/>
          </w:divBdr>
        </w:div>
        <w:div w:id="1130902013">
          <w:marLeft w:val="480"/>
          <w:marRight w:val="0"/>
          <w:marTop w:val="0"/>
          <w:marBottom w:val="0"/>
          <w:divBdr>
            <w:top w:val="none" w:sz="0" w:space="0" w:color="auto"/>
            <w:left w:val="none" w:sz="0" w:space="0" w:color="auto"/>
            <w:bottom w:val="none" w:sz="0" w:space="0" w:color="auto"/>
            <w:right w:val="none" w:sz="0" w:space="0" w:color="auto"/>
          </w:divBdr>
        </w:div>
        <w:div w:id="1155489932">
          <w:marLeft w:val="480"/>
          <w:marRight w:val="0"/>
          <w:marTop w:val="0"/>
          <w:marBottom w:val="0"/>
          <w:divBdr>
            <w:top w:val="none" w:sz="0" w:space="0" w:color="auto"/>
            <w:left w:val="none" w:sz="0" w:space="0" w:color="auto"/>
            <w:bottom w:val="none" w:sz="0" w:space="0" w:color="auto"/>
            <w:right w:val="none" w:sz="0" w:space="0" w:color="auto"/>
          </w:divBdr>
        </w:div>
        <w:div w:id="1197625381">
          <w:marLeft w:val="480"/>
          <w:marRight w:val="0"/>
          <w:marTop w:val="0"/>
          <w:marBottom w:val="0"/>
          <w:divBdr>
            <w:top w:val="none" w:sz="0" w:space="0" w:color="auto"/>
            <w:left w:val="none" w:sz="0" w:space="0" w:color="auto"/>
            <w:bottom w:val="none" w:sz="0" w:space="0" w:color="auto"/>
            <w:right w:val="none" w:sz="0" w:space="0" w:color="auto"/>
          </w:divBdr>
        </w:div>
        <w:div w:id="1281566524">
          <w:marLeft w:val="480"/>
          <w:marRight w:val="0"/>
          <w:marTop w:val="0"/>
          <w:marBottom w:val="0"/>
          <w:divBdr>
            <w:top w:val="none" w:sz="0" w:space="0" w:color="auto"/>
            <w:left w:val="none" w:sz="0" w:space="0" w:color="auto"/>
            <w:bottom w:val="none" w:sz="0" w:space="0" w:color="auto"/>
            <w:right w:val="none" w:sz="0" w:space="0" w:color="auto"/>
          </w:divBdr>
        </w:div>
        <w:div w:id="1406301716">
          <w:marLeft w:val="480"/>
          <w:marRight w:val="0"/>
          <w:marTop w:val="0"/>
          <w:marBottom w:val="0"/>
          <w:divBdr>
            <w:top w:val="none" w:sz="0" w:space="0" w:color="auto"/>
            <w:left w:val="none" w:sz="0" w:space="0" w:color="auto"/>
            <w:bottom w:val="none" w:sz="0" w:space="0" w:color="auto"/>
            <w:right w:val="none" w:sz="0" w:space="0" w:color="auto"/>
          </w:divBdr>
        </w:div>
        <w:div w:id="1491562724">
          <w:marLeft w:val="480"/>
          <w:marRight w:val="0"/>
          <w:marTop w:val="0"/>
          <w:marBottom w:val="0"/>
          <w:divBdr>
            <w:top w:val="none" w:sz="0" w:space="0" w:color="auto"/>
            <w:left w:val="none" w:sz="0" w:space="0" w:color="auto"/>
            <w:bottom w:val="none" w:sz="0" w:space="0" w:color="auto"/>
            <w:right w:val="none" w:sz="0" w:space="0" w:color="auto"/>
          </w:divBdr>
        </w:div>
        <w:div w:id="1577667401">
          <w:marLeft w:val="480"/>
          <w:marRight w:val="0"/>
          <w:marTop w:val="0"/>
          <w:marBottom w:val="0"/>
          <w:divBdr>
            <w:top w:val="none" w:sz="0" w:space="0" w:color="auto"/>
            <w:left w:val="none" w:sz="0" w:space="0" w:color="auto"/>
            <w:bottom w:val="none" w:sz="0" w:space="0" w:color="auto"/>
            <w:right w:val="none" w:sz="0" w:space="0" w:color="auto"/>
          </w:divBdr>
        </w:div>
        <w:div w:id="1611743315">
          <w:marLeft w:val="480"/>
          <w:marRight w:val="0"/>
          <w:marTop w:val="0"/>
          <w:marBottom w:val="0"/>
          <w:divBdr>
            <w:top w:val="none" w:sz="0" w:space="0" w:color="auto"/>
            <w:left w:val="none" w:sz="0" w:space="0" w:color="auto"/>
            <w:bottom w:val="none" w:sz="0" w:space="0" w:color="auto"/>
            <w:right w:val="none" w:sz="0" w:space="0" w:color="auto"/>
          </w:divBdr>
        </w:div>
        <w:div w:id="1624266905">
          <w:marLeft w:val="480"/>
          <w:marRight w:val="0"/>
          <w:marTop w:val="0"/>
          <w:marBottom w:val="0"/>
          <w:divBdr>
            <w:top w:val="none" w:sz="0" w:space="0" w:color="auto"/>
            <w:left w:val="none" w:sz="0" w:space="0" w:color="auto"/>
            <w:bottom w:val="none" w:sz="0" w:space="0" w:color="auto"/>
            <w:right w:val="none" w:sz="0" w:space="0" w:color="auto"/>
          </w:divBdr>
        </w:div>
        <w:div w:id="1665084264">
          <w:marLeft w:val="480"/>
          <w:marRight w:val="0"/>
          <w:marTop w:val="0"/>
          <w:marBottom w:val="0"/>
          <w:divBdr>
            <w:top w:val="none" w:sz="0" w:space="0" w:color="auto"/>
            <w:left w:val="none" w:sz="0" w:space="0" w:color="auto"/>
            <w:bottom w:val="none" w:sz="0" w:space="0" w:color="auto"/>
            <w:right w:val="none" w:sz="0" w:space="0" w:color="auto"/>
          </w:divBdr>
        </w:div>
        <w:div w:id="1689335295">
          <w:marLeft w:val="480"/>
          <w:marRight w:val="0"/>
          <w:marTop w:val="0"/>
          <w:marBottom w:val="0"/>
          <w:divBdr>
            <w:top w:val="none" w:sz="0" w:space="0" w:color="auto"/>
            <w:left w:val="none" w:sz="0" w:space="0" w:color="auto"/>
            <w:bottom w:val="none" w:sz="0" w:space="0" w:color="auto"/>
            <w:right w:val="none" w:sz="0" w:space="0" w:color="auto"/>
          </w:divBdr>
        </w:div>
        <w:div w:id="1821730952">
          <w:marLeft w:val="480"/>
          <w:marRight w:val="0"/>
          <w:marTop w:val="0"/>
          <w:marBottom w:val="0"/>
          <w:divBdr>
            <w:top w:val="none" w:sz="0" w:space="0" w:color="auto"/>
            <w:left w:val="none" w:sz="0" w:space="0" w:color="auto"/>
            <w:bottom w:val="none" w:sz="0" w:space="0" w:color="auto"/>
            <w:right w:val="none" w:sz="0" w:space="0" w:color="auto"/>
          </w:divBdr>
        </w:div>
        <w:div w:id="1831754545">
          <w:marLeft w:val="480"/>
          <w:marRight w:val="0"/>
          <w:marTop w:val="0"/>
          <w:marBottom w:val="0"/>
          <w:divBdr>
            <w:top w:val="none" w:sz="0" w:space="0" w:color="auto"/>
            <w:left w:val="none" w:sz="0" w:space="0" w:color="auto"/>
            <w:bottom w:val="none" w:sz="0" w:space="0" w:color="auto"/>
            <w:right w:val="none" w:sz="0" w:space="0" w:color="auto"/>
          </w:divBdr>
        </w:div>
        <w:div w:id="1853445845">
          <w:marLeft w:val="480"/>
          <w:marRight w:val="0"/>
          <w:marTop w:val="0"/>
          <w:marBottom w:val="0"/>
          <w:divBdr>
            <w:top w:val="none" w:sz="0" w:space="0" w:color="auto"/>
            <w:left w:val="none" w:sz="0" w:space="0" w:color="auto"/>
            <w:bottom w:val="none" w:sz="0" w:space="0" w:color="auto"/>
            <w:right w:val="none" w:sz="0" w:space="0" w:color="auto"/>
          </w:divBdr>
        </w:div>
        <w:div w:id="1857190730">
          <w:marLeft w:val="480"/>
          <w:marRight w:val="0"/>
          <w:marTop w:val="0"/>
          <w:marBottom w:val="0"/>
          <w:divBdr>
            <w:top w:val="none" w:sz="0" w:space="0" w:color="auto"/>
            <w:left w:val="none" w:sz="0" w:space="0" w:color="auto"/>
            <w:bottom w:val="none" w:sz="0" w:space="0" w:color="auto"/>
            <w:right w:val="none" w:sz="0" w:space="0" w:color="auto"/>
          </w:divBdr>
        </w:div>
        <w:div w:id="1903710267">
          <w:marLeft w:val="480"/>
          <w:marRight w:val="0"/>
          <w:marTop w:val="0"/>
          <w:marBottom w:val="0"/>
          <w:divBdr>
            <w:top w:val="none" w:sz="0" w:space="0" w:color="auto"/>
            <w:left w:val="none" w:sz="0" w:space="0" w:color="auto"/>
            <w:bottom w:val="none" w:sz="0" w:space="0" w:color="auto"/>
            <w:right w:val="none" w:sz="0" w:space="0" w:color="auto"/>
          </w:divBdr>
        </w:div>
        <w:div w:id="1920820716">
          <w:marLeft w:val="480"/>
          <w:marRight w:val="0"/>
          <w:marTop w:val="0"/>
          <w:marBottom w:val="0"/>
          <w:divBdr>
            <w:top w:val="none" w:sz="0" w:space="0" w:color="auto"/>
            <w:left w:val="none" w:sz="0" w:space="0" w:color="auto"/>
            <w:bottom w:val="none" w:sz="0" w:space="0" w:color="auto"/>
            <w:right w:val="none" w:sz="0" w:space="0" w:color="auto"/>
          </w:divBdr>
        </w:div>
        <w:div w:id="1998652231">
          <w:marLeft w:val="480"/>
          <w:marRight w:val="0"/>
          <w:marTop w:val="0"/>
          <w:marBottom w:val="0"/>
          <w:divBdr>
            <w:top w:val="none" w:sz="0" w:space="0" w:color="auto"/>
            <w:left w:val="none" w:sz="0" w:space="0" w:color="auto"/>
            <w:bottom w:val="none" w:sz="0" w:space="0" w:color="auto"/>
            <w:right w:val="none" w:sz="0" w:space="0" w:color="auto"/>
          </w:divBdr>
        </w:div>
        <w:div w:id="2032338119">
          <w:marLeft w:val="480"/>
          <w:marRight w:val="0"/>
          <w:marTop w:val="0"/>
          <w:marBottom w:val="0"/>
          <w:divBdr>
            <w:top w:val="none" w:sz="0" w:space="0" w:color="auto"/>
            <w:left w:val="none" w:sz="0" w:space="0" w:color="auto"/>
            <w:bottom w:val="none" w:sz="0" w:space="0" w:color="auto"/>
            <w:right w:val="none" w:sz="0" w:space="0" w:color="auto"/>
          </w:divBdr>
        </w:div>
        <w:div w:id="2049598315">
          <w:marLeft w:val="480"/>
          <w:marRight w:val="0"/>
          <w:marTop w:val="0"/>
          <w:marBottom w:val="0"/>
          <w:divBdr>
            <w:top w:val="none" w:sz="0" w:space="0" w:color="auto"/>
            <w:left w:val="none" w:sz="0" w:space="0" w:color="auto"/>
            <w:bottom w:val="none" w:sz="0" w:space="0" w:color="auto"/>
            <w:right w:val="none" w:sz="0" w:space="0" w:color="auto"/>
          </w:divBdr>
        </w:div>
        <w:div w:id="2069571813">
          <w:marLeft w:val="480"/>
          <w:marRight w:val="0"/>
          <w:marTop w:val="0"/>
          <w:marBottom w:val="0"/>
          <w:divBdr>
            <w:top w:val="none" w:sz="0" w:space="0" w:color="auto"/>
            <w:left w:val="none" w:sz="0" w:space="0" w:color="auto"/>
            <w:bottom w:val="none" w:sz="0" w:space="0" w:color="auto"/>
            <w:right w:val="none" w:sz="0" w:space="0" w:color="auto"/>
          </w:divBdr>
        </w:div>
        <w:div w:id="2088113403">
          <w:marLeft w:val="480"/>
          <w:marRight w:val="0"/>
          <w:marTop w:val="0"/>
          <w:marBottom w:val="0"/>
          <w:divBdr>
            <w:top w:val="none" w:sz="0" w:space="0" w:color="auto"/>
            <w:left w:val="none" w:sz="0" w:space="0" w:color="auto"/>
            <w:bottom w:val="none" w:sz="0" w:space="0" w:color="auto"/>
            <w:right w:val="none" w:sz="0" w:space="0" w:color="auto"/>
          </w:divBdr>
        </w:div>
        <w:div w:id="2104716130">
          <w:marLeft w:val="480"/>
          <w:marRight w:val="0"/>
          <w:marTop w:val="0"/>
          <w:marBottom w:val="0"/>
          <w:divBdr>
            <w:top w:val="none" w:sz="0" w:space="0" w:color="auto"/>
            <w:left w:val="none" w:sz="0" w:space="0" w:color="auto"/>
            <w:bottom w:val="none" w:sz="0" w:space="0" w:color="auto"/>
            <w:right w:val="none" w:sz="0" w:space="0" w:color="auto"/>
          </w:divBdr>
        </w:div>
      </w:divsChild>
    </w:div>
    <w:div w:id="358316002">
      <w:bodyDiv w:val="1"/>
      <w:marLeft w:val="0"/>
      <w:marRight w:val="0"/>
      <w:marTop w:val="0"/>
      <w:marBottom w:val="0"/>
      <w:divBdr>
        <w:top w:val="none" w:sz="0" w:space="0" w:color="auto"/>
        <w:left w:val="none" w:sz="0" w:space="0" w:color="auto"/>
        <w:bottom w:val="none" w:sz="0" w:space="0" w:color="auto"/>
        <w:right w:val="none" w:sz="0" w:space="0" w:color="auto"/>
      </w:divBdr>
    </w:div>
    <w:div w:id="359202897">
      <w:bodyDiv w:val="1"/>
      <w:marLeft w:val="0"/>
      <w:marRight w:val="0"/>
      <w:marTop w:val="0"/>
      <w:marBottom w:val="0"/>
      <w:divBdr>
        <w:top w:val="none" w:sz="0" w:space="0" w:color="auto"/>
        <w:left w:val="none" w:sz="0" w:space="0" w:color="auto"/>
        <w:bottom w:val="none" w:sz="0" w:space="0" w:color="auto"/>
        <w:right w:val="none" w:sz="0" w:space="0" w:color="auto"/>
      </w:divBdr>
    </w:div>
    <w:div w:id="361708843">
      <w:bodyDiv w:val="1"/>
      <w:marLeft w:val="0"/>
      <w:marRight w:val="0"/>
      <w:marTop w:val="0"/>
      <w:marBottom w:val="0"/>
      <w:divBdr>
        <w:top w:val="none" w:sz="0" w:space="0" w:color="auto"/>
        <w:left w:val="none" w:sz="0" w:space="0" w:color="auto"/>
        <w:bottom w:val="none" w:sz="0" w:space="0" w:color="auto"/>
        <w:right w:val="none" w:sz="0" w:space="0" w:color="auto"/>
      </w:divBdr>
    </w:div>
    <w:div w:id="362293178">
      <w:bodyDiv w:val="1"/>
      <w:marLeft w:val="0"/>
      <w:marRight w:val="0"/>
      <w:marTop w:val="0"/>
      <w:marBottom w:val="0"/>
      <w:divBdr>
        <w:top w:val="none" w:sz="0" w:space="0" w:color="auto"/>
        <w:left w:val="none" w:sz="0" w:space="0" w:color="auto"/>
        <w:bottom w:val="none" w:sz="0" w:space="0" w:color="auto"/>
        <w:right w:val="none" w:sz="0" w:space="0" w:color="auto"/>
      </w:divBdr>
      <w:divsChild>
        <w:div w:id="76483922">
          <w:marLeft w:val="480"/>
          <w:marRight w:val="0"/>
          <w:marTop w:val="0"/>
          <w:marBottom w:val="0"/>
          <w:divBdr>
            <w:top w:val="none" w:sz="0" w:space="0" w:color="auto"/>
            <w:left w:val="none" w:sz="0" w:space="0" w:color="auto"/>
            <w:bottom w:val="none" w:sz="0" w:space="0" w:color="auto"/>
            <w:right w:val="none" w:sz="0" w:space="0" w:color="auto"/>
          </w:divBdr>
        </w:div>
        <w:div w:id="106119997">
          <w:marLeft w:val="480"/>
          <w:marRight w:val="0"/>
          <w:marTop w:val="0"/>
          <w:marBottom w:val="0"/>
          <w:divBdr>
            <w:top w:val="none" w:sz="0" w:space="0" w:color="auto"/>
            <w:left w:val="none" w:sz="0" w:space="0" w:color="auto"/>
            <w:bottom w:val="none" w:sz="0" w:space="0" w:color="auto"/>
            <w:right w:val="none" w:sz="0" w:space="0" w:color="auto"/>
          </w:divBdr>
        </w:div>
        <w:div w:id="182482593">
          <w:marLeft w:val="480"/>
          <w:marRight w:val="0"/>
          <w:marTop w:val="0"/>
          <w:marBottom w:val="0"/>
          <w:divBdr>
            <w:top w:val="none" w:sz="0" w:space="0" w:color="auto"/>
            <w:left w:val="none" w:sz="0" w:space="0" w:color="auto"/>
            <w:bottom w:val="none" w:sz="0" w:space="0" w:color="auto"/>
            <w:right w:val="none" w:sz="0" w:space="0" w:color="auto"/>
          </w:divBdr>
        </w:div>
        <w:div w:id="186915019">
          <w:marLeft w:val="480"/>
          <w:marRight w:val="0"/>
          <w:marTop w:val="0"/>
          <w:marBottom w:val="0"/>
          <w:divBdr>
            <w:top w:val="none" w:sz="0" w:space="0" w:color="auto"/>
            <w:left w:val="none" w:sz="0" w:space="0" w:color="auto"/>
            <w:bottom w:val="none" w:sz="0" w:space="0" w:color="auto"/>
            <w:right w:val="none" w:sz="0" w:space="0" w:color="auto"/>
          </w:divBdr>
        </w:div>
        <w:div w:id="339698336">
          <w:marLeft w:val="480"/>
          <w:marRight w:val="0"/>
          <w:marTop w:val="0"/>
          <w:marBottom w:val="0"/>
          <w:divBdr>
            <w:top w:val="none" w:sz="0" w:space="0" w:color="auto"/>
            <w:left w:val="none" w:sz="0" w:space="0" w:color="auto"/>
            <w:bottom w:val="none" w:sz="0" w:space="0" w:color="auto"/>
            <w:right w:val="none" w:sz="0" w:space="0" w:color="auto"/>
          </w:divBdr>
        </w:div>
        <w:div w:id="477764983">
          <w:marLeft w:val="480"/>
          <w:marRight w:val="0"/>
          <w:marTop w:val="0"/>
          <w:marBottom w:val="0"/>
          <w:divBdr>
            <w:top w:val="none" w:sz="0" w:space="0" w:color="auto"/>
            <w:left w:val="none" w:sz="0" w:space="0" w:color="auto"/>
            <w:bottom w:val="none" w:sz="0" w:space="0" w:color="auto"/>
            <w:right w:val="none" w:sz="0" w:space="0" w:color="auto"/>
          </w:divBdr>
        </w:div>
        <w:div w:id="500001086">
          <w:marLeft w:val="480"/>
          <w:marRight w:val="0"/>
          <w:marTop w:val="0"/>
          <w:marBottom w:val="0"/>
          <w:divBdr>
            <w:top w:val="none" w:sz="0" w:space="0" w:color="auto"/>
            <w:left w:val="none" w:sz="0" w:space="0" w:color="auto"/>
            <w:bottom w:val="none" w:sz="0" w:space="0" w:color="auto"/>
            <w:right w:val="none" w:sz="0" w:space="0" w:color="auto"/>
          </w:divBdr>
        </w:div>
        <w:div w:id="548690814">
          <w:marLeft w:val="480"/>
          <w:marRight w:val="0"/>
          <w:marTop w:val="0"/>
          <w:marBottom w:val="0"/>
          <w:divBdr>
            <w:top w:val="none" w:sz="0" w:space="0" w:color="auto"/>
            <w:left w:val="none" w:sz="0" w:space="0" w:color="auto"/>
            <w:bottom w:val="none" w:sz="0" w:space="0" w:color="auto"/>
            <w:right w:val="none" w:sz="0" w:space="0" w:color="auto"/>
          </w:divBdr>
        </w:div>
        <w:div w:id="580601726">
          <w:marLeft w:val="480"/>
          <w:marRight w:val="0"/>
          <w:marTop w:val="0"/>
          <w:marBottom w:val="0"/>
          <w:divBdr>
            <w:top w:val="none" w:sz="0" w:space="0" w:color="auto"/>
            <w:left w:val="none" w:sz="0" w:space="0" w:color="auto"/>
            <w:bottom w:val="none" w:sz="0" w:space="0" w:color="auto"/>
            <w:right w:val="none" w:sz="0" w:space="0" w:color="auto"/>
          </w:divBdr>
        </w:div>
        <w:div w:id="689530997">
          <w:marLeft w:val="480"/>
          <w:marRight w:val="0"/>
          <w:marTop w:val="0"/>
          <w:marBottom w:val="0"/>
          <w:divBdr>
            <w:top w:val="none" w:sz="0" w:space="0" w:color="auto"/>
            <w:left w:val="none" w:sz="0" w:space="0" w:color="auto"/>
            <w:bottom w:val="none" w:sz="0" w:space="0" w:color="auto"/>
            <w:right w:val="none" w:sz="0" w:space="0" w:color="auto"/>
          </w:divBdr>
        </w:div>
        <w:div w:id="705835788">
          <w:marLeft w:val="480"/>
          <w:marRight w:val="0"/>
          <w:marTop w:val="0"/>
          <w:marBottom w:val="0"/>
          <w:divBdr>
            <w:top w:val="none" w:sz="0" w:space="0" w:color="auto"/>
            <w:left w:val="none" w:sz="0" w:space="0" w:color="auto"/>
            <w:bottom w:val="none" w:sz="0" w:space="0" w:color="auto"/>
            <w:right w:val="none" w:sz="0" w:space="0" w:color="auto"/>
          </w:divBdr>
        </w:div>
        <w:div w:id="714693220">
          <w:marLeft w:val="480"/>
          <w:marRight w:val="0"/>
          <w:marTop w:val="0"/>
          <w:marBottom w:val="0"/>
          <w:divBdr>
            <w:top w:val="none" w:sz="0" w:space="0" w:color="auto"/>
            <w:left w:val="none" w:sz="0" w:space="0" w:color="auto"/>
            <w:bottom w:val="none" w:sz="0" w:space="0" w:color="auto"/>
            <w:right w:val="none" w:sz="0" w:space="0" w:color="auto"/>
          </w:divBdr>
        </w:div>
        <w:div w:id="836305423">
          <w:marLeft w:val="480"/>
          <w:marRight w:val="0"/>
          <w:marTop w:val="0"/>
          <w:marBottom w:val="0"/>
          <w:divBdr>
            <w:top w:val="none" w:sz="0" w:space="0" w:color="auto"/>
            <w:left w:val="none" w:sz="0" w:space="0" w:color="auto"/>
            <w:bottom w:val="none" w:sz="0" w:space="0" w:color="auto"/>
            <w:right w:val="none" w:sz="0" w:space="0" w:color="auto"/>
          </w:divBdr>
        </w:div>
        <w:div w:id="925385946">
          <w:marLeft w:val="480"/>
          <w:marRight w:val="0"/>
          <w:marTop w:val="0"/>
          <w:marBottom w:val="0"/>
          <w:divBdr>
            <w:top w:val="none" w:sz="0" w:space="0" w:color="auto"/>
            <w:left w:val="none" w:sz="0" w:space="0" w:color="auto"/>
            <w:bottom w:val="none" w:sz="0" w:space="0" w:color="auto"/>
            <w:right w:val="none" w:sz="0" w:space="0" w:color="auto"/>
          </w:divBdr>
        </w:div>
        <w:div w:id="937445724">
          <w:marLeft w:val="480"/>
          <w:marRight w:val="0"/>
          <w:marTop w:val="0"/>
          <w:marBottom w:val="0"/>
          <w:divBdr>
            <w:top w:val="none" w:sz="0" w:space="0" w:color="auto"/>
            <w:left w:val="none" w:sz="0" w:space="0" w:color="auto"/>
            <w:bottom w:val="none" w:sz="0" w:space="0" w:color="auto"/>
            <w:right w:val="none" w:sz="0" w:space="0" w:color="auto"/>
          </w:divBdr>
        </w:div>
        <w:div w:id="974142521">
          <w:marLeft w:val="480"/>
          <w:marRight w:val="0"/>
          <w:marTop w:val="0"/>
          <w:marBottom w:val="0"/>
          <w:divBdr>
            <w:top w:val="none" w:sz="0" w:space="0" w:color="auto"/>
            <w:left w:val="none" w:sz="0" w:space="0" w:color="auto"/>
            <w:bottom w:val="none" w:sz="0" w:space="0" w:color="auto"/>
            <w:right w:val="none" w:sz="0" w:space="0" w:color="auto"/>
          </w:divBdr>
        </w:div>
        <w:div w:id="1001128666">
          <w:marLeft w:val="480"/>
          <w:marRight w:val="0"/>
          <w:marTop w:val="0"/>
          <w:marBottom w:val="0"/>
          <w:divBdr>
            <w:top w:val="none" w:sz="0" w:space="0" w:color="auto"/>
            <w:left w:val="none" w:sz="0" w:space="0" w:color="auto"/>
            <w:bottom w:val="none" w:sz="0" w:space="0" w:color="auto"/>
            <w:right w:val="none" w:sz="0" w:space="0" w:color="auto"/>
          </w:divBdr>
        </w:div>
        <w:div w:id="1006782558">
          <w:marLeft w:val="480"/>
          <w:marRight w:val="0"/>
          <w:marTop w:val="0"/>
          <w:marBottom w:val="0"/>
          <w:divBdr>
            <w:top w:val="none" w:sz="0" w:space="0" w:color="auto"/>
            <w:left w:val="none" w:sz="0" w:space="0" w:color="auto"/>
            <w:bottom w:val="none" w:sz="0" w:space="0" w:color="auto"/>
            <w:right w:val="none" w:sz="0" w:space="0" w:color="auto"/>
          </w:divBdr>
        </w:div>
        <w:div w:id="1047409193">
          <w:marLeft w:val="480"/>
          <w:marRight w:val="0"/>
          <w:marTop w:val="0"/>
          <w:marBottom w:val="0"/>
          <w:divBdr>
            <w:top w:val="none" w:sz="0" w:space="0" w:color="auto"/>
            <w:left w:val="none" w:sz="0" w:space="0" w:color="auto"/>
            <w:bottom w:val="none" w:sz="0" w:space="0" w:color="auto"/>
            <w:right w:val="none" w:sz="0" w:space="0" w:color="auto"/>
          </w:divBdr>
        </w:div>
        <w:div w:id="1153374291">
          <w:marLeft w:val="480"/>
          <w:marRight w:val="0"/>
          <w:marTop w:val="0"/>
          <w:marBottom w:val="0"/>
          <w:divBdr>
            <w:top w:val="none" w:sz="0" w:space="0" w:color="auto"/>
            <w:left w:val="none" w:sz="0" w:space="0" w:color="auto"/>
            <w:bottom w:val="none" w:sz="0" w:space="0" w:color="auto"/>
            <w:right w:val="none" w:sz="0" w:space="0" w:color="auto"/>
          </w:divBdr>
        </w:div>
        <w:div w:id="1215700224">
          <w:marLeft w:val="480"/>
          <w:marRight w:val="0"/>
          <w:marTop w:val="0"/>
          <w:marBottom w:val="0"/>
          <w:divBdr>
            <w:top w:val="none" w:sz="0" w:space="0" w:color="auto"/>
            <w:left w:val="none" w:sz="0" w:space="0" w:color="auto"/>
            <w:bottom w:val="none" w:sz="0" w:space="0" w:color="auto"/>
            <w:right w:val="none" w:sz="0" w:space="0" w:color="auto"/>
          </w:divBdr>
        </w:div>
        <w:div w:id="1231767296">
          <w:marLeft w:val="480"/>
          <w:marRight w:val="0"/>
          <w:marTop w:val="0"/>
          <w:marBottom w:val="0"/>
          <w:divBdr>
            <w:top w:val="none" w:sz="0" w:space="0" w:color="auto"/>
            <w:left w:val="none" w:sz="0" w:space="0" w:color="auto"/>
            <w:bottom w:val="none" w:sz="0" w:space="0" w:color="auto"/>
            <w:right w:val="none" w:sz="0" w:space="0" w:color="auto"/>
          </w:divBdr>
        </w:div>
        <w:div w:id="1330065144">
          <w:marLeft w:val="480"/>
          <w:marRight w:val="0"/>
          <w:marTop w:val="0"/>
          <w:marBottom w:val="0"/>
          <w:divBdr>
            <w:top w:val="none" w:sz="0" w:space="0" w:color="auto"/>
            <w:left w:val="none" w:sz="0" w:space="0" w:color="auto"/>
            <w:bottom w:val="none" w:sz="0" w:space="0" w:color="auto"/>
            <w:right w:val="none" w:sz="0" w:space="0" w:color="auto"/>
          </w:divBdr>
        </w:div>
        <w:div w:id="1373387480">
          <w:marLeft w:val="480"/>
          <w:marRight w:val="0"/>
          <w:marTop w:val="0"/>
          <w:marBottom w:val="0"/>
          <w:divBdr>
            <w:top w:val="none" w:sz="0" w:space="0" w:color="auto"/>
            <w:left w:val="none" w:sz="0" w:space="0" w:color="auto"/>
            <w:bottom w:val="none" w:sz="0" w:space="0" w:color="auto"/>
            <w:right w:val="none" w:sz="0" w:space="0" w:color="auto"/>
          </w:divBdr>
        </w:div>
        <w:div w:id="1522084100">
          <w:marLeft w:val="480"/>
          <w:marRight w:val="0"/>
          <w:marTop w:val="0"/>
          <w:marBottom w:val="0"/>
          <w:divBdr>
            <w:top w:val="none" w:sz="0" w:space="0" w:color="auto"/>
            <w:left w:val="none" w:sz="0" w:space="0" w:color="auto"/>
            <w:bottom w:val="none" w:sz="0" w:space="0" w:color="auto"/>
            <w:right w:val="none" w:sz="0" w:space="0" w:color="auto"/>
          </w:divBdr>
        </w:div>
        <w:div w:id="1693720928">
          <w:marLeft w:val="480"/>
          <w:marRight w:val="0"/>
          <w:marTop w:val="0"/>
          <w:marBottom w:val="0"/>
          <w:divBdr>
            <w:top w:val="none" w:sz="0" w:space="0" w:color="auto"/>
            <w:left w:val="none" w:sz="0" w:space="0" w:color="auto"/>
            <w:bottom w:val="none" w:sz="0" w:space="0" w:color="auto"/>
            <w:right w:val="none" w:sz="0" w:space="0" w:color="auto"/>
          </w:divBdr>
        </w:div>
        <w:div w:id="1837843330">
          <w:marLeft w:val="480"/>
          <w:marRight w:val="0"/>
          <w:marTop w:val="0"/>
          <w:marBottom w:val="0"/>
          <w:divBdr>
            <w:top w:val="none" w:sz="0" w:space="0" w:color="auto"/>
            <w:left w:val="none" w:sz="0" w:space="0" w:color="auto"/>
            <w:bottom w:val="none" w:sz="0" w:space="0" w:color="auto"/>
            <w:right w:val="none" w:sz="0" w:space="0" w:color="auto"/>
          </w:divBdr>
        </w:div>
        <w:div w:id="1877421518">
          <w:marLeft w:val="480"/>
          <w:marRight w:val="0"/>
          <w:marTop w:val="0"/>
          <w:marBottom w:val="0"/>
          <w:divBdr>
            <w:top w:val="none" w:sz="0" w:space="0" w:color="auto"/>
            <w:left w:val="none" w:sz="0" w:space="0" w:color="auto"/>
            <w:bottom w:val="none" w:sz="0" w:space="0" w:color="auto"/>
            <w:right w:val="none" w:sz="0" w:space="0" w:color="auto"/>
          </w:divBdr>
        </w:div>
        <w:div w:id="1942491923">
          <w:marLeft w:val="480"/>
          <w:marRight w:val="0"/>
          <w:marTop w:val="0"/>
          <w:marBottom w:val="0"/>
          <w:divBdr>
            <w:top w:val="none" w:sz="0" w:space="0" w:color="auto"/>
            <w:left w:val="none" w:sz="0" w:space="0" w:color="auto"/>
            <w:bottom w:val="none" w:sz="0" w:space="0" w:color="auto"/>
            <w:right w:val="none" w:sz="0" w:space="0" w:color="auto"/>
          </w:divBdr>
        </w:div>
        <w:div w:id="1956911127">
          <w:marLeft w:val="480"/>
          <w:marRight w:val="0"/>
          <w:marTop w:val="0"/>
          <w:marBottom w:val="0"/>
          <w:divBdr>
            <w:top w:val="none" w:sz="0" w:space="0" w:color="auto"/>
            <w:left w:val="none" w:sz="0" w:space="0" w:color="auto"/>
            <w:bottom w:val="none" w:sz="0" w:space="0" w:color="auto"/>
            <w:right w:val="none" w:sz="0" w:space="0" w:color="auto"/>
          </w:divBdr>
        </w:div>
        <w:div w:id="1962958383">
          <w:marLeft w:val="480"/>
          <w:marRight w:val="0"/>
          <w:marTop w:val="0"/>
          <w:marBottom w:val="0"/>
          <w:divBdr>
            <w:top w:val="none" w:sz="0" w:space="0" w:color="auto"/>
            <w:left w:val="none" w:sz="0" w:space="0" w:color="auto"/>
            <w:bottom w:val="none" w:sz="0" w:space="0" w:color="auto"/>
            <w:right w:val="none" w:sz="0" w:space="0" w:color="auto"/>
          </w:divBdr>
        </w:div>
        <w:div w:id="1989241378">
          <w:marLeft w:val="480"/>
          <w:marRight w:val="0"/>
          <w:marTop w:val="0"/>
          <w:marBottom w:val="0"/>
          <w:divBdr>
            <w:top w:val="none" w:sz="0" w:space="0" w:color="auto"/>
            <w:left w:val="none" w:sz="0" w:space="0" w:color="auto"/>
            <w:bottom w:val="none" w:sz="0" w:space="0" w:color="auto"/>
            <w:right w:val="none" w:sz="0" w:space="0" w:color="auto"/>
          </w:divBdr>
        </w:div>
      </w:divsChild>
    </w:div>
    <w:div w:id="364793023">
      <w:bodyDiv w:val="1"/>
      <w:marLeft w:val="0"/>
      <w:marRight w:val="0"/>
      <w:marTop w:val="0"/>
      <w:marBottom w:val="0"/>
      <w:divBdr>
        <w:top w:val="none" w:sz="0" w:space="0" w:color="auto"/>
        <w:left w:val="none" w:sz="0" w:space="0" w:color="auto"/>
        <w:bottom w:val="none" w:sz="0" w:space="0" w:color="auto"/>
        <w:right w:val="none" w:sz="0" w:space="0" w:color="auto"/>
      </w:divBdr>
    </w:div>
    <w:div w:id="365368729">
      <w:bodyDiv w:val="1"/>
      <w:marLeft w:val="0"/>
      <w:marRight w:val="0"/>
      <w:marTop w:val="0"/>
      <w:marBottom w:val="0"/>
      <w:divBdr>
        <w:top w:val="none" w:sz="0" w:space="0" w:color="auto"/>
        <w:left w:val="none" w:sz="0" w:space="0" w:color="auto"/>
        <w:bottom w:val="none" w:sz="0" w:space="0" w:color="auto"/>
        <w:right w:val="none" w:sz="0" w:space="0" w:color="auto"/>
      </w:divBdr>
    </w:div>
    <w:div w:id="365569979">
      <w:bodyDiv w:val="1"/>
      <w:marLeft w:val="0"/>
      <w:marRight w:val="0"/>
      <w:marTop w:val="0"/>
      <w:marBottom w:val="0"/>
      <w:divBdr>
        <w:top w:val="none" w:sz="0" w:space="0" w:color="auto"/>
        <w:left w:val="none" w:sz="0" w:space="0" w:color="auto"/>
        <w:bottom w:val="none" w:sz="0" w:space="0" w:color="auto"/>
        <w:right w:val="none" w:sz="0" w:space="0" w:color="auto"/>
      </w:divBdr>
    </w:div>
    <w:div w:id="366300287">
      <w:bodyDiv w:val="1"/>
      <w:marLeft w:val="0"/>
      <w:marRight w:val="0"/>
      <w:marTop w:val="0"/>
      <w:marBottom w:val="0"/>
      <w:divBdr>
        <w:top w:val="none" w:sz="0" w:space="0" w:color="auto"/>
        <w:left w:val="none" w:sz="0" w:space="0" w:color="auto"/>
        <w:bottom w:val="none" w:sz="0" w:space="0" w:color="auto"/>
        <w:right w:val="none" w:sz="0" w:space="0" w:color="auto"/>
      </w:divBdr>
    </w:div>
    <w:div w:id="366949817">
      <w:bodyDiv w:val="1"/>
      <w:marLeft w:val="0"/>
      <w:marRight w:val="0"/>
      <w:marTop w:val="0"/>
      <w:marBottom w:val="0"/>
      <w:divBdr>
        <w:top w:val="none" w:sz="0" w:space="0" w:color="auto"/>
        <w:left w:val="none" w:sz="0" w:space="0" w:color="auto"/>
        <w:bottom w:val="none" w:sz="0" w:space="0" w:color="auto"/>
        <w:right w:val="none" w:sz="0" w:space="0" w:color="auto"/>
      </w:divBdr>
    </w:div>
    <w:div w:id="367724459">
      <w:bodyDiv w:val="1"/>
      <w:marLeft w:val="0"/>
      <w:marRight w:val="0"/>
      <w:marTop w:val="0"/>
      <w:marBottom w:val="0"/>
      <w:divBdr>
        <w:top w:val="none" w:sz="0" w:space="0" w:color="auto"/>
        <w:left w:val="none" w:sz="0" w:space="0" w:color="auto"/>
        <w:bottom w:val="none" w:sz="0" w:space="0" w:color="auto"/>
        <w:right w:val="none" w:sz="0" w:space="0" w:color="auto"/>
      </w:divBdr>
    </w:div>
    <w:div w:id="369577028">
      <w:bodyDiv w:val="1"/>
      <w:marLeft w:val="0"/>
      <w:marRight w:val="0"/>
      <w:marTop w:val="0"/>
      <w:marBottom w:val="0"/>
      <w:divBdr>
        <w:top w:val="none" w:sz="0" w:space="0" w:color="auto"/>
        <w:left w:val="none" w:sz="0" w:space="0" w:color="auto"/>
        <w:bottom w:val="none" w:sz="0" w:space="0" w:color="auto"/>
        <w:right w:val="none" w:sz="0" w:space="0" w:color="auto"/>
      </w:divBdr>
    </w:div>
    <w:div w:id="371271271">
      <w:bodyDiv w:val="1"/>
      <w:marLeft w:val="0"/>
      <w:marRight w:val="0"/>
      <w:marTop w:val="0"/>
      <w:marBottom w:val="0"/>
      <w:divBdr>
        <w:top w:val="none" w:sz="0" w:space="0" w:color="auto"/>
        <w:left w:val="none" w:sz="0" w:space="0" w:color="auto"/>
        <w:bottom w:val="none" w:sz="0" w:space="0" w:color="auto"/>
        <w:right w:val="none" w:sz="0" w:space="0" w:color="auto"/>
      </w:divBdr>
    </w:div>
    <w:div w:id="372585244">
      <w:bodyDiv w:val="1"/>
      <w:marLeft w:val="0"/>
      <w:marRight w:val="0"/>
      <w:marTop w:val="0"/>
      <w:marBottom w:val="0"/>
      <w:divBdr>
        <w:top w:val="none" w:sz="0" w:space="0" w:color="auto"/>
        <w:left w:val="none" w:sz="0" w:space="0" w:color="auto"/>
        <w:bottom w:val="none" w:sz="0" w:space="0" w:color="auto"/>
        <w:right w:val="none" w:sz="0" w:space="0" w:color="auto"/>
      </w:divBdr>
    </w:div>
    <w:div w:id="374231417">
      <w:bodyDiv w:val="1"/>
      <w:marLeft w:val="0"/>
      <w:marRight w:val="0"/>
      <w:marTop w:val="0"/>
      <w:marBottom w:val="0"/>
      <w:divBdr>
        <w:top w:val="none" w:sz="0" w:space="0" w:color="auto"/>
        <w:left w:val="none" w:sz="0" w:space="0" w:color="auto"/>
        <w:bottom w:val="none" w:sz="0" w:space="0" w:color="auto"/>
        <w:right w:val="none" w:sz="0" w:space="0" w:color="auto"/>
      </w:divBdr>
    </w:div>
    <w:div w:id="375131030">
      <w:bodyDiv w:val="1"/>
      <w:marLeft w:val="0"/>
      <w:marRight w:val="0"/>
      <w:marTop w:val="0"/>
      <w:marBottom w:val="0"/>
      <w:divBdr>
        <w:top w:val="none" w:sz="0" w:space="0" w:color="auto"/>
        <w:left w:val="none" w:sz="0" w:space="0" w:color="auto"/>
        <w:bottom w:val="none" w:sz="0" w:space="0" w:color="auto"/>
        <w:right w:val="none" w:sz="0" w:space="0" w:color="auto"/>
      </w:divBdr>
      <w:divsChild>
        <w:div w:id="95486544">
          <w:marLeft w:val="480"/>
          <w:marRight w:val="0"/>
          <w:marTop w:val="0"/>
          <w:marBottom w:val="0"/>
          <w:divBdr>
            <w:top w:val="none" w:sz="0" w:space="0" w:color="auto"/>
            <w:left w:val="none" w:sz="0" w:space="0" w:color="auto"/>
            <w:bottom w:val="none" w:sz="0" w:space="0" w:color="auto"/>
            <w:right w:val="none" w:sz="0" w:space="0" w:color="auto"/>
          </w:divBdr>
        </w:div>
        <w:div w:id="102771613">
          <w:marLeft w:val="480"/>
          <w:marRight w:val="0"/>
          <w:marTop w:val="0"/>
          <w:marBottom w:val="0"/>
          <w:divBdr>
            <w:top w:val="none" w:sz="0" w:space="0" w:color="auto"/>
            <w:left w:val="none" w:sz="0" w:space="0" w:color="auto"/>
            <w:bottom w:val="none" w:sz="0" w:space="0" w:color="auto"/>
            <w:right w:val="none" w:sz="0" w:space="0" w:color="auto"/>
          </w:divBdr>
        </w:div>
        <w:div w:id="255941083">
          <w:marLeft w:val="480"/>
          <w:marRight w:val="0"/>
          <w:marTop w:val="0"/>
          <w:marBottom w:val="0"/>
          <w:divBdr>
            <w:top w:val="none" w:sz="0" w:space="0" w:color="auto"/>
            <w:left w:val="none" w:sz="0" w:space="0" w:color="auto"/>
            <w:bottom w:val="none" w:sz="0" w:space="0" w:color="auto"/>
            <w:right w:val="none" w:sz="0" w:space="0" w:color="auto"/>
          </w:divBdr>
        </w:div>
        <w:div w:id="316082127">
          <w:marLeft w:val="480"/>
          <w:marRight w:val="0"/>
          <w:marTop w:val="0"/>
          <w:marBottom w:val="0"/>
          <w:divBdr>
            <w:top w:val="none" w:sz="0" w:space="0" w:color="auto"/>
            <w:left w:val="none" w:sz="0" w:space="0" w:color="auto"/>
            <w:bottom w:val="none" w:sz="0" w:space="0" w:color="auto"/>
            <w:right w:val="none" w:sz="0" w:space="0" w:color="auto"/>
          </w:divBdr>
        </w:div>
        <w:div w:id="325090991">
          <w:marLeft w:val="480"/>
          <w:marRight w:val="0"/>
          <w:marTop w:val="0"/>
          <w:marBottom w:val="0"/>
          <w:divBdr>
            <w:top w:val="none" w:sz="0" w:space="0" w:color="auto"/>
            <w:left w:val="none" w:sz="0" w:space="0" w:color="auto"/>
            <w:bottom w:val="none" w:sz="0" w:space="0" w:color="auto"/>
            <w:right w:val="none" w:sz="0" w:space="0" w:color="auto"/>
          </w:divBdr>
        </w:div>
        <w:div w:id="423772571">
          <w:marLeft w:val="480"/>
          <w:marRight w:val="0"/>
          <w:marTop w:val="0"/>
          <w:marBottom w:val="0"/>
          <w:divBdr>
            <w:top w:val="none" w:sz="0" w:space="0" w:color="auto"/>
            <w:left w:val="none" w:sz="0" w:space="0" w:color="auto"/>
            <w:bottom w:val="none" w:sz="0" w:space="0" w:color="auto"/>
            <w:right w:val="none" w:sz="0" w:space="0" w:color="auto"/>
          </w:divBdr>
        </w:div>
        <w:div w:id="681665356">
          <w:marLeft w:val="480"/>
          <w:marRight w:val="0"/>
          <w:marTop w:val="0"/>
          <w:marBottom w:val="0"/>
          <w:divBdr>
            <w:top w:val="none" w:sz="0" w:space="0" w:color="auto"/>
            <w:left w:val="none" w:sz="0" w:space="0" w:color="auto"/>
            <w:bottom w:val="none" w:sz="0" w:space="0" w:color="auto"/>
            <w:right w:val="none" w:sz="0" w:space="0" w:color="auto"/>
          </w:divBdr>
        </w:div>
        <w:div w:id="742071493">
          <w:marLeft w:val="480"/>
          <w:marRight w:val="0"/>
          <w:marTop w:val="0"/>
          <w:marBottom w:val="0"/>
          <w:divBdr>
            <w:top w:val="none" w:sz="0" w:space="0" w:color="auto"/>
            <w:left w:val="none" w:sz="0" w:space="0" w:color="auto"/>
            <w:bottom w:val="none" w:sz="0" w:space="0" w:color="auto"/>
            <w:right w:val="none" w:sz="0" w:space="0" w:color="auto"/>
          </w:divBdr>
        </w:div>
        <w:div w:id="831869999">
          <w:marLeft w:val="480"/>
          <w:marRight w:val="0"/>
          <w:marTop w:val="0"/>
          <w:marBottom w:val="0"/>
          <w:divBdr>
            <w:top w:val="none" w:sz="0" w:space="0" w:color="auto"/>
            <w:left w:val="none" w:sz="0" w:space="0" w:color="auto"/>
            <w:bottom w:val="none" w:sz="0" w:space="0" w:color="auto"/>
            <w:right w:val="none" w:sz="0" w:space="0" w:color="auto"/>
          </w:divBdr>
        </w:div>
        <w:div w:id="870656185">
          <w:marLeft w:val="480"/>
          <w:marRight w:val="0"/>
          <w:marTop w:val="0"/>
          <w:marBottom w:val="0"/>
          <w:divBdr>
            <w:top w:val="none" w:sz="0" w:space="0" w:color="auto"/>
            <w:left w:val="none" w:sz="0" w:space="0" w:color="auto"/>
            <w:bottom w:val="none" w:sz="0" w:space="0" w:color="auto"/>
            <w:right w:val="none" w:sz="0" w:space="0" w:color="auto"/>
          </w:divBdr>
        </w:div>
        <w:div w:id="873150873">
          <w:marLeft w:val="480"/>
          <w:marRight w:val="0"/>
          <w:marTop w:val="0"/>
          <w:marBottom w:val="0"/>
          <w:divBdr>
            <w:top w:val="none" w:sz="0" w:space="0" w:color="auto"/>
            <w:left w:val="none" w:sz="0" w:space="0" w:color="auto"/>
            <w:bottom w:val="none" w:sz="0" w:space="0" w:color="auto"/>
            <w:right w:val="none" w:sz="0" w:space="0" w:color="auto"/>
          </w:divBdr>
        </w:div>
        <w:div w:id="890962196">
          <w:marLeft w:val="480"/>
          <w:marRight w:val="0"/>
          <w:marTop w:val="0"/>
          <w:marBottom w:val="0"/>
          <w:divBdr>
            <w:top w:val="none" w:sz="0" w:space="0" w:color="auto"/>
            <w:left w:val="none" w:sz="0" w:space="0" w:color="auto"/>
            <w:bottom w:val="none" w:sz="0" w:space="0" w:color="auto"/>
            <w:right w:val="none" w:sz="0" w:space="0" w:color="auto"/>
          </w:divBdr>
        </w:div>
        <w:div w:id="953366915">
          <w:marLeft w:val="480"/>
          <w:marRight w:val="0"/>
          <w:marTop w:val="0"/>
          <w:marBottom w:val="0"/>
          <w:divBdr>
            <w:top w:val="none" w:sz="0" w:space="0" w:color="auto"/>
            <w:left w:val="none" w:sz="0" w:space="0" w:color="auto"/>
            <w:bottom w:val="none" w:sz="0" w:space="0" w:color="auto"/>
            <w:right w:val="none" w:sz="0" w:space="0" w:color="auto"/>
          </w:divBdr>
        </w:div>
        <w:div w:id="1018240842">
          <w:marLeft w:val="480"/>
          <w:marRight w:val="0"/>
          <w:marTop w:val="0"/>
          <w:marBottom w:val="0"/>
          <w:divBdr>
            <w:top w:val="none" w:sz="0" w:space="0" w:color="auto"/>
            <w:left w:val="none" w:sz="0" w:space="0" w:color="auto"/>
            <w:bottom w:val="none" w:sz="0" w:space="0" w:color="auto"/>
            <w:right w:val="none" w:sz="0" w:space="0" w:color="auto"/>
          </w:divBdr>
        </w:div>
        <w:div w:id="1034962423">
          <w:marLeft w:val="480"/>
          <w:marRight w:val="0"/>
          <w:marTop w:val="0"/>
          <w:marBottom w:val="0"/>
          <w:divBdr>
            <w:top w:val="none" w:sz="0" w:space="0" w:color="auto"/>
            <w:left w:val="none" w:sz="0" w:space="0" w:color="auto"/>
            <w:bottom w:val="none" w:sz="0" w:space="0" w:color="auto"/>
            <w:right w:val="none" w:sz="0" w:space="0" w:color="auto"/>
          </w:divBdr>
        </w:div>
        <w:div w:id="1051347927">
          <w:marLeft w:val="480"/>
          <w:marRight w:val="0"/>
          <w:marTop w:val="0"/>
          <w:marBottom w:val="0"/>
          <w:divBdr>
            <w:top w:val="none" w:sz="0" w:space="0" w:color="auto"/>
            <w:left w:val="none" w:sz="0" w:space="0" w:color="auto"/>
            <w:bottom w:val="none" w:sz="0" w:space="0" w:color="auto"/>
            <w:right w:val="none" w:sz="0" w:space="0" w:color="auto"/>
          </w:divBdr>
        </w:div>
        <w:div w:id="1064138880">
          <w:marLeft w:val="480"/>
          <w:marRight w:val="0"/>
          <w:marTop w:val="0"/>
          <w:marBottom w:val="0"/>
          <w:divBdr>
            <w:top w:val="none" w:sz="0" w:space="0" w:color="auto"/>
            <w:left w:val="none" w:sz="0" w:space="0" w:color="auto"/>
            <w:bottom w:val="none" w:sz="0" w:space="0" w:color="auto"/>
            <w:right w:val="none" w:sz="0" w:space="0" w:color="auto"/>
          </w:divBdr>
        </w:div>
        <w:div w:id="1161655171">
          <w:marLeft w:val="480"/>
          <w:marRight w:val="0"/>
          <w:marTop w:val="0"/>
          <w:marBottom w:val="0"/>
          <w:divBdr>
            <w:top w:val="none" w:sz="0" w:space="0" w:color="auto"/>
            <w:left w:val="none" w:sz="0" w:space="0" w:color="auto"/>
            <w:bottom w:val="none" w:sz="0" w:space="0" w:color="auto"/>
            <w:right w:val="none" w:sz="0" w:space="0" w:color="auto"/>
          </w:divBdr>
        </w:div>
        <w:div w:id="1324821931">
          <w:marLeft w:val="480"/>
          <w:marRight w:val="0"/>
          <w:marTop w:val="0"/>
          <w:marBottom w:val="0"/>
          <w:divBdr>
            <w:top w:val="none" w:sz="0" w:space="0" w:color="auto"/>
            <w:left w:val="none" w:sz="0" w:space="0" w:color="auto"/>
            <w:bottom w:val="none" w:sz="0" w:space="0" w:color="auto"/>
            <w:right w:val="none" w:sz="0" w:space="0" w:color="auto"/>
          </w:divBdr>
        </w:div>
        <w:div w:id="1386878883">
          <w:marLeft w:val="480"/>
          <w:marRight w:val="0"/>
          <w:marTop w:val="0"/>
          <w:marBottom w:val="0"/>
          <w:divBdr>
            <w:top w:val="none" w:sz="0" w:space="0" w:color="auto"/>
            <w:left w:val="none" w:sz="0" w:space="0" w:color="auto"/>
            <w:bottom w:val="none" w:sz="0" w:space="0" w:color="auto"/>
            <w:right w:val="none" w:sz="0" w:space="0" w:color="auto"/>
          </w:divBdr>
        </w:div>
        <w:div w:id="1400519359">
          <w:marLeft w:val="480"/>
          <w:marRight w:val="0"/>
          <w:marTop w:val="0"/>
          <w:marBottom w:val="0"/>
          <w:divBdr>
            <w:top w:val="none" w:sz="0" w:space="0" w:color="auto"/>
            <w:left w:val="none" w:sz="0" w:space="0" w:color="auto"/>
            <w:bottom w:val="none" w:sz="0" w:space="0" w:color="auto"/>
            <w:right w:val="none" w:sz="0" w:space="0" w:color="auto"/>
          </w:divBdr>
        </w:div>
        <w:div w:id="1458639329">
          <w:marLeft w:val="480"/>
          <w:marRight w:val="0"/>
          <w:marTop w:val="0"/>
          <w:marBottom w:val="0"/>
          <w:divBdr>
            <w:top w:val="none" w:sz="0" w:space="0" w:color="auto"/>
            <w:left w:val="none" w:sz="0" w:space="0" w:color="auto"/>
            <w:bottom w:val="none" w:sz="0" w:space="0" w:color="auto"/>
            <w:right w:val="none" w:sz="0" w:space="0" w:color="auto"/>
          </w:divBdr>
        </w:div>
        <w:div w:id="1542204389">
          <w:marLeft w:val="480"/>
          <w:marRight w:val="0"/>
          <w:marTop w:val="0"/>
          <w:marBottom w:val="0"/>
          <w:divBdr>
            <w:top w:val="none" w:sz="0" w:space="0" w:color="auto"/>
            <w:left w:val="none" w:sz="0" w:space="0" w:color="auto"/>
            <w:bottom w:val="none" w:sz="0" w:space="0" w:color="auto"/>
            <w:right w:val="none" w:sz="0" w:space="0" w:color="auto"/>
          </w:divBdr>
        </w:div>
        <w:div w:id="1649699305">
          <w:marLeft w:val="480"/>
          <w:marRight w:val="0"/>
          <w:marTop w:val="0"/>
          <w:marBottom w:val="0"/>
          <w:divBdr>
            <w:top w:val="none" w:sz="0" w:space="0" w:color="auto"/>
            <w:left w:val="none" w:sz="0" w:space="0" w:color="auto"/>
            <w:bottom w:val="none" w:sz="0" w:space="0" w:color="auto"/>
            <w:right w:val="none" w:sz="0" w:space="0" w:color="auto"/>
          </w:divBdr>
        </w:div>
        <w:div w:id="1666350637">
          <w:marLeft w:val="480"/>
          <w:marRight w:val="0"/>
          <w:marTop w:val="0"/>
          <w:marBottom w:val="0"/>
          <w:divBdr>
            <w:top w:val="none" w:sz="0" w:space="0" w:color="auto"/>
            <w:left w:val="none" w:sz="0" w:space="0" w:color="auto"/>
            <w:bottom w:val="none" w:sz="0" w:space="0" w:color="auto"/>
            <w:right w:val="none" w:sz="0" w:space="0" w:color="auto"/>
          </w:divBdr>
        </w:div>
        <w:div w:id="1712146233">
          <w:marLeft w:val="480"/>
          <w:marRight w:val="0"/>
          <w:marTop w:val="0"/>
          <w:marBottom w:val="0"/>
          <w:divBdr>
            <w:top w:val="none" w:sz="0" w:space="0" w:color="auto"/>
            <w:left w:val="none" w:sz="0" w:space="0" w:color="auto"/>
            <w:bottom w:val="none" w:sz="0" w:space="0" w:color="auto"/>
            <w:right w:val="none" w:sz="0" w:space="0" w:color="auto"/>
          </w:divBdr>
        </w:div>
        <w:div w:id="1727334767">
          <w:marLeft w:val="480"/>
          <w:marRight w:val="0"/>
          <w:marTop w:val="0"/>
          <w:marBottom w:val="0"/>
          <w:divBdr>
            <w:top w:val="none" w:sz="0" w:space="0" w:color="auto"/>
            <w:left w:val="none" w:sz="0" w:space="0" w:color="auto"/>
            <w:bottom w:val="none" w:sz="0" w:space="0" w:color="auto"/>
            <w:right w:val="none" w:sz="0" w:space="0" w:color="auto"/>
          </w:divBdr>
        </w:div>
        <w:div w:id="1786265072">
          <w:marLeft w:val="480"/>
          <w:marRight w:val="0"/>
          <w:marTop w:val="0"/>
          <w:marBottom w:val="0"/>
          <w:divBdr>
            <w:top w:val="none" w:sz="0" w:space="0" w:color="auto"/>
            <w:left w:val="none" w:sz="0" w:space="0" w:color="auto"/>
            <w:bottom w:val="none" w:sz="0" w:space="0" w:color="auto"/>
            <w:right w:val="none" w:sz="0" w:space="0" w:color="auto"/>
          </w:divBdr>
        </w:div>
        <w:div w:id="1830829716">
          <w:marLeft w:val="480"/>
          <w:marRight w:val="0"/>
          <w:marTop w:val="0"/>
          <w:marBottom w:val="0"/>
          <w:divBdr>
            <w:top w:val="none" w:sz="0" w:space="0" w:color="auto"/>
            <w:left w:val="none" w:sz="0" w:space="0" w:color="auto"/>
            <w:bottom w:val="none" w:sz="0" w:space="0" w:color="auto"/>
            <w:right w:val="none" w:sz="0" w:space="0" w:color="auto"/>
          </w:divBdr>
        </w:div>
        <w:div w:id="2033875199">
          <w:marLeft w:val="480"/>
          <w:marRight w:val="0"/>
          <w:marTop w:val="0"/>
          <w:marBottom w:val="0"/>
          <w:divBdr>
            <w:top w:val="none" w:sz="0" w:space="0" w:color="auto"/>
            <w:left w:val="none" w:sz="0" w:space="0" w:color="auto"/>
            <w:bottom w:val="none" w:sz="0" w:space="0" w:color="auto"/>
            <w:right w:val="none" w:sz="0" w:space="0" w:color="auto"/>
          </w:divBdr>
        </w:div>
      </w:divsChild>
    </w:div>
    <w:div w:id="376975885">
      <w:bodyDiv w:val="1"/>
      <w:marLeft w:val="0"/>
      <w:marRight w:val="0"/>
      <w:marTop w:val="0"/>
      <w:marBottom w:val="0"/>
      <w:divBdr>
        <w:top w:val="none" w:sz="0" w:space="0" w:color="auto"/>
        <w:left w:val="none" w:sz="0" w:space="0" w:color="auto"/>
        <w:bottom w:val="none" w:sz="0" w:space="0" w:color="auto"/>
        <w:right w:val="none" w:sz="0" w:space="0" w:color="auto"/>
      </w:divBdr>
    </w:div>
    <w:div w:id="377557588">
      <w:bodyDiv w:val="1"/>
      <w:marLeft w:val="0"/>
      <w:marRight w:val="0"/>
      <w:marTop w:val="0"/>
      <w:marBottom w:val="0"/>
      <w:divBdr>
        <w:top w:val="none" w:sz="0" w:space="0" w:color="auto"/>
        <w:left w:val="none" w:sz="0" w:space="0" w:color="auto"/>
        <w:bottom w:val="none" w:sz="0" w:space="0" w:color="auto"/>
        <w:right w:val="none" w:sz="0" w:space="0" w:color="auto"/>
      </w:divBdr>
    </w:div>
    <w:div w:id="378212734">
      <w:bodyDiv w:val="1"/>
      <w:marLeft w:val="0"/>
      <w:marRight w:val="0"/>
      <w:marTop w:val="0"/>
      <w:marBottom w:val="0"/>
      <w:divBdr>
        <w:top w:val="none" w:sz="0" w:space="0" w:color="auto"/>
        <w:left w:val="none" w:sz="0" w:space="0" w:color="auto"/>
        <w:bottom w:val="none" w:sz="0" w:space="0" w:color="auto"/>
        <w:right w:val="none" w:sz="0" w:space="0" w:color="auto"/>
      </w:divBdr>
    </w:div>
    <w:div w:id="381443970">
      <w:bodyDiv w:val="1"/>
      <w:marLeft w:val="0"/>
      <w:marRight w:val="0"/>
      <w:marTop w:val="0"/>
      <w:marBottom w:val="0"/>
      <w:divBdr>
        <w:top w:val="none" w:sz="0" w:space="0" w:color="auto"/>
        <w:left w:val="none" w:sz="0" w:space="0" w:color="auto"/>
        <w:bottom w:val="none" w:sz="0" w:space="0" w:color="auto"/>
        <w:right w:val="none" w:sz="0" w:space="0" w:color="auto"/>
      </w:divBdr>
      <w:divsChild>
        <w:div w:id="9844669">
          <w:marLeft w:val="480"/>
          <w:marRight w:val="0"/>
          <w:marTop w:val="0"/>
          <w:marBottom w:val="0"/>
          <w:divBdr>
            <w:top w:val="none" w:sz="0" w:space="0" w:color="auto"/>
            <w:left w:val="none" w:sz="0" w:space="0" w:color="auto"/>
            <w:bottom w:val="none" w:sz="0" w:space="0" w:color="auto"/>
            <w:right w:val="none" w:sz="0" w:space="0" w:color="auto"/>
          </w:divBdr>
        </w:div>
        <w:div w:id="54933958">
          <w:marLeft w:val="480"/>
          <w:marRight w:val="0"/>
          <w:marTop w:val="0"/>
          <w:marBottom w:val="0"/>
          <w:divBdr>
            <w:top w:val="none" w:sz="0" w:space="0" w:color="auto"/>
            <w:left w:val="none" w:sz="0" w:space="0" w:color="auto"/>
            <w:bottom w:val="none" w:sz="0" w:space="0" w:color="auto"/>
            <w:right w:val="none" w:sz="0" w:space="0" w:color="auto"/>
          </w:divBdr>
        </w:div>
        <w:div w:id="129592091">
          <w:marLeft w:val="480"/>
          <w:marRight w:val="0"/>
          <w:marTop w:val="0"/>
          <w:marBottom w:val="0"/>
          <w:divBdr>
            <w:top w:val="none" w:sz="0" w:space="0" w:color="auto"/>
            <w:left w:val="none" w:sz="0" w:space="0" w:color="auto"/>
            <w:bottom w:val="none" w:sz="0" w:space="0" w:color="auto"/>
            <w:right w:val="none" w:sz="0" w:space="0" w:color="auto"/>
          </w:divBdr>
        </w:div>
        <w:div w:id="193154414">
          <w:marLeft w:val="480"/>
          <w:marRight w:val="0"/>
          <w:marTop w:val="0"/>
          <w:marBottom w:val="0"/>
          <w:divBdr>
            <w:top w:val="none" w:sz="0" w:space="0" w:color="auto"/>
            <w:left w:val="none" w:sz="0" w:space="0" w:color="auto"/>
            <w:bottom w:val="none" w:sz="0" w:space="0" w:color="auto"/>
            <w:right w:val="none" w:sz="0" w:space="0" w:color="auto"/>
          </w:divBdr>
        </w:div>
        <w:div w:id="255134905">
          <w:marLeft w:val="480"/>
          <w:marRight w:val="0"/>
          <w:marTop w:val="0"/>
          <w:marBottom w:val="0"/>
          <w:divBdr>
            <w:top w:val="none" w:sz="0" w:space="0" w:color="auto"/>
            <w:left w:val="none" w:sz="0" w:space="0" w:color="auto"/>
            <w:bottom w:val="none" w:sz="0" w:space="0" w:color="auto"/>
            <w:right w:val="none" w:sz="0" w:space="0" w:color="auto"/>
          </w:divBdr>
        </w:div>
        <w:div w:id="387343950">
          <w:marLeft w:val="480"/>
          <w:marRight w:val="0"/>
          <w:marTop w:val="0"/>
          <w:marBottom w:val="0"/>
          <w:divBdr>
            <w:top w:val="none" w:sz="0" w:space="0" w:color="auto"/>
            <w:left w:val="none" w:sz="0" w:space="0" w:color="auto"/>
            <w:bottom w:val="none" w:sz="0" w:space="0" w:color="auto"/>
            <w:right w:val="none" w:sz="0" w:space="0" w:color="auto"/>
          </w:divBdr>
        </w:div>
        <w:div w:id="400909574">
          <w:marLeft w:val="480"/>
          <w:marRight w:val="0"/>
          <w:marTop w:val="0"/>
          <w:marBottom w:val="0"/>
          <w:divBdr>
            <w:top w:val="none" w:sz="0" w:space="0" w:color="auto"/>
            <w:left w:val="none" w:sz="0" w:space="0" w:color="auto"/>
            <w:bottom w:val="none" w:sz="0" w:space="0" w:color="auto"/>
            <w:right w:val="none" w:sz="0" w:space="0" w:color="auto"/>
          </w:divBdr>
        </w:div>
        <w:div w:id="477574955">
          <w:marLeft w:val="480"/>
          <w:marRight w:val="0"/>
          <w:marTop w:val="0"/>
          <w:marBottom w:val="0"/>
          <w:divBdr>
            <w:top w:val="none" w:sz="0" w:space="0" w:color="auto"/>
            <w:left w:val="none" w:sz="0" w:space="0" w:color="auto"/>
            <w:bottom w:val="none" w:sz="0" w:space="0" w:color="auto"/>
            <w:right w:val="none" w:sz="0" w:space="0" w:color="auto"/>
          </w:divBdr>
        </w:div>
        <w:div w:id="624582376">
          <w:marLeft w:val="480"/>
          <w:marRight w:val="0"/>
          <w:marTop w:val="0"/>
          <w:marBottom w:val="0"/>
          <w:divBdr>
            <w:top w:val="none" w:sz="0" w:space="0" w:color="auto"/>
            <w:left w:val="none" w:sz="0" w:space="0" w:color="auto"/>
            <w:bottom w:val="none" w:sz="0" w:space="0" w:color="auto"/>
            <w:right w:val="none" w:sz="0" w:space="0" w:color="auto"/>
          </w:divBdr>
        </w:div>
        <w:div w:id="662591186">
          <w:marLeft w:val="480"/>
          <w:marRight w:val="0"/>
          <w:marTop w:val="0"/>
          <w:marBottom w:val="0"/>
          <w:divBdr>
            <w:top w:val="none" w:sz="0" w:space="0" w:color="auto"/>
            <w:left w:val="none" w:sz="0" w:space="0" w:color="auto"/>
            <w:bottom w:val="none" w:sz="0" w:space="0" w:color="auto"/>
            <w:right w:val="none" w:sz="0" w:space="0" w:color="auto"/>
          </w:divBdr>
        </w:div>
        <w:div w:id="669453639">
          <w:marLeft w:val="480"/>
          <w:marRight w:val="0"/>
          <w:marTop w:val="0"/>
          <w:marBottom w:val="0"/>
          <w:divBdr>
            <w:top w:val="none" w:sz="0" w:space="0" w:color="auto"/>
            <w:left w:val="none" w:sz="0" w:space="0" w:color="auto"/>
            <w:bottom w:val="none" w:sz="0" w:space="0" w:color="auto"/>
            <w:right w:val="none" w:sz="0" w:space="0" w:color="auto"/>
          </w:divBdr>
        </w:div>
        <w:div w:id="700983498">
          <w:marLeft w:val="480"/>
          <w:marRight w:val="0"/>
          <w:marTop w:val="0"/>
          <w:marBottom w:val="0"/>
          <w:divBdr>
            <w:top w:val="none" w:sz="0" w:space="0" w:color="auto"/>
            <w:left w:val="none" w:sz="0" w:space="0" w:color="auto"/>
            <w:bottom w:val="none" w:sz="0" w:space="0" w:color="auto"/>
            <w:right w:val="none" w:sz="0" w:space="0" w:color="auto"/>
          </w:divBdr>
        </w:div>
        <w:div w:id="790199768">
          <w:marLeft w:val="480"/>
          <w:marRight w:val="0"/>
          <w:marTop w:val="0"/>
          <w:marBottom w:val="0"/>
          <w:divBdr>
            <w:top w:val="none" w:sz="0" w:space="0" w:color="auto"/>
            <w:left w:val="none" w:sz="0" w:space="0" w:color="auto"/>
            <w:bottom w:val="none" w:sz="0" w:space="0" w:color="auto"/>
            <w:right w:val="none" w:sz="0" w:space="0" w:color="auto"/>
          </w:divBdr>
        </w:div>
        <w:div w:id="797141749">
          <w:marLeft w:val="480"/>
          <w:marRight w:val="0"/>
          <w:marTop w:val="0"/>
          <w:marBottom w:val="0"/>
          <w:divBdr>
            <w:top w:val="none" w:sz="0" w:space="0" w:color="auto"/>
            <w:left w:val="none" w:sz="0" w:space="0" w:color="auto"/>
            <w:bottom w:val="none" w:sz="0" w:space="0" w:color="auto"/>
            <w:right w:val="none" w:sz="0" w:space="0" w:color="auto"/>
          </w:divBdr>
        </w:div>
        <w:div w:id="827986795">
          <w:marLeft w:val="480"/>
          <w:marRight w:val="0"/>
          <w:marTop w:val="0"/>
          <w:marBottom w:val="0"/>
          <w:divBdr>
            <w:top w:val="none" w:sz="0" w:space="0" w:color="auto"/>
            <w:left w:val="none" w:sz="0" w:space="0" w:color="auto"/>
            <w:bottom w:val="none" w:sz="0" w:space="0" w:color="auto"/>
            <w:right w:val="none" w:sz="0" w:space="0" w:color="auto"/>
          </w:divBdr>
        </w:div>
        <w:div w:id="865751394">
          <w:marLeft w:val="480"/>
          <w:marRight w:val="0"/>
          <w:marTop w:val="0"/>
          <w:marBottom w:val="0"/>
          <w:divBdr>
            <w:top w:val="none" w:sz="0" w:space="0" w:color="auto"/>
            <w:left w:val="none" w:sz="0" w:space="0" w:color="auto"/>
            <w:bottom w:val="none" w:sz="0" w:space="0" w:color="auto"/>
            <w:right w:val="none" w:sz="0" w:space="0" w:color="auto"/>
          </w:divBdr>
        </w:div>
        <w:div w:id="1038044553">
          <w:marLeft w:val="480"/>
          <w:marRight w:val="0"/>
          <w:marTop w:val="0"/>
          <w:marBottom w:val="0"/>
          <w:divBdr>
            <w:top w:val="none" w:sz="0" w:space="0" w:color="auto"/>
            <w:left w:val="none" w:sz="0" w:space="0" w:color="auto"/>
            <w:bottom w:val="none" w:sz="0" w:space="0" w:color="auto"/>
            <w:right w:val="none" w:sz="0" w:space="0" w:color="auto"/>
          </w:divBdr>
        </w:div>
        <w:div w:id="1054699464">
          <w:marLeft w:val="480"/>
          <w:marRight w:val="0"/>
          <w:marTop w:val="0"/>
          <w:marBottom w:val="0"/>
          <w:divBdr>
            <w:top w:val="none" w:sz="0" w:space="0" w:color="auto"/>
            <w:left w:val="none" w:sz="0" w:space="0" w:color="auto"/>
            <w:bottom w:val="none" w:sz="0" w:space="0" w:color="auto"/>
            <w:right w:val="none" w:sz="0" w:space="0" w:color="auto"/>
          </w:divBdr>
        </w:div>
        <w:div w:id="1080566866">
          <w:marLeft w:val="480"/>
          <w:marRight w:val="0"/>
          <w:marTop w:val="0"/>
          <w:marBottom w:val="0"/>
          <w:divBdr>
            <w:top w:val="none" w:sz="0" w:space="0" w:color="auto"/>
            <w:left w:val="none" w:sz="0" w:space="0" w:color="auto"/>
            <w:bottom w:val="none" w:sz="0" w:space="0" w:color="auto"/>
            <w:right w:val="none" w:sz="0" w:space="0" w:color="auto"/>
          </w:divBdr>
        </w:div>
        <w:div w:id="1214462085">
          <w:marLeft w:val="480"/>
          <w:marRight w:val="0"/>
          <w:marTop w:val="0"/>
          <w:marBottom w:val="0"/>
          <w:divBdr>
            <w:top w:val="none" w:sz="0" w:space="0" w:color="auto"/>
            <w:left w:val="none" w:sz="0" w:space="0" w:color="auto"/>
            <w:bottom w:val="none" w:sz="0" w:space="0" w:color="auto"/>
            <w:right w:val="none" w:sz="0" w:space="0" w:color="auto"/>
          </w:divBdr>
        </w:div>
        <w:div w:id="1624579886">
          <w:marLeft w:val="480"/>
          <w:marRight w:val="0"/>
          <w:marTop w:val="0"/>
          <w:marBottom w:val="0"/>
          <w:divBdr>
            <w:top w:val="none" w:sz="0" w:space="0" w:color="auto"/>
            <w:left w:val="none" w:sz="0" w:space="0" w:color="auto"/>
            <w:bottom w:val="none" w:sz="0" w:space="0" w:color="auto"/>
            <w:right w:val="none" w:sz="0" w:space="0" w:color="auto"/>
          </w:divBdr>
        </w:div>
        <w:div w:id="1696687541">
          <w:marLeft w:val="480"/>
          <w:marRight w:val="0"/>
          <w:marTop w:val="0"/>
          <w:marBottom w:val="0"/>
          <w:divBdr>
            <w:top w:val="none" w:sz="0" w:space="0" w:color="auto"/>
            <w:left w:val="none" w:sz="0" w:space="0" w:color="auto"/>
            <w:bottom w:val="none" w:sz="0" w:space="0" w:color="auto"/>
            <w:right w:val="none" w:sz="0" w:space="0" w:color="auto"/>
          </w:divBdr>
        </w:div>
        <w:div w:id="1715619783">
          <w:marLeft w:val="480"/>
          <w:marRight w:val="0"/>
          <w:marTop w:val="0"/>
          <w:marBottom w:val="0"/>
          <w:divBdr>
            <w:top w:val="none" w:sz="0" w:space="0" w:color="auto"/>
            <w:left w:val="none" w:sz="0" w:space="0" w:color="auto"/>
            <w:bottom w:val="none" w:sz="0" w:space="0" w:color="auto"/>
            <w:right w:val="none" w:sz="0" w:space="0" w:color="auto"/>
          </w:divBdr>
        </w:div>
        <w:div w:id="1725134908">
          <w:marLeft w:val="480"/>
          <w:marRight w:val="0"/>
          <w:marTop w:val="0"/>
          <w:marBottom w:val="0"/>
          <w:divBdr>
            <w:top w:val="none" w:sz="0" w:space="0" w:color="auto"/>
            <w:left w:val="none" w:sz="0" w:space="0" w:color="auto"/>
            <w:bottom w:val="none" w:sz="0" w:space="0" w:color="auto"/>
            <w:right w:val="none" w:sz="0" w:space="0" w:color="auto"/>
          </w:divBdr>
        </w:div>
        <w:div w:id="1739208476">
          <w:marLeft w:val="480"/>
          <w:marRight w:val="0"/>
          <w:marTop w:val="0"/>
          <w:marBottom w:val="0"/>
          <w:divBdr>
            <w:top w:val="none" w:sz="0" w:space="0" w:color="auto"/>
            <w:left w:val="none" w:sz="0" w:space="0" w:color="auto"/>
            <w:bottom w:val="none" w:sz="0" w:space="0" w:color="auto"/>
            <w:right w:val="none" w:sz="0" w:space="0" w:color="auto"/>
          </w:divBdr>
        </w:div>
        <w:div w:id="1755470435">
          <w:marLeft w:val="480"/>
          <w:marRight w:val="0"/>
          <w:marTop w:val="0"/>
          <w:marBottom w:val="0"/>
          <w:divBdr>
            <w:top w:val="none" w:sz="0" w:space="0" w:color="auto"/>
            <w:left w:val="none" w:sz="0" w:space="0" w:color="auto"/>
            <w:bottom w:val="none" w:sz="0" w:space="0" w:color="auto"/>
            <w:right w:val="none" w:sz="0" w:space="0" w:color="auto"/>
          </w:divBdr>
        </w:div>
        <w:div w:id="1800954005">
          <w:marLeft w:val="480"/>
          <w:marRight w:val="0"/>
          <w:marTop w:val="0"/>
          <w:marBottom w:val="0"/>
          <w:divBdr>
            <w:top w:val="none" w:sz="0" w:space="0" w:color="auto"/>
            <w:left w:val="none" w:sz="0" w:space="0" w:color="auto"/>
            <w:bottom w:val="none" w:sz="0" w:space="0" w:color="auto"/>
            <w:right w:val="none" w:sz="0" w:space="0" w:color="auto"/>
          </w:divBdr>
        </w:div>
        <w:div w:id="1888881187">
          <w:marLeft w:val="480"/>
          <w:marRight w:val="0"/>
          <w:marTop w:val="0"/>
          <w:marBottom w:val="0"/>
          <w:divBdr>
            <w:top w:val="none" w:sz="0" w:space="0" w:color="auto"/>
            <w:left w:val="none" w:sz="0" w:space="0" w:color="auto"/>
            <w:bottom w:val="none" w:sz="0" w:space="0" w:color="auto"/>
            <w:right w:val="none" w:sz="0" w:space="0" w:color="auto"/>
          </w:divBdr>
        </w:div>
        <w:div w:id="1952778050">
          <w:marLeft w:val="480"/>
          <w:marRight w:val="0"/>
          <w:marTop w:val="0"/>
          <w:marBottom w:val="0"/>
          <w:divBdr>
            <w:top w:val="none" w:sz="0" w:space="0" w:color="auto"/>
            <w:left w:val="none" w:sz="0" w:space="0" w:color="auto"/>
            <w:bottom w:val="none" w:sz="0" w:space="0" w:color="auto"/>
            <w:right w:val="none" w:sz="0" w:space="0" w:color="auto"/>
          </w:divBdr>
        </w:div>
        <w:div w:id="1985308582">
          <w:marLeft w:val="480"/>
          <w:marRight w:val="0"/>
          <w:marTop w:val="0"/>
          <w:marBottom w:val="0"/>
          <w:divBdr>
            <w:top w:val="none" w:sz="0" w:space="0" w:color="auto"/>
            <w:left w:val="none" w:sz="0" w:space="0" w:color="auto"/>
            <w:bottom w:val="none" w:sz="0" w:space="0" w:color="auto"/>
            <w:right w:val="none" w:sz="0" w:space="0" w:color="auto"/>
          </w:divBdr>
        </w:div>
        <w:div w:id="2129396207">
          <w:marLeft w:val="480"/>
          <w:marRight w:val="0"/>
          <w:marTop w:val="0"/>
          <w:marBottom w:val="0"/>
          <w:divBdr>
            <w:top w:val="none" w:sz="0" w:space="0" w:color="auto"/>
            <w:left w:val="none" w:sz="0" w:space="0" w:color="auto"/>
            <w:bottom w:val="none" w:sz="0" w:space="0" w:color="auto"/>
            <w:right w:val="none" w:sz="0" w:space="0" w:color="auto"/>
          </w:divBdr>
        </w:div>
        <w:div w:id="2138790718">
          <w:marLeft w:val="480"/>
          <w:marRight w:val="0"/>
          <w:marTop w:val="0"/>
          <w:marBottom w:val="0"/>
          <w:divBdr>
            <w:top w:val="none" w:sz="0" w:space="0" w:color="auto"/>
            <w:left w:val="none" w:sz="0" w:space="0" w:color="auto"/>
            <w:bottom w:val="none" w:sz="0" w:space="0" w:color="auto"/>
            <w:right w:val="none" w:sz="0" w:space="0" w:color="auto"/>
          </w:divBdr>
        </w:div>
      </w:divsChild>
    </w:div>
    <w:div w:id="381711029">
      <w:bodyDiv w:val="1"/>
      <w:marLeft w:val="0"/>
      <w:marRight w:val="0"/>
      <w:marTop w:val="0"/>
      <w:marBottom w:val="0"/>
      <w:divBdr>
        <w:top w:val="none" w:sz="0" w:space="0" w:color="auto"/>
        <w:left w:val="none" w:sz="0" w:space="0" w:color="auto"/>
        <w:bottom w:val="none" w:sz="0" w:space="0" w:color="auto"/>
        <w:right w:val="none" w:sz="0" w:space="0" w:color="auto"/>
      </w:divBdr>
    </w:div>
    <w:div w:id="382489305">
      <w:bodyDiv w:val="1"/>
      <w:marLeft w:val="0"/>
      <w:marRight w:val="0"/>
      <w:marTop w:val="0"/>
      <w:marBottom w:val="0"/>
      <w:divBdr>
        <w:top w:val="none" w:sz="0" w:space="0" w:color="auto"/>
        <w:left w:val="none" w:sz="0" w:space="0" w:color="auto"/>
        <w:bottom w:val="none" w:sz="0" w:space="0" w:color="auto"/>
        <w:right w:val="none" w:sz="0" w:space="0" w:color="auto"/>
      </w:divBdr>
    </w:div>
    <w:div w:id="383677799">
      <w:bodyDiv w:val="1"/>
      <w:marLeft w:val="0"/>
      <w:marRight w:val="0"/>
      <w:marTop w:val="0"/>
      <w:marBottom w:val="0"/>
      <w:divBdr>
        <w:top w:val="none" w:sz="0" w:space="0" w:color="auto"/>
        <w:left w:val="none" w:sz="0" w:space="0" w:color="auto"/>
        <w:bottom w:val="none" w:sz="0" w:space="0" w:color="auto"/>
        <w:right w:val="none" w:sz="0" w:space="0" w:color="auto"/>
      </w:divBdr>
    </w:div>
    <w:div w:id="385372515">
      <w:bodyDiv w:val="1"/>
      <w:marLeft w:val="0"/>
      <w:marRight w:val="0"/>
      <w:marTop w:val="0"/>
      <w:marBottom w:val="0"/>
      <w:divBdr>
        <w:top w:val="none" w:sz="0" w:space="0" w:color="auto"/>
        <w:left w:val="none" w:sz="0" w:space="0" w:color="auto"/>
        <w:bottom w:val="none" w:sz="0" w:space="0" w:color="auto"/>
        <w:right w:val="none" w:sz="0" w:space="0" w:color="auto"/>
      </w:divBdr>
      <w:divsChild>
        <w:div w:id="69232109">
          <w:marLeft w:val="480"/>
          <w:marRight w:val="0"/>
          <w:marTop w:val="0"/>
          <w:marBottom w:val="0"/>
          <w:divBdr>
            <w:top w:val="none" w:sz="0" w:space="0" w:color="auto"/>
            <w:left w:val="none" w:sz="0" w:space="0" w:color="auto"/>
            <w:bottom w:val="none" w:sz="0" w:space="0" w:color="auto"/>
            <w:right w:val="none" w:sz="0" w:space="0" w:color="auto"/>
          </w:divBdr>
        </w:div>
        <w:div w:id="140657705">
          <w:marLeft w:val="480"/>
          <w:marRight w:val="0"/>
          <w:marTop w:val="0"/>
          <w:marBottom w:val="0"/>
          <w:divBdr>
            <w:top w:val="none" w:sz="0" w:space="0" w:color="auto"/>
            <w:left w:val="none" w:sz="0" w:space="0" w:color="auto"/>
            <w:bottom w:val="none" w:sz="0" w:space="0" w:color="auto"/>
            <w:right w:val="none" w:sz="0" w:space="0" w:color="auto"/>
          </w:divBdr>
        </w:div>
        <w:div w:id="223444676">
          <w:marLeft w:val="480"/>
          <w:marRight w:val="0"/>
          <w:marTop w:val="0"/>
          <w:marBottom w:val="0"/>
          <w:divBdr>
            <w:top w:val="none" w:sz="0" w:space="0" w:color="auto"/>
            <w:left w:val="none" w:sz="0" w:space="0" w:color="auto"/>
            <w:bottom w:val="none" w:sz="0" w:space="0" w:color="auto"/>
            <w:right w:val="none" w:sz="0" w:space="0" w:color="auto"/>
          </w:divBdr>
        </w:div>
        <w:div w:id="301616053">
          <w:marLeft w:val="480"/>
          <w:marRight w:val="0"/>
          <w:marTop w:val="0"/>
          <w:marBottom w:val="0"/>
          <w:divBdr>
            <w:top w:val="none" w:sz="0" w:space="0" w:color="auto"/>
            <w:left w:val="none" w:sz="0" w:space="0" w:color="auto"/>
            <w:bottom w:val="none" w:sz="0" w:space="0" w:color="auto"/>
            <w:right w:val="none" w:sz="0" w:space="0" w:color="auto"/>
          </w:divBdr>
        </w:div>
        <w:div w:id="434517131">
          <w:marLeft w:val="480"/>
          <w:marRight w:val="0"/>
          <w:marTop w:val="0"/>
          <w:marBottom w:val="0"/>
          <w:divBdr>
            <w:top w:val="none" w:sz="0" w:space="0" w:color="auto"/>
            <w:left w:val="none" w:sz="0" w:space="0" w:color="auto"/>
            <w:bottom w:val="none" w:sz="0" w:space="0" w:color="auto"/>
            <w:right w:val="none" w:sz="0" w:space="0" w:color="auto"/>
          </w:divBdr>
        </w:div>
        <w:div w:id="446433928">
          <w:marLeft w:val="480"/>
          <w:marRight w:val="0"/>
          <w:marTop w:val="0"/>
          <w:marBottom w:val="0"/>
          <w:divBdr>
            <w:top w:val="none" w:sz="0" w:space="0" w:color="auto"/>
            <w:left w:val="none" w:sz="0" w:space="0" w:color="auto"/>
            <w:bottom w:val="none" w:sz="0" w:space="0" w:color="auto"/>
            <w:right w:val="none" w:sz="0" w:space="0" w:color="auto"/>
          </w:divBdr>
        </w:div>
        <w:div w:id="542327820">
          <w:marLeft w:val="480"/>
          <w:marRight w:val="0"/>
          <w:marTop w:val="0"/>
          <w:marBottom w:val="0"/>
          <w:divBdr>
            <w:top w:val="none" w:sz="0" w:space="0" w:color="auto"/>
            <w:left w:val="none" w:sz="0" w:space="0" w:color="auto"/>
            <w:bottom w:val="none" w:sz="0" w:space="0" w:color="auto"/>
            <w:right w:val="none" w:sz="0" w:space="0" w:color="auto"/>
          </w:divBdr>
        </w:div>
        <w:div w:id="631907339">
          <w:marLeft w:val="480"/>
          <w:marRight w:val="0"/>
          <w:marTop w:val="0"/>
          <w:marBottom w:val="0"/>
          <w:divBdr>
            <w:top w:val="none" w:sz="0" w:space="0" w:color="auto"/>
            <w:left w:val="none" w:sz="0" w:space="0" w:color="auto"/>
            <w:bottom w:val="none" w:sz="0" w:space="0" w:color="auto"/>
            <w:right w:val="none" w:sz="0" w:space="0" w:color="auto"/>
          </w:divBdr>
        </w:div>
        <w:div w:id="679703036">
          <w:marLeft w:val="480"/>
          <w:marRight w:val="0"/>
          <w:marTop w:val="0"/>
          <w:marBottom w:val="0"/>
          <w:divBdr>
            <w:top w:val="none" w:sz="0" w:space="0" w:color="auto"/>
            <w:left w:val="none" w:sz="0" w:space="0" w:color="auto"/>
            <w:bottom w:val="none" w:sz="0" w:space="0" w:color="auto"/>
            <w:right w:val="none" w:sz="0" w:space="0" w:color="auto"/>
          </w:divBdr>
        </w:div>
        <w:div w:id="695349248">
          <w:marLeft w:val="480"/>
          <w:marRight w:val="0"/>
          <w:marTop w:val="0"/>
          <w:marBottom w:val="0"/>
          <w:divBdr>
            <w:top w:val="none" w:sz="0" w:space="0" w:color="auto"/>
            <w:left w:val="none" w:sz="0" w:space="0" w:color="auto"/>
            <w:bottom w:val="none" w:sz="0" w:space="0" w:color="auto"/>
            <w:right w:val="none" w:sz="0" w:space="0" w:color="auto"/>
          </w:divBdr>
        </w:div>
        <w:div w:id="760175125">
          <w:marLeft w:val="480"/>
          <w:marRight w:val="0"/>
          <w:marTop w:val="0"/>
          <w:marBottom w:val="0"/>
          <w:divBdr>
            <w:top w:val="none" w:sz="0" w:space="0" w:color="auto"/>
            <w:left w:val="none" w:sz="0" w:space="0" w:color="auto"/>
            <w:bottom w:val="none" w:sz="0" w:space="0" w:color="auto"/>
            <w:right w:val="none" w:sz="0" w:space="0" w:color="auto"/>
          </w:divBdr>
        </w:div>
        <w:div w:id="770200459">
          <w:marLeft w:val="480"/>
          <w:marRight w:val="0"/>
          <w:marTop w:val="0"/>
          <w:marBottom w:val="0"/>
          <w:divBdr>
            <w:top w:val="none" w:sz="0" w:space="0" w:color="auto"/>
            <w:left w:val="none" w:sz="0" w:space="0" w:color="auto"/>
            <w:bottom w:val="none" w:sz="0" w:space="0" w:color="auto"/>
            <w:right w:val="none" w:sz="0" w:space="0" w:color="auto"/>
          </w:divBdr>
        </w:div>
        <w:div w:id="780026597">
          <w:marLeft w:val="480"/>
          <w:marRight w:val="0"/>
          <w:marTop w:val="0"/>
          <w:marBottom w:val="0"/>
          <w:divBdr>
            <w:top w:val="none" w:sz="0" w:space="0" w:color="auto"/>
            <w:left w:val="none" w:sz="0" w:space="0" w:color="auto"/>
            <w:bottom w:val="none" w:sz="0" w:space="0" w:color="auto"/>
            <w:right w:val="none" w:sz="0" w:space="0" w:color="auto"/>
          </w:divBdr>
        </w:div>
        <w:div w:id="843520970">
          <w:marLeft w:val="480"/>
          <w:marRight w:val="0"/>
          <w:marTop w:val="0"/>
          <w:marBottom w:val="0"/>
          <w:divBdr>
            <w:top w:val="none" w:sz="0" w:space="0" w:color="auto"/>
            <w:left w:val="none" w:sz="0" w:space="0" w:color="auto"/>
            <w:bottom w:val="none" w:sz="0" w:space="0" w:color="auto"/>
            <w:right w:val="none" w:sz="0" w:space="0" w:color="auto"/>
          </w:divBdr>
        </w:div>
        <w:div w:id="859128880">
          <w:marLeft w:val="480"/>
          <w:marRight w:val="0"/>
          <w:marTop w:val="0"/>
          <w:marBottom w:val="0"/>
          <w:divBdr>
            <w:top w:val="none" w:sz="0" w:space="0" w:color="auto"/>
            <w:left w:val="none" w:sz="0" w:space="0" w:color="auto"/>
            <w:bottom w:val="none" w:sz="0" w:space="0" w:color="auto"/>
            <w:right w:val="none" w:sz="0" w:space="0" w:color="auto"/>
          </w:divBdr>
        </w:div>
        <w:div w:id="873536257">
          <w:marLeft w:val="480"/>
          <w:marRight w:val="0"/>
          <w:marTop w:val="0"/>
          <w:marBottom w:val="0"/>
          <w:divBdr>
            <w:top w:val="none" w:sz="0" w:space="0" w:color="auto"/>
            <w:left w:val="none" w:sz="0" w:space="0" w:color="auto"/>
            <w:bottom w:val="none" w:sz="0" w:space="0" w:color="auto"/>
            <w:right w:val="none" w:sz="0" w:space="0" w:color="auto"/>
          </w:divBdr>
        </w:div>
        <w:div w:id="910123113">
          <w:marLeft w:val="480"/>
          <w:marRight w:val="0"/>
          <w:marTop w:val="0"/>
          <w:marBottom w:val="0"/>
          <w:divBdr>
            <w:top w:val="none" w:sz="0" w:space="0" w:color="auto"/>
            <w:left w:val="none" w:sz="0" w:space="0" w:color="auto"/>
            <w:bottom w:val="none" w:sz="0" w:space="0" w:color="auto"/>
            <w:right w:val="none" w:sz="0" w:space="0" w:color="auto"/>
          </w:divBdr>
        </w:div>
        <w:div w:id="1262491949">
          <w:marLeft w:val="480"/>
          <w:marRight w:val="0"/>
          <w:marTop w:val="0"/>
          <w:marBottom w:val="0"/>
          <w:divBdr>
            <w:top w:val="none" w:sz="0" w:space="0" w:color="auto"/>
            <w:left w:val="none" w:sz="0" w:space="0" w:color="auto"/>
            <w:bottom w:val="none" w:sz="0" w:space="0" w:color="auto"/>
            <w:right w:val="none" w:sz="0" w:space="0" w:color="auto"/>
          </w:divBdr>
        </w:div>
        <w:div w:id="1286156040">
          <w:marLeft w:val="480"/>
          <w:marRight w:val="0"/>
          <w:marTop w:val="0"/>
          <w:marBottom w:val="0"/>
          <w:divBdr>
            <w:top w:val="none" w:sz="0" w:space="0" w:color="auto"/>
            <w:left w:val="none" w:sz="0" w:space="0" w:color="auto"/>
            <w:bottom w:val="none" w:sz="0" w:space="0" w:color="auto"/>
            <w:right w:val="none" w:sz="0" w:space="0" w:color="auto"/>
          </w:divBdr>
        </w:div>
        <w:div w:id="1296715727">
          <w:marLeft w:val="480"/>
          <w:marRight w:val="0"/>
          <w:marTop w:val="0"/>
          <w:marBottom w:val="0"/>
          <w:divBdr>
            <w:top w:val="none" w:sz="0" w:space="0" w:color="auto"/>
            <w:left w:val="none" w:sz="0" w:space="0" w:color="auto"/>
            <w:bottom w:val="none" w:sz="0" w:space="0" w:color="auto"/>
            <w:right w:val="none" w:sz="0" w:space="0" w:color="auto"/>
          </w:divBdr>
        </w:div>
        <w:div w:id="1303392465">
          <w:marLeft w:val="480"/>
          <w:marRight w:val="0"/>
          <w:marTop w:val="0"/>
          <w:marBottom w:val="0"/>
          <w:divBdr>
            <w:top w:val="none" w:sz="0" w:space="0" w:color="auto"/>
            <w:left w:val="none" w:sz="0" w:space="0" w:color="auto"/>
            <w:bottom w:val="none" w:sz="0" w:space="0" w:color="auto"/>
            <w:right w:val="none" w:sz="0" w:space="0" w:color="auto"/>
          </w:divBdr>
        </w:div>
        <w:div w:id="1444032061">
          <w:marLeft w:val="480"/>
          <w:marRight w:val="0"/>
          <w:marTop w:val="0"/>
          <w:marBottom w:val="0"/>
          <w:divBdr>
            <w:top w:val="none" w:sz="0" w:space="0" w:color="auto"/>
            <w:left w:val="none" w:sz="0" w:space="0" w:color="auto"/>
            <w:bottom w:val="none" w:sz="0" w:space="0" w:color="auto"/>
            <w:right w:val="none" w:sz="0" w:space="0" w:color="auto"/>
          </w:divBdr>
        </w:div>
        <w:div w:id="1525904897">
          <w:marLeft w:val="480"/>
          <w:marRight w:val="0"/>
          <w:marTop w:val="0"/>
          <w:marBottom w:val="0"/>
          <w:divBdr>
            <w:top w:val="none" w:sz="0" w:space="0" w:color="auto"/>
            <w:left w:val="none" w:sz="0" w:space="0" w:color="auto"/>
            <w:bottom w:val="none" w:sz="0" w:space="0" w:color="auto"/>
            <w:right w:val="none" w:sz="0" w:space="0" w:color="auto"/>
          </w:divBdr>
        </w:div>
        <w:div w:id="1797872777">
          <w:marLeft w:val="480"/>
          <w:marRight w:val="0"/>
          <w:marTop w:val="0"/>
          <w:marBottom w:val="0"/>
          <w:divBdr>
            <w:top w:val="none" w:sz="0" w:space="0" w:color="auto"/>
            <w:left w:val="none" w:sz="0" w:space="0" w:color="auto"/>
            <w:bottom w:val="none" w:sz="0" w:space="0" w:color="auto"/>
            <w:right w:val="none" w:sz="0" w:space="0" w:color="auto"/>
          </w:divBdr>
        </w:div>
        <w:div w:id="1809205358">
          <w:marLeft w:val="480"/>
          <w:marRight w:val="0"/>
          <w:marTop w:val="0"/>
          <w:marBottom w:val="0"/>
          <w:divBdr>
            <w:top w:val="none" w:sz="0" w:space="0" w:color="auto"/>
            <w:left w:val="none" w:sz="0" w:space="0" w:color="auto"/>
            <w:bottom w:val="none" w:sz="0" w:space="0" w:color="auto"/>
            <w:right w:val="none" w:sz="0" w:space="0" w:color="auto"/>
          </w:divBdr>
        </w:div>
        <w:div w:id="1872524219">
          <w:marLeft w:val="480"/>
          <w:marRight w:val="0"/>
          <w:marTop w:val="0"/>
          <w:marBottom w:val="0"/>
          <w:divBdr>
            <w:top w:val="none" w:sz="0" w:space="0" w:color="auto"/>
            <w:left w:val="none" w:sz="0" w:space="0" w:color="auto"/>
            <w:bottom w:val="none" w:sz="0" w:space="0" w:color="auto"/>
            <w:right w:val="none" w:sz="0" w:space="0" w:color="auto"/>
          </w:divBdr>
        </w:div>
        <w:div w:id="2000231089">
          <w:marLeft w:val="480"/>
          <w:marRight w:val="0"/>
          <w:marTop w:val="0"/>
          <w:marBottom w:val="0"/>
          <w:divBdr>
            <w:top w:val="none" w:sz="0" w:space="0" w:color="auto"/>
            <w:left w:val="none" w:sz="0" w:space="0" w:color="auto"/>
            <w:bottom w:val="none" w:sz="0" w:space="0" w:color="auto"/>
            <w:right w:val="none" w:sz="0" w:space="0" w:color="auto"/>
          </w:divBdr>
        </w:div>
        <w:div w:id="2067682103">
          <w:marLeft w:val="480"/>
          <w:marRight w:val="0"/>
          <w:marTop w:val="0"/>
          <w:marBottom w:val="0"/>
          <w:divBdr>
            <w:top w:val="none" w:sz="0" w:space="0" w:color="auto"/>
            <w:left w:val="none" w:sz="0" w:space="0" w:color="auto"/>
            <w:bottom w:val="none" w:sz="0" w:space="0" w:color="auto"/>
            <w:right w:val="none" w:sz="0" w:space="0" w:color="auto"/>
          </w:divBdr>
        </w:div>
        <w:div w:id="2068870982">
          <w:marLeft w:val="480"/>
          <w:marRight w:val="0"/>
          <w:marTop w:val="0"/>
          <w:marBottom w:val="0"/>
          <w:divBdr>
            <w:top w:val="none" w:sz="0" w:space="0" w:color="auto"/>
            <w:left w:val="none" w:sz="0" w:space="0" w:color="auto"/>
            <w:bottom w:val="none" w:sz="0" w:space="0" w:color="auto"/>
            <w:right w:val="none" w:sz="0" w:space="0" w:color="auto"/>
          </w:divBdr>
        </w:div>
        <w:div w:id="2135055293">
          <w:marLeft w:val="480"/>
          <w:marRight w:val="0"/>
          <w:marTop w:val="0"/>
          <w:marBottom w:val="0"/>
          <w:divBdr>
            <w:top w:val="none" w:sz="0" w:space="0" w:color="auto"/>
            <w:left w:val="none" w:sz="0" w:space="0" w:color="auto"/>
            <w:bottom w:val="none" w:sz="0" w:space="0" w:color="auto"/>
            <w:right w:val="none" w:sz="0" w:space="0" w:color="auto"/>
          </w:divBdr>
        </w:div>
      </w:divsChild>
    </w:div>
    <w:div w:id="389698106">
      <w:bodyDiv w:val="1"/>
      <w:marLeft w:val="0"/>
      <w:marRight w:val="0"/>
      <w:marTop w:val="0"/>
      <w:marBottom w:val="0"/>
      <w:divBdr>
        <w:top w:val="none" w:sz="0" w:space="0" w:color="auto"/>
        <w:left w:val="none" w:sz="0" w:space="0" w:color="auto"/>
        <w:bottom w:val="none" w:sz="0" w:space="0" w:color="auto"/>
        <w:right w:val="none" w:sz="0" w:space="0" w:color="auto"/>
      </w:divBdr>
    </w:div>
    <w:div w:id="392198855">
      <w:bodyDiv w:val="1"/>
      <w:marLeft w:val="0"/>
      <w:marRight w:val="0"/>
      <w:marTop w:val="0"/>
      <w:marBottom w:val="0"/>
      <w:divBdr>
        <w:top w:val="none" w:sz="0" w:space="0" w:color="auto"/>
        <w:left w:val="none" w:sz="0" w:space="0" w:color="auto"/>
        <w:bottom w:val="none" w:sz="0" w:space="0" w:color="auto"/>
        <w:right w:val="none" w:sz="0" w:space="0" w:color="auto"/>
      </w:divBdr>
    </w:div>
    <w:div w:id="394667020">
      <w:bodyDiv w:val="1"/>
      <w:marLeft w:val="0"/>
      <w:marRight w:val="0"/>
      <w:marTop w:val="0"/>
      <w:marBottom w:val="0"/>
      <w:divBdr>
        <w:top w:val="none" w:sz="0" w:space="0" w:color="auto"/>
        <w:left w:val="none" w:sz="0" w:space="0" w:color="auto"/>
        <w:bottom w:val="none" w:sz="0" w:space="0" w:color="auto"/>
        <w:right w:val="none" w:sz="0" w:space="0" w:color="auto"/>
      </w:divBdr>
    </w:div>
    <w:div w:id="395402440">
      <w:bodyDiv w:val="1"/>
      <w:marLeft w:val="0"/>
      <w:marRight w:val="0"/>
      <w:marTop w:val="0"/>
      <w:marBottom w:val="0"/>
      <w:divBdr>
        <w:top w:val="none" w:sz="0" w:space="0" w:color="auto"/>
        <w:left w:val="none" w:sz="0" w:space="0" w:color="auto"/>
        <w:bottom w:val="none" w:sz="0" w:space="0" w:color="auto"/>
        <w:right w:val="none" w:sz="0" w:space="0" w:color="auto"/>
      </w:divBdr>
    </w:div>
    <w:div w:id="397284747">
      <w:bodyDiv w:val="1"/>
      <w:marLeft w:val="0"/>
      <w:marRight w:val="0"/>
      <w:marTop w:val="0"/>
      <w:marBottom w:val="0"/>
      <w:divBdr>
        <w:top w:val="none" w:sz="0" w:space="0" w:color="auto"/>
        <w:left w:val="none" w:sz="0" w:space="0" w:color="auto"/>
        <w:bottom w:val="none" w:sz="0" w:space="0" w:color="auto"/>
        <w:right w:val="none" w:sz="0" w:space="0" w:color="auto"/>
      </w:divBdr>
    </w:div>
    <w:div w:id="397284777">
      <w:bodyDiv w:val="1"/>
      <w:marLeft w:val="0"/>
      <w:marRight w:val="0"/>
      <w:marTop w:val="0"/>
      <w:marBottom w:val="0"/>
      <w:divBdr>
        <w:top w:val="none" w:sz="0" w:space="0" w:color="auto"/>
        <w:left w:val="none" w:sz="0" w:space="0" w:color="auto"/>
        <w:bottom w:val="none" w:sz="0" w:space="0" w:color="auto"/>
        <w:right w:val="none" w:sz="0" w:space="0" w:color="auto"/>
      </w:divBdr>
    </w:div>
    <w:div w:id="398940735">
      <w:bodyDiv w:val="1"/>
      <w:marLeft w:val="0"/>
      <w:marRight w:val="0"/>
      <w:marTop w:val="0"/>
      <w:marBottom w:val="0"/>
      <w:divBdr>
        <w:top w:val="none" w:sz="0" w:space="0" w:color="auto"/>
        <w:left w:val="none" w:sz="0" w:space="0" w:color="auto"/>
        <w:bottom w:val="none" w:sz="0" w:space="0" w:color="auto"/>
        <w:right w:val="none" w:sz="0" w:space="0" w:color="auto"/>
      </w:divBdr>
    </w:div>
    <w:div w:id="399792133">
      <w:bodyDiv w:val="1"/>
      <w:marLeft w:val="0"/>
      <w:marRight w:val="0"/>
      <w:marTop w:val="0"/>
      <w:marBottom w:val="0"/>
      <w:divBdr>
        <w:top w:val="none" w:sz="0" w:space="0" w:color="auto"/>
        <w:left w:val="none" w:sz="0" w:space="0" w:color="auto"/>
        <w:bottom w:val="none" w:sz="0" w:space="0" w:color="auto"/>
        <w:right w:val="none" w:sz="0" w:space="0" w:color="auto"/>
      </w:divBdr>
    </w:div>
    <w:div w:id="402216300">
      <w:bodyDiv w:val="1"/>
      <w:marLeft w:val="0"/>
      <w:marRight w:val="0"/>
      <w:marTop w:val="0"/>
      <w:marBottom w:val="0"/>
      <w:divBdr>
        <w:top w:val="none" w:sz="0" w:space="0" w:color="auto"/>
        <w:left w:val="none" w:sz="0" w:space="0" w:color="auto"/>
        <w:bottom w:val="none" w:sz="0" w:space="0" w:color="auto"/>
        <w:right w:val="none" w:sz="0" w:space="0" w:color="auto"/>
      </w:divBdr>
    </w:div>
    <w:div w:id="402728414">
      <w:bodyDiv w:val="1"/>
      <w:marLeft w:val="0"/>
      <w:marRight w:val="0"/>
      <w:marTop w:val="0"/>
      <w:marBottom w:val="0"/>
      <w:divBdr>
        <w:top w:val="none" w:sz="0" w:space="0" w:color="auto"/>
        <w:left w:val="none" w:sz="0" w:space="0" w:color="auto"/>
        <w:bottom w:val="none" w:sz="0" w:space="0" w:color="auto"/>
        <w:right w:val="none" w:sz="0" w:space="0" w:color="auto"/>
      </w:divBdr>
    </w:div>
    <w:div w:id="404766310">
      <w:bodyDiv w:val="1"/>
      <w:marLeft w:val="0"/>
      <w:marRight w:val="0"/>
      <w:marTop w:val="0"/>
      <w:marBottom w:val="0"/>
      <w:divBdr>
        <w:top w:val="none" w:sz="0" w:space="0" w:color="auto"/>
        <w:left w:val="none" w:sz="0" w:space="0" w:color="auto"/>
        <w:bottom w:val="none" w:sz="0" w:space="0" w:color="auto"/>
        <w:right w:val="none" w:sz="0" w:space="0" w:color="auto"/>
      </w:divBdr>
    </w:div>
    <w:div w:id="406461190">
      <w:bodyDiv w:val="1"/>
      <w:marLeft w:val="0"/>
      <w:marRight w:val="0"/>
      <w:marTop w:val="0"/>
      <w:marBottom w:val="0"/>
      <w:divBdr>
        <w:top w:val="none" w:sz="0" w:space="0" w:color="auto"/>
        <w:left w:val="none" w:sz="0" w:space="0" w:color="auto"/>
        <w:bottom w:val="none" w:sz="0" w:space="0" w:color="auto"/>
        <w:right w:val="none" w:sz="0" w:space="0" w:color="auto"/>
      </w:divBdr>
    </w:div>
    <w:div w:id="406928452">
      <w:bodyDiv w:val="1"/>
      <w:marLeft w:val="0"/>
      <w:marRight w:val="0"/>
      <w:marTop w:val="0"/>
      <w:marBottom w:val="0"/>
      <w:divBdr>
        <w:top w:val="none" w:sz="0" w:space="0" w:color="auto"/>
        <w:left w:val="none" w:sz="0" w:space="0" w:color="auto"/>
        <w:bottom w:val="none" w:sz="0" w:space="0" w:color="auto"/>
        <w:right w:val="none" w:sz="0" w:space="0" w:color="auto"/>
      </w:divBdr>
    </w:div>
    <w:div w:id="407651106">
      <w:bodyDiv w:val="1"/>
      <w:marLeft w:val="0"/>
      <w:marRight w:val="0"/>
      <w:marTop w:val="0"/>
      <w:marBottom w:val="0"/>
      <w:divBdr>
        <w:top w:val="none" w:sz="0" w:space="0" w:color="auto"/>
        <w:left w:val="none" w:sz="0" w:space="0" w:color="auto"/>
        <w:bottom w:val="none" w:sz="0" w:space="0" w:color="auto"/>
        <w:right w:val="none" w:sz="0" w:space="0" w:color="auto"/>
      </w:divBdr>
    </w:div>
    <w:div w:id="412511766">
      <w:bodyDiv w:val="1"/>
      <w:marLeft w:val="0"/>
      <w:marRight w:val="0"/>
      <w:marTop w:val="0"/>
      <w:marBottom w:val="0"/>
      <w:divBdr>
        <w:top w:val="none" w:sz="0" w:space="0" w:color="auto"/>
        <w:left w:val="none" w:sz="0" w:space="0" w:color="auto"/>
        <w:bottom w:val="none" w:sz="0" w:space="0" w:color="auto"/>
        <w:right w:val="none" w:sz="0" w:space="0" w:color="auto"/>
      </w:divBdr>
    </w:div>
    <w:div w:id="412551743">
      <w:bodyDiv w:val="1"/>
      <w:marLeft w:val="0"/>
      <w:marRight w:val="0"/>
      <w:marTop w:val="0"/>
      <w:marBottom w:val="0"/>
      <w:divBdr>
        <w:top w:val="none" w:sz="0" w:space="0" w:color="auto"/>
        <w:left w:val="none" w:sz="0" w:space="0" w:color="auto"/>
        <w:bottom w:val="none" w:sz="0" w:space="0" w:color="auto"/>
        <w:right w:val="none" w:sz="0" w:space="0" w:color="auto"/>
      </w:divBdr>
      <w:divsChild>
        <w:div w:id="57166402">
          <w:marLeft w:val="480"/>
          <w:marRight w:val="0"/>
          <w:marTop w:val="0"/>
          <w:marBottom w:val="0"/>
          <w:divBdr>
            <w:top w:val="none" w:sz="0" w:space="0" w:color="auto"/>
            <w:left w:val="none" w:sz="0" w:space="0" w:color="auto"/>
            <w:bottom w:val="none" w:sz="0" w:space="0" w:color="auto"/>
            <w:right w:val="none" w:sz="0" w:space="0" w:color="auto"/>
          </w:divBdr>
        </w:div>
        <w:div w:id="114101272">
          <w:marLeft w:val="480"/>
          <w:marRight w:val="0"/>
          <w:marTop w:val="0"/>
          <w:marBottom w:val="0"/>
          <w:divBdr>
            <w:top w:val="none" w:sz="0" w:space="0" w:color="auto"/>
            <w:left w:val="none" w:sz="0" w:space="0" w:color="auto"/>
            <w:bottom w:val="none" w:sz="0" w:space="0" w:color="auto"/>
            <w:right w:val="none" w:sz="0" w:space="0" w:color="auto"/>
          </w:divBdr>
        </w:div>
        <w:div w:id="132530743">
          <w:marLeft w:val="480"/>
          <w:marRight w:val="0"/>
          <w:marTop w:val="0"/>
          <w:marBottom w:val="0"/>
          <w:divBdr>
            <w:top w:val="none" w:sz="0" w:space="0" w:color="auto"/>
            <w:left w:val="none" w:sz="0" w:space="0" w:color="auto"/>
            <w:bottom w:val="none" w:sz="0" w:space="0" w:color="auto"/>
            <w:right w:val="none" w:sz="0" w:space="0" w:color="auto"/>
          </w:divBdr>
        </w:div>
        <w:div w:id="207104927">
          <w:marLeft w:val="480"/>
          <w:marRight w:val="0"/>
          <w:marTop w:val="0"/>
          <w:marBottom w:val="0"/>
          <w:divBdr>
            <w:top w:val="none" w:sz="0" w:space="0" w:color="auto"/>
            <w:left w:val="none" w:sz="0" w:space="0" w:color="auto"/>
            <w:bottom w:val="none" w:sz="0" w:space="0" w:color="auto"/>
            <w:right w:val="none" w:sz="0" w:space="0" w:color="auto"/>
          </w:divBdr>
        </w:div>
        <w:div w:id="563763012">
          <w:marLeft w:val="480"/>
          <w:marRight w:val="0"/>
          <w:marTop w:val="0"/>
          <w:marBottom w:val="0"/>
          <w:divBdr>
            <w:top w:val="none" w:sz="0" w:space="0" w:color="auto"/>
            <w:left w:val="none" w:sz="0" w:space="0" w:color="auto"/>
            <w:bottom w:val="none" w:sz="0" w:space="0" w:color="auto"/>
            <w:right w:val="none" w:sz="0" w:space="0" w:color="auto"/>
          </w:divBdr>
        </w:div>
        <w:div w:id="601383170">
          <w:marLeft w:val="480"/>
          <w:marRight w:val="0"/>
          <w:marTop w:val="0"/>
          <w:marBottom w:val="0"/>
          <w:divBdr>
            <w:top w:val="none" w:sz="0" w:space="0" w:color="auto"/>
            <w:left w:val="none" w:sz="0" w:space="0" w:color="auto"/>
            <w:bottom w:val="none" w:sz="0" w:space="0" w:color="auto"/>
            <w:right w:val="none" w:sz="0" w:space="0" w:color="auto"/>
          </w:divBdr>
        </w:div>
        <w:div w:id="836113571">
          <w:marLeft w:val="480"/>
          <w:marRight w:val="0"/>
          <w:marTop w:val="0"/>
          <w:marBottom w:val="0"/>
          <w:divBdr>
            <w:top w:val="none" w:sz="0" w:space="0" w:color="auto"/>
            <w:left w:val="none" w:sz="0" w:space="0" w:color="auto"/>
            <w:bottom w:val="none" w:sz="0" w:space="0" w:color="auto"/>
            <w:right w:val="none" w:sz="0" w:space="0" w:color="auto"/>
          </w:divBdr>
        </w:div>
        <w:div w:id="917976915">
          <w:marLeft w:val="480"/>
          <w:marRight w:val="0"/>
          <w:marTop w:val="0"/>
          <w:marBottom w:val="0"/>
          <w:divBdr>
            <w:top w:val="none" w:sz="0" w:space="0" w:color="auto"/>
            <w:left w:val="none" w:sz="0" w:space="0" w:color="auto"/>
            <w:bottom w:val="none" w:sz="0" w:space="0" w:color="auto"/>
            <w:right w:val="none" w:sz="0" w:space="0" w:color="auto"/>
          </w:divBdr>
        </w:div>
        <w:div w:id="990523197">
          <w:marLeft w:val="480"/>
          <w:marRight w:val="0"/>
          <w:marTop w:val="0"/>
          <w:marBottom w:val="0"/>
          <w:divBdr>
            <w:top w:val="none" w:sz="0" w:space="0" w:color="auto"/>
            <w:left w:val="none" w:sz="0" w:space="0" w:color="auto"/>
            <w:bottom w:val="none" w:sz="0" w:space="0" w:color="auto"/>
            <w:right w:val="none" w:sz="0" w:space="0" w:color="auto"/>
          </w:divBdr>
        </w:div>
        <w:div w:id="1029575222">
          <w:marLeft w:val="480"/>
          <w:marRight w:val="0"/>
          <w:marTop w:val="0"/>
          <w:marBottom w:val="0"/>
          <w:divBdr>
            <w:top w:val="none" w:sz="0" w:space="0" w:color="auto"/>
            <w:left w:val="none" w:sz="0" w:space="0" w:color="auto"/>
            <w:bottom w:val="none" w:sz="0" w:space="0" w:color="auto"/>
            <w:right w:val="none" w:sz="0" w:space="0" w:color="auto"/>
          </w:divBdr>
        </w:div>
        <w:div w:id="1042437053">
          <w:marLeft w:val="480"/>
          <w:marRight w:val="0"/>
          <w:marTop w:val="0"/>
          <w:marBottom w:val="0"/>
          <w:divBdr>
            <w:top w:val="none" w:sz="0" w:space="0" w:color="auto"/>
            <w:left w:val="none" w:sz="0" w:space="0" w:color="auto"/>
            <w:bottom w:val="none" w:sz="0" w:space="0" w:color="auto"/>
            <w:right w:val="none" w:sz="0" w:space="0" w:color="auto"/>
          </w:divBdr>
        </w:div>
        <w:div w:id="1079248567">
          <w:marLeft w:val="480"/>
          <w:marRight w:val="0"/>
          <w:marTop w:val="0"/>
          <w:marBottom w:val="0"/>
          <w:divBdr>
            <w:top w:val="none" w:sz="0" w:space="0" w:color="auto"/>
            <w:left w:val="none" w:sz="0" w:space="0" w:color="auto"/>
            <w:bottom w:val="none" w:sz="0" w:space="0" w:color="auto"/>
            <w:right w:val="none" w:sz="0" w:space="0" w:color="auto"/>
          </w:divBdr>
        </w:div>
        <w:div w:id="1178350466">
          <w:marLeft w:val="480"/>
          <w:marRight w:val="0"/>
          <w:marTop w:val="0"/>
          <w:marBottom w:val="0"/>
          <w:divBdr>
            <w:top w:val="none" w:sz="0" w:space="0" w:color="auto"/>
            <w:left w:val="none" w:sz="0" w:space="0" w:color="auto"/>
            <w:bottom w:val="none" w:sz="0" w:space="0" w:color="auto"/>
            <w:right w:val="none" w:sz="0" w:space="0" w:color="auto"/>
          </w:divBdr>
        </w:div>
        <w:div w:id="1185484138">
          <w:marLeft w:val="480"/>
          <w:marRight w:val="0"/>
          <w:marTop w:val="0"/>
          <w:marBottom w:val="0"/>
          <w:divBdr>
            <w:top w:val="none" w:sz="0" w:space="0" w:color="auto"/>
            <w:left w:val="none" w:sz="0" w:space="0" w:color="auto"/>
            <w:bottom w:val="none" w:sz="0" w:space="0" w:color="auto"/>
            <w:right w:val="none" w:sz="0" w:space="0" w:color="auto"/>
          </w:divBdr>
        </w:div>
        <w:div w:id="1266882053">
          <w:marLeft w:val="480"/>
          <w:marRight w:val="0"/>
          <w:marTop w:val="0"/>
          <w:marBottom w:val="0"/>
          <w:divBdr>
            <w:top w:val="none" w:sz="0" w:space="0" w:color="auto"/>
            <w:left w:val="none" w:sz="0" w:space="0" w:color="auto"/>
            <w:bottom w:val="none" w:sz="0" w:space="0" w:color="auto"/>
            <w:right w:val="none" w:sz="0" w:space="0" w:color="auto"/>
          </w:divBdr>
        </w:div>
        <w:div w:id="1276444917">
          <w:marLeft w:val="480"/>
          <w:marRight w:val="0"/>
          <w:marTop w:val="0"/>
          <w:marBottom w:val="0"/>
          <w:divBdr>
            <w:top w:val="none" w:sz="0" w:space="0" w:color="auto"/>
            <w:left w:val="none" w:sz="0" w:space="0" w:color="auto"/>
            <w:bottom w:val="none" w:sz="0" w:space="0" w:color="auto"/>
            <w:right w:val="none" w:sz="0" w:space="0" w:color="auto"/>
          </w:divBdr>
        </w:div>
        <w:div w:id="1419476585">
          <w:marLeft w:val="480"/>
          <w:marRight w:val="0"/>
          <w:marTop w:val="0"/>
          <w:marBottom w:val="0"/>
          <w:divBdr>
            <w:top w:val="none" w:sz="0" w:space="0" w:color="auto"/>
            <w:left w:val="none" w:sz="0" w:space="0" w:color="auto"/>
            <w:bottom w:val="none" w:sz="0" w:space="0" w:color="auto"/>
            <w:right w:val="none" w:sz="0" w:space="0" w:color="auto"/>
          </w:divBdr>
        </w:div>
        <w:div w:id="1466002274">
          <w:marLeft w:val="480"/>
          <w:marRight w:val="0"/>
          <w:marTop w:val="0"/>
          <w:marBottom w:val="0"/>
          <w:divBdr>
            <w:top w:val="none" w:sz="0" w:space="0" w:color="auto"/>
            <w:left w:val="none" w:sz="0" w:space="0" w:color="auto"/>
            <w:bottom w:val="none" w:sz="0" w:space="0" w:color="auto"/>
            <w:right w:val="none" w:sz="0" w:space="0" w:color="auto"/>
          </w:divBdr>
        </w:div>
        <w:div w:id="1473594201">
          <w:marLeft w:val="480"/>
          <w:marRight w:val="0"/>
          <w:marTop w:val="0"/>
          <w:marBottom w:val="0"/>
          <w:divBdr>
            <w:top w:val="none" w:sz="0" w:space="0" w:color="auto"/>
            <w:left w:val="none" w:sz="0" w:space="0" w:color="auto"/>
            <w:bottom w:val="none" w:sz="0" w:space="0" w:color="auto"/>
            <w:right w:val="none" w:sz="0" w:space="0" w:color="auto"/>
          </w:divBdr>
        </w:div>
        <w:div w:id="1487357581">
          <w:marLeft w:val="480"/>
          <w:marRight w:val="0"/>
          <w:marTop w:val="0"/>
          <w:marBottom w:val="0"/>
          <w:divBdr>
            <w:top w:val="none" w:sz="0" w:space="0" w:color="auto"/>
            <w:left w:val="none" w:sz="0" w:space="0" w:color="auto"/>
            <w:bottom w:val="none" w:sz="0" w:space="0" w:color="auto"/>
            <w:right w:val="none" w:sz="0" w:space="0" w:color="auto"/>
          </w:divBdr>
        </w:div>
        <w:div w:id="1547722287">
          <w:marLeft w:val="480"/>
          <w:marRight w:val="0"/>
          <w:marTop w:val="0"/>
          <w:marBottom w:val="0"/>
          <w:divBdr>
            <w:top w:val="none" w:sz="0" w:space="0" w:color="auto"/>
            <w:left w:val="none" w:sz="0" w:space="0" w:color="auto"/>
            <w:bottom w:val="none" w:sz="0" w:space="0" w:color="auto"/>
            <w:right w:val="none" w:sz="0" w:space="0" w:color="auto"/>
          </w:divBdr>
        </w:div>
        <w:div w:id="1677658794">
          <w:marLeft w:val="480"/>
          <w:marRight w:val="0"/>
          <w:marTop w:val="0"/>
          <w:marBottom w:val="0"/>
          <w:divBdr>
            <w:top w:val="none" w:sz="0" w:space="0" w:color="auto"/>
            <w:left w:val="none" w:sz="0" w:space="0" w:color="auto"/>
            <w:bottom w:val="none" w:sz="0" w:space="0" w:color="auto"/>
            <w:right w:val="none" w:sz="0" w:space="0" w:color="auto"/>
          </w:divBdr>
        </w:div>
        <w:div w:id="1697803970">
          <w:marLeft w:val="480"/>
          <w:marRight w:val="0"/>
          <w:marTop w:val="0"/>
          <w:marBottom w:val="0"/>
          <w:divBdr>
            <w:top w:val="none" w:sz="0" w:space="0" w:color="auto"/>
            <w:left w:val="none" w:sz="0" w:space="0" w:color="auto"/>
            <w:bottom w:val="none" w:sz="0" w:space="0" w:color="auto"/>
            <w:right w:val="none" w:sz="0" w:space="0" w:color="auto"/>
          </w:divBdr>
        </w:div>
        <w:div w:id="1783301041">
          <w:marLeft w:val="480"/>
          <w:marRight w:val="0"/>
          <w:marTop w:val="0"/>
          <w:marBottom w:val="0"/>
          <w:divBdr>
            <w:top w:val="none" w:sz="0" w:space="0" w:color="auto"/>
            <w:left w:val="none" w:sz="0" w:space="0" w:color="auto"/>
            <w:bottom w:val="none" w:sz="0" w:space="0" w:color="auto"/>
            <w:right w:val="none" w:sz="0" w:space="0" w:color="auto"/>
          </w:divBdr>
        </w:div>
        <w:div w:id="1834494708">
          <w:marLeft w:val="480"/>
          <w:marRight w:val="0"/>
          <w:marTop w:val="0"/>
          <w:marBottom w:val="0"/>
          <w:divBdr>
            <w:top w:val="none" w:sz="0" w:space="0" w:color="auto"/>
            <w:left w:val="none" w:sz="0" w:space="0" w:color="auto"/>
            <w:bottom w:val="none" w:sz="0" w:space="0" w:color="auto"/>
            <w:right w:val="none" w:sz="0" w:space="0" w:color="auto"/>
          </w:divBdr>
        </w:div>
        <w:div w:id="1925186293">
          <w:marLeft w:val="480"/>
          <w:marRight w:val="0"/>
          <w:marTop w:val="0"/>
          <w:marBottom w:val="0"/>
          <w:divBdr>
            <w:top w:val="none" w:sz="0" w:space="0" w:color="auto"/>
            <w:left w:val="none" w:sz="0" w:space="0" w:color="auto"/>
            <w:bottom w:val="none" w:sz="0" w:space="0" w:color="auto"/>
            <w:right w:val="none" w:sz="0" w:space="0" w:color="auto"/>
          </w:divBdr>
        </w:div>
      </w:divsChild>
    </w:div>
    <w:div w:id="412892331">
      <w:bodyDiv w:val="1"/>
      <w:marLeft w:val="0"/>
      <w:marRight w:val="0"/>
      <w:marTop w:val="0"/>
      <w:marBottom w:val="0"/>
      <w:divBdr>
        <w:top w:val="none" w:sz="0" w:space="0" w:color="auto"/>
        <w:left w:val="none" w:sz="0" w:space="0" w:color="auto"/>
        <w:bottom w:val="none" w:sz="0" w:space="0" w:color="auto"/>
        <w:right w:val="none" w:sz="0" w:space="0" w:color="auto"/>
      </w:divBdr>
    </w:div>
    <w:div w:id="415899734">
      <w:bodyDiv w:val="1"/>
      <w:marLeft w:val="0"/>
      <w:marRight w:val="0"/>
      <w:marTop w:val="0"/>
      <w:marBottom w:val="0"/>
      <w:divBdr>
        <w:top w:val="none" w:sz="0" w:space="0" w:color="auto"/>
        <w:left w:val="none" w:sz="0" w:space="0" w:color="auto"/>
        <w:bottom w:val="none" w:sz="0" w:space="0" w:color="auto"/>
        <w:right w:val="none" w:sz="0" w:space="0" w:color="auto"/>
      </w:divBdr>
    </w:div>
    <w:div w:id="418259252">
      <w:bodyDiv w:val="1"/>
      <w:marLeft w:val="0"/>
      <w:marRight w:val="0"/>
      <w:marTop w:val="0"/>
      <w:marBottom w:val="0"/>
      <w:divBdr>
        <w:top w:val="none" w:sz="0" w:space="0" w:color="auto"/>
        <w:left w:val="none" w:sz="0" w:space="0" w:color="auto"/>
        <w:bottom w:val="none" w:sz="0" w:space="0" w:color="auto"/>
        <w:right w:val="none" w:sz="0" w:space="0" w:color="auto"/>
      </w:divBdr>
      <w:divsChild>
        <w:div w:id="11881721">
          <w:marLeft w:val="480"/>
          <w:marRight w:val="0"/>
          <w:marTop w:val="0"/>
          <w:marBottom w:val="0"/>
          <w:divBdr>
            <w:top w:val="none" w:sz="0" w:space="0" w:color="auto"/>
            <w:left w:val="none" w:sz="0" w:space="0" w:color="auto"/>
            <w:bottom w:val="none" w:sz="0" w:space="0" w:color="auto"/>
            <w:right w:val="none" w:sz="0" w:space="0" w:color="auto"/>
          </w:divBdr>
        </w:div>
        <w:div w:id="37291310">
          <w:marLeft w:val="480"/>
          <w:marRight w:val="0"/>
          <w:marTop w:val="0"/>
          <w:marBottom w:val="0"/>
          <w:divBdr>
            <w:top w:val="none" w:sz="0" w:space="0" w:color="auto"/>
            <w:left w:val="none" w:sz="0" w:space="0" w:color="auto"/>
            <w:bottom w:val="none" w:sz="0" w:space="0" w:color="auto"/>
            <w:right w:val="none" w:sz="0" w:space="0" w:color="auto"/>
          </w:divBdr>
        </w:div>
        <w:div w:id="157962995">
          <w:marLeft w:val="480"/>
          <w:marRight w:val="0"/>
          <w:marTop w:val="0"/>
          <w:marBottom w:val="0"/>
          <w:divBdr>
            <w:top w:val="none" w:sz="0" w:space="0" w:color="auto"/>
            <w:left w:val="none" w:sz="0" w:space="0" w:color="auto"/>
            <w:bottom w:val="none" w:sz="0" w:space="0" w:color="auto"/>
            <w:right w:val="none" w:sz="0" w:space="0" w:color="auto"/>
          </w:divBdr>
        </w:div>
        <w:div w:id="340812428">
          <w:marLeft w:val="480"/>
          <w:marRight w:val="0"/>
          <w:marTop w:val="0"/>
          <w:marBottom w:val="0"/>
          <w:divBdr>
            <w:top w:val="none" w:sz="0" w:space="0" w:color="auto"/>
            <w:left w:val="none" w:sz="0" w:space="0" w:color="auto"/>
            <w:bottom w:val="none" w:sz="0" w:space="0" w:color="auto"/>
            <w:right w:val="none" w:sz="0" w:space="0" w:color="auto"/>
          </w:divBdr>
        </w:div>
        <w:div w:id="513612494">
          <w:marLeft w:val="480"/>
          <w:marRight w:val="0"/>
          <w:marTop w:val="0"/>
          <w:marBottom w:val="0"/>
          <w:divBdr>
            <w:top w:val="none" w:sz="0" w:space="0" w:color="auto"/>
            <w:left w:val="none" w:sz="0" w:space="0" w:color="auto"/>
            <w:bottom w:val="none" w:sz="0" w:space="0" w:color="auto"/>
            <w:right w:val="none" w:sz="0" w:space="0" w:color="auto"/>
          </w:divBdr>
        </w:div>
        <w:div w:id="619459263">
          <w:marLeft w:val="480"/>
          <w:marRight w:val="0"/>
          <w:marTop w:val="0"/>
          <w:marBottom w:val="0"/>
          <w:divBdr>
            <w:top w:val="none" w:sz="0" w:space="0" w:color="auto"/>
            <w:left w:val="none" w:sz="0" w:space="0" w:color="auto"/>
            <w:bottom w:val="none" w:sz="0" w:space="0" w:color="auto"/>
            <w:right w:val="none" w:sz="0" w:space="0" w:color="auto"/>
          </w:divBdr>
        </w:div>
        <w:div w:id="781613005">
          <w:marLeft w:val="480"/>
          <w:marRight w:val="0"/>
          <w:marTop w:val="0"/>
          <w:marBottom w:val="0"/>
          <w:divBdr>
            <w:top w:val="none" w:sz="0" w:space="0" w:color="auto"/>
            <w:left w:val="none" w:sz="0" w:space="0" w:color="auto"/>
            <w:bottom w:val="none" w:sz="0" w:space="0" w:color="auto"/>
            <w:right w:val="none" w:sz="0" w:space="0" w:color="auto"/>
          </w:divBdr>
        </w:div>
        <w:div w:id="886533224">
          <w:marLeft w:val="480"/>
          <w:marRight w:val="0"/>
          <w:marTop w:val="0"/>
          <w:marBottom w:val="0"/>
          <w:divBdr>
            <w:top w:val="none" w:sz="0" w:space="0" w:color="auto"/>
            <w:left w:val="none" w:sz="0" w:space="0" w:color="auto"/>
            <w:bottom w:val="none" w:sz="0" w:space="0" w:color="auto"/>
            <w:right w:val="none" w:sz="0" w:space="0" w:color="auto"/>
          </w:divBdr>
        </w:div>
        <w:div w:id="1047338465">
          <w:marLeft w:val="480"/>
          <w:marRight w:val="0"/>
          <w:marTop w:val="0"/>
          <w:marBottom w:val="0"/>
          <w:divBdr>
            <w:top w:val="none" w:sz="0" w:space="0" w:color="auto"/>
            <w:left w:val="none" w:sz="0" w:space="0" w:color="auto"/>
            <w:bottom w:val="none" w:sz="0" w:space="0" w:color="auto"/>
            <w:right w:val="none" w:sz="0" w:space="0" w:color="auto"/>
          </w:divBdr>
        </w:div>
        <w:div w:id="1206288316">
          <w:marLeft w:val="480"/>
          <w:marRight w:val="0"/>
          <w:marTop w:val="0"/>
          <w:marBottom w:val="0"/>
          <w:divBdr>
            <w:top w:val="none" w:sz="0" w:space="0" w:color="auto"/>
            <w:left w:val="none" w:sz="0" w:space="0" w:color="auto"/>
            <w:bottom w:val="none" w:sz="0" w:space="0" w:color="auto"/>
            <w:right w:val="none" w:sz="0" w:space="0" w:color="auto"/>
          </w:divBdr>
        </w:div>
        <w:div w:id="1258252674">
          <w:marLeft w:val="480"/>
          <w:marRight w:val="0"/>
          <w:marTop w:val="0"/>
          <w:marBottom w:val="0"/>
          <w:divBdr>
            <w:top w:val="none" w:sz="0" w:space="0" w:color="auto"/>
            <w:left w:val="none" w:sz="0" w:space="0" w:color="auto"/>
            <w:bottom w:val="none" w:sz="0" w:space="0" w:color="auto"/>
            <w:right w:val="none" w:sz="0" w:space="0" w:color="auto"/>
          </w:divBdr>
        </w:div>
        <w:div w:id="1281649509">
          <w:marLeft w:val="480"/>
          <w:marRight w:val="0"/>
          <w:marTop w:val="0"/>
          <w:marBottom w:val="0"/>
          <w:divBdr>
            <w:top w:val="none" w:sz="0" w:space="0" w:color="auto"/>
            <w:left w:val="none" w:sz="0" w:space="0" w:color="auto"/>
            <w:bottom w:val="none" w:sz="0" w:space="0" w:color="auto"/>
            <w:right w:val="none" w:sz="0" w:space="0" w:color="auto"/>
          </w:divBdr>
        </w:div>
        <w:div w:id="1298412658">
          <w:marLeft w:val="480"/>
          <w:marRight w:val="0"/>
          <w:marTop w:val="0"/>
          <w:marBottom w:val="0"/>
          <w:divBdr>
            <w:top w:val="none" w:sz="0" w:space="0" w:color="auto"/>
            <w:left w:val="none" w:sz="0" w:space="0" w:color="auto"/>
            <w:bottom w:val="none" w:sz="0" w:space="0" w:color="auto"/>
            <w:right w:val="none" w:sz="0" w:space="0" w:color="auto"/>
          </w:divBdr>
        </w:div>
        <w:div w:id="1388797608">
          <w:marLeft w:val="480"/>
          <w:marRight w:val="0"/>
          <w:marTop w:val="0"/>
          <w:marBottom w:val="0"/>
          <w:divBdr>
            <w:top w:val="none" w:sz="0" w:space="0" w:color="auto"/>
            <w:left w:val="none" w:sz="0" w:space="0" w:color="auto"/>
            <w:bottom w:val="none" w:sz="0" w:space="0" w:color="auto"/>
            <w:right w:val="none" w:sz="0" w:space="0" w:color="auto"/>
          </w:divBdr>
        </w:div>
        <w:div w:id="1412774988">
          <w:marLeft w:val="480"/>
          <w:marRight w:val="0"/>
          <w:marTop w:val="0"/>
          <w:marBottom w:val="0"/>
          <w:divBdr>
            <w:top w:val="none" w:sz="0" w:space="0" w:color="auto"/>
            <w:left w:val="none" w:sz="0" w:space="0" w:color="auto"/>
            <w:bottom w:val="none" w:sz="0" w:space="0" w:color="auto"/>
            <w:right w:val="none" w:sz="0" w:space="0" w:color="auto"/>
          </w:divBdr>
        </w:div>
        <w:div w:id="1471827572">
          <w:marLeft w:val="480"/>
          <w:marRight w:val="0"/>
          <w:marTop w:val="0"/>
          <w:marBottom w:val="0"/>
          <w:divBdr>
            <w:top w:val="none" w:sz="0" w:space="0" w:color="auto"/>
            <w:left w:val="none" w:sz="0" w:space="0" w:color="auto"/>
            <w:bottom w:val="none" w:sz="0" w:space="0" w:color="auto"/>
            <w:right w:val="none" w:sz="0" w:space="0" w:color="auto"/>
          </w:divBdr>
        </w:div>
        <w:div w:id="1593202742">
          <w:marLeft w:val="480"/>
          <w:marRight w:val="0"/>
          <w:marTop w:val="0"/>
          <w:marBottom w:val="0"/>
          <w:divBdr>
            <w:top w:val="none" w:sz="0" w:space="0" w:color="auto"/>
            <w:left w:val="none" w:sz="0" w:space="0" w:color="auto"/>
            <w:bottom w:val="none" w:sz="0" w:space="0" w:color="auto"/>
            <w:right w:val="none" w:sz="0" w:space="0" w:color="auto"/>
          </w:divBdr>
        </w:div>
        <w:div w:id="1612476177">
          <w:marLeft w:val="480"/>
          <w:marRight w:val="0"/>
          <w:marTop w:val="0"/>
          <w:marBottom w:val="0"/>
          <w:divBdr>
            <w:top w:val="none" w:sz="0" w:space="0" w:color="auto"/>
            <w:left w:val="none" w:sz="0" w:space="0" w:color="auto"/>
            <w:bottom w:val="none" w:sz="0" w:space="0" w:color="auto"/>
            <w:right w:val="none" w:sz="0" w:space="0" w:color="auto"/>
          </w:divBdr>
        </w:div>
        <w:div w:id="1634015755">
          <w:marLeft w:val="480"/>
          <w:marRight w:val="0"/>
          <w:marTop w:val="0"/>
          <w:marBottom w:val="0"/>
          <w:divBdr>
            <w:top w:val="none" w:sz="0" w:space="0" w:color="auto"/>
            <w:left w:val="none" w:sz="0" w:space="0" w:color="auto"/>
            <w:bottom w:val="none" w:sz="0" w:space="0" w:color="auto"/>
            <w:right w:val="none" w:sz="0" w:space="0" w:color="auto"/>
          </w:divBdr>
        </w:div>
        <w:div w:id="1660116044">
          <w:marLeft w:val="480"/>
          <w:marRight w:val="0"/>
          <w:marTop w:val="0"/>
          <w:marBottom w:val="0"/>
          <w:divBdr>
            <w:top w:val="none" w:sz="0" w:space="0" w:color="auto"/>
            <w:left w:val="none" w:sz="0" w:space="0" w:color="auto"/>
            <w:bottom w:val="none" w:sz="0" w:space="0" w:color="auto"/>
            <w:right w:val="none" w:sz="0" w:space="0" w:color="auto"/>
          </w:divBdr>
        </w:div>
        <w:div w:id="1725323742">
          <w:marLeft w:val="480"/>
          <w:marRight w:val="0"/>
          <w:marTop w:val="0"/>
          <w:marBottom w:val="0"/>
          <w:divBdr>
            <w:top w:val="none" w:sz="0" w:space="0" w:color="auto"/>
            <w:left w:val="none" w:sz="0" w:space="0" w:color="auto"/>
            <w:bottom w:val="none" w:sz="0" w:space="0" w:color="auto"/>
            <w:right w:val="none" w:sz="0" w:space="0" w:color="auto"/>
          </w:divBdr>
        </w:div>
        <w:div w:id="1757046346">
          <w:marLeft w:val="480"/>
          <w:marRight w:val="0"/>
          <w:marTop w:val="0"/>
          <w:marBottom w:val="0"/>
          <w:divBdr>
            <w:top w:val="none" w:sz="0" w:space="0" w:color="auto"/>
            <w:left w:val="none" w:sz="0" w:space="0" w:color="auto"/>
            <w:bottom w:val="none" w:sz="0" w:space="0" w:color="auto"/>
            <w:right w:val="none" w:sz="0" w:space="0" w:color="auto"/>
          </w:divBdr>
        </w:div>
        <w:div w:id="1781876882">
          <w:marLeft w:val="480"/>
          <w:marRight w:val="0"/>
          <w:marTop w:val="0"/>
          <w:marBottom w:val="0"/>
          <w:divBdr>
            <w:top w:val="none" w:sz="0" w:space="0" w:color="auto"/>
            <w:left w:val="none" w:sz="0" w:space="0" w:color="auto"/>
            <w:bottom w:val="none" w:sz="0" w:space="0" w:color="auto"/>
            <w:right w:val="none" w:sz="0" w:space="0" w:color="auto"/>
          </w:divBdr>
        </w:div>
        <w:div w:id="2042826536">
          <w:marLeft w:val="480"/>
          <w:marRight w:val="0"/>
          <w:marTop w:val="0"/>
          <w:marBottom w:val="0"/>
          <w:divBdr>
            <w:top w:val="none" w:sz="0" w:space="0" w:color="auto"/>
            <w:left w:val="none" w:sz="0" w:space="0" w:color="auto"/>
            <w:bottom w:val="none" w:sz="0" w:space="0" w:color="auto"/>
            <w:right w:val="none" w:sz="0" w:space="0" w:color="auto"/>
          </w:divBdr>
        </w:div>
        <w:div w:id="2138989865">
          <w:marLeft w:val="480"/>
          <w:marRight w:val="0"/>
          <w:marTop w:val="0"/>
          <w:marBottom w:val="0"/>
          <w:divBdr>
            <w:top w:val="none" w:sz="0" w:space="0" w:color="auto"/>
            <w:left w:val="none" w:sz="0" w:space="0" w:color="auto"/>
            <w:bottom w:val="none" w:sz="0" w:space="0" w:color="auto"/>
            <w:right w:val="none" w:sz="0" w:space="0" w:color="auto"/>
          </w:divBdr>
        </w:div>
      </w:divsChild>
    </w:div>
    <w:div w:id="418409375">
      <w:bodyDiv w:val="1"/>
      <w:marLeft w:val="0"/>
      <w:marRight w:val="0"/>
      <w:marTop w:val="0"/>
      <w:marBottom w:val="0"/>
      <w:divBdr>
        <w:top w:val="none" w:sz="0" w:space="0" w:color="auto"/>
        <w:left w:val="none" w:sz="0" w:space="0" w:color="auto"/>
        <w:bottom w:val="none" w:sz="0" w:space="0" w:color="auto"/>
        <w:right w:val="none" w:sz="0" w:space="0" w:color="auto"/>
      </w:divBdr>
    </w:div>
    <w:div w:id="419640342">
      <w:bodyDiv w:val="1"/>
      <w:marLeft w:val="0"/>
      <w:marRight w:val="0"/>
      <w:marTop w:val="0"/>
      <w:marBottom w:val="0"/>
      <w:divBdr>
        <w:top w:val="none" w:sz="0" w:space="0" w:color="auto"/>
        <w:left w:val="none" w:sz="0" w:space="0" w:color="auto"/>
        <w:bottom w:val="none" w:sz="0" w:space="0" w:color="auto"/>
        <w:right w:val="none" w:sz="0" w:space="0" w:color="auto"/>
      </w:divBdr>
      <w:divsChild>
        <w:div w:id="9796609">
          <w:marLeft w:val="480"/>
          <w:marRight w:val="0"/>
          <w:marTop w:val="0"/>
          <w:marBottom w:val="0"/>
          <w:divBdr>
            <w:top w:val="none" w:sz="0" w:space="0" w:color="auto"/>
            <w:left w:val="none" w:sz="0" w:space="0" w:color="auto"/>
            <w:bottom w:val="none" w:sz="0" w:space="0" w:color="auto"/>
            <w:right w:val="none" w:sz="0" w:space="0" w:color="auto"/>
          </w:divBdr>
        </w:div>
        <w:div w:id="37508105">
          <w:marLeft w:val="480"/>
          <w:marRight w:val="0"/>
          <w:marTop w:val="0"/>
          <w:marBottom w:val="0"/>
          <w:divBdr>
            <w:top w:val="none" w:sz="0" w:space="0" w:color="auto"/>
            <w:left w:val="none" w:sz="0" w:space="0" w:color="auto"/>
            <w:bottom w:val="none" w:sz="0" w:space="0" w:color="auto"/>
            <w:right w:val="none" w:sz="0" w:space="0" w:color="auto"/>
          </w:divBdr>
        </w:div>
        <w:div w:id="57828458">
          <w:marLeft w:val="480"/>
          <w:marRight w:val="0"/>
          <w:marTop w:val="0"/>
          <w:marBottom w:val="0"/>
          <w:divBdr>
            <w:top w:val="none" w:sz="0" w:space="0" w:color="auto"/>
            <w:left w:val="none" w:sz="0" w:space="0" w:color="auto"/>
            <w:bottom w:val="none" w:sz="0" w:space="0" w:color="auto"/>
            <w:right w:val="none" w:sz="0" w:space="0" w:color="auto"/>
          </w:divBdr>
        </w:div>
        <w:div w:id="71315216">
          <w:marLeft w:val="480"/>
          <w:marRight w:val="0"/>
          <w:marTop w:val="0"/>
          <w:marBottom w:val="0"/>
          <w:divBdr>
            <w:top w:val="none" w:sz="0" w:space="0" w:color="auto"/>
            <w:left w:val="none" w:sz="0" w:space="0" w:color="auto"/>
            <w:bottom w:val="none" w:sz="0" w:space="0" w:color="auto"/>
            <w:right w:val="none" w:sz="0" w:space="0" w:color="auto"/>
          </w:divBdr>
        </w:div>
        <w:div w:id="227233621">
          <w:marLeft w:val="480"/>
          <w:marRight w:val="0"/>
          <w:marTop w:val="0"/>
          <w:marBottom w:val="0"/>
          <w:divBdr>
            <w:top w:val="none" w:sz="0" w:space="0" w:color="auto"/>
            <w:left w:val="none" w:sz="0" w:space="0" w:color="auto"/>
            <w:bottom w:val="none" w:sz="0" w:space="0" w:color="auto"/>
            <w:right w:val="none" w:sz="0" w:space="0" w:color="auto"/>
          </w:divBdr>
        </w:div>
        <w:div w:id="261571076">
          <w:marLeft w:val="480"/>
          <w:marRight w:val="0"/>
          <w:marTop w:val="0"/>
          <w:marBottom w:val="0"/>
          <w:divBdr>
            <w:top w:val="none" w:sz="0" w:space="0" w:color="auto"/>
            <w:left w:val="none" w:sz="0" w:space="0" w:color="auto"/>
            <w:bottom w:val="none" w:sz="0" w:space="0" w:color="auto"/>
            <w:right w:val="none" w:sz="0" w:space="0" w:color="auto"/>
          </w:divBdr>
        </w:div>
        <w:div w:id="264045975">
          <w:marLeft w:val="480"/>
          <w:marRight w:val="0"/>
          <w:marTop w:val="0"/>
          <w:marBottom w:val="0"/>
          <w:divBdr>
            <w:top w:val="none" w:sz="0" w:space="0" w:color="auto"/>
            <w:left w:val="none" w:sz="0" w:space="0" w:color="auto"/>
            <w:bottom w:val="none" w:sz="0" w:space="0" w:color="auto"/>
            <w:right w:val="none" w:sz="0" w:space="0" w:color="auto"/>
          </w:divBdr>
        </w:div>
        <w:div w:id="286396262">
          <w:marLeft w:val="480"/>
          <w:marRight w:val="0"/>
          <w:marTop w:val="0"/>
          <w:marBottom w:val="0"/>
          <w:divBdr>
            <w:top w:val="none" w:sz="0" w:space="0" w:color="auto"/>
            <w:left w:val="none" w:sz="0" w:space="0" w:color="auto"/>
            <w:bottom w:val="none" w:sz="0" w:space="0" w:color="auto"/>
            <w:right w:val="none" w:sz="0" w:space="0" w:color="auto"/>
          </w:divBdr>
        </w:div>
        <w:div w:id="327486443">
          <w:marLeft w:val="480"/>
          <w:marRight w:val="0"/>
          <w:marTop w:val="0"/>
          <w:marBottom w:val="0"/>
          <w:divBdr>
            <w:top w:val="none" w:sz="0" w:space="0" w:color="auto"/>
            <w:left w:val="none" w:sz="0" w:space="0" w:color="auto"/>
            <w:bottom w:val="none" w:sz="0" w:space="0" w:color="auto"/>
            <w:right w:val="none" w:sz="0" w:space="0" w:color="auto"/>
          </w:divBdr>
        </w:div>
        <w:div w:id="433945329">
          <w:marLeft w:val="480"/>
          <w:marRight w:val="0"/>
          <w:marTop w:val="0"/>
          <w:marBottom w:val="0"/>
          <w:divBdr>
            <w:top w:val="none" w:sz="0" w:space="0" w:color="auto"/>
            <w:left w:val="none" w:sz="0" w:space="0" w:color="auto"/>
            <w:bottom w:val="none" w:sz="0" w:space="0" w:color="auto"/>
            <w:right w:val="none" w:sz="0" w:space="0" w:color="auto"/>
          </w:divBdr>
        </w:div>
        <w:div w:id="480195514">
          <w:marLeft w:val="480"/>
          <w:marRight w:val="0"/>
          <w:marTop w:val="0"/>
          <w:marBottom w:val="0"/>
          <w:divBdr>
            <w:top w:val="none" w:sz="0" w:space="0" w:color="auto"/>
            <w:left w:val="none" w:sz="0" w:space="0" w:color="auto"/>
            <w:bottom w:val="none" w:sz="0" w:space="0" w:color="auto"/>
            <w:right w:val="none" w:sz="0" w:space="0" w:color="auto"/>
          </w:divBdr>
        </w:div>
        <w:div w:id="485708436">
          <w:marLeft w:val="480"/>
          <w:marRight w:val="0"/>
          <w:marTop w:val="0"/>
          <w:marBottom w:val="0"/>
          <w:divBdr>
            <w:top w:val="none" w:sz="0" w:space="0" w:color="auto"/>
            <w:left w:val="none" w:sz="0" w:space="0" w:color="auto"/>
            <w:bottom w:val="none" w:sz="0" w:space="0" w:color="auto"/>
            <w:right w:val="none" w:sz="0" w:space="0" w:color="auto"/>
          </w:divBdr>
        </w:div>
        <w:div w:id="660544294">
          <w:marLeft w:val="480"/>
          <w:marRight w:val="0"/>
          <w:marTop w:val="0"/>
          <w:marBottom w:val="0"/>
          <w:divBdr>
            <w:top w:val="none" w:sz="0" w:space="0" w:color="auto"/>
            <w:left w:val="none" w:sz="0" w:space="0" w:color="auto"/>
            <w:bottom w:val="none" w:sz="0" w:space="0" w:color="auto"/>
            <w:right w:val="none" w:sz="0" w:space="0" w:color="auto"/>
          </w:divBdr>
        </w:div>
        <w:div w:id="838231975">
          <w:marLeft w:val="480"/>
          <w:marRight w:val="0"/>
          <w:marTop w:val="0"/>
          <w:marBottom w:val="0"/>
          <w:divBdr>
            <w:top w:val="none" w:sz="0" w:space="0" w:color="auto"/>
            <w:left w:val="none" w:sz="0" w:space="0" w:color="auto"/>
            <w:bottom w:val="none" w:sz="0" w:space="0" w:color="auto"/>
            <w:right w:val="none" w:sz="0" w:space="0" w:color="auto"/>
          </w:divBdr>
        </w:div>
        <w:div w:id="858548288">
          <w:marLeft w:val="480"/>
          <w:marRight w:val="0"/>
          <w:marTop w:val="0"/>
          <w:marBottom w:val="0"/>
          <w:divBdr>
            <w:top w:val="none" w:sz="0" w:space="0" w:color="auto"/>
            <w:left w:val="none" w:sz="0" w:space="0" w:color="auto"/>
            <w:bottom w:val="none" w:sz="0" w:space="0" w:color="auto"/>
            <w:right w:val="none" w:sz="0" w:space="0" w:color="auto"/>
          </w:divBdr>
        </w:div>
        <w:div w:id="941499021">
          <w:marLeft w:val="480"/>
          <w:marRight w:val="0"/>
          <w:marTop w:val="0"/>
          <w:marBottom w:val="0"/>
          <w:divBdr>
            <w:top w:val="none" w:sz="0" w:space="0" w:color="auto"/>
            <w:left w:val="none" w:sz="0" w:space="0" w:color="auto"/>
            <w:bottom w:val="none" w:sz="0" w:space="0" w:color="auto"/>
            <w:right w:val="none" w:sz="0" w:space="0" w:color="auto"/>
          </w:divBdr>
        </w:div>
        <w:div w:id="947006790">
          <w:marLeft w:val="480"/>
          <w:marRight w:val="0"/>
          <w:marTop w:val="0"/>
          <w:marBottom w:val="0"/>
          <w:divBdr>
            <w:top w:val="none" w:sz="0" w:space="0" w:color="auto"/>
            <w:left w:val="none" w:sz="0" w:space="0" w:color="auto"/>
            <w:bottom w:val="none" w:sz="0" w:space="0" w:color="auto"/>
            <w:right w:val="none" w:sz="0" w:space="0" w:color="auto"/>
          </w:divBdr>
        </w:div>
        <w:div w:id="951941887">
          <w:marLeft w:val="480"/>
          <w:marRight w:val="0"/>
          <w:marTop w:val="0"/>
          <w:marBottom w:val="0"/>
          <w:divBdr>
            <w:top w:val="none" w:sz="0" w:space="0" w:color="auto"/>
            <w:left w:val="none" w:sz="0" w:space="0" w:color="auto"/>
            <w:bottom w:val="none" w:sz="0" w:space="0" w:color="auto"/>
            <w:right w:val="none" w:sz="0" w:space="0" w:color="auto"/>
          </w:divBdr>
        </w:div>
        <w:div w:id="989601611">
          <w:marLeft w:val="480"/>
          <w:marRight w:val="0"/>
          <w:marTop w:val="0"/>
          <w:marBottom w:val="0"/>
          <w:divBdr>
            <w:top w:val="none" w:sz="0" w:space="0" w:color="auto"/>
            <w:left w:val="none" w:sz="0" w:space="0" w:color="auto"/>
            <w:bottom w:val="none" w:sz="0" w:space="0" w:color="auto"/>
            <w:right w:val="none" w:sz="0" w:space="0" w:color="auto"/>
          </w:divBdr>
        </w:div>
        <w:div w:id="1047340472">
          <w:marLeft w:val="480"/>
          <w:marRight w:val="0"/>
          <w:marTop w:val="0"/>
          <w:marBottom w:val="0"/>
          <w:divBdr>
            <w:top w:val="none" w:sz="0" w:space="0" w:color="auto"/>
            <w:left w:val="none" w:sz="0" w:space="0" w:color="auto"/>
            <w:bottom w:val="none" w:sz="0" w:space="0" w:color="auto"/>
            <w:right w:val="none" w:sz="0" w:space="0" w:color="auto"/>
          </w:divBdr>
        </w:div>
        <w:div w:id="1116363069">
          <w:marLeft w:val="480"/>
          <w:marRight w:val="0"/>
          <w:marTop w:val="0"/>
          <w:marBottom w:val="0"/>
          <w:divBdr>
            <w:top w:val="none" w:sz="0" w:space="0" w:color="auto"/>
            <w:left w:val="none" w:sz="0" w:space="0" w:color="auto"/>
            <w:bottom w:val="none" w:sz="0" w:space="0" w:color="auto"/>
            <w:right w:val="none" w:sz="0" w:space="0" w:color="auto"/>
          </w:divBdr>
        </w:div>
        <w:div w:id="1130709617">
          <w:marLeft w:val="480"/>
          <w:marRight w:val="0"/>
          <w:marTop w:val="0"/>
          <w:marBottom w:val="0"/>
          <w:divBdr>
            <w:top w:val="none" w:sz="0" w:space="0" w:color="auto"/>
            <w:left w:val="none" w:sz="0" w:space="0" w:color="auto"/>
            <w:bottom w:val="none" w:sz="0" w:space="0" w:color="auto"/>
            <w:right w:val="none" w:sz="0" w:space="0" w:color="auto"/>
          </w:divBdr>
        </w:div>
        <w:div w:id="1152482239">
          <w:marLeft w:val="480"/>
          <w:marRight w:val="0"/>
          <w:marTop w:val="0"/>
          <w:marBottom w:val="0"/>
          <w:divBdr>
            <w:top w:val="none" w:sz="0" w:space="0" w:color="auto"/>
            <w:left w:val="none" w:sz="0" w:space="0" w:color="auto"/>
            <w:bottom w:val="none" w:sz="0" w:space="0" w:color="auto"/>
            <w:right w:val="none" w:sz="0" w:space="0" w:color="auto"/>
          </w:divBdr>
        </w:div>
        <w:div w:id="1175925853">
          <w:marLeft w:val="480"/>
          <w:marRight w:val="0"/>
          <w:marTop w:val="0"/>
          <w:marBottom w:val="0"/>
          <w:divBdr>
            <w:top w:val="none" w:sz="0" w:space="0" w:color="auto"/>
            <w:left w:val="none" w:sz="0" w:space="0" w:color="auto"/>
            <w:bottom w:val="none" w:sz="0" w:space="0" w:color="auto"/>
            <w:right w:val="none" w:sz="0" w:space="0" w:color="auto"/>
          </w:divBdr>
        </w:div>
        <w:div w:id="1193037093">
          <w:marLeft w:val="480"/>
          <w:marRight w:val="0"/>
          <w:marTop w:val="0"/>
          <w:marBottom w:val="0"/>
          <w:divBdr>
            <w:top w:val="none" w:sz="0" w:space="0" w:color="auto"/>
            <w:left w:val="none" w:sz="0" w:space="0" w:color="auto"/>
            <w:bottom w:val="none" w:sz="0" w:space="0" w:color="auto"/>
            <w:right w:val="none" w:sz="0" w:space="0" w:color="auto"/>
          </w:divBdr>
        </w:div>
        <w:div w:id="1194460019">
          <w:marLeft w:val="480"/>
          <w:marRight w:val="0"/>
          <w:marTop w:val="0"/>
          <w:marBottom w:val="0"/>
          <w:divBdr>
            <w:top w:val="none" w:sz="0" w:space="0" w:color="auto"/>
            <w:left w:val="none" w:sz="0" w:space="0" w:color="auto"/>
            <w:bottom w:val="none" w:sz="0" w:space="0" w:color="auto"/>
            <w:right w:val="none" w:sz="0" w:space="0" w:color="auto"/>
          </w:divBdr>
        </w:div>
        <w:div w:id="1237789432">
          <w:marLeft w:val="480"/>
          <w:marRight w:val="0"/>
          <w:marTop w:val="0"/>
          <w:marBottom w:val="0"/>
          <w:divBdr>
            <w:top w:val="none" w:sz="0" w:space="0" w:color="auto"/>
            <w:left w:val="none" w:sz="0" w:space="0" w:color="auto"/>
            <w:bottom w:val="none" w:sz="0" w:space="0" w:color="auto"/>
            <w:right w:val="none" w:sz="0" w:space="0" w:color="auto"/>
          </w:divBdr>
        </w:div>
        <w:div w:id="1327636803">
          <w:marLeft w:val="480"/>
          <w:marRight w:val="0"/>
          <w:marTop w:val="0"/>
          <w:marBottom w:val="0"/>
          <w:divBdr>
            <w:top w:val="none" w:sz="0" w:space="0" w:color="auto"/>
            <w:left w:val="none" w:sz="0" w:space="0" w:color="auto"/>
            <w:bottom w:val="none" w:sz="0" w:space="0" w:color="auto"/>
            <w:right w:val="none" w:sz="0" w:space="0" w:color="auto"/>
          </w:divBdr>
        </w:div>
        <w:div w:id="1474717888">
          <w:marLeft w:val="480"/>
          <w:marRight w:val="0"/>
          <w:marTop w:val="0"/>
          <w:marBottom w:val="0"/>
          <w:divBdr>
            <w:top w:val="none" w:sz="0" w:space="0" w:color="auto"/>
            <w:left w:val="none" w:sz="0" w:space="0" w:color="auto"/>
            <w:bottom w:val="none" w:sz="0" w:space="0" w:color="auto"/>
            <w:right w:val="none" w:sz="0" w:space="0" w:color="auto"/>
          </w:divBdr>
        </w:div>
        <w:div w:id="1501966337">
          <w:marLeft w:val="480"/>
          <w:marRight w:val="0"/>
          <w:marTop w:val="0"/>
          <w:marBottom w:val="0"/>
          <w:divBdr>
            <w:top w:val="none" w:sz="0" w:space="0" w:color="auto"/>
            <w:left w:val="none" w:sz="0" w:space="0" w:color="auto"/>
            <w:bottom w:val="none" w:sz="0" w:space="0" w:color="auto"/>
            <w:right w:val="none" w:sz="0" w:space="0" w:color="auto"/>
          </w:divBdr>
        </w:div>
        <w:div w:id="1536650274">
          <w:marLeft w:val="480"/>
          <w:marRight w:val="0"/>
          <w:marTop w:val="0"/>
          <w:marBottom w:val="0"/>
          <w:divBdr>
            <w:top w:val="none" w:sz="0" w:space="0" w:color="auto"/>
            <w:left w:val="none" w:sz="0" w:space="0" w:color="auto"/>
            <w:bottom w:val="none" w:sz="0" w:space="0" w:color="auto"/>
            <w:right w:val="none" w:sz="0" w:space="0" w:color="auto"/>
          </w:divBdr>
        </w:div>
        <w:div w:id="1567186882">
          <w:marLeft w:val="480"/>
          <w:marRight w:val="0"/>
          <w:marTop w:val="0"/>
          <w:marBottom w:val="0"/>
          <w:divBdr>
            <w:top w:val="none" w:sz="0" w:space="0" w:color="auto"/>
            <w:left w:val="none" w:sz="0" w:space="0" w:color="auto"/>
            <w:bottom w:val="none" w:sz="0" w:space="0" w:color="auto"/>
            <w:right w:val="none" w:sz="0" w:space="0" w:color="auto"/>
          </w:divBdr>
        </w:div>
        <w:div w:id="1621183827">
          <w:marLeft w:val="480"/>
          <w:marRight w:val="0"/>
          <w:marTop w:val="0"/>
          <w:marBottom w:val="0"/>
          <w:divBdr>
            <w:top w:val="none" w:sz="0" w:space="0" w:color="auto"/>
            <w:left w:val="none" w:sz="0" w:space="0" w:color="auto"/>
            <w:bottom w:val="none" w:sz="0" w:space="0" w:color="auto"/>
            <w:right w:val="none" w:sz="0" w:space="0" w:color="auto"/>
          </w:divBdr>
        </w:div>
        <w:div w:id="1681394014">
          <w:marLeft w:val="480"/>
          <w:marRight w:val="0"/>
          <w:marTop w:val="0"/>
          <w:marBottom w:val="0"/>
          <w:divBdr>
            <w:top w:val="none" w:sz="0" w:space="0" w:color="auto"/>
            <w:left w:val="none" w:sz="0" w:space="0" w:color="auto"/>
            <w:bottom w:val="none" w:sz="0" w:space="0" w:color="auto"/>
            <w:right w:val="none" w:sz="0" w:space="0" w:color="auto"/>
          </w:divBdr>
        </w:div>
        <w:div w:id="1738821680">
          <w:marLeft w:val="480"/>
          <w:marRight w:val="0"/>
          <w:marTop w:val="0"/>
          <w:marBottom w:val="0"/>
          <w:divBdr>
            <w:top w:val="none" w:sz="0" w:space="0" w:color="auto"/>
            <w:left w:val="none" w:sz="0" w:space="0" w:color="auto"/>
            <w:bottom w:val="none" w:sz="0" w:space="0" w:color="auto"/>
            <w:right w:val="none" w:sz="0" w:space="0" w:color="auto"/>
          </w:divBdr>
        </w:div>
        <w:div w:id="1773624675">
          <w:marLeft w:val="480"/>
          <w:marRight w:val="0"/>
          <w:marTop w:val="0"/>
          <w:marBottom w:val="0"/>
          <w:divBdr>
            <w:top w:val="none" w:sz="0" w:space="0" w:color="auto"/>
            <w:left w:val="none" w:sz="0" w:space="0" w:color="auto"/>
            <w:bottom w:val="none" w:sz="0" w:space="0" w:color="auto"/>
            <w:right w:val="none" w:sz="0" w:space="0" w:color="auto"/>
          </w:divBdr>
        </w:div>
        <w:div w:id="1846168712">
          <w:marLeft w:val="480"/>
          <w:marRight w:val="0"/>
          <w:marTop w:val="0"/>
          <w:marBottom w:val="0"/>
          <w:divBdr>
            <w:top w:val="none" w:sz="0" w:space="0" w:color="auto"/>
            <w:left w:val="none" w:sz="0" w:space="0" w:color="auto"/>
            <w:bottom w:val="none" w:sz="0" w:space="0" w:color="auto"/>
            <w:right w:val="none" w:sz="0" w:space="0" w:color="auto"/>
          </w:divBdr>
        </w:div>
        <w:div w:id="1891457938">
          <w:marLeft w:val="480"/>
          <w:marRight w:val="0"/>
          <w:marTop w:val="0"/>
          <w:marBottom w:val="0"/>
          <w:divBdr>
            <w:top w:val="none" w:sz="0" w:space="0" w:color="auto"/>
            <w:left w:val="none" w:sz="0" w:space="0" w:color="auto"/>
            <w:bottom w:val="none" w:sz="0" w:space="0" w:color="auto"/>
            <w:right w:val="none" w:sz="0" w:space="0" w:color="auto"/>
          </w:divBdr>
        </w:div>
        <w:div w:id="2069843297">
          <w:marLeft w:val="480"/>
          <w:marRight w:val="0"/>
          <w:marTop w:val="0"/>
          <w:marBottom w:val="0"/>
          <w:divBdr>
            <w:top w:val="none" w:sz="0" w:space="0" w:color="auto"/>
            <w:left w:val="none" w:sz="0" w:space="0" w:color="auto"/>
            <w:bottom w:val="none" w:sz="0" w:space="0" w:color="auto"/>
            <w:right w:val="none" w:sz="0" w:space="0" w:color="auto"/>
          </w:divBdr>
        </w:div>
      </w:divsChild>
    </w:div>
    <w:div w:id="419643663">
      <w:bodyDiv w:val="1"/>
      <w:marLeft w:val="0"/>
      <w:marRight w:val="0"/>
      <w:marTop w:val="0"/>
      <w:marBottom w:val="0"/>
      <w:divBdr>
        <w:top w:val="none" w:sz="0" w:space="0" w:color="auto"/>
        <w:left w:val="none" w:sz="0" w:space="0" w:color="auto"/>
        <w:bottom w:val="none" w:sz="0" w:space="0" w:color="auto"/>
        <w:right w:val="none" w:sz="0" w:space="0" w:color="auto"/>
      </w:divBdr>
    </w:div>
    <w:div w:id="421026924">
      <w:bodyDiv w:val="1"/>
      <w:marLeft w:val="0"/>
      <w:marRight w:val="0"/>
      <w:marTop w:val="0"/>
      <w:marBottom w:val="0"/>
      <w:divBdr>
        <w:top w:val="none" w:sz="0" w:space="0" w:color="auto"/>
        <w:left w:val="none" w:sz="0" w:space="0" w:color="auto"/>
        <w:bottom w:val="none" w:sz="0" w:space="0" w:color="auto"/>
        <w:right w:val="none" w:sz="0" w:space="0" w:color="auto"/>
      </w:divBdr>
    </w:div>
    <w:div w:id="421489213">
      <w:bodyDiv w:val="1"/>
      <w:marLeft w:val="0"/>
      <w:marRight w:val="0"/>
      <w:marTop w:val="0"/>
      <w:marBottom w:val="0"/>
      <w:divBdr>
        <w:top w:val="none" w:sz="0" w:space="0" w:color="auto"/>
        <w:left w:val="none" w:sz="0" w:space="0" w:color="auto"/>
        <w:bottom w:val="none" w:sz="0" w:space="0" w:color="auto"/>
        <w:right w:val="none" w:sz="0" w:space="0" w:color="auto"/>
      </w:divBdr>
    </w:div>
    <w:div w:id="423769059">
      <w:bodyDiv w:val="1"/>
      <w:marLeft w:val="0"/>
      <w:marRight w:val="0"/>
      <w:marTop w:val="0"/>
      <w:marBottom w:val="0"/>
      <w:divBdr>
        <w:top w:val="none" w:sz="0" w:space="0" w:color="auto"/>
        <w:left w:val="none" w:sz="0" w:space="0" w:color="auto"/>
        <w:bottom w:val="none" w:sz="0" w:space="0" w:color="auto"/>
        <w:right w:val="none" w:sz="0" w:space="0" w:color="auto"/>
      </w:divBdr>
      <w:divsChild>
        <w:div w:id="39674665">
          <w:marLeft w:val="480"/>
          <w:marRight w:val="0"/>
          <w:marTop w:val="0"/>
          <w:marBottom w:val="0"/>
          <w:divBdr>
            <w:top w:val="none" w:sz="0" w:space="0" w:color="auto"/>
            <w:left w:val="none" w:sz="0" w:space="0" w:color="auto"/>
            <w:bottom w:val="none" w:sz="0" w:space="0" w:color="auto"/>
            <w:right w:val="none" w:sz="0" w:space="0" w:color="auto"/>
          </w:divBdr>
        </w:div>
        <w:div w:id="56245048">
          <w:marLeft w:val="480"/>
          <w:marRight w:val="0"/>
          <w:marTop w:val="0"/>
          <w:marBottom w:val="0"/>
          <w:divBdr>
            <w:top w:val="none" w:sz="0" w:space="0" w:color="auto"/>
            <w:left w:val="none" w:sz="0" w:space="0" w:color="auto"/>
            <w:bottom w:val="none" w:sz="0" w:space="0" w:color="auto"/>
            <w:right w:val="none" w:sz="0" w:space="0" w:color="auto"/>
          </w:divBdr>
        </w:div>
        <w:div w:id="176232948">
          <w:marLeft w:val="480"/>
          <w:marRight w:val="0"/>
          <w:marTop w:val="0"/>
          <w:marBottom w:val="0"/>
          <w:divBdr>
            <w:top w:val="none" w:sz="0" w:space="0" w:color="auto"/>
            <w:left w:val="none" w:sz="0" w:space="0" w:color="auto"/>
            <w:bottom w:val="none" w:sz="0" w:space="0" w:color="auto"/>
            <w:right w:val="none" w:sz="0" w:space="0" w:color="auto"/>
          </w:divBdr>
        </w:div>
        <w:div w:id="310714818">
          <w:marLeft w:val="480"/>
          <w:marRight w:val="0"/>
          <w:marTop w:val="0"/>
          <w:marBottom w:val="0"/>
          <w:divBdr>
            <w:top w:val="none" w:sz="0" w:space="0" w:color="auto"/>
            <w:left w:val="none" w:sz="0" w:space="0" w:color="auto"/>
            <w:bottom w:val="none" w:sz="0" w:space="0" w:color="auto"/>
            <w:right w:val="none" w:sz="0" w:space="0" w:color="auto"/>
          </w:divBdr>
        </w:div>
        <w:div w:id="383451885">
          <w:marLeft w:val="480"/>
          <w:marRight w:val="0"/>
          <w:marTop w:val="0"/>
          <w:marBottom w:val="0"/>
          <w:divBdr>
            <w:top w:val="none" w:sz="0" w:space="0" w:color="auto"/>
            <w:left w:val="none" w:sz="0" w:space="0" w:color="auto"/>
            <w:bottom w:val="none" w:sz="0" w:space="0" w:color="auto"/>
            <w:right w:val="none" w:sz="0" w:space="0" w:color="auto"/>
          </w:divBdr>
        </w:div>
        <w:div w:id="448933564">
          <w:marLeft w:val="480"/>
          <w:marRight w:val="0"/>
          <w:marTop w:val="0"/>
          <w:marBottom w:val="0"/>
          <w:divBdr>
            <w:top w:val="none" w:sz="0" w:space="0" w:color="auto"/>
            <w:left w:val="none" w:sz="0" w:space="0" w:color="auto"/>
            <w:bottom w:val="none" w:sz="0" w:space="0" w:color="auto"/>
            <w:right w:val="none" w:sz="0" w:space="0" w:color="auto"/>
          </w:divBdr>
        </w:div>
        <w:div w:id="474031493">
          <w:marLeft w:val="480"/>
          <w:marRight w:val="0"/>
          <w:marTop w:val="0"/>
          <w:marBottom w:val="0"/>
          <w:divBdr>
            <w:top w:val="none" w:sz="0" w:space="0" w:color="auto"/>
            <w:left w:val="none" w:sz="0" w:space="0" w:color="auto"/>
            <w:bottom w:val="none" w:sz="0" w:space="0" w:color="auto"/>
            <w:right w:val="none" w:sz="0" w:space="0" w:color="auto"/>
          </w:divBdr>
        </w:div>
        <w:div w:id="529412965">
          <w:marLeft w:val="480"/>
          <w:marRight w:val="0"/>
          <w:marTop w:val="0"/>
          <w:marBottom w:val="0"/>
          <w:divBdr>
            <w:top w:val="none" w:sz="0" w:space="0" w:color="auto"/>
            <w:left w:val="none" w:sz="0" w:space="0" w:color="auto"/>
            <w:bottom w:val="none" w:sz="0" w:space="0" w:color="auto"/>
            <w:right w:val="none" w:sz="0" w:space="0" w:color="auto"/>
          </w:divBdr>
        </w:div>
        <w:div w:id="531572479">
          <w:marLeft w:val="480"/>
          <w:marRight w:val="0"/>
          <w:marTop w:val="0"/>
          <w:marBottom w:val="0"/>
          <w:divBdr>
            <w:top w:val="none" w:sz="0" w:space="0" w:color="auto"/>
            <w:left w:val="none" w:sz="0" w:space="0" w:color="auto"/>
            <w:bottom w:val="none" w:sz="0" w:space="0" w:color="auto"/>
            <w:right w:val="none" w:sz="0" w:space="0" w:color="auto"/>
          </w:divBdr>
        </w:div>
        <w:div w:id="542594805">
          <w:marLeft w:val="480"/>
          <w:marRight w:val="0"/>
          <w:marTop w:val="0"/>
          <w:marBottom w:val="0"/>
          <w:divBdr>
            <w:top w:val="none" w:sz="0" w:space="0" w:color="auto"/>
            <w:left w:val="none" w:sz="0" w:space="0" w:color="auto"/>
            <w:bottom w:val="none" w:sz="0" w:space="0" w:color="auto"/>
            <w:right w:val="none" w:sz="0" w:space="0" w:color="auto"/>
          </w:divBdr>
        </w:div>
        <w:div w:id="635374250">
          <w:marLeft w:val="480"/>
          <w:marRight w:val="0"/>
          <w:marTop w:val="0"/>
          <w:marBottom w:val="0"/>
          <w:divBdr>
            <w:top w:val="none" w:sz="0" w:space="0" w:color="auto"/>
            <w:left w:val="none" w:sz="0" w:space="0" w:color="auto"/>
            <w:bottom w:val="none" w:sz="0" w:space="0" w:color="auto"/>
            <w:right w:val="none" w:sz="0" w:space="0" w:color="auto"/>
          </w:divBdr>
        </w:div>
        <w:div w:id="636767330">
          <w:marLeft w:val="480"/>
          <w:marRight w:val="0"/>
          <w:marTop w:val="0"/>
          <w:marBottom w:val="0"/>
          <w:divBdr>
            <w:top w:val="none" w:sz="0" w:space="0" w:color="auto"/>
            <w:left w:val="none" w:sz="0" w:space="0" w:color="auto"/>
            <w:bottom w:val="none" w:sz="0" w:space="0" w:color="auto"/>
            <w:right w:val="none" w:sz="0" w:space="0" w:color="auto"/>
          </w:divBdr>
        </w:div>
        <w:div w:id="663123288">
          <w:marLeft w:val="480"/>
          <w:marRight w:val="0"/>
          <w:marTop w:val="0"/>
          <w:marBottom w:val="0"/>
          <w:divBdr>
            <w:top w:val="none" w:sz="0" w:space="0" w:color="auto"/>
            <w:left w:val="none" w:sz="0" w:space="0" w:color="auto"/>
            <w:bottom w:val="none" w:sz="0" w:space="0" w:color="auto"/>
            <w:right w:val="none" w:sz="0" w:space="0" w:color="auto"/>
          </w:divBdr>
        </w:div>
        <w:div w:id="685836458">
          <w:marLeft w:val="480"/>
          <w:marRight w:val="0"/>
          <w:marTop w:val="0"/>
          <w:marBottom w:val="0"/>
          <w:divBdr>
            <w:top w:val="none" w:sz="0" w:space="0" w:color="auto"/>
            <w:left w:val="none" w:sz="0" w:space="0" w:color="auto"/>
            <w:bottom w:val="none" w:sz="0" w:space="0" w:color="auto"/>
            <w:right w:val="none" w:sz="0" w:space="0" w:color="auto"/>
          </w:divBdr>
        </w:div>
        <w:div w:id="848258459">
          <w:marLeft w:val="480"/>
          <w:marRight w:val="0"/>
          <w:marTop w:val="0"/>
          <w:marBottom w:val="0"/>
          <w:divBdr>
            <w:top w:val="none" w:sz="0" w:space="0" w:color="auto"/>
            <w:left w:val="none" w:sz="0" w:space="0" w:color="auto"/>
            <w:bottom w:val="none" w:sz="0" w:space="0" w:color="auto"/>
            <w:right w:val="none" w:sz="0" w:space="0" w:color="auto"/>
          </w:divBdr>
        </w:div>
        <w:div w:id="857692011">
          <w:marLeft w:val="480"/>
          <w:marRight w:val="0"/>
          <w:marTop w:val="0"/>
          <w:marBottom w:val="0"/>
          <w:divBdr>
            <w:top w:val="none" w:sz="0" w:space="0" w:color="auto"/>
            <w:left w:val="none" w:sz="0" w:space="0" w:color="auto"/>
            <w:bottom w:val="none" w:sz="0" w:space="0" w:color="auto"/>
            <w:right w:val="none" w:sz="0" w:space="0" w:color="auto"/>
          </w:divBdr>
        </w:div>
        <w:div w:id="959844089">
          <w:marLeft w:val="480"/>
          <w:marRight w:val="0"/>
          <w:marTop w:val="0"/>
          <w:marBottom w:val="0"/>
          <w:divBdr>
            <w:top w:val="none" w:sz="0" w:space="0" w:color="auto"/>
            <w:left w:val="none" w:sz="0" w:space="0" w:color="auto"/>
            <w:bottom w:val="none" w:sz="0" w:space="0" w:color="auto"/>
            <w:right w:val="none" w:sz="0" w:space="0" w:color="auto"/>
          </w:divBdr>
        </w:div>
        <w:div w:id="1003047464">
          <w:marLeft w:val="480"/>
          <w:marRight w:val="0"/>
          <w:marTop w:val="0"/>
          <w:marBottom w:val="0"/>
          <w:divBdr>
            <w:top w:val="none" w:sz="0" w:space="0" w:color="auto"/>
            <w:left w:val="none" w:sz="0" w:space="0" w:color="auto"/>
            <w:bottom w:val="none" w:sz="0" w:space="0" w:color="auto"/>
            <w:right w:val="none" w:sz="0" w:space="0" w:color="auto"/>
          </w:divBdr>
        </w:div>
        <w:div w:id="1015040589">
          <w:marLeft w:val="480"/>
          <w:marRight w:val="0"/>
          <w:marTop w:val="0"/>
          <w:marBottom w:val="0"/>
          <w:divBdr>
            <w:top w:val="none" w:sz="0" w:space="0" w:color="auto"/>
            <w:left w:val="none" w:sz="0" w:space="0" w:color="auto"/>
            <w:bottom w:val="none" w:sz="0" w:space="0" w:color="auto"/>
            <w:right w:val="none" w:sz="0" w:space="0" w:color="auto"/>
          </w:divBdr>
        </w:div>
        <w:div w:id="1023744936">
          <w:marLeft w:val="480"/>
          <w:marRight w:val="0"/>
          <w:marTop w:val="0"/>
          <w:marBottom w:val="0"/>
          <w:divBdr>
            <w:top w:val="none" w:sz="0" w:space="0" w:color="auto"/>
            <w:left w:val="none" w:sz="0" w:space="0" w:color="auto"/>
            <w:bottom w:val="none" w:sz="0" w:space="0" w:color="auto"/>
            <w:right w:val="none" w:sz="0" w:space="0" w:color="auto"/>
          </w:divBdr>
        </w:div>
        <w:div w:id="1060204085">
          <w:marLeft w:val="480"/>
          <w:marRight w:val="0"/>
          <w:marTop w:val="0"/>
          <w:marBottom w:val="0"/>
          <w:divBdr>
            <w:top w:val="none" w:sz="0" w:space="0" w:color="auto"/>
            <w:left w:val="none" w:sz="0" w:space="0" w:color="auto"/>
            <w:bottom w:val="none" w:sz="0" w:space="0" w:color="auto"/>
            <w:right w:val="none" w:sz="0" w:space="0" w:color="auto"/>
          </w:divBdr>
        </w:div>
        <w:div w:id="1124689107">
          <w:marLeft w:val="480"/>
          <w:marRight w:val="0"/>
          <w:marTop w:val="0"/>
          <w:marBottom w:val="0"/>
          <w:divBdr>
            <w:top w:val="none" w:sz="0" w:space="0" w:color="auto"/>
            <w:left w:val="none" w:sz="0" w:space="0" w:color="auto"/>
            <w:bottom w:val="none" w:sz="0" w:space="0" w:color="auto"/>
            <w:right w:val="none" w:sz="0" w:space="0" w:color="auto"/>
          </w:divBdr>
        </w:div>
        <w:div w:id="1247492229">
          <w:marLeft w:val="480"/>
          <w:marRight w:val="0"/>
          <w:marTop w:val="0"/>
          <w:marBottom w:val="0"/>
          <w:divBdr>
            <w:top w:val="none" w:sz="0" w:space="0" w:color="auto"/>
            <w:left w:val="none" w:sz="0" w:space="0" w:color="auto"/>
            <w:bottom w:val="none" w:sz="0" w:space="0" w:color="auto"/>
            <w:right w:val="none" w:sz="0" w:space="0" w:color="auto"/>
          </w:divBdr>
        </w:div>
        <w:div w:id="1319112334">
          <w:marLeft w:val="480"/>
          <w:marRight w:val="0"/>
          <w:marTop w:val="0"/>
          <w:marBottom w:val="0"/>
          <w:divBdr>
            <w:top w:val="none" w:sz="0" w:space="0" w:color="auto"/>
            <w:left w:val="none" w:sz="0" w:space="0" w:color="auto"/>
            <w:bottom w:val="none" w:sz="0" w:space="0" w:color="auto"/>
            <w:right w:val="none" w:sz="0" w:space="0" w:color="auto"/>
          </w:divBdr>
        </w:div>
        <w:div w:id="1389957327">
          <w:marLeft w:val="480"/>
          <w:marRight w:val="0"/>
          <w:marTop w:val="0"/>
          <w:marBottom w:val="0"/>
          <w:divBdr>
            <w:top w:val="none" w:sz="0" w:space="0" w:color="auto"/>
            <w:left w:val="none" w:sz="0" w:space="0" w:color="auto"/>
            <w:bottom w:val="none" w:sz="0" w:space="0" w:color="auto"/>
            <w:right w:val="none" w:sz="0" w:space="0" w:color="auto"/>
          </w:divBdr>
        </w:div>
        <w:div w:id="1398361350">
          <w:marLeft w:val="480"/>
          <w:marRight w:val="0"/>
          <w:marTop w:val="0"/>
          <w:marBottom w:val="0"/>
          <w:divBdr>
            <w:top w:val="none" w:sz="0" w:space="0" w:color="auto"/>
            <w:left w:val="none" w:sz="0" w:space="0" w:color="auto"/>
            <w:bottom w:val="none" w:sz="0" w:space="0" w:color="auto"/>
            <w:right w:val="none" w:sz="0" w:space="0" w:color="auto"/>
          </w:divBdr>
        </w:div>
        <w:div w:id="1409813730">
          <w:marLeft w:val="480"/>
          <w:marRight w:val="0"/>
          <w:marTop w:val="0"/>
          <w:marBottom w:val="0"/>
          <w:divBdr>
            <w:top w:val="none" w:sz="0" w:space="0" w:color="auto"/>
            <w:left w:val="none" w:sz="0" w:space="0" w:color="auto"/>
            <w:bottom w:val="none" w:sz="0" w:space="0" w:color="auto"/>
            <w:right w:val="none" w:sz="0" w:space="0" w:color="auto"/>
          </w:divBdr>
        </w:div>
        <w:div w:id="1443724406">
          <w:marLeft w:val="480"/>
          <w:marRight w:val="0"/>
          <w:marTop w:val="0"/>
          <w:marBottom w:val="0"/>
          <w:divBdr>
            <w:top w:val="none" w:sz="0" w:space="0" w:color="auto"/>
            <w:left w:val="none" w:sz="0" w:space="0" w:color="auto"/>
            <w:bottom w:val="none" w:sz="0" w:space="0" w:color="auto"/>
            <w:right w:val="none" w:sz="0" w:space="0" w:color="auto"/>
          </w:divBdr>
        </w:div>
        <w:div w:id="1446462280">
          <w:marLeft w:val="480"/>
          <w:marRight w:val="0"/>
          <w:marTop w:val="0"/>
          <w:marBottom w:val="0"/>
          <w:divBdr>
            <w:top w:val="none" w:sz="0" w:space="0" w:color="auto"/>
            <w:left w:val="none" w:sz="0" w:space="0" w:color="auto"/>
            <w:bottom w:val="none" w:sz="0" w:space="0" w:color="auto"/>
            <w:right w:val="none" w:sz="0" w:space="0" w:color="auto"/>
          </w:divBdr>
        </w:div>
        <w:div w:id="1541240174">
          <w:marLeft w:val="480"/>
          <w:marRight w:val="0"/>
          <w:marTop w:val="0"/>
          <w:marBottom w:val="0"/>
          <w:divBdr>
            <w:top w:val="none" w:sz="0" w:space="0" w:color="auto"/>
            <w:left w:val="none" w:sz="0" w:space="0" w:color="auto"/>
            <w:bottom w:val="none" w:sz="0" w:space="0" w:color="auto"/>
            <w:right w:val="none" w:sz="0" w:space="0" w:color="auto"/>
          </w:divBdr>
        </w:div>
        <w:div w:id="1602450920">
          <w:marLeft w:val="480"/>
          <w:marRight w:val="0"/>
          <w:marTop w:val="0"/>
          <w:marBottom w:val="0"/>
          <w:divBdr>
            <w:top w:val="none" w:sz="0" w:space="0" w:color="auto"/>
            <w:left w:val="none" w:sz="0" w:space="0" w:color="auto"/>
            <w:bottom w:val="none" w:sz="0" w:space="0" w:color="auto"/>
            <w:right w:val="none" w:sz="0" w:space="0" w:color="auto"/>
          </w:divBdr>
        </w:div>
        <w:div w:id="1686401678">
          <w:marLeft w:val="480"/>
          <w:marRight w:val="0"/>
          <w:marTop w:val="0"/>
          <w:marBottom w:val="0"/>
          <w:divBdr>
            <w:top w:val="none" w:sz="0" w:space="0" w:color="auto"/>
            <w:left w:val="none" w:sz="0" w:space="0" w:color="auto"/>
            <w:bottom w:val="none" w:sz="0" w:space="0" w:color="auto"/>
            <w:right w:val="none" w:sz="0" w:space="0" w:color="auto"/>
          </w:divBdr>
        </w:div>
        <w:div w:id="1713071227">
          <w:marLeft w:val="480"/>
          <w:marRight w:val="0"/>
          <w:marTop w:val="0"/>
          <w:marBottom w:val="0"/>
          <w:divBdr>
            <w:top w:val="none" w:sz="0" w:space="0" w:color="auto"/>
            <w:left w:val="none" w:sz="0" w:space="0" w:color="auto"/>
            <w:bottom w:val="none" w:sz="0" w:space="0" w:color="auto"/>
            <w:right w:val="none" w:sz="0" w:space="0" w:color="auto"/>
          </w:divBdr>
        </w:div>
        <w:div w:id="1716002224">
          <w:marLeft w:val="480"/>
          <w:marRight w:val="0"/>
          <w:marTop w:val="0"/>
          <w:marBottom w:val="0"/>
          <w:divBdr>
            <w:top w:val="none" w:sz="0" w:space="0" w:color="auto"/>
            <w:left w:val="none" w:sz="0" w:space="0" w:color="auto"/>
            <w:bottom w:val="none" w:sz="0" w:space="0" w:color="auto"/>
            <w:right w:val="none" w:sz="0" w:space="0" w:color="auto"/>
          </w:divBdr>
        </w:div>
        <w:div w:id="1781146761">
          <w:marLeft w:val="480"/>
          <w:marRight w:val="0"/>
          <w:marTop w:val="0"/>
          <w:marBottom w:val="0"/>
          <w:divBdr>
            <w:top w:val="none" w:sz="0" w:space="0" w:color="auto"/>
            <w:left w:val="none" w:sz="0" w:space="0" w:color="auto"/>
            <w:bottom w:val="none" w:sz="0" w:space="0" w:color="auto"/>
            <w:right w:val="none" w:sz="0" w:space="0" w:color="auto"/>
          </w:divBdr>
        </w:div>
        <w:div w:id="1880167382">
          <w:marLeft w:val="480"/>
          <w:marRight w:val="0"/>
          <w:marTop w:val="0"/>
          <w:marBottom w:val="0"/>
          <w:divBdr>
            <w:top w:val="none" w:sz="0" w:space="0" w:color="auto"/>
            <w:left w:val="none" w:sz="0" w:space="0" w:color="auto"/>
            <w:bottom w:val="none" w:sz="0" w:space="0" w:color="auto"/>
            <w:right w:val="none" w:sz="0" w:space="0" w:color="auto"/>
          </w:divBdr>
        </w:div>
        <w:div w:id="1919174977">
          <w:marLeft w:val="480"/>
          <w:marRight w:val="0"/>
          <w:marTop w:val="0"/>
          <w:marBottom w:val="0"/>
          <w:divBdr>
            <w:top w:val="none" w:sz="0" w:space="0" w:color="auto"/>
            <w:left w:val="none" w:sz="0" w:space="0" w:color="auto"/>
            <w:bottom w:val="none" w:sz="0" w:space="0" w:color="auto"/>
            <w:right w:val="none" w:sz="0" w:space="0" w:color="auto"/>
          </w:divBdr>
        </w:div>
        <w:div w:id="1959336997">
          <w:marLeft w:val="480"/>
          <w:marRight w:val="0"/>
          <w:marTop w:val="0"/>
          <w:marBottom w:val="0"/>
          <w:divBdr>
            <w:top w:val="none" w:sz="0" w:space="0" w:color="auto"/>
            <w:left w:val="none" w:sz="0" w:space="0" w:color="auto"/>
            <w:bottom w:val="none" w:sz="0" w:space="0" w:color="auto"/>
            <w:right w:val="none" w:sz="0" w:space="0" w:color="auto"/>
          </w:divBdr>
        </w:div>
        <w:div w:id="1959949308">
          <w:marLeft w:val="480"/>
          <w:marRight w:val="0"/>
          <w:marTop w:val="0"/>
          <w:marBottom w:val="0"/>
          <w:divBdr>
            <w:top w:val="none" w:sz="0" w:space="0" w:color="auto"/>
            <w:left w:val="none" w:sz="0" w:space="0" w:color="auto"/>
            <w:bottom w:val="none" w:sz="0" w:space="0" w:color="auto"/>
            <w:right w:val="none" w:sz="0" w:space="0" w:color="auto"/>
          </w:divBdr>
        </w:div>
        <w:div w:id="1968009052">
          <w:marLeft w:val="480"/>
          <w:marRight w:val="0"/>
          <w:marTop w:val="0"/>
          <w:marBottom w:val="0"/>
          <w:divBdr>
            <w:top w:val="none" w:sz="0" w:space="0" w:color="auto"/>
            <w:left w:val="none" w:sz="0" w:space="0" w:color="auto"/>
            <w:bottom w:val="none" w:sz="0" w:space="0" w:color="auto"/>
            <w:right w:val="none" w:sz="0" w:space="0" w:color="auto"/>
          </w:divBdr>
        </w:div>
        <w:div w:id="2013876550">
          <w:marLeft w:val="480"/>
          <w:marRight w:val="0"/>
          <w:marTop w:val="0"/>
          <w:marBottom w:val="0"/>
          <w:divBdr>
            <w:top w:val="none" w:sz="0" w:space="0" w:color="auto"/>
            <w:left w:val="none" w:sz="0" w:space="0" w:color="auto"/>
            <w:bottom w:val="none" w:sz="0" w:space="0" w:color="auto"/>
            <w:right w:val="none" w:sz="0" w:space="0" w:color="auto"/>
          </w:divBdr>
        </w:div>
        <w:div w:id="2073696465">
          <w:marLeft w:val="480"/>
          <w:marRight w:val="0"/>
          <w:marTop w:val="0"/>
          <w:marBottom w:val="0"/>
          <w:divBdr>
            <w:top w:val="none" w:sz="0" w:space="0" w:color="auto"/>
            <w:left w:val="none" w:sz="0" w:space="0" w:color="auto"/>
            <w:bottom w:val="none" w:sz="0" w:space="0" w:color="auto"/>
            <w:right w:val="none" w:sz="0" w:space="0" w:color="auto"/>
          </w:divBdr>
        </w:div>
        <w:div w:id="2074236337">
          <w:marLeft w:val="480"/>
          <w:marRight w:val="0"/>
          <w:marTop w:val="0"/>
          <w:marBottom w:val="0"/>
          <w:divBdr>
            <w:top w:val="none" w:sz="0" w:space="0" w:color="auto"/>
            <w:left w:val="none" w:sz="0" w:space="0" w:color="auto"/>
            <w:bottom w:val="none" w:sz="0" w:space="0" w:color="auto"/>
            <w:right w:val="none" w:sz="0" w:space="0" w:color="auto"/>
          </w:divBdr>
        </w:div>
      </w:divsChild>
    </w:div>
    <w:div w:id="425347406">
      <w:bodyDiv w:val="1"/>
      <w:marLeft w:val="0"/>
      <w:marRight w:val="0"/>
      <w:marTop w:val="0"/>
      <w:marBottom w:val="0"/>
      <w:divBdr>
        <w:top w:val="none" w:sz="0" w:space="0" w:color="auto"/>
        <w:left w:val="none" w:sz="0" w:space="0" w:color="auto"/>
        <w:bottom w:val="none" w:sz="0" w:space="0" w:color="auto"/>
        <w:right w:val="none" w:sz="0" w:space="0" w:color="auto"/>
      </w:divBdr>
    </w:div>
    <w:div w:id="426390965">
      <w:bodyDiv w:val="1"/>
      <w:marLeft w:val="0"/>
      <w:marRight w:val="0"/>
      <w:marTop w:val="0"/>
      <w:marBottom w:val="0"/>
      <w:divBdr>
        <w:top w:val="none" w:sz="0" w:space="0" w:color="auto"/>
        <w:left w:val="none" w:sz="0" w:space="0" w:color="auto"/>
        <w:bottom w:val="none" w:sz="0" w:space="0" w:color="auto"/>
        <w:right w:val="none" w:sz="0" w:space="0" w:color="auto"/>
      </w:divBdr>
    </w:div>
    <w:div w:id="428893068">
      <w:bodyDiv w:val="1"/>
      <w:marLeft w:val="0"/>
      <w:marRight w:val="0"/>
      <w:marTop w:val="0"/>
      <w:marBottom w:val="0"/>
      <w:divBdr>
        <w:top w:val="none" w:sz="0" w:space="0" w:color="auto"/>
        <w:left w:val="none" w:sz="0" w:space="0" w:color="auto"/>
        <w:bottom w:val="none" w:sz="0" w:space="0" w:color="auto"/>
        <w:right w:val="none" w:sz="0" w:space="0" w:color="auto"/>
      </w:divBdr>
    </w:div>
    <w:div w:id="430013521">
      <w:bodyDiv w:val="1"/>
      <w:marLeft w:val="0"/>
      <w:marRight w:val="0"/>
      <w:marTop w:val="0"/>
      <w:marBottom w:val="0"/>
      <w:divBdr>
        <w:top w:val="none" w:sz="0" w:space="0" w:color="auto"/>
        <w:left w:val="none" w:sz="0" w:space="0" w:color="auto"/>
        <w:bottom w:val="none" w:sz="0" w:space="0" w:color="auto"/>
        <w:right w:val="none" w:sz="0" w:space="0" w:color="auto"/>
      </w:divBdr>
      <w:divsChild>
        <w:div w:id="37824285">
          <w:marLeft w:val="480"/>
          <w:marRight w:val="0"/>
          <w:marTop w:val="0"/>
          <w:marBottom w:val="0"/>
          <w:divBdr>
            <w:top w:val="none" w:sz="0" w:space="0" w:color="auto"/>
            <w:left w:val="none" w:sz="0" w:space="0" w:color="auto"/>
            <w:bottom w:val="none" w:sz="0" w:space="0" w:color="auto"/>
            <w:right w:val="none" w:sz="0" w:space="0" w:color="auto"/>
          </w:divBdr>
        </w:div>
        <w:div w:id="94714896">
          <w:marLeft w:val="480"/>
          <w:marRight w:val="0"/>
          <w:marTop w:val="0"/>
          <w:marBottom w:val="0"/>
          <w:divBdr>
            <w:top w:val="none" w:sz="0" w:space="0" w:color="auto"/>
            <w:left w:val="none" w:sz="0" w:space="0" w:color="auto"/>
            <w:bottom w:val="none" w:sz="0" w:space="0" w:color="auto"/>
            <w:right w:val="none" w:sz="0" w:space="0" w:color="auto"/>
          </w:divBdr>
        </w:div>
        <w:div w:id="113793432">
          <w:marLeft w:val="480"/>
          <w:marRight w:val="0"/>
          <w:marTop w:val="0"/>
          <w:marBottom w:val="0"/>
          <w:divBdr>
            <w:top w:val="none" w:sz="0" w:space="0" w:color="auto"/>
            <w:left w:val="none" w:sz="0" w:space="0" w:color="auto"/>
            <w:bottom w:val="none" w:sz="0" w:space="0" w:color="auto"/>
            <w:right w:val="none" w:sz="0" w:space="0" w:color="auto"/>
          </w:divBdr>
        </w:div>
        <w:div w:id="177697376">
          <w:marLeft w:val="480"/>
          <w:marRight w:val="0"/>
          <w:marTop w:val="0"/>
          <w:marBottom w:val="0"/>
          <w:divBdr>
            <w:top w:val="none" w:sz="0" w:space="0" w:color="auto"/>
            <w:left w:val="none" w:sz="0" w:space="0" w:color="auto"/>
            <w:bottom w:val="none" w:sz="0" w:space="0" w:color="auto"/>
            <w:right w:val="none" w:sz="0" w:space="0" w:color="auto"/>
          </w:divBdr>
        </w:div>
        <w:div w:id="268703488">
          <w:marLeft w:val="480"/>
          <w:marRight w:val="0"/>
          <w:marTop w:val="0"/>
          <w:marBottom w:val="0"/>
          <w:divBdr>
            <w:top w:val="none" w:sz="0" w:space="0" w:color="auto"/>
            <w:left w:val="none" w:sz="0" w:space="0" w:color="auto"/>
            <w:bottom w:val="none" w:sz="0" w:space="0" w:color="auto"/>
            <w:right w:val="none" w:sz="0" w:space="0" w:color="auto"/>
          </w:divBdr>
        </w:div>
        <w:div w:id="287979496">
          <w:marLeft w:val="480"/>
          <w:marRight w:val="0"/>
          <w:marTop w:val="0"/>
          <w:marBottom w:val="0"/>
          <w:divBdr>
            <w:top w:val="none" w:sz="0" w:space="0" w:color="auto"/>
            <w:left w:val="none" w:sz="0" w:space="0" w:color="auto"/>
            <w:bottom w:val="none" w:sz="0" w:space="0" w:color="auto"/>
            <w:right w:val="none" w:sz="0" w:space="0" w:color="auto"/>
          </w:divBdr>
        </w:div>
        <w:div w:id="355078621">
          <w:marLeft w:val="480"/>
          <w:marRight w:val="0"/>
          <w:marTop w:val="0"/>
          <w:marBottom w:val="0"/>
          <w:divBdr>
            <w:top w:val="none" w:sz="0" w:space="0" w:color="auto"/>
            <w:left w:val="none" w:sz="0" w:space="0" w:color="auto"/>
            <w:bottom w:val="none" w:sz="0" w:space="0" w:color="auto"/>
            <w:right w:val="none" w:sz="0" w:space="0" w:color="auto"/>
          </w:divBdr>
        </w:div>
        <w:div w:id="371424183">
          <w:marLeft w:val="480"/>
          <w:marRight w:val="0"/>
          <w:marTop w:val="0"/>
          <w:marBottom w:val="0"/>
          <w:divBdr>
            <w:top w:val="none" w:sz="0" w:space="0" w:color="auto"/>
            <w:left w:val="none" w:sz="0" w:space="0" w:color="auto"/>
            <w:bottom w:val="none" w:sz="0" w:space="0" w:color="auto"/>
            <w:right w:val="none" w:sz="0" w:space="0" w:color="auto"/>
          </w:divBdr>
        </w:div>
        <w:div w:id="428043047">
          <w:marLeft w:val="480"/>
          <w:marRight w:val="0"/>
          <w:marTop w:val="0"/>
          <w:marBottom w:val="0"/>
          <w:divBdr>
            <w:top w:val="none" w:sz="0" w:space="0" w:color="auto"/>
            <w:left w:val="none" w:sz="0" w:space="0" w:color="auto"/>
            <w:bottom w:val="none" w:sz="0" w:space="0" w:color="auto"/>
            <w:right w:val="none" w:sz="0" w:space="0" w:color="auto"/>
          </w:divBdr>
        </w:div>
        <w:div w:id="449739143">
          <w:marLeft w:val="480"/>
          <w:marRight w:val="0"/>
          <w:marTop w:val="0"/>
          <w:marBottom w:val="0"/>
          <w:divBdr>
            <w:top w:val="none" w:sz="0" w:space="0" w:color="auto"/>
            <w:left w:val="none" w:sz="0" w:space="0" w:color="auto"/>
            <w:bottom w:val="none" w:sz="0" w:space="0" w:color="auto"/>
            <w:right w:val="none" w:sz="0" w:space="0" w:color="auto"/>
          </w:divBdr>
        </w:div>
        <w:div w:id="480120772">
          <w:marLeft w:val="480"/>
          <w:marRight w:val="0"/>
          <w:marTop w:val="0"/>
          <w:marBottom w:val="0"/>
          <w:divBdr>
            <w:top w:val="none" w:sz="0" w:space="0" w:color="auto"/>
            <w:left w:val="none" w:sz="0" w:space="0" w:color="auto"/>
            <w:bottom w:val="none" w:sz="0" w:space="0" w:color="auto"/>
            <w:right w:val="none" w:sz="0" w:space="0" w:color="auto"/>
          </w:divBdr>
        </w:div>
        <w:div w:id="579632660">
          <w:marLeft w:val="480"/>
          <w:marRight w:val="0"/>
          <w:marTop w:val="0"/>
          <w:marBottom w:val="0"/>
          <w:divBdr>
            <w:top w:val="none" w:sz="0" w:space="0" w:color="auto"/>
            <w:left w:val="none" w:sz="0" w:space="0" w:color="auto"/>
            <w:bottom w:val="none" w:sz="0" w:space="0" w:color="auto"/>
            <w:right w:val="none" w:sz="0" w:space="0" w:color="auto"/>
          </w:divBdr>
        </w:div>
        <w:div w:id="598685967">
          <w:marLeft w:val="480"/>
          <w:marRight w:val="0"/>
          <w:marTop w:val="0"/>
          <w:marBottom w:val="0"/>
          <w:divBdr>
            <w:top w:val="none" w:sz="0" w:space="0" w:color="auto"/>
            <w:left w:val="none" w:sz="0" w:space="0" w:color="auto"/>
            <w:bottom w:val="none" w:sz="0" w:space="0" w:color="auto"/>
            <w:right w:val="none" w:sz="0" w:space="0" w:color="auto"/>
          </w:divBdr>
        </w:div>
        <w:div w:id="772629834">
          <w:marLeft w:val="480"/>
          <w:marRight w:val="0"/>
          <w:marTop w:val="0"/>
          <w:marBottom w:val="0"/>
          <w:divBdr>
            <w:top w:val="none" w:sz="0" w:space="0" w:color="auto"/>
            <w:left w:val="none" w:sz="0" w:space="0" w:color="auto"/>
            <w:bottom w:val="none" w:sz="0" w:space="0" w:color="auto"/>
            <w:right w:val="none" w:sz="0" w:space="0" w:color="auto"/>
          </w:divBdr>
        </w:div>
        <w:div w:id="829250458">
          <w:marLeft w:val="480"/>
          <w:marRight w:val="0"/>
          <w:marTop w:val="0"/>
          <w:marBottom w:val="0"/>
          <w:divBdr>
            <w:top w:val="none" w:sz="0" w:space="0" w:color="auto"/>
            <w:left w:val="none" w:sz="0" w:space="0" w:color="auto"/>
            <w:bottom w:val="none" w:sz="0" w:space="0" w:color="auto"/>
            <w:right w:val="none" w:sz="0" w:space="0" w:color="auto"/>
          </w:divBdr>
        </w:div>
        <w:div w:id="846136067">
          <w:marLeft w:val="480"/>
          <w:marRight w:val="0"/>
          <w:marTop w:val="0"/>
          <w:marBottom w:val="0"/>
          <w:divBdr>
            <w:top w:val="none" w:sz="0" w:space="0" w:color="auto"/>
            <w:left w:val="none" w:sz="0" w:space="0" w:color="auto"/>
            <w:bottom w:val="none" w:sz="0" w:space="0" w:color="auto"/>
            <w:right w:val="none" w:sz="0" w:space="0" w:color="auto"/>
          </w:divBdr>
        </w:div>
        <w:div w:id="906695924">
          <w:marLeft w:val="480"/>
          <w:marRight w:val="0"/>
          <w:marTop w:val="0"/>
          <w:marBottom w:val="0"/>
          <w:divBdr>
            <w:top w:val="none" w:sz="0" w:space="0" w:color="auto"/>
            <w:left w:val="none" w:sz="0" w:space="0" w:color="auto"/>
            <w:bottom w:val="none" w:sz="0" w:space="0" w:color="auto"/>
            <w:right w:val="none" w:sz="0" w:space="0" w:color="auto"/>
          </w:divBdr>
        </w:div>
        <w:div w:id="1084762579">
          <w:marLeft w:val="480"/>
          <w:marRight w:val="0"/>
          <w:marTop w:val="0"/>
          <w:marBottom w:val="0"/>
          <w:divBdr>
            <w:top w:val="none" w:sz="0" w:space="0" w:color="auto"/>
            <w:left w:val="none" w:sz="0" w:space="0" w:color="auto"/>
            <w:bottom w:val="none" w:sz="0" w:space="0" w:color="auto"/>
            <w:right w:val="none" w:sz="0" w:space="0" w:color="auto"/>
          </w:divBdr>
        </w:div>
        <w:div w:id="1107964779">
          <w:marLeft w:val="480"/>
          <w:marRight w:val="0"/>
          <w:marTop w:val="0"/>
          <w:marBottom w:val="0"/>
          <w:divBdr>
            <w:top w:val="none" w:sz="0" w:space="0" w:color="auto"/>
            <w:left w:val="none" w:sz="0" w:space="0" w:color="auto"/>
            <w:bottom w:val="none" w:sz="0" w:space="0" w:color="auto"/>
            <w:right w:val="none" w:sz="0" w:space="0" w:color="auto"/>
          </w:divBdr>
        </w:div>
        <w:div w:id="1175269836">
          <w:marLeft w:val="480"/>
          <w:marRight w:val="0"/>
          <w:marTop w:val="0"/>
          <w:marBottom w:val="0"/>
          <w:divBdr>
            <w:top w:val="none" w:sz="0" w:space="0" w:color="auto"/>
            <w:left w:val="none" w:sz="0" w:space="0" w:color="auto"/>
            <w:bottom w:val="none" w:sz="0" w:space="0" w:color="auto"/>
            <w:right w:val="none" w:sz="0" w:space="0" w:color="auto"/>
          </w:divBdr>
        </w:div>
        <w:div w:id="1286498373">
          <w:marLeft w:val="480"/>
          <w:marRight w:val="0"/>
          <w:marTop w:val="0"/>
          <w:marBottom w:val="0"/>
          <w:divBdr>
            <w:top w:val="none" w:sz="0" w:space="0" w:color="auto"/>
            <w:left w:val="none" w:sz="0" w:space="0" w:color="auto"/>
            <w:bottom w:val="none" w:sz="0" w:space="0" w:color="auto"/>
            <w:right w:val="none" w:sz="0" w:space="0" w:color="auto"/>
          </w:divBdr>
        </w:div>
        <w:div w:id="1311591019">
          <w:marLeft w:val="480"/>
          <w:marRight w:val="0"/>
          <w:marTop w:val="0"/>
          <w:marBottom w:val="0"/>
          <w:divBdr>
            <w:top w:val="none" w:sz="0" w:space="0" w:color="auto"/>
            <w:left w:val="none" w:sz="0" w:space="0" w:color="auto"/>
            <w:bottom w:val="none" w:sz="0" w:space="0" w:color="auto"/>
            <w:right w:val="none" w:sz="0" w:space="0" w:color="auto"/>
          </w:divBdr>
        </w:div>
        <w:div w:id="1446926207">
          <w:marLeft w:val="480"/>
          <w:marRight w:val="0"/>
          <w:marTop w:val="0"/>
          <w:marBottom w:val="0"/>
          <w:divBdr>
            <w:top w:val="none" w:sz="0" w:space="0" w:color="auto"/>
            <w:left w:val="none" w:sz="0" w:space="0" w:color="auto"/>
            <w:bottom w:val="none" w:sz="0" w:space="0" w:color="auto"/>
            <w:right w:val="none" w:sz="0" w:space="0" w:color="auto"/>
          </w:divBdr>
        </w:div>
        <w:div w:id="1545361380">
          <w:marLeft w:val="480"/>
          <w:marRight w:val="0"/>
          <w:marTop w:val="0"/>
          <w:marBottom w:val="0"/>
          <w:divBdr>
            <w:top w:val="none" w:sz="0" w:space="0" w:color="auto"/>
            <w:left w:val="none" w:sz="0" w:space="0" w:color="auto"/>
            <w:bottom w:val="none" w:sz="0" w:space="0" w:color="auto"/>
            <w:right w:val="none" w:sz="0" w:space="0" w:color="auto"/>
          </w:divBdr>
        </w:div>
        <w:div w:id="1561093130">
          <w:marLeft w:val="480"/>
          <w:marRight w:val="0"/>
          <w:marTop w:val="0"/>
          <w:marBottom w:val="0"/>
          <w:divBdr>
            <w:top w:val="none" w:sz="0" w:space="0" w:color="auto"/>
            <w:left w:val="none" w:sz="0" w:space="0" w:color="auto"/>
            <w:bottom w:val="none" w:sz="0" w:space="0" w:color="auto"/>
            <w:right w:val="none" w:sz="0" w:space="0" w:color="auto"/>
          </w:divBdr>
        </w:div>
        <w:div w:id="1625886479">
          <w:marLeft w:val="480"/>
          <w:marRight w:val="0"/>
          <w:marTop w:val="0"/>
          <w:marBottom w:val="0"/>
          <w:divBdr>
            <w:top w:val="none" w:sz="0" w:space="0" w:color="auto"/>
            <w:left w:val="none" w:sz="0" w:space="0" w:color="auto"/>
            <w:bottom w:val="none" w:sz="0" w:space="0" w:color="auto"/>
            <w:right w:val="none" w:sz="0" w:space="0" w:color="auto"/>
          </w:divBdr>
        </w:div>
        <w:div w:id="1627858056">
          <w:marLeft w:val="480"/>
          <w:marRight w:val="0"/>
          <w:marTop w:val="0"/>
          <w:marBottom w:val="0"/>
          <w:divBdr>
            <w:top w:val="none" w:sz="0" w:space="0" w:color="auto"/>
            <w:left w:val="none" w:sz="0" w:space="0" w:color="auto"/>
            <w:bottom w:val="none" w:sz="0" w:space="0" w:color="auto"/>
            <w:right w:val="none" w:sz="0" w:space="0" w:color="auto"/>
          </w:divBdr>
        </w:div>
        <w:div w:id="1699352581">
          <w:marLeft w:val="480"/>
          <w:marRight w:val="0"/>
          <w:marTop w:val="0"/>
          <w:marBottom w:val="0"/>
          <w:divBdr>
            <w:top w:val="none" w:sz="0" w:space="0" w:color="auto"/>
            <w:left w:val="none" w:sz="0" w:space="0" w:color="auto"/>
            <w:bottom w:val="none" w:sz="0" w:space="0" w:color="auto"/>
            <w:right w:val="none" w:sz="0" w:space="0" w:color="auto"/>
          </w:divBdr>
        </w:div>
        <w:div w:id="1885673066">
          <w:marLeft w:val="480"/>
          <w:marRight w:val="0"/>
          <w:marTop w:val="0"/>
          <w:marBottom w:val="0"/>
          <w:divBdr>
            <w:top w:val="none" w:sz="0" w:space="0" w:color="auto"/>
            <w:left w:val="none" w:sz="0" w:space="0" w:color="auto"/>
            <w:bottom w:val="none" w:sz="0" w:space="0" w:color="auto"/>
            <w:right w:val="none" w:sz="0" w:space="0" w:color="auto"/>
          </w:divBdr>
        </w:div>
        <w:div w:id="1889681979">
          <w:marLeft w:val="480"/>
          <w:marRight w:val="0"/>
          <w:marTop w:val="0"/>
          <w:marBottom w:val="0"/>
          <w:divBdr>
            <w:top w:val="none" w:sz="0" w:space="0" w:color="auto"/>
            <w:left w:val="none" w:sz="0" w:space="0" w:color="auto"/>
            <w:bottom w:val="none" w:sz="0" w:space="0" w:color="auto"/>
            <w:right w:val="none" w:sz="0" w:space="0" w:color="auto"/>
          </w:divBdr>
        </w:div>
        <w:div w:id="1896238641">
          <w:marLeft w:val="480"/>
          <w:marRight w:val="0"/>
          <w:marTop w:val="0"/>
          <w:marBottom w:val="0"/>
          <w:divBdr>
            <w:top w:val="none" w:sz="0" w:space="0" w:color="auto"/>
            <w:left w:val="none" w:sz="0" w:space="0" w:color="auto"/>
            <w:bottom w:val="none" w:sz="0" w:space="0" w:color="auto"/>
            <w:right w:val="none" w:sz="0" w:space="0" w:color="auto"/>
          </w:divBdr>
        </w:div>
        <w:div w:id="2021665168">
          <w:marLeft w:val="480"/>
          <w:marRight w:val="0"/>
          <w:marTop w:val="0"/>
          <w:marBottom w:val="0"/>
          <w:divBdr>
            <w:top w:val="none" w:sz="0" w:space="0" w:color="auto"/>
            <w:left w:val="none" w:sz="0" w:space="0" w:color="auto"/>
            <w:bottom w:val="none" w:sz="0" w:space="0" w:color="auto"/>
            <w:right w:val="none" w:sz="0" w:space="0" w:color="auto"/>
          </w:divBdr>
        </w:div>
      </w:divsChild>
    </w:div>
    <w:div w:id="431054757">
      <w:bodyDiv w:val="1"/>
      <w:marLeft w:val="0"/>
      <w:marRight w:val="0"/>
      <w:marTop w:val="0"/>
      <w:marBottom w:val="0"/>
      <w:divBdr>
        <w:top w:val="none" w:sz="0" w:space="0" w:color="auto"/>
        <w:left w:val="none" w:sz="0" w:space="0" w:color="auto"/>
        <w:bottom w:val="none" w:sz="0" w:space="0" w:color="auto"/>
        <w:right w:val="none" w:sz="0" w:space="0" w:color="auto"/>
      </w:divBdr>
      <w:divsChild>
        <w:div w:id="40784969">
          <w:marLeft w:val="480"/>
          <w:marRight w:val="0"/>
          <w:marTop w:val="0"/>
          <w:marBottom w:val="0"/>
          <w:divBdr>
            <w:top w:val="none" w:sz="0" w:space="0" w:color="auto"/>
            <w:left w:val="none" w:sz="0" w:space="0" w:color="auto"/>
            <w:bottom w:val="none" w:sz="0" w:space="0" w:color="auto"/>
            <w:right w:val="none" w:sz="0" w:space="0" w:color="auto"/>
          </w:divBdr>
        </w:div>
        <w:div w:id="97726635">
          <w:marLeft w:val="480"/>
          <w:marRight w:val="0"/>
          <w:marTop w:val="0"/>
          <w:marBottom w:val="0"/>
          <w:divBdr>
            <w:top w:val="none" w:sz="0" w:space="0" w:color="auto"/>
            <w:left w:val="none" w:sz="0" w:space="0" w:color="auto"/>
            <w:bottom w:val="none" w:sz="0" w:space="0" w:color="auto"/>
            <w:right w:val="none" w:sz="0" w:space="0" w:color="auto"/>
          </w:divBdr>
        </w:div>
        <w:div w:id="156848769">
          <w:marLeft w:val="480"/>
          <w:marRight w:val="0"/>
          <w:marTop w:val="0"/>
          <w:marBottom w:val="0"/>
          <w:divBdr>
            <w:top w:val="none" w:sz="0" w:space="0" w:color="auto"/>
            <w:left w:val="none" w:sz="0" w:space="0" w:color="auto"/>
            <w:bottom w:val="none" w:sz="0" w:space="0" w:color="auto"/>
            <w:right w:val="none" w:sz="0" w:space="0" w:color="auto"/>
          </w:divBdr>
        </w:div>
        <w:div w:id="172652984">
          <w:marLeft w:val="480"/>
          <w:marRight w:val="0"/>
          <w:marTop w:val="0"/>
          <w:marBottom w:val="0"/>
          <w:divBdr>
            <w:top w:val="none" w:sz="0" w:space="0" w:color="auto"/>
            <w:left w:val="none" w:sz="0" w:space="0" w:color="auto"/>
            <w:bottom w:val="none" w:sz="0" w:space="0" w:color="auto"/>
            <w:right w:val="none" w:sz="0" w:space="0" w:color="auto"/>
          </w:divBdr>
        </w:div>
        <w:div w:id="182089900">
          <w:marLeft w:val="480"/>
          <w:marRight w:val="0"/>
          <w:marTop w:val="0"/>
          <w:marBottom w:val="0"/>
          <w:divBdr>
            <w:top w:val="none" w:sz="0" w:space="0" w:color="auto"/>
            <w:left w:val="none" w:sz="0" w:space="0" w:color="auto"/>
            <w:bottom w:val="none" w:sz="0" w:space="0" w:color="auto"/>
            <w:right w:val="none" w:sz="0" w:space="0" w:color="auto"/>
          </w:divBdr>
        </w:div>
        <w:div w:id="245040038">
          <w:marLeft w:val="480"/>
          <w:marRight w:val="0"/>
          <w:marTop w:val="0"/>
          <w:marBottom w:val="0"/>
          <w:divBdr>
            <w:top w:val="none" w:sz="0" w:space="0" w:color="auto"/>
            <w:left w:val="none" w:sz="0" w:space="0" w:color="auto"/>
            <w:bottom w:val="none" w:sz="0" w:space="0" w:color="auto"/>
            <w:right w:val="none" w:sz="0" w:space="0" w:color="auto"/>
          </w:divBdr>
        </w:div>
        <w:div w:id="279607607">
          <w:marLeft w:val="480"/>
          <w:marRight w:val="0"/>
          <w:marTop w:val="0"/>
          <w:marBottom w:val="0"/>
          <w:divBdr>
            <w:top w:val="none" w:sz="0" w:space="0" w:color="auto"/>
            <w:left w:val="none" w:sz="0" w:space="0" w:color="auto"/>
            <w:bottom w:val="none" w:sz="0" w:space="0" w:color="auto"/>
            <w:right w:val="none" w:sz="0" w:space="0" w:color="auto"/>
          </w:divBdr>
        </w:div>
        <w:div w:id="350113603">
          <w:marLeft w:val="480"/>
          <w:marRight w:val="0"/>
          <w:marTop w:val="0"/>
          <w:marBottom w:val="0"/>
          <w:divBdr>
            <w:top w:val="none" w:sz="0" w:space="0" w:color="auto"/>
            <w:left w:val="none" w:sz="0" w:space="0" w:color="auto"/>
            <w:bottom w:val="none" w:sz="0" w:space="0" w:color="auto"/>
            <w:right w:val="none" w:sz="0" w:space="0" w:color="auto"/>
          </w:divBdr>
        </w:div>
        <w:div w:id="433480283">
          <w:marLeft w:val="480"/>
          <w:marRight w:val="0"/>
          <w:marTop w:val="0"/>
          <w:marBottom w:val="0"/>
          <w:divBdr>
            <w:top w:val="none" w:sz="0" w:space="0" w:color="auto"/>
            <w:left w:val="none" w:sz="0" w:space="0" w:color="auto"/>
            <w:bottom w:val="none" w:sz="0" w:space="0" w:color="auto"/>
            <w:right w:val="none" w:sz="0" w:space="0" w:color="auto"/>
          </w:divBdr>
        </w:div>
        <w:div w:id="450366421">
          <w:marLeft w:val="480"/>
          <w:marRight w:val="0"/>
          <w:marTop w:val="0"/>
          <w:marBottom w:val="0"/>
          <w:divBdr>
            <w:top w:val="none" w:sz="0" w:space="0" w:color="auto"/>
            <w:left w:val="none" w:sz="0" w:space="0" w:color="auto"/>
            <w:bottom w:val="none" w:sz="0" w:space="0" w:color="auto"/>
            <w:right w:val="none" w:sz="0" w:space="0" w:color="auto"/>
          </w:divBdr>
        </w:div>
        <w:div w:id="716855335">
          <w:marLeft w:val="480"/>
          <w:marRight w:val="0"/>
          <w:marTop w:val="0"/>
          <w:marBottom w:val="0"/>
          <w:divBdr>
            <w:top w:val="none" w:sz="0" w:space="0" w:color="auto"/>
            <w:left w:val="none" w:sz="0" w:space="0" w:color="auto"/>
            <w:bottom w:val="none" w:sz="0" w:space="0" w:color="auto"/>
            <w:right w:val="none" w:sz="0" w:space="0" w:color="auto"/>
          </w:divBdr>
        </w:div>
        <w:div w:id="827790954">
          <w:marLeft w:val="480"/>
          <w:marRight w:val="0"/>
          <w:marTop w:val="0"/>
          <w:marBottom w:val="0"/>
          <w:divBdr>
            <w:top w:val="none" w:sz="0" w:space="0" w:color="auto"/>
            <w:left w:val="none" w:sz="0" w:space="0" w:color="auto"/>
            <w:bottom w:val="none" w:sz="0" w:space="0" w:color="auto"/>
            <w:right w:val="none" w:sz="0" w:space="0" w:color="auto"/>
          </w:divBdr>
        </w:div>
        <w:div w:id="1110589086">
          <w:marLeft w:val="480"/>
          <w:marRight w:val="0"/>
          <w:marTop w:val="0"/>
          <w:marBottom w:val="0"/>
          <w:divBdr>
            <w:top w:val="none" w:sz="0" w:space="0" w:color="auto"/>
            <w:left w:val="none" w:sz="0" w:space="0" w:color="auto"/>
            <w:bottom w:val="none" w:sz="0" w:space="0" w:color="auto"/>
            <w:right w:val="none" w:sz="0" w:space="0" w:color="auto"/>
          </w:divBdr>
        </w:div>
        <w:div w:id="1337919217">
          <w:marLeft w:val="480"/>
          <w:marRight w:val="0"/>
          <w:marTop w:val="0"/>
          <w:marBottom w:val="0"/>
          <w:divBdr>
            <w:top w:val="none" w:sz="0" w:space="0" w:color="auto"/>
            <w:left w:val="none" w:sz="0" w:space="0" w:color="auto"/>
            <w:bottom w:val="none" w:sz="0" w:space="0" w:color="auto"/>
            <w:right w:val="none" w:sz="0" w:space="0" w:color="auto"/>
          </w:divBdr>
        </w:div>
        <w:div w:id="1369375084">
          <w:marLeft w:val="480"/>
          <w:marRight w:val="0"/>
          <w:marTop w:val="0"/>
          <w:marBottom w:val="0"/>
          <w:divBdr>
            <w:top w:val="none" w:sz="0" w:space="0" w:color="auto"/>
            <w:left w:val="none" w:sz="0" w:space="0" w:color="auto"/>
            <w:bottom w:val="none" w:sz="0" w:space="0" w:color="auto"/>
            <w:right w:val="none" w:sz="0" w:space="0" w:color="auto"/>
          </w:divBdr>
        </w:div>
        <w:div w:id="1385131143">
          <w:marLeft w:val="480"/>
          <w:marRight w:val="0"/>
          <w:marTop w:val="0"/>
          <w:marBottom w:val="0"/>
          <w:divBdr>
            <w:top w:val="none" w:sz="0" w:space="0" w:color="auto"/>
            <w:left w:val="none" w:sz="0" w:space="0" w:color="auto"/>
            <w:bottom w:val="none" w:sz="0" w:space="0" w:color="auto"/>
            <w:right w:val="none" w:sz="0" w:space="0" w:color="auto"/>
          </w:divBdr>
        </w:div>
        <w:div w:id="1400206708">
          <w:marLeft w:val="480"/>
          <w:marRight w:val="0"/>
          <w:marTop w:val="0"/>
          <w:marBottom w:val="0"/>
          <w:divBdr>
            <w:top w:val="none" w:sz="0" w:space="0" w:color="auto"/>
            <w:left w:val="none" w:sz="0" w:space="0" w:color="auto"/>
            <w:bottom w:val="none" w:sz="0" w:space="0" w:color="auto"/>
            <w:right w:val="none" w:sz="0" w:space="0" w:color="auto"/>
          </w:divBdr>
        </w:div>
        <w:div w:id="1402173171">
          <w:marLeft w:val="480"/>
          <w:marRight w:val="0"/>
          <w:marTop w:val="0"/>
          <w:marBottom w:val="0"/>
          <w:divBdr>
            <w:top w:val="none" w:sz="0" w:space="0" w:color="auto"/>
            <w:left w:val="none" w:sz="0" w:space="0" w:color="auto"/>
            <w:bottom w:val="none" w:sz="0" w:space="0" w:color="auto"/>
            <w:right w:val="none" w:sz="0" w:space="0" w:color="auto"/>
          </w:divBdr>
        </w:div>
        <w:div w:id="1475103580">
          <w:marLeft w:val="480"/>
          <w:marRight w:val="0"/>
          <w:marTop w:val="0"/>
          <w:marBottom w:val="0"/>
          <w:divBdr>
            <w:top w:val="none" w:sz="0" w:space="0" w:color="auto"/>
            <w:left w:val="none" w:sz="0" w:space="0" w:color="auto"/>
            <w:bottom w:val="none" w:sz="0" w:space="0" w:color="auto"/>
            <w:right w:val="none" w:sz="0" w:space="0" w:color="auto"/>
          </w:divBdr>
        </w:div>
        <w:div w:id="1614827198">
          <w:marLeft w:val="480"/>
          <w:marRight w:val="0"/>
          <w:marTop w:val="0"/>
          <w:marBottom w:val="0"/>
          <w:divBdr>
            <w:top w:val="none" w:sz="0" w:space="0" w:color="auto"/>
            <w:left w:val="none" w:sz="0" w:space="0" w:color="auto"/>
            <w:bottom w:val="none" w:sz="0" w:space="0" w:color="auto"/>
            <w:right w:val="none" w:sz="0" w:space="0" w:color="auto"/>
          </w:divBdr>
        </w:div>
        <w:div w:id="1628512577">
          <w:marLeft w:val="480"/>
          <w:marRight w:val="0"/>
          <w:marTop w:val="0"/>
          <w:marBottom w:val="0"/>
          <w:divBdr>
            <w:top w:val="none" w:sz="0" w:space="0" w:color="auto"/>
            <w:left w:val="none" w:sz="0" w:space="0" w:color="auto"/>
            <w:bottom w:val="none" w:sz="0" w:space="0" w:color="auto"/>
            <w:right w:val="none" w:sz="0" w:space="0" w:color="auto"/>
          </w:divBdr>
        </w:div>
        <w:div w:id="1763985323">
          <w:marLeft w:val="480"/>
          <w:marRight w:val="0"/>
          <w:marTop w:val="0"/>
          <w:marBottom w:val="0"/>
          <w:divBdr>
            <w:top w:val="none" w:sz="0" w:space="0" w:color="auto"/>
            <w:left w:val="none" w:sz="0" w:space="0" w:color="auto"/>
            <w:bottom w:val="none" w:sz="0" w:space="0" w:color="auto"/>
            <w:right w:val="none" w:sz="0" w:space="0" w:color="auto"/>
          </w:divBdr>
        </w:div>
        <w:div w:id="1825245382">
          <w:marLeft w:val="480"/>
          <w:marRight w:val="0"/>
          <w:marTop w:val="0"/>
          <w:marBottom w:val="0"/>
          <w:divBdr>
            <w:top w:val="none" w:sz="0" w:space="0" w:color="auto"/>
            <w:left w:val="none" w:sz="0" w:space="0" w:color="auto"/>
            <w:bottom w:val="none" w:sz="0" w:space="0" w:color="auto"/>
            <w:right w:val="none" w:sz="0" w:space="0" w:color="auto"/>
          </w:divBdr>
        </w:div>
        <w:div w:id="1894653749">
          <w:marLeft w:val="480"/>
          <w:marRight w:val="0"/>
          <w:marTop w:val="0"/>
          <w:marBottom w:val="0"/>
          <w:divBdr>
            <w:top w:val="none" w:sz="0" w:space="0" w:color="auto"/>
            <w:left w:val="none" w:sz="0" w:space="0" w:color="auto"/>
            <w:bottom w:val="none" w:sz="0" w:space="0" w:color="auto"/>
            <w:right w:val="none" w:sz="0" w:space="0" w:color="auto"/>
          </w:divBdr>
        </w:div>
        <w:div w:id="1900628061">
          <w:marLeft w:val="480"/>
          <w:marRight w:val="0"/>
          <w:marTop w:val="0"/>
          <w:marBottom w:val="0"/>
          <w:divBdr>
            <w:top w:val="none" w:sz="0" w:space="0" w:color="auto"/>
            <w:left w:val="none" w:sz="0" w:space="0" w:color="auto"/>
            <w:bottom w:val="none" w:sz="0" w:space="0" w:color="auto"/>
            <w:right w:val="none" w:sz="0" w:space="0" w:color="auto"/>
          </w:divBdr>
        </w:div>
        <w:div w:id="1923180392">
          <w:marLeft w:val="480"/>
          <w:marRight w:val="0"/>
          <w:marTop w:val="0"/>
          <w:marBottom w:val="0"/>
          <w:divBdr>
            <w:top w:val="none" w:sz="0" w:space="0" w:color="auto"/>
            <w:left w:val="none" w:sz="0" w:space="0" w:color="auto"/>
            <w:bottom w:val="none" w:sz="0" w:space="0" w:color="auto"/>
            <w:right w:val="none" w:sz="0" w:space="0" w:color="auto"/>
          </w:divBdr>
        </w:div>
        <w:div w:id="1931573084">
          <w:marLeft w:val="480"/>
          <w:marRight w:val="0"/>
          <w:marTop w:val="0"/>
          <w:marBottom w:val="0"/>
          <w:divBdr>
            <w:top w:val="none" w:sz="0" w:space="0" w:color="auto"/>
            <w:left w:val="none" w:sz="0" w:space="0" w:color="auto"/>
            <w:bottom w:val="none" w:sz="0" w:space="0" w:color="auto"/>
            <w:right w:val="none" w:sz="0" w:space="0" w:color="auto"/>
          </w:divBdr>
        </w:div>
        <w:div w:id="1934316366">
          <w:marLeft w:val="480"/>
          <w:marRight w:val="0"/>
          <w:marTop w:val="0"/>
          <w:marBottom w:val="0"/>
          <w:divBdr>
            <w:top w:val="none" w:sz="0" w:space="0" w:color="auto"/>
            <w:left w:val="none" w:sz="0" w:space="0" w:color="auto"/>
            <w:bottom w:val="none" w:sz="0" w:space="0" w:color="auto"/>
            <w:right w:val="none" w:sz="0" w:space="0" w:color="auto"/>
          </w:divBdr>
        </w:div>
        <w:div w:id="1962223143">
          <w:marLeft w:val="480"/>
          <w:marRight w:val="0"/>
          <w:marTop w:val="0"/>
          <w:marBottom w:val="0"/>
          <w:divBdr>
            <w:top w:val="none" w:sz="0" w:space="0" w:color="auto"/>
            <w:left w:val="none" w:sz="0" w:space="0" w:color="auto"/>
            <w:bottom w:val="none" w:sz="0" w:space="0" w:color="auto"/>
            <w:right w:val="none" w:sz="0" w:space="0" w:color="auto"/>
          </w:divBdr>
        </w:div>
        <w:div w:id="2051610635">
          <w:marLeft w:val="480"/>
          <w:marRight w:val="0"/>
          <w:marTop w:val="0"/>
          <w:marBottom w:val="0"/>
          <w:divBdr>
            <w:top w:val="none" w:sz="0" w:space="0" w:color="auto"/>
            <w:left w:val="none" w:sz="0" w:space="0" w:color="auto"/>
            <w:bottom w:val="none" w:sz="0" w:space="0" w:color="auto"/>
            <w:right w:val="none" w:sz="0" w:space="0" w:color="auto"/>
          </w:divBdr>
        </w:div>
        <w:div w:id="2073506493">
          <w:marLeft w:val="480"/>
          <w:marRight w:val="0"/>
          <w:marTop w:val="0"/>
          <w:marBottom w:val="0"/>
          <w:divBdr>
            <w:top w:val="none" w:sz="0" w:space="0" w:color="auto"/>
            <w:left w:val="none" w:sz="0" w:space="0" w:color="auto"/>
            <w:bottom w:val="none" w:sz="0" w:space="0" w:color="auto"/>
            <w:right w:val="none" w:sz="0" w:space="0" w:color="auto"/>
          </w:divBdr>
        </w:div>
        <w:div w:id="2085687467">
          <w:marLeft w:val="480"/>
          <w:marRight w:val="0"/>
          <w:marTop w:val="0"/>
          <w:marBottom w:val="0"/>
          <w:divBdr>
            <w:top w:val="none" w:sz="0" w:space="0" w:color="auto"/>
            <w:left w:val="none" w:sz="0" w:space="0" w:color="auto"/>
            <w:bottom w:val="none" w:sz="0" w:space="0" w:color="auto"/>
            <w:right w:val="none" w:sz="0" w:space="0" w:color="auto"/>
          </w:divBdr>
        </w:div>
        <w:div w:id="2126577862">
          <w:marLeft w:val="480"/>
          <w:marRight w:val="0"/>
          <w:marTop w:val="0"/>
          <w:marBottom w:val="0"/>
          <w:divBdr>
            <w:top w:val="none" w:sz="0" w:space="0" w:color="auto"/>
            <w:left w:val="none" w:sz="0" w:space="0" w:color="auto"/>
            <w:bottom w:val="none" w:sz="0" w:space="0" w:color="auto"/>
            <w:right w:val="none" w:sz="0" w:space="0" w:color="auto"/>
          </w:divBdr>
        </w:div>
      </w:divsChild>
    </w:div>
    <w:div w:id="431555626">
      <w:bodyDiv w:val="1"/>
      <w:marLeft w:val="0"/>
      <w:marRight w:val="0"/>
      <w:marTop w:val="0"/>
      <w:marBottom w:val="0"/>
      <w:divBdr>
        <w:top w:val="none" w:sz="0" w:space="0" w:color="auto"/>
        <w:left w:val="none" w:sz="0" w:space="0" w:color="auto"/>
        <w:bottom w:val="none" w:sz="0" w:space="0" w:color="auto"/>
        <w:right w:val="none" w:sz="0" w:space="0" w:color="auto"/>
      </w:divBdr>
    </w:div>
    <w:div w:id="433718042">
      <w:bodyDiv w:val="1"/>
      <w:marLeft w:val="0"/>
      <w:marRight w:val="0"/>
      <w:marTop w:val="0"/>
      <w:marBottom w:val="0"/>
      <w:divBdr>
        <w:top w:val="none" w:sz="0" w:space="0" w:color="auto"/>
        <w:left w:val="none" w:sz="0" w:space="0" w:color="auto"/>
        <w:bottom w:val="none" w:sz="0" w:space="0" w:color="auto"/>
        <w:right w:val="none" w:sz="0" w:space="0" w:color="auto"/>
      </w:divBdr>
    </w:div>
    <w:div w:id="439225599">
      <w:bodyDiv w:val="1"/>
      <w:marLeft w:val="0"/>
      <w:marRight w:val="0"/>
      <w:marTop w:val="0"/>
      <w:marBottom w:val="0"/>
      <w:divBdr>
        <w:top w:val="none" w:sz="0" w:space="0" w:color="auto"/>
        <w:left w:val="none" w:sz="0" w:space="0" w:color="auto"/>
        <w:bottom w:val="none" w:sz="0" w:space="0" w:color="auto"/>
        <w:right w:val="none" w:sz="0" w:space="0" w:color="auto"/>
      </w:divBdr>
    </w:div>
    <w:div w:id="447436270">
      <w:bodyDiv w:val="1"/>
      <w:marLeft w:val="0"/>
      <w:marRight w:val="0"/>
      <w:marTop w:val="0"/>
      <w:marBottom w:val="0"/>
      <w:divBdr>
        <w:top w:val="none" w:sz="0" w:space="0" w:color="auto"/>
        <w:left w:val="none" w:sz="0" w:space="0" w:color="auto"/>
        <w:bottom w:val="none" w:sz="0" w:space="0" w:color="auto"/>
        <w:right w:val="none" w:sz="0" w:space="0" w:color="auto"/>
      </w:divBdr>
    </w:div>
    <w:div w:id="449514228">
      <w:bodyDiv w:val="1"/>
      <w:marLeft w:val="0"/>
      <w:marRight w:val="0"/>
      <w:marTop w:val="0"/>
      <w:marBottom w:val="0"/>
      <w:divBdr>
        <w:top w:val="none" w:sz="0" w:space="0" w:color="auto"/>
        <w:left w:val="none" w:sz="0" w:space="0" w:color="auto"/>
        <w:bottom w:val="none" w:sz="0" w:space="0" w:color="auto"/>
        <w:right w:val="none" w:sz="0" w:space="0" w:color="auto"/>
      </w:divBdr>
      <w:divsChild>
        <w:div w:id="38214324">
          <w:marLeft w:val="480"/>
          <w:marRight w:val="0"/>
          <w:marTop w:val="0"/>
          <w:marBottom w:val="0"/>
          <w:divBdr>
            <w:top w:val="none" w:sz="0" w:space="0" w:color="auto"/>
            <w:left w:val="none" w:sz="0" w:space="0" w:color="auto"/>
            <w:bottom w:val="none" w:sz="0" w:space="0" w:color="auto"/>
            <w:right w:val="none" w:sz="0" w:space="0" w:color="auto"/>
          </w:divBdr>
        </w:div>
        <w:div w:id="93791908">
          <w:marLeft w:val="480"/>
          <w:marRight w:val="0"/>
          <w:marTop w:val="0"/>
          <w:marBottom w:val="0"/>
          <w:divBdr>
            <w:top w:val="none" w:sz="0" w:space="0" w:color="auto"/>
            <w:left w:val="none" w:sz="0" w:space="0" w:color="auto"/>
            <w:bottom w:val="none" w:sz="0" w:space="0" w:color="auto"/>
            <w:right w:val="none" w:sz="0" w:space="0" w:color="auto"/>
          </w:divBdr>
        </w:div>
        <w:div w:id="109664137">
          <w:marLeft w:val="480"/>
          <w:marRight w:val="0"/>
          <w:marTop w:val="0"/>
          <w:marBottom w:val="0"/>
          <w:divBdr>
            <w:top w:val="none" w:sz="0" w:space="0" w:color="auto"/>
            <w:left w:val="none" w:sz="0" w:space="0" w:color="auto"/>
            <w:bottom w:val="none" w:sz="0" w:space="0" w:color="auto"/>
            <w:right w:val="none" w:sz="0" w:space="0" w:color="auto"/>
          </w:divBdr>
        </w:div>
        <w:div w:id="140197720">
          <w:marLeft w:val="480"/>
          <w:marRight w:val="0"/>
          <w:marTop w:val="0"/>
          <w:marBottom w:val="0"/>
          <w:divBdr>
            <w:top w:val="none" w:sz="0" w:space="0" w:color="auto"/>
            <w:left w:val="none" w:sz="0" w:space="0" w:color="auto"/>
            <w:bottom w:val="none" w:sz="0" w:space="0" w:color="auto"/>
            <w:right w:val="none" w:sz="0" w:space="0" w:color="auto"/>
          </w:divBdr>
        </w:div>
        <w:div w:id="164248074">
          <w:marLeft w:val="480"/>
          <w:marRight w:val="0"/>
          <w:marTop w:val="0"/>
          <w:marBottom w:val="0"/>
          <w:divBdr>
            <w:top w:val="none" w:sz="0" w:space="0" w:color="auto"/>
            <w:left w:val="none" w:sz="0" w:space="0" w:color="auto"/>
            <w:bottom w:val="none" w:sz="0" w:space="0" w:color="auto"/>
            <w:right w:val="none" w:sz="0" w:space="0" w:color="auto"/>
          </w:divBdr>
        </w:div>
        <w:div w:id="206987467">
          <w:marLeft w:val="480"/>
          <w:marRight w:val="0"/>
          <w:marTop w:val="0"/>
          <w:marBottom w:val="0"/>
          <w:divBdr>
            <w:top w:val="none" w:sz="0" w:space="0" w:color="auto"/>
            <w:left w:val="none" w:sz="0" w:space="0" w:color="auto"/>
            <w:bottom w:val="none" w:sz="0" w:space="0" w:color="auto"/>
            <w:right w:val="none" w:sz="0" w:space="0" w:color="auto"/>
          </w:divBdr>
        </w:div>
        <w:div w:id="224143194">
          <w:marLeft w:val="480"/>
          <w:marRight w:val="0"/>
          <w:marTop w:val="0"/>
          <w:marBottom w:val="0"/>
          <w:divBdr>
            <w:top w:val="none" w:sz="0" w:space="0" w:color="auto"/>
            <w:left w:val="none" w:sz="0" w:space="0" w:color="auto"/>
            <w:bottom w:val="none" w:sz="0" w:space="0" w:color="auto"/>
            <w:right w:val="none" w:sz="0" w:space="0" w:color="auto"/>
          </w:divBdr>
        </w:div>
        <w:div w:id="329138164">
          <w:marLeft w:val="480"/>
          <w:marRight w:val="0"/>
          <w:marTop w:val="0"/>
          <w:marBottom w:val="0"/>
          <w:divBdr>
            <w:top w:val="none" w:sz="0" w:space="0" w:color="auto"/>
            <w:left w:val="none" w:sz="0" w:space="0" w:color="auto"/>
            <w:bottom w:val="none" w:sz="0" w:space="0" w:color="auto"/>
            <w:right w:val="none" w:sz="0" w:space="0" w:color="auto"/>
          </w:divBdr>
        </w:div>
        <w:div w:id="424888311">
          <w:marLeft w:val="480"/>
          <w:marRight w:val="0"/>
          <w:marTop w:val="0"/>
          <w:marBottom w:val="0"/>
          <w:divBdr>
            <w:top w:val="none" w:sz="0" w:space="0" w:color="auto"/>
            <w:left w:val="none" w:sz="0" w:space="0" w:color="auto"/>
            <w:bottom w:val="none" w:sz="0" w:space="0" w:color="auto"/>
            <w:right w:val="none" w:sz="0" w:space="0" w:color="auto"/>
          </w:divBdr>
        </w:div>
        <w:div w:id="429813111">
          <w:marLeft w:val="480"/>
          <w:marRight w:val="0"/>
          <w:marTop w:val="0"/>
          <w:marBottom w:val="0"/>
          <w:divBdr>
            <w:top w:val="none" w:sz="0" w:space="0" w:color="auto"/>
            <w:left w:val="none" w:sz="0" w:space="0" w:color="auto"/>
            <w:bottom w:val="none" w:sz="0" w:space="0" w:color="auto"/>
            <w:right w:val="none" w:sz="0" w:space="0" w:color="auto"/>
          </w:divBdr>
        </w:div>
        <w:div w:id="514422685">
          <w:marLeft w:val="480"/>
          <w:marRight w:val="0"/>
          <w:marTop w:val="0"/>
          <w:marBottom w:val="0"/>
          <w:divBdr>
            <w:top w:val="none" w:sz="0" w:space="0" w:color="auto"/>
            <w:left w:val="none" w:sz="0" w:space="0" w:color="auto"/>
            <w:bottom w:val="none" w:sz="0" w:space="0" w:color="auto"/>
            <w:right w:val="none" w:sz="0" w:space="0" w:color="auto"/>
          </w:divBdr>
        </w:div>
        <w:div w:id="571277472">
          <w:marLeft w:val="480"/>
          <w:marRight w:val="0"/>
          <w:marTop w:val="0"/>
          <w:marBottom w:val="0"/>
          <w:divBdr>
            <w:top w:val="none" w:sz="0" w:space="0" w:color="auto"/>
            <w:left w:val="none" w:sz="0" w:space="0" w:color="auto"/>
            <w:bottom w:val="none" w:sz="0" w:space="0" w:color="auto"/>
            <w:right w:val="none" w:sz="0" w:space="0" w:color="auto"/>
          </w:divBdr>
        </w:div>
        <w:div w:id="677125821">
          <w:marLeft w:val="480"/>
          <w:marRight w:val="0"/>
          <w:marTop w:val="0"/>
          <w:marBottom w:val="0"/>
          <w:divBdr>
            <w:top w:val="none" w:sz="0" w:space="0" w:color="auto"/>
            <w:left w:val="none" w:sz="0" w:space="0" w:color="auto"/>
            <w:bottom w:val="none" w:sz="0" w:space="0" w:color="auto"/>
            <w:right w:val="none" w:sz="0" w:space="0" w:color="auto"/>
          </w:divBdr>
        </w:div>
        <w:div w:id="726145431">
          <w:marLeft w:val="480"/>
          <w:marRight w:val="0"/>
          <w:marTop w:val="0"/>
          <w:marBottom w:val="0"/>
          <w:divBdr>
            <w:top w:val="none" w:sz="0" w:space="0" w:color="auto"/>
            <w:left w:val="none" w:sz="0" w:space="0" w:color="auto"/>
            <w:bottom w:val="none" w:sz="0" w:space="0" w:color="auto"/>
            <w:right w:val="none" w:sz="0" w:space="0" w:color="auto"/>
          </w:divBdr>
        </w:div>
        <w:div w:id="736903680">
          <w:marLeft w:val="480"/>
          <w:marRight w:val="0"/>
          <w:marTop w:val="0"/>
          <w:marBottom w:val="0"/>
          <w:divBdr>
            <w:top w:val="none" w:sz="0" w:space="0" w:color="auto"/>
            <w:left w:val="none" w:sz="0" w:space="0" w:color="auto"/>
            <w:bottom w:val="none" w:sz="0" w:space="0" w:color="auto"/>
            <w:right w:val="none" w:sz="0" w:space="0" w:color="auto"/>
          </w:divBdr>
        </w:div>
        <w:div w:id="1021202595">
          <w:marLeft w:val="480"/>
          <w:marRight w:val="0"/>
          <w:marTop w:val="0"/>
          <w:marBottom w:val="0"/>
          <w:divBdr>
            <w:top w:val="none" w:sz="0" w:space="0" w:color="auto"/>
            <w:left w:val="none" w:sz="0" w:space="0" w:color="auto"/>
            <w:bottom w:val="none" w:sz="0" w:space="0" w:color="auto"/>
            <w:right w:val="none" w:sz="0" w:space="0" w:color="auto"/>
          </w:divBdr>
        </w:div>
        <w:div w:id="1021511923">
          <w:marLeft w:val="480"/>
          <w:marRight w:val="0"/>
          <w:marTop w:val="0"/>
          <w:marBottom w:val="0"/>
          <w:divBdr>
            <w:top w:val="none" w:sz="0" w:space="0" w:color="auto"/>
            <w:left w:val="none" w:sz="0" w:space="0" w:color="auto"/>
            <w:bottom w:val="none" w:sz="0" w:space="0" w:color="auto"/>
            <w:right w:val="none" w:sz="0" w:space="0" w:color="auto"/>
          </w:divBdr>
        </w:div>
        <w:div w:id="1110397249">
          <w:marLeft w:val="480"/>
          <w:marRight w:val="0"/>
          <w:marTop w:val="0"/>
          <w:marBottom w:val="0"/>
          <w:divBdr>
            <w:top w:val="none" w:sz="0" w:space="0" w:color="auto"/>
            <w:left w:val="none" w:sz="0" w:space="0" w:color="auto"/>
            <w:bottom w:val="none" w:sz="0" w:space="0" w:color="auto"/>
            <w:right w:val="none" w:sz="0" w:space="0" w:color="auto"/>
          </w:divBdr>
        </w:div>
        <w:div w:id="1203247726">
          <w:marLeft w:val="480"/>
          <w:marRight w:val="0"/>
          <w:marTop w:val="0"/>
          <w:marBottom w:val="0"/>
          <w:divBdr>
            <w:top w:val="none" w:sz="0" w:space="0" w:color="auto"/>
            <w:left w:val="none" w:sz="0" w:space="0" w:color="auto"/>
            <w:bottom w:val="none" w:sz="0" w:space="0" w:color="auto"/>
            <w:right w:val="none" w:sz="0" w:space="0" w:color="auto"/>
          </w:divBdr>
        </w:div>
        <w:div w:id="1220097434">
          <w:marLeft w:val="480"/>
          <w:marRight w:val="0"/>
          <w:marTop w:val="0"/>
          <w:marBottom w:val="0"/>
          <w:divBdr>
            <w:top w:val="none" w:sz="0" w:space="0" w:color="auto"/>
            <w:left w:val="none" w:sz="0" w:space="0" w:color="auto"/>
            <w:bottom w:val="none" w:sz="0" w:space="0" w:color="auto"/>
            <w:right w:val="none" w:sz="0" w:space="0" w:color="auto"/>
          </w:divBdr>
        </w:div>
        <w:div w:id="1223130045">
          <w:marLeft w:val="480"/>
          <w:marRight w:val="0"/>
          <w:marTop w:val="0"/>
          <w:marBottom w:val="0"/>
          <w:divBdr>
            <w:top w:val="none" w:sz="0" w:space="0" w:color="auto"/>
            <w:left w:val="none" w:sz="0" w:space="0" w:color="auto"/>
            <w:bottom w:val="none" w:sz="0" w:space="0" w:color="auto"/>
            <w:right w:val="none" w:sz="0" w:space="0" w:color="auto"/>
          </w:divBdr>
        </w:div>
        <w:div w:id="1281494444">
          <w:marLeft w:val="480"/>
          <w:marRight w:val="0"/>
          <w:marTop w:val="0"/>
          <w:marBottom w:val="0"/>
          <w:divBdr>
            <w:top w:val="none" w:sz="0" w:space="0" w:color="auto"/>
            <w:left w:val="none" w:sz="0" w:space="0" w:color="auto"/>
            <w:bottom w:val="none" w:sz="0" w:space="0" w:color="auto"/>
            <w:right w:val="none" w:sz="0" w:space="0" w:color="auto"/>
          </w:divBdr>
        </w:div>
        <w:div w:id="1316379355">
          <w:marLeft w:val="480"/>
          <w:marRight w:val="0"/>
          <w:marTop w:val="0"/>
          <w:marBottom w:val="0"/>
          <w:divBdr>
            <w:top w:val="none" w:sz="0" w:space="0" w:color="auto"/>
            <w:left w:val="none" w:sz="0" w:space="0" w:color="auto"/>
            <w:bottom w:val="none" w:sz="0" w:space="0" w:color="auto"/>
            <w:right w:val="none" w:sz="0" w:space="0" w:color="auto"/>
          </w:divBdr>
        </w:div>
        <w:div w:id="1403063754">
          <w:marLeft w:val="480"/>
          <w:marRight w:val="0"/>
          <w:marTop w:val="0"/>
          <w:marBottom w:val="0"/>
          <w:divBdr>
            <w:top w:val="none" w:sz="0" w:space="0" w:color="auto"/>
            <w:left w:val="none" w:sz="0" w:space="0" w:color="auto"/>
            <w:bottom w:val="none" w:sz="0" w:space="0" w:color="auto"/>
            <w:right w:val="none" w:sz="0" w:space="0" w:color="auto"/>
          </w:divBdr>
        </w:div>
        <w:div w:id="1406877570">
          <w:marLeft w:val="480"/>
          <w:marRight w:val="0"/>
          <w:marTop w:val="0"/>
          <w:marBottom w:val="0"/>
          <w:divBdr>
            <w:top w:val="none" w:sz="0" w:space="0" w:color="auto"/>
            <w:left w:val="none" w:sz="0" w:space="0" w:color="auto"/>
            <w:bottom w:val="none" w:sz="0" w:space="0" w:color="auto"/>
            <w:right w:val="none" w:sz="0" w:space="0" w:color="auto"/>
          </w:divBdr>
        </w:div>
        <w:div w:id="1499225801">
          <w:marLeft w:val="480"/>
          <w:marRight w:val="0"/>
          <w:marTop w:val="0"/>
          <w:marBottom w:val="0"/>
          <w:divBdr>
            <w:top w:val="none" w:sz="0" w:space="0" w:color="auto"/>
            <w:left w:val="none" w:sz="0" w:space="0" w:color="auto"/>
            <w:bottom w:val="none" w:sz="0" w:space="0" w:color="auto"/>
            <w:right w:val="none" w:sz="0" w:space="0" w:color="auto"/>
          </w:divBdr>
        </w:div>
        <w:div w:id="1533421289">
          <w:marLeft w:val="480"/>
          <w:marRight w:val="0"/>
          <w:marTop w:val="0"/>
          <w:marBottom w:val="0"/>
          <w:divBdr>
            <w:top w:val="none" w:sz="0" w:space="0" w:color="auto"/>
            <w:left w:val="none" w:sz="0" w:space="0" w:color="auto"/>
            <w:bottom w:val="none" w:sz="0" w:space="0" w:color="auto"/>
            <w:right w:val="none" w:sz="0" w:space="0" w:color="auto"/>
          </w:divBdr>
        </w:div>
        <w:div w:id="1610894956">
          <w:marLeft w:val="480"/>
          <w:marRight w:val="0"/>
          <w:marTop w:val="0"/>
          <w:marBottom w:val="0"/>
          <w:divBdr>
            <w:top w:val="none" w:sz="0" w:space="0" w:color="auto"/>
            <w:left w:val="none" w:sz="0" w:space="0" w:color="auto"/>
            <w:bottom w:val="none" w:sz="0" w:space="0" w:color="auto"/>
            <w:right w:val="none" w:sz="0" w:space="0" w:color="auto"/>
          </w:divBdr>
        </w:div>
        <w:div w:id="1803307799">
          <w:marLeft w:val="480"/>
          <w:marRight w:val="0"/>
          <w:marTop w:val="0"/>
          <w:marBottom w:val="0"/>
          <w:divBdr>
            <w:top w:val="none" w:sz="0" w:space="0" w:color="auto"/>
            <w:left w:val="none" w:sz="0" w:space="0" w:color="auto"/>
            <w:bottom w:val="none" w:sz="0" w:space="0" w:color="auto"/>
            <w:right w:val="none" w:sz="0" w:space="0" w:color="auto"/>
          </w:divBdr>
        </w:div>
        <w:div w:id="1879659752">
          <w:marLeft w:val="480"/>
          <w:marRight w:val="0"/>
          <w:marTop w:val="0"/>
          <w:marBottom w:val="0"/>
          <w:divBdr>
            <w:top w:val="none" w:sz="0" w:space="0" w:color="auto"/>
            <w:left w:val="none" w:sz="0" w:space="0" w:color="auto"/>
            <w:bottom w:val="none" w:sz="0" w:space="0" w:color="auto"/>
            <w:right w:val="none" w:sz="0" w:space="0" w:color="auto"/>
          </w:divBdr>
        </w:div>
        <w:div w:id="1956326009">
          <w:marLeft w:val="480"/>
          <w:marRight w:val="0"/>
          <w:marTop w:val="0"/>
          <w:marBottom w:val="0"/>
          <w:divBdr>
            <w:top w:val="none" w:sz="0" w:space="0" w:color="auto"/>
            <w:left w:val="none" w:sz="0" w:space="0" w:color="auto"/>
            <w:bottom w:val="none" w:sz="0" w:space="0" w:color="auto"/>
            <w:right w:val="none" w:sz="0" w:space="0" w:color="auto"/>
          </w:divBdr>
        </w:div>
        <w:div w:id="1975014556">
          <w:marLeft w:val="480"/>
          <w:marRight w:val="0"/>
          <w:marTop w:val="0"/>
          <w:marBottom w:val="0"/>
          <w:divBdr>
            <w:top w:val="none" w:sz="0" w:space="0" w:color="auto"/>
            <w:left w:val="none" w:sz="0" w:space="0" w:color="auto"/>
            <w:bottom w:val="none" w:sz="0" w:space="0" w:color="auto"/>
            <w:right w:val="none" w:sz="0" w:space="0" w:color="auto"/>
          </w:divBdr>
        </w:div>
        <w:div w:id="2015301502">
          <w:marLeft w:val="480"/>
          <w:marRight w:val="0"/>
          <w:marTop w:val="0"/>
          <w:marBottom w:val="0"/>
          <w:divBdr>
            <w:top w:val="none" w:sz="0" w:space="0" w:color="auto"/>
            <w:left w:val="none" w:sz="0" w:space="0" w:color="auto"/>
            <w:bottom w:val="none" w:sz="0" w:space="0" w:color="auto"/>
            <w:right w:val="none" w:sz="0" w:space="0" w:color="auto"/>
          </w:divBdr>
        </w:div>
        <w:div w:id="2038114874">
          <w:marLeft w:val="480"/>
          <w:marRight w:val="0"/>
          <w:marTop w:val="0"/>
          <w:marBottom w:val="0"/>
          <w:divBdr>
            <w:top w:val="none" w:sz="0" w:space="0" w:color="auto"/>
            <w:left w:val="none" w:sz="0" w:space="0" w:color="auto"/>
            <w:bottom w:val="none" w:sz="0" w:space="0" w:color="auto"/>
            <w:right w:val="none" w:sz="0" w:space="0" w:color="auto"/>
          </w:divBdr>
        </w:div>
        <w:div w:id="2138334510">
          <w:marLeft w:val="480"/>
          <w:marRight w:val="0"/>
          <w:marTop w:val="0"/>
          <w:marBottom w:val="0"/>
          <w:divBdr>
            <w:top w:val="none" w:sz="0" w:space="0" w:color="auto"/>
            <w:left w:val="none" w:sz="0" w:space="0" w:color="auto"/>
            <w:bottom w:val="none" w:sz="0" w:space="0" w:color="auto"/>
            <w:right w:val="none" w:sz="0" w:space="0" w:color="auto"/>
          </w:divBdr>
        </w:div>
      </w:divsChild>
    </w:div>
    <w:div w:id="452558401">
      <w:bodyDiv w:val="1"/>
      <w:marLeft w:val="0"/>
      <w:marRight w:val="0"/>
      <w:marTop w:val="0"/>
      <w:marBottom w:val="0"/>
      <w:divBdr>
        <w:top w:val="none" w:sz="0" w:space="0" w:color="auto"/>
        <w:left w:val="none" w:sz="0" w:space="0" w:color="auto"/>
        <w:bottom w:val="none" w:sz="0" w:space="0" w:color="auto"/>
        <w:right w:val="none" w:sz="0" w:space="0" w:color="auto"/>
      </w:divBdr>
    </w:div>
    <w:div w:id="453597993">
      <w:bodyDiv w:val="1"/>
      <w:marLeft w:val="0"/>
      <w:marRight w:val="0"/>
      <w:marTop w:val="0"/>
      <w:marBottom w:val="0"/>
      <w:divBdr>
        <w:top w:val="none" w:sz="0" w:space="0" w:color="auto"/>
        <w:left w:val="none" w:sz="0" w:space="0" w:color="auto"/>
        <w:bottom w:val="none" w:sz="0" w:space="0" w:color="auto"/>
        <w:right w:val="none" w:sz="0" w:space="0" w:color="auto"/>
      </w:divBdr>
    </w:div>
    <w:div w:id="454107132">
      <w:bodyDiv w:val="1"/>
      <w:marLeft w:val="0"/>
      <w:marRight w:val="0"/>
      <w:marTop w:val="0"/>
      <w:marBottom w:val="0"/>
      <w:divBdr>
        <w:top w:val="none" w:sz="0" w:space="0" w:color="auto"/>
        <w:left w:val="none" w:sz="0" w:space="0" w:color="auto"/>
        <w:bottom w:val="none" w:sz="0" w:space="0" w:color="auto"/>
        <w:right w:val="none" w:sz="0" w:space="0" w:color="auto"/>
      </w:divBdr>
    </w:div>
    <w:div w:id="454183614">
      <w:bodyDiv w:val="1"/>
      <w:marLeft w:val="0"/>
      <w:marRight w:val="0"/>
      <w:marTop w:val="0"/>
      <w:marBottom w:val="0"/>
      <w:divBdr>
        <w:top w:val="none" w:sz="0" w:space="0" w:color="auto"/>
        <w:left w:val="none" w:sz="0" w:space="0" w:color="auto"/>
        <w:bottom w:val="none" w:sz="0" w:space="0" w:color="auto"/>
        <w:right w:val="none" w:sz="0" w:space="0" w:color="auto"/>
      </w:divBdr>
      <w:divsChild>
        <w:div w:id="8721634">
          <w:marLeft w:val="480"/>
          <w:marRight w:val="0"/>
          <w:marTop w:val="0"/>
          <w:marBottom w:val="0"/>
          <w:divBdr>
            <w:top w:val="none" w:sz="0" w:space="0" w:color="auto"/>
            <w:left w:val="none" w:sz="0" w:space="0" w:color="auto"/>
            <w:bottom w:val="none" w:sz="0" w:space="0" w:color="auto"/>
            <w:right w:val="none" w:sz="0" w:space="0" w:color="auto"/>
          </w:divBdr>
        </w:div>
        <w:div w:id="100533439">
          <w:marLeft w:val="480"/>
          <w:marRight w:val="0"/>
          <w:marTop w:val="0"/>
          <w:marBottom w:val="0"/>
          <w:divBdr>
            <w:top w:val="none" w:sz="0" w:space="0" w:color="auto"/>
            <w:left w:val="none" w:sz="0" w:space="0" w:color="auto"/>
            <w:bottom w:val="none" w:sz="0" w:space="0" w:color="auto"/>
            <w:right w:val="none" w:sz="0" w:space="0" w:color="auto"/>
          </w:divBdr>
        </w:div>
        <w:div w:id="443959758">
          <w:marLeft w:val="480"/>
          <w:marRight w:val="0"/>
          <w:marTop w:val="0"/>
          <w:marBottom w:val="0"/>
          <w:divBdr>
            <w:top w:val="none" w:sz="0" w:space="0" w:color="auto"/>
            <w:left w:val="none" w:sz="0" w:space="0" w:color="auto"/>
            <w:bottom w:val="none" w:sz="0" w:space="0" w:color="auto"/>
            <w:right w:val="none" w:sz="0" w:space="0" w:color="auto"/>
          </w:divBdr>
        </w:div>
        <w:div w:id="469130408">
          <w:marLeft w:val="480"/>
          <w:marRight w:val="0"/>
          <w:marTop w:val="0"/>
          <w:marBottom w:val="0"/>
          <w:divBdr>
            <w:top w:val="none" w:sz="0" w:space="0" w:color="auto"/>
            <w:left w:val="none" w:sz="0" w:space="0" w:color="auto"/>
            <w:bottom w:val="none" w:sz="0" w:space="0" w:color="auto"/>
            <w:right w:val="none" w:sz="0" w:space="0" w:color="auto"/>
          </w:divBdr>
        </w:div>
        <w:div w:id="470827649">
          <w:marLeft w:val="480"/>
          <w:marRight w:val="0"/>
          <w:marTop w:val="0"/>
          <w:marBottom w:val="0"/>
          <w:divBdr>
            <w:top w:val="none" w:sz="0" w:space="0" w:color="auto"/>
            <w:left w:val="none" w:sz="0" w:space="0" w:color="auto"/>
            <w:bottom w:val="none" w:sz="0" w:space="0" w:color="auto"/>
            <w:right w:val="none" w:sz="0" w:space="0" w:color="auto"/>
          </w:divBdr>
        </w:div>
        <w:div w:id="517819379">
          <w:marLeft w:val="480"/>
          <w:marRight w:val="0"/>
          <w:marTop w:val="0"/>
          <w:marBottom w:val="0"/>
          <w:divBdr>
            <w:top w:val="none" w:sz="0" w:space="0" w:color="auto"/>
            <w:left w:val="none" w:sz="0" w:space="0" w:color="auto"/>
            <w:bottom w:val="none" w:sz="0" w:space="0" w:color="auto"/>
            <w:right w:val="none" w:sz="0" w:space="0" w:color="auto"/>
          </w:divBdr>
        </w:div>
        <w:div w:id="532155368">
          <w:marLeft w:val="480"/>
          <w:marRight w:val="0"/>
          <w:marTop w:val="0"/>
          <w:marBottom w:val="0"/>
          <w:divBdr>
            <w:top w:val="none" w:sz="0" w:space="0" w:color="auto"/>
            <w:left w:val="none" w:sz="0" w:space="0" w:color="auto"/>
            <w:bottom w:val="none" w:sz="0" w:space="0" w:color="auto"/>
            <w:right w:val="none" w:sz="0" w:space="0" w:color="auto"/>
          </w:divBdr>
        </w:div>
        <w:div w:id="580336371">
          <w:marLeft w:val="480"/>
          <w:marRight w:val="0"/>
          <w:marTop w:val="0"/>
          <w:marBottom w:val="0"/>
          <w:divBdr>
            <w:top w:val="none" w:sz="0" w:space="0" w:color="auto"/>
            <w:left w:val="none" w:sz="0" w:space="0" w:color="auto"/>
            <w:bottom w:val="none" w:sz="0" w:space="0" w:color="auto"/>
            <w:right w:val="none" w:sz="0" w:space="0" w:color="auto"/>
          </w:divBdr>
        </w:div>
        <w:div w:id="707535956">
          <w:marLeft w:val="480"/>
          <w:marRight w:val="0"/>
          <w:marTop w:val="0"/>
          <w:marBottom w:val="0"/>
          <w:divBdr>
            <w:top w:val="none" w:sz="0" w:space="0" w:color="auto"/>
            <w:left w:val="none" w:sz="0" w:space="0" w:color="auto"/>
            <w:bottom w:val="none" w:sz="0" w:space="0" w:color="auto"/>
            <w:right w:val="none" w:sz="0" w:space="0" w:color="auto"/>
          </w:divBdr>
        </w:div>
        <w:div w:id="725450682">
          <w:marLeft w:val="480"/>
          <w:marRight w:val="0"/>
          <w:marTop w:val="0"/>
          <w:marBottom w:val="0"/>
          <w:divBdr>
            <w:top w:val="none" w:sz="0" w:space="0" w:color="auto"/>
            <w:left w:val="none" w:sz="0" w:space="0" w:color="auto"/>
            <w:bottom w:val="none" w:sz="0" w:space="0" w:color="auto"/>
            <w:right w:val="none" w:sz="0" w:space="0" w:color="auto"/>
          </w:divBdr>
        </w:div>
        <w:div w:id="819810387">
          <w:marLeft w:val="480"/>
          <w:marRight w:val="0"/>
          <w:marTop w:val="0"/>
          <w:marBottom w:val="0"/>
          <w:divBdr>
            <w:top w:val="none" w:sz="0" w:space="0" w:color="auto"/>
            <w:left w:val="none" w:sz="0" w:space="0" w:color="auto"/>
            <w:bottom w:val="none" w:sz="0" w:space="0" w:color="auto"/>
            <w:right w:val="none" w:sz="0" w:space="0" w:color="auto"/>
          </w:divBdr>
        </w:div>
        <w:div w:id="899946713">
          <w:marLeft w:val="480"/>
          <w:marRight w:val="0"/>
          <w:marTop w:val="0"/>
          <w:marBottom w:val="0"/>
          <w:divBdr>
            <w:top w:val="none" w:sz="0" w:space="0" w:color="auto"/>
            <w:left w:val="none" w:sz="0" w:space="0" w:color="auto"/>
            <w:bottom w:val="none" w:sz="0" w:space="0" w:color="auto"/>
            <w:right w:val="none" w:sz="0" w:space="0" w:color="auto"/>
          </w:divBdr>
        </w:div>
        <w:div w:id="1000353675">
          <w:marLeft w:val="480"/>
          <w:marRight w:val="0"/>
          <w:marTop w:val="0"/>
          <w:marBottom w:val="0"/>
          <w:divBdr>
            <w:top w:val="none" w:sz="0" w:space="0" w:color="auto"/>
            <w:left w:val="none" w:sz="0" w:space="0" w:color="auto"/>
            <w:bottom w:val="none" w:sz="0" w:space="0" w:color="auto"/>
            <w:right w:val="none" w:sz="0" w:space="0" w:color="auto"/>
          </w:divBdr>
        </w:div>
        <w:div w:id="1035037949">
          <w:marLeft w:val="480"/>
          <w:marRight w:val="0"/>
          <w:marTop w:val="0"/>
          <w:marBottom w:val="0"/>
          <w:divBdr>
            <w:top w:val="none" w:sz="0" w:space="0" w:color="auto"/>
            <w:left w:val="none" w:sz="0" w:space="0" w:color="auto"/>
            <w:bottom w:val="none" w:sz="0" w:space="0" w:color="auto"/>
            <w:right w:val="none" w:sz="0" w:space="0" w:color="auto"/>
          </w:divBdr>
        </w:div>
        <w:div w:id="1074662079">
          <w:marLeft w:val="480"/>
          <w:marRight w:val="0"/>
          <w:marTop w:val="0"/>
          <w:marBottom w:val="0"/>
          <w:divBdr>
            <w:top w:val="none" w:sz="0" w:space="0" w:color="auto"/>
            <w:left w:val="none" w:sz="0" w:space="0" w:color="auto"/>
            <w:bottom w:val="none" w:sz="0" w:space="0" w:color="auto"/>
            <w:right w:val="none" w:sz="0" w:space="0" w:color="auto"/>
          </w:divBdr>
        </w:div>
        <w:div w:id="1094010116">
          <w:marLeft w:val="480"/>
          <w:marRight w:val="0"/>
          <w:marTop w:val="0"/>
          <w:marBottom w:val="0"/>
          <w:divBdr>
            <w:top w:val="none" w:sz="0" w:space="0" w:color="auto"/>
            <w:left w:val="none" w:sz="0" w:space="0" w:color="auto"/>
            <w:bottom w:val="none" w:sz="0" w:space="0" w:color="auto"/>
            <w:right w:val="none" w:sz="0" w:space="0" w:color="auto"/>
          </w:divBdr>
        </w:div>
        <w:div w:id="1136410867">
          <w:marLeft w:val="480"/>
          <w:marRight w:val="0"/>
          <w:marTop w:val="0"/>
          <w:marBottom w:val="0"/>
          <w:divBdr>
            <w:top w:val="none" w:sz="0" w:space="0" w:color="auto"/>
            <w:left w:val="none" w:sz="0" w:space="0" w:color="auto"/>
            <w:bottom w:val="none" w:sz="0" w:space="0" w:color="auto"/>
            <w:right w:val="none" w:sz="0" w:space="0" w:color="auto"/>
          </w:divBdr>
        </w:div>
        <w:div w:id="1232934369">
          <w:marLeft w:val="480"/>
          <w:marRight w:val="0"/>
          <w:marTop w:val="0"/>
          <w:marBottom w:val="0"/>
          <w:divBdr>
            <w:top w:val="none" w:sz="0" w:space="0" w:color="auto"/>
            <w:left w:val="none" w:sz="0" w:space="0" w:color="auto"/>
            <w:bottom w:val="none" w:sz="0" w:space="0" w:color="auto"/>
            <w:right w:val="none" w:sz="0" w:space="0" w:color="auto"/>
          </w:divBdr>
        </w:div>
        <w:div w:id="1293442436">
          <w:marLeft w:val="480"/>
          <w:marRight w:val="0"/>
          <w:marTop w:val="0"/>
          <w:marBottom w:val="0"/>
          <w:divBdr>
            <w:top w:val="none" w:sz="0" w:space="0" w:color="auto"/>
            <w:left w:val="none" w:sz="0" w:space="0" w:color="auto"/>
            <w:bottom w:val="none" w:sz="0" w:space="0" w:color="auto"/>
            <w:right w:val="none" w:sz="0" w:space="0" w:color="auto"/>
          </w:divBdr>
        </w:div>
        <w:div w:id="1350136673">
          <w:marLeft w:val="480"/>
          <w:marRight w:val="0"/>
          <w:marTop w:val="0"/>
          <w:marBottom w:val="0"/>
          <w:divBdr>
            <w:top w:val="none" w:sz="0" w:space="0" w:color="auto"/>
            <w:left w:val="none" w:sz="0" w:space="0" w:color="auto"/>
            <w:bottom w:val="none" w:sz="0" w:space="0" w:color="auto"/>
            <w:right w:val="none" w:sz="0" w:space="0" w:color="auto"/>
          </w:divBdr>
        </w:div>
        <w:div w:id="1410880887">
          <w:marLeft w:val="480"/>
          <w:marRight w:val="0"/>
          <w:marTop w:val="0"/>
          <w:marBottom w:val="0"/>
          <w:divBdr>
            <w:top w:val="none" w:sz="0" w:space="0" w:color="auto"/>
            <w:left w:val="none" w:sz="0" w:space="0" w:color="auto"/>
            <w:bottom w:val="none" w:sz="0" w:space="0" w:color="auto"/>
            <w:right w:val="none" w:sz="0" w:space="0" w:color="auto"/>
          </w:divBdr>
        </w:div>
        <w:div w:id="1419642708">
          <w:marLeft w:val="480"/>
          <w:marRight w:val="0"/>
          <w:marTop w:val="0"/>
          <w:marBottom w:val="0"/>
          <w:divBdr>
            <w:top w:val="none" w:sz="0" w:space="0" w:color="auto"/>
            <w:left w:val="none" w:sz="0" w:space="0" w:color="auto"/>
            <w:bottom w:val="none" w:sz="0" w:space="0" w:color="auto"/>
            <w:right w:val="none" w:sz="0" w:space="0" w:color="auto"/>
          </w:divBdr>
        </w:div>
        <w:div w:id="1562905384">
          <w:marLeft w:val="480"/>
          <w:marRight w:val="0"/>
          <w:marTop w:val="0"/>
          <w:marBottom w:val="0"/>
          <w:divBdr>
            <w:top w:val="none" w:sz="0" w:space="0" w:color="auto"/>
            <w:left w:val="none" w:sz="0" w:space="0" w:color="auto"/>
            <w:bottom w:val="none" w:sz="0" w:space="0" w:color="auto"/>
            <w:right w:val="none" w:sz="0" w:space="0" w:color="auto"/>
          </w:divBdr>
        </w:div>
        <w:div w:id="1602910925">
          <w:marLeft w:val="480"/>
          <w:marRight w:val="0"/>
          <w:marTop w:val="0"/>
          <w:marBottom w:val="0"/>
          <w:divBdr>
            <w:top w:val="none" w:sz="0" w:space="0" w:color="auto"/>
            <w:left w:val="none" w:sz="0" w:space="0" w:color="auto"/>
            <w:bottom w:val="none" w:sz="0" w:space="0" w:color="auto"/>
            <w:right w:val="none" w:sz="0" w:space="0" w:color="auto"/>
          </w:divBdr>
        </w:div>
        <w:div w:id="1626888471">
          <w:marLeft w:val="480"/>
          <w:marRight w:val="0"/>
          <w:marTop w:val="0"/>
          <w:marBottom w:val="0"/>
          <w:divBdr>
            <w:top w:val="none" w:sz="0" w:space="0" w:color="auto"/>
            <w:left w:val="none" w:sz="0" w:space="0" w:color="auto"/>
            <w:bottom w:val="none" w:sz="0" w:space="0" w:color="auto"/>
            <w:right w:val="none" w:sz="0" w:space="0" w:color="auto"/>
          </w:divBdr>
        </w:div>
        <w:div w:id="1710648889">
          <w:marLeft w:val="480"/>
          <w:marRight w:val="0"/>
          <w:marTop w:val="0"/>
          <w:marBottom w:val="0"/>
          <w:divBdr>
            <w:top w:val="none" w:sz="0" w:space="0" w:color="auto"/>
            <w:left w:val="none" w:sz="0" w:space="0" w:color="auto"/>
            <w:bottom w:val="none" w:sz="0" w:space="0" w:color="auto"/>
            <w:right w:val="none" w:sz="0" w:space="0" w:color="auto"/>
          </w:divBdr>
        </w:div>
        <w:div w:id="1763332711">
          <w:marLeft w:val="480"/>
          <w:marRight w:val="0"/>
          <w:marTop w:val="0"/>
          <w:marBottom w:val="0"/>
          <w:divBdr>
            <w:top w:val="none" w:sz="0" w:space="0" w:color="auto"/>
            <w:left w:val="none" w:sz="0" w:space="0" w:color="auto"/>
            <w:bottom w:val="none" w:sz="0" w:space="0" w:color="auto"/>
            <w:right w:val="none" w:sz="0" w:space="0" w:color="auto"/>
          </w:divBdr>
        </w:div>
        <w:div w:id="1780491983">
          <w:marLeft w:val="480"/>
          <w:marRight w:val="0"/>
          <w:marTop w:val="0"/>
          <w:marBottom w:val="0"/>
          <w:divBdr>
            <w:top w:val="none" w:sz="0" w:space="0" w:color="auto"/>
            <w:left w:val="none" w:sz="0" w:space="0" w:color="auto"/>
            <w:bottom w:val="none" w:sz="0" w:space="0" w:color="auto"/>
            <w:right w:val="none" w:sz="0" w:space="0" w:color="auto"/>
          </w:divBdr>
        </w:div>
        <w:div w:id="1800757127">
          <w:marLeft w:val="480"/>
          <w:marRight w:val="0"/>
          <w:marTop w:val="0"/>
          <w:marBottom w:val="0"/>
          <w:divBdr>
            <w:top w:val="none" w:sz="0" w:space="0" w:color="auto"/>
            <w:left w:val="none" w:sz="0" w:space="0" w:color="auto"/>
            <w:bottom w:val="none" w:sz="0" w:space="0" w:color="auto"/>
            <w:right w:val="none" w:sz="0" w:space="0" w:color="auto"/>
          </w:divBdr>
        </w:div>
        <w:div w:id="1810586249">
          <w:marLeft w:val="480"/>
          <w:marRight w:val="0"/>
          <w:marTop w:val="0"/>
          <w:marBottom w:val="0"/>
          <w:divBdr>
            <w:top w:val="none" w:sz="0" w:space="0" w:color="auto"/>
            <w:left w:val="none" w:sz="0" w:space="0" w:color="auto"/>
            <w:bottom w:val="none" w:sz="0" w:space="0" w:color="auto"/>
            <w:right w:val="none" w:sz="0" w:space="0" w:color="auto"/>
          </w:divBdr>
        </w:div>
        <w:div w:id="1815684767">
          <w:marLeft w:val="480"/>
          <w:marRight w:val="0"/>
          <w:marTop w:val="0"/>
          <w:marBottom w:val="0"/>
          <w:divBdr>
            <w:top w:val="none" w:sz="0" w:space="0" w:color="auto"/>
            <w:left w:val="none" w:sz="0" w:space="0" w:color="auto"/>
            <w:bottom w:val="none" w:sz="0" w:space="0" w:color="auto"/>
            <w:right w:val="none" w:sz="0" w:space="0" w:color="auto"/>
          </w:divBdr>
        </w:div>
        <w:div w:id="1828083002">
          <w:marLeft w:val="480"/>
          <w:marRight w:val="0"/>
          <w:marTop w:val="0"/>
          <w:marBottom w:val="0"/>
          <w:divBdr>
            <w:top w:val="none" w:sz="0" w:space="0" w:color="auto"/>
            <w:left w:val="none" w:sz="0" w:space="0" w:color="auto"/>
            <w:bottom w:val="none" w:sz="0" w:space="0" w:color="auto"/>
            <w:right w:val="none" w:sz="0" w:space="0" w:color="auto"/>
          </w:divBdr>
        </w:div>
        <w:div w:id="1934632428">
          <w:marLeft w:val="480"/>
          <w:marRight w:val="0"/>
          <w:marTop w:val="0"/>
          <w:marBottom w:val="0"/>
          <w:divBdr>
            <w:top w:val="none" w:sz="0" w:space="0" w:color="auto"/>
            <w:left w:val="none" w:sz="0" w:space="0" w:color="auto"/>
            <w:bottom w:val="none" w:sz="0" w:space="0" w:color="auto"/>
            <w:right w:val="none" w:sz="0" w:space="0" w:color="auto"/>
          </w:divBdr>
        </w:div>
        <w:div w:id="1960984833">
          <w:marLeft w:val="480"/>
          <w:marRight w:val="0"/>
          <w:marTop w:val="0"/>
          <w:marBottom w:val="0"/>
          <w:divBdr>
            <w:top w:val="none" w:sz="0" w:space="0" w:color="auto"/>
            <w:left w:val="none" w:sz="0" w:space="0" w:color="auto"/>
            <w:bottom w:val="none" w:sz="0" w:space="0" w:color="auto"/>
            <w:right w:val="none" w:sz="0" w:space="0" w:color="auto"/>
          </w:divBdr>
        </w:div>
        <w:div w:id="1999185979">
          <w:marLeft w:val="480"/>
          <w:marRight w:val="0"/>
          <w:marTop w:val="0"/>
          <w:marBottom w:val="0"/>
          <w:divBdr>
            <w:top w:val="none" w:sz="0" w:space="0" w:color="auto"/>
            <w:left w:val="none" w:sz="0" w:space="0" w:color="auto"/>
            <w:bottom w:val="none" w:sz="0" w:space="0" w:color="auto"/>
            <w:right w:val="none" w:sz="0" w:space="0" w:color="auto"/>
          </w:divBdr>
        </w:div>
        <w:div w:id="2002074899">
          <w:marLeft w:val="480"/>
          <w:marRight w:val="0"/>
          <w:marTop w:val="0"/>
          <w:marBottom w:val="0"/>
          <w:divBdr>
            <w:top w:val="none" w:sz="0" w:space="0" w:color="auto"/>
            <w:left w:val="none" w:sz="0" w:space="0" w:color="auto"/>
            <w:bottom w:val="none" w:sz="0" w:space="0" w:color="auto"/>
            <w:right w:val="none" w:sz="0" w:space="0" w:color="auto"/>
          </w:divBdr>
        </w:div>
      </w:divsChild>
    </w:div>
    <w:div w:id="454257100">
      <w:bodyDiv w:val="1"/>
      <w:marLeft w:val="0"/>
      <w:marRight w:val="0"/>
      <w:marTop w:val="0"/>
      <w:marBottom w:val="0"/>
      <w:divBdr>
        <w:top w:val="none" w:sz="0" w:space="0" w:color="auto"/>
        <w:left w:val="none" w:sz="0" w:space="0" w:color="auto"/>
        <w:bottom w:val="none" w:sz="0" w:space="0" w:color="auto"/>
        <w:right w:val="none" w:sz="0" w:space="0" w:color="auto"/>
      </w:divBdr>
      <w:divsChild>
        <w:div w:id="85197921">
          <w:marLeft w:val="480"/>
          <w:marRight w:val="0"/>
          <w:marTop w:val="0"/>
          <w:marBottom w:val="0"/>
          <w:divBdr>
            <w:top w:val="none" w:sz="0" w:space="0" w:color="auto"/>
            <w:left w:val="none" w:sz="0" w:space="0" w:color="auto"/>
            <w:bottom w:val="none" w:sz="0" w:space="0" w:color="auto"/>
            <w:right w:val="none" w:sz="0" w:space="0" w:color="auto"/>
          </w:divBdr>
        </w:div>
        <w:div w:id="98987140">
          <w:marLeft w:val="480"/>
          <w:marRight w:val="0"/>
          <w:marTop w:val="0"/>
          <w:marBottom w:val="0"/>
          <w:divBdr>
            <w:top w:val="none" w:sz="0" w:space="0" w:color="auto"/>
            <w:left w:val="none" w:sz="0" w:space="0" w:color="auto"/>
            <w:bottom w:val="none" w:sz="0" w:space="0" w:color="auto"/>
            <w:right w:val="none" w:sz="0" w:space="0" w:color="auto"/>
          </w:divBdr>
        </w:div>
        <w:div w:id="148441954">
          <w:marLeft w:val="480"/>
          <w:marRight w:val="0"/>
          <w:marTop w:val="0"/>
          <w:marBottom w:val="0"/>
          <w:divBdr>
            <w:top w:val="none" w:sz="0" w:space="0" w:color="auto"/>
            <w:left w:val="none" w:sz="0" w:space="0" w:color="auto"/>
            <w:bottom w:val="none" w:sz="0" w:space="0" w:color="auto"/>
            <w:right w:val="none" w:sz="0" w:space="0" w:color="auto"/>
          </w:divBdr>
        </w:div>
        <w:div w:id="271206374">
          <w:marLeft w:val="480"/>
          <w:marRight w:val="0"/>
          <w:marTop w:val="0"/>
          <w:marBottom w:val="0"/>
          <w:divBdr>
            <w:top w:val="none" w:sz="0" w:space="0" w:color="auto"/>
            <w:left w:val="none" w:sz="0" w:space="0" w:color="auto"/>
            <w:bottom w:val="none" w:sz="0" w:space="0" w:color="auto"/>
            <w:right w:val="none" w:sz="0" w:space="0" w:color="auto"/>
          </w:divBdr>
        </w:div>
        <w:div w:id="393892270">
          <w:marLeft w:val="480"/>
          <w:marRight w:val="0"/>
          <w:marTop w:val="0"/>
          <w:marBottom w:val="0"/>
          <w:divBdr>
            <w:top w:val="none" w:sz="0" w:space="0" w:color="auto"/>
            <w:left w:val="none" w:sz="0" w:space="0" w:color="auto"/>
            <w:bottom w:val="none" w:sz="0" w:space="0" w:color="auto"/>
            <w:right w:val="none" w:sz="0" w:space="0" w:color="auto"/>
          </w:divBdr>
        </w:div>
        <w:div w:id="395780582">
          <w:marLeft w:val="480"/>
          <w:marRight w:val="0"/>
          <w:marTop w:val="0"/>
          <w:marBottom w:val="0"/>
          <w:divBdr>
            <w:top w:val="none" w:sz="0" w:space="0" w:color="auto"/>
            <w:left w:val="none" w:sz="0" w:space="0" w:color="auto"/>
            <w:bottom w:val="none" w:sz="0" w:space="0" w:color="auto"/>
            <w:right w:val="none" w:sz="0" w:space="0" w:color="auto"/>
          </w:divBdr>
        </w:div>
        <w:div w:id="549801290">
          <w:marLeft w:val="480"/>
          <w:marRight w:val="0"/>
          <w:marTop w:val="0"/>
          <w:marBottom w:val="0"/>
          <w:divBdr>
            <w:top w:val="none" w:sz="0" w:space="0" w:color="auto"/>
            <w:left w:val="none" w:sz="0" w:space="0" w:color="auto"/>
            <w:bottom w:val="none" w:sz="0" w:space="0" w:color="auto"/>
            <w:right w:val="none" w:sz="0" w:space="0" w:color="auto"/>
          </w:divBdr>
        </w:div>
        <w:div w:id="686058452">
          <w:marLeft w:val="480"/>
          <w:marRight w:val="0"/>
          <w:marTop w:val="0"/>
          <w:marBottom w:val="0"/>
          <w:divBdr>
            <w:top w:val="none" w:sz="0" w:space="0" w:color="auto"/>
            <w:left w:val="none" w:sz="0" w:space="0" w:color="auto"/>
            <w:bottom w:val="none" w:sz="0" w:space="0" w:color="auto"/>
            <w:right w:val="none" w:sz="0" w:space="0" w:color="auto"/>
          </w:divBdr>
        </w:div>
        <w:div w:id="846947599">
          <w:marLeft w:val="480"/>
          <w:marRight w:val="0"/>
          <w:marTop w:val="0"/>
          <w:marBottom w:val="0"/>
          <w:divBdr>
            <w:top w:val="none" w:sz="0" w:space="0" w:color="auto"/>
            <w:left w:val="none" w:sz="0" w:space="0" w:color="auto"/>
            <w:bottom w:val="none" w:sz="0" w:space="0" w:color="auto"/>
            <w:right w:val="none" w:sz="0" w:space="0" w:color="auto"/>
          </w:divBdr>
        </w:div>
        <w:div w:id="986976134">
          <w:marLeft w:val="480"/>
          <w:marRight w:val="0"/>
          <w:marTop w:val="0"/>
          <w:marBottom w:val="0"/>
          <w:divBdr>
            <w:top w:val="none" w:sz="0" w:space="0" w:color="auto"/>
            <w:left w:val="none" w:sz="0" w:space="0" w:color="auto"/>
            <w:bottom w:val="none" w:sz="0" w:space="0" w:color="auto"/>
            <w:right w:val="none" w:sz="0" w:space="0" w:color="auto"/>
          </w:divBdr>
        </w:div>
        <w:div w:id="994257805">
          <w:marLeft w:val="480"/>
          <w:marRight w:val="0"/>
          <w:marTop w:val="0"/>
          <w:marBottom w:val="0"/>
          <w:divBdr>
            <w:top w:val="none" w:sz="0" w:space="0" w:color="auto"/>
            <w:left w:val="none" w:sz="0" w:space="0" w:color="auto"/>
            <w:bottom w:val="none" w:sz="0" w:space="0" w:color="auto"/>
            <w:right w:val="none" w:sz="0" w:space="0" w:color="auto"/>
          </w:divBdr>
        </w:div>
        <w:div w:id="1006246208">
          <w:marLeft w:val="480"/>
          <w:marRight w:val="0"/>
          <w:marTop w:val="0"/>
          <w:marBottom w:val="0"/>
          <w:divBdr>
            <w:top w:val="none" w:sz="0" w:space="0" w:color="auto"/>
            <w:left w:val="none" w:sz="0" w:space="0" w:color="auto"/>
            <w:bottom w:val="none" w:sz="0" w:space="0" w:color="auto"/>
            <w:right w:val="none" w:sz="0" w:space="0" w:color="auto"/>
          </w:divBdr>
        </w:div>
        <w:div w:id="1084231208">
          <w:marLeft w:val="480"/>
          <w:marRight w:val="0"/>
          <w:marTop w:val="0"/>
          <w:marBottom w:val="0"/>
          <w:divBdr>
            <w:top w:val="none" w:sz="0" w:space="0" w:color="auto"/>
            <w:left w:val="none" w:sz="0" w:space="0" w:color="auto"/>
            <w:bottom w:val="none" w:sz="0" w:space="0" w:color="auto"/>
            <w:right w:val="none" w:sz="0" w:space="0" w:color="auto"/>
          </w:divBdr>
        </w:div>
        <w:div w:id="1102605988">
          <w:marLeft w:val="480"/>
          <w:marRight w:val="0"/>
          <w:marTop w:val="0"/>
          <w:marBottom w:val="0"/>
          <w:divBdr>
            <w:top w:val="none" w:sz="0" w:space="0" w:color="auto"/>
            <w:left w:val="none" w:sz="0" w:space="0" w:color="auto"/>
            <w:bottom w:val="none" w:sz="0" w:space="0" w:color="auto"/>
            <w:right w:val="none" w:sz="0" w:space="0" w:color="auto"/>
          </w:divBdr>
        </w:div>
        <w:div w:id="1122766295">
          <w:marLeft w:val="480"/>
          <w:marRight w:val="0"/>
          <w:marTop w:val="0"/>
          <w:marBottom w:val="0"/>
          <w:divBdr>
            <w:top w:val="none" w:sz="0" w:space="0" w:color="auto"/>
            <w:left w:val="none" w:sz="0" w:space="0" w:color="auto"/>
            <w:bottom w:val="none" w:sz="0" w:space="0" w:color="auto"/>
            <w:right w:val="none" w:sz="0" w:space="0" w:color="auto"/>
          </w:divBdr>
        </w:div>
        <w:div w:id="1156460846">
          <w:marLeft w:val="480"/>
          <w:marRight w:val="0"/>
          <w:marTop w:val="0"/>
          <w:marBottom w:val="0"/>
          <w:divBdr>
            <w:top w:val="none" w:sz="0" w:space="0" w:color="auto"/>
            <w:left w:val="none" w:sz="0" w:space="0" w:color="auto"/>
            <w:bottom w:val="none" w:sz="0" w:space="0" w:color="auto"/>
            <w:right w:val="none" w:sz="0" w:space="0" w:color="auto"/>
          </w:divBdr>
        </w:div>
        <w:div w:id="1175808164">
          <w:marLeft w:val="480"/>
          <w:marRight w:val="0"/>
          <w:marTop w:val="0"/>
          <w:marBottom w:val="0"/>
          <w:divBdr>
            <w:top w:val="none" w:sz="0" w:space="0" w:color="auto"/>
            <w:left w:val="none" w:sz="0" w:space="0" w:color="auto"/>
            <w:bottom w:val="none" w:sz="0" w:space="0" w:color="auto"/>
            <w:right w:val="none" w:sz="0" w:space="0" w:color="auto"/>
          </w:divBdr>
        </w:div>
        <w:div w:id="1223246813">
          <w:marLeft w:val="480"/>
          <w:marRight w:val="0"/>
          <w:marTop w:val="0"/>
          <w:marBottom w:val="0"/>
          <w:divBdr>
            <w:top w:val="none" w:sz="0" w:space="0" w:color="auto"/>
            <w:left w:val="none" w:sz="0" w:space="0" w:color="auto"/>
            <w:bottom w:val="none" w:sz="0" w:space="0" w:color="auto"/>
            <w:right w:val="none" w:sz="0" w:space="0" w:color="auto"/>
          </w:divBdr>
        </w:div>
        <w:div w:id="1243952315">
          <w:marLeft w:val="480"/>
          <w:marRight w:val="0"/>
          <w:marTop w:val="0"/>
          <w:marBottom w:val="0"/>
          <w:divBdr>
            <w:top w:val="none" w:sz="0" w:space="0" w:color="auto"/>
            <w:left w:val="none" w:sz="0" w:space="0" w:color="auto"/>
            <w:bottom w:val="none" w:sz="0" w:space="0" w:color="auto"/>
            <w:right w:val="none" w:sz="0" w:space="0" w:color="auto"/>
          </w:divBdr>
        </w:div>
        <w:div w:id="1454321681">
          <w:marLeft w:val="480"/>
          <w:marRight w:val="0"/>
          <w:marTop w:val="0"/>
          <w:marBottom w:val="0"/>
          <w:divBdr>
            <w:top w:val="none" w:sz="0" w:space="0" w:color="auto"/>
            <w:left w:val="none" w:sz="0" w:space="0" w:color="auto"/>
            <w:bottom w:val="none" w:sz="0" w:space="0" w:color="auto"/>
            <w:right w:val="none" w:sz="0" w:space="0" w:color="auto"/>
          </w:divBdr>
        </w:div>
        <w:div w:id="1455902594">
          <w:marLeft w:val="480"/>
          <w:marRight w:val="0"/>
          <w:marTop w:val="0"/>
          <w:marBottom w:val="0"/>
          <w:divBdr>
            <w:top w:val="none" w:sz="0" w:space="0" w:color="auto"/>
            <w:left w:val="none" w:sz="0" w:space="0" w:color="auto"/>
            <w:bottom w:val="none" w:sz="0" w:space="0" w:color="auto"/>
            <w:right w:val="none" w:sz="0" w:space="0" w:color="auto"/>
          </w:divBdr>
        </w:div>
        <w:div w:id="1578321712">
          <w:marLeft w:val="480"/>
          <w:marRight w:val="0"/>
          <w:marTop w:val="0"/>
          <w:marBottom w:val="0"/>
          <w:divBdr>
            <w:top w:val="none" w:sz="0" w:space="0" w:color="auto"/>
            <w:left w:val="none" w:sz="0" w:space="0" w:color="auto"/>
            <w:bottom w:val="none" w:sz="0" w:space="0" w:color="auto"/>
            <w:right w:val="none" w:sz="0" w:space="0" w:color="auto"/>
          </w:divBdr>
        </w:div>
        <w:div w:id="1664965333">
          <w:marLeft w:val="480"/>
          <w:marRight w:val="0"/>
          <w:marTop w:val="0"/>
          <w:marBottom w:val="0"/>
          <w:divBdr>
            <w:top w:val="none" w:sz="0" w:space="0" w:color="auto"/>
            <w:left w:val="none" w:sz="0" w:space="0" w:color="auto"/>
            <w:bottom w:val="none" w:sz="0" w:space="0" w:color="auto"/>
            <w:right w:val="none" w:sz="0" w:space="0" w:color="auto"/>
          </w:divBdr>
        </w:div>
        <w:div w:id="1675373389">
          <w:marLeft w:val="480"/>
          <w:marRight w:val="0"/>
          <w:marTop w:val="0"/>
          <w:marBottom w:val="0"/>
          <w:divBdr>
            <w:top w:val="none" w:sz="0" w:space="0" w:color="auto"/>
            <w:left w:val="none" w:sz="0" w:space="0" w:color="auto"/>
            <w:bottom w:val="none" w:sz="0" w:space="0" w:color="auto"/>
            <w:right w:val="none" w:sz="0" w:space="0" w:color="auto"/>
          </w:divBdr>
        </w:div>
        <w:div w:id="1742946553">
          <w:marLeft w:val="480"/>
          <w:marRight w:val="0"/>
          <w:marTop w:val="0"/>
          <w:marBottom w:val="0"/>
          <w:divBdr>
            <w:top w:val="none" w:sz="0" w:space="0" w:color="auto"/>
            <w:left w:val="none" w:sz="0" w:space="0" w:color="auto"/>
            <w:bottom w:val="none" w:sz="0" w:space="0" w:color="auto"/>
            <w:right w:val="none" w:sz="0" w:space="0" w:color="auto"/>
          </w:divBdr>
        </w:div>
        <w:div w:id="1805390067">
          <w:marLeft w:val="480"/>
          <w:marRight w:val="0"/>
          <w:marTop w:val="0"/>
          <w:marBottom w:val="0"/>
          <w:divBdr>
            <w:top w:val="none" w:sz="0" w:space="0" w:color="auto"/>
            <w:left w:val="none" w:sz="0" w:space="0" w:color="auto"/>
            <w:bottom w:val="none" w:sz="0" w:space="0" w:color="auto"/>
            <w:right w:val="none" w:sz="0" w:space="0" w:color="auto"/>
          </w:divBdr>
        </w:div>
        <w:div w:id="1832795105">
          <w:marLeft w:val="480"/>
          <w:marRight w:val="0"/>
          <w:marTop w:val="0"/>
          <w:marBottom w:val="0"/>
          <w:divBdr>
            <w:top w:val="none" w:sz="0" w:space="0" w:color="auto"/>
            <w:left w:val="none" w:sz="0" w:space="0" w:color="auto"/>
            <w:bottom w:val="none" w:sz="0" w:space="0" w:color="auto"/>
            <w:right w:val="none" w:sz="0" w:space="0" w:color="auto"/>
          </w:divBdr>
        </w:div>
        <w:div w:id="1874492856">
          <w:marLeft w:val="480"/>
          <w:marRight w:val="0"/>
          <w:marTop w:val="0"/>
          <w:marBottom w:val="0"/>
          <w:divBdr>
            <w:top w:val="none" w:sz="0" w:space="0" w:color="auto"/>
            <w:left w:val="none" w:sz="0" w:space="0" w:color="auto"/>
            <w:bottom w:val="none" w:sz="0" w:space="0" w:color="auto"/>
            <w:right w:val="none" w:sz="0" w:space="0" w:color="auto"/>
          </w:divBdr>
        </w:div>
        <w:div w:id="1914462009">
          <w:marLeft w:val="480"/>
          <w:marRight w:val="0"/>
          <w:marTop w:val="0"/>
          <w:marBottom w:val="0"/>
          <w:divBdr>
            <w:top w:val="none" w:sz="0" w:space="0" w:color="auto"/>
            <w:left w:val="none" w:sz="0" w:space="0" w:color="auto"/>
            <w:bottom w:val="none" w:sz="0" w:space="0" w:color="auto"/>
            <w:right w:val="none" w:sz="0" w:space="0" w:color="auto"/>
          </w:divBdr>
        </w:div>
        <w:div w:id="2061396080">
          <w:marLeft w:val="480"/>
          <w:marRight w:val="0"/>
          <w:marTop w:val="0"/>
          <w:marBottom w:val="0"/>
          <w:divBdr>
            <w:top w:val="none" w:sz="0" w:space="0" w:color="auto"/>
            <w:left w:val="none" w:sz="0" w:space="0" w:color="auto"/>
            <w:bottom w:val="none" w:sz="0" w:space="0" w:color="auto"/>
            <w:right w:val="none" w:sz="0" w:space="0" w:color="auto"/>
          </w:divBdr>
        </w:div>
      </w:divsChild>
    </w:div>
    <w:div w:id="455218460">
      <w:bodyDiv w:val="1"/>
      <w:marLeft w:val="0"/>
      <w:marRight w:val="0"/>
      <w:marTop w:val="0"/>
      <w:marBottom w:val="0"/>
      <w:divBdr>
        <w:top w:val="none" w:sz="0" w:space="0" w:color="auto"/>
        <w:left w:val="none" w:sz="0" w:space="0" w:color="auto"/>
        <w:bottom w:val="none" w:sz="0" w:space="0" w:color="auto"/>
        <w:right w:val="none" w:sz="0" w:space="0" w:color="auto"/>
      </w:divBdr>
    </w:div>
    <w:div w:id="455758396">
      <w:bodyDiv w:val="1"/>
      <w:marLeft w:val="0"/>
      <w:marRight w:val="0"/>
      <w:marTop w:val="0"/>
      <w:marBottom w:val="0"/>
      <w:divBdr>
        <w:top w:val="none" w:sz="0" w:space="0" w:color="auto"/>
        <w:left w:val="none" w:sz="0" w:space="0" w:color="auto"/>
        <w:bottom w:val="none" w:sz="0" w:space="0" w:color="auto"/>
        <w:right w:val="none" w:sz="0" w:space="0" w:color="auto"/>
      </w:divBdr>
      <w:divsChild>
        <w:div w:id="100298388">
          <w:marLeft w:val="480"/>
          <w:marRight w:val="0"/>
          <w:marTop w:val="0"/>
          <w:marBottom w:val="0"/>
          <w:divBdr>
            <w:top w:val="none" w:sz="0" w:space="0" w:color="auto"/>
            <w:left w:val="none" w:sz="0" w:space="0" w:color="auto"/>
            <w:bottom w:val="none" w:sz="0" w:space="0" w:color="auto"/>
            <w:right w:val="none" w:sz="0" w:space="0" w:color="auto"/>
          </w:divBdr>
        </w:div>
        <w:div w:id="221530045">
          <w:marLeft w:val="480"/>
          <w:marRight w:val="0"/>
          <w:marTop w:val="0"/>
          <w:marBottom w:val="0"/>
          <w:divBdr>
            <w:top w:val="none" w:sz="0" w:space="0" w:color="auto"/>
            <w:left w:val="none" w:sz="0" w:space="0" w:color="auto"/>
            <w:bottom w:val="none" w:sz="0" w:space="0" w:color="auto"/>
            <w:right w:val="none" w:sz="0" w:space="0" w:color="auto"/>
          </w:divBdr>
        </w:div>
        <w:div w:id="251282464">
          <w:marLeft w:val="480"/>
          <w:marRight w:val="0"/>
          <w:marTop w:val="0"/>
          <w:marBottom w:val="0"/>
          <w:divBdr>
            <w:top w:val="none" w:sz="0" w:space="0" w:color="auto"/>
            <w:left w:val="none" w:sz="0" w:space="0" w:color="auto"/>
            <w:bottom w:val="none" w:sz="0" w:space="0" w:color="auto"/>
            <w:right w:val="none" w:sz="0" w:space="0" w:color="auto"/>
          </w:divBdr>
        </w:div>
        <w:div w:id="347491808">
          <w:marLeft w:val="480"/>
          <w:marRight w:val="0"/>
          <w:marTop w:val="0"/>
          <w:marBottom w:val="0"/>
          <w:divBdr>
            <w:top w:val="none" w:sz="0" w:space="0" w:color="auto"/>
            <w:left w:val="none" w:sz="0" w:space="0" w:color="auto"/>
            <w:bottom w:val="none" w:sz="0" w:space="0" w:color="auto"/>
            <w:right w:val="none" w:sz="0" w:space="0" w:color="auto"/>
          </w:divBdr>
        </w:div>
        <w:div w:id="358089368">
          <w:marLeft w:val="480"/>
          <w:marRight w:val="0"/>
          <w:marTop w:val="0"/>
          <w:marBottom w:val="0"/>
          <w:divBdr>
            <w:top w:val="none" w:sz="0" w:space="0" w:color="auto"/>
            <w:left w:val="none" w:sz="0" w:space="0" w:color="auto"/>
            <w:bottom w:val="none" w:sz="0" w:space="0" w:color="auto"/>
            <w:right w:val="none" w:sz="0" w:space="0" w:color="auto"/>
          </w:divBdr>
        </w:div>
        <w:div w:id="440223734">
          <w:marLeft w:val="480"/>
          <w:marRight w:val="0"/>
          <w:marTop w:val="0"/>
          <w:marBottom w:val="0"/>
          <w:divBdr>
            <w:top w:val="none" w:sz="0" w:space="0" w:color="auto"/>
            <w:left w:val="none" w:sz="0" w:space="0" w:color="auto"/>
            <w:bottom w:val="none" w:sz="0" w:space="0" w:color="auto"/>
            <w:right w:val="none" w:sz="0" w:space="0" w:color="auto"/>
          </w:divBdr>
        </w:div>
        <w:div w:id="445541945">
          <w:marLeft w:val="480"/>
          <w:marRight w:val="0"/>
          <w:marTop w:val="0"/>
          <w:marBottom w:val="0"/>
          <w:divBdr>
            <w:top w:val="none" w:sz="0" w:space="0" w:color="auto"/>
            <w:left w:val="none" w:sz="0" w:space="0" w:color="auto"/>
            <w:bottom w:val="none" w:sz="0" w:space="0" w:color="auto"/>
            <w:right w:val="none" w:sz="0" w:space="0" w:color="auto"/>
          </w:divBdr>
        </w:div>
        <w:div w:id="455106016">
          <w:marLeft w:val="480"/>
          <w:marRight w:val="0"/>
          <w:marTop w:val="0"/>
          <w:marBottom w:val="0"/>
          <w:divBdr>
            <w:top w:val="none" w:sz="0" w:space="0" w:color="auto"/>
            <w:left w:val="none" w:sz="0" w:space="0" w:color="auto"/>
            <w:bottom w:val="none" w:sz="0" w:space="0" w:color="auto"/>
            <w:right w:val="none" w:sz="0" w:space="0" w:color="auto"/>
          </w:divBdr>
        </w:div>
        <w:div w:id="571888877">
          <w:marLeft w:val="480"/>
          <w:marRight w:val="0"/>
          <w:marTop w:val="0"/>
          <w:marBottom w:val="0"/>
          <w:divBdr>
            <w:top w:val="none" w:sz="0" w:space="0" w:color="auto"/>
            <w:left w:val="none" w:sz="0" w:space="0" w:color="auto"/>
            <w:bottom w:val="none" w:sz="0" w:space="0" w:color="auto"/>
            <w:right w:val="none" w:sz="0" w:space="0" w:color="auto"/>
          </w:divBdr>
        </w:div>
        <w:div w:id="643923426">
          <w:marLeft w:val="480"/>
          <w:marRight w:val="0"/>
          <w:marTop w:val="0"/>
          <w:marBottom w:val="0"/>
          <w:divBdr>
            <w:top w:val="none" w:sz="0" w:space="0" w:color="auto"/>
            <w:left w:val="none" w:sz="0" w:space="0" w:color="auto"/>
            <w:bottom w:val="none" w:sz="0" w:space="0" w:color="auto"/>
            <w:right w:val="none" w:sz="0" w:space="0" w:color="auto"/>
          </w:divBdr>
        </w:div>
        <w:div w:id="776026995">
          <w:marLeft w:val="480"/>
          <w:marRight w:val="0"/>
          <w:marTop w:val="0"/>
          <w:marBottom w:val="0"/>
          <w:divBdr>
            <w:top w:val="none" w:sz="0" w:space="0" w:color="auto"/>
            <w:left w:val="none" w:sz="0" w:space="0" w:color="auto"/>
            <w:bottom w:val="none" w:sz="0" w:space="0" w:color="auto"/>
            <w:right w:val="none" w:sz="0" w:space="0" w:color="auto"/>
          </w:divBdr>
        </w:div>
        <w:div w:id="777406714">
          <w:marLeft w:val="480"/>
          <w:marRight w:val="0"/>
          <w:marTop w:val="0"/>
          <w:marBottom w:val="0"/>
          <w:divBdr>
            <w:top w:val="none" w:sz="0" w:space="0" w:color="auto"/>
            <w:left w:val="none" w:sz="0" w:space="0" w:color="auto"/>
            <w:bottom w:val="none" w:sz="0" w:space="0" w:color="auto"/>
            <w:right w:val="none" w:sz="0" w:space="0" w:color="auto"/>
          </w:divBdr>
        </w:div>
        <w:div w:id="810438902">
          <w:marLeft w:val="480"/>
          <w:marRight w:val="0"/>
          <w:marTop w:val="0"/>
          <w:marBottom w:val="0"/>
          <w:divBdr>
            <w:top w:val="none" w:sz="0" w:space="0" w:color="auto"/>
            <w:left w:val="none" w:sz="0" w:space="0" w:color="auto"/>
            <w:bottom w:val="none" w:sz="0" w:space="0" w:color="auto"/>
            <w:right w:val="none" w:sz="0" w:space="0" w:color="auto"/>
          </w:divBdr>
        </w:div>
        <w:div w:id="839782765">
          <w:marLeft w:val="480"/>
          <w:marRight w:val="0"/>
          <w:marTop w:val="0"/>
          <w:marBottom w:val="0"/>
          <w:divBdr>
            <w:top w:val="none" w:sz="0" w:space="0" w:color="auto"/>
            <w:left w:val="none" w:sz="0" w:space="0" w:color="auto"/>
            <w:bottom w:val="none" w:sz="0" w:space="0" w:color="auto"/>
            <w:right w:val="none" w:sz="0" w:space="0" w:color="auto"/>
          </w:divBdr>
        </w:div>
        <w:div w:id="862090602">
          <w:marLeft w:val="480"/>
          <w:marRight w:val="0"/>
          <w:marTop w:val="0"/>
          <w:marBottom w:val="0"/>
          <w:divBdr>
            <w:top w:val="none" w:sz="0" w:space="0" w:color="auto"/>
            <w:left w:val="none" w:sz="0" w:space="0" w:color="auto"/>
            <w:bottom w:val="none" w:sz="0" w:space="0" w:color="auto"/>
            <w:right w:val="none" w:sz="0" w:space="0" w:color="auto"/>
          </w:divBdr>
        </w:div>
        <w:div w:id="863206714">
          <w:marLeft w:val="480"/>
          <w:marRight w:val="0"/>
          <w:marTop w:val="0"/>
          <w:marBottom w:val="0"/>
          <w:divBdr>
            <w:top w:val="none" w:sz="0" w:space="0" w:color="auto"/>
            <w:left w:val="none" w:sz="0" w:space="0" w:color="auto"/>
            <w:bottom w:val="none" w:sz="0" w:space="0" w:color="auto"/>
            <w:right w:val="none" w:sz="0" w:space="0" w:color="auto"/>
          </w:divBdr>
        </w:div>
        <w:div w:id="906039336">
          <w:marLeft w:val="480"/>
          <w:marRight w:val="0"/>
          <w:marTop w:val="0"/>
          <w:marBottom w:val="0"/>
          <w:divBdr>
            <w:top w:val="none" w:sz="0" w:space="0" w:color="auto"/>
            <w:left w:val="none" w:sz="0" w:space="0" w:color="auto"/>
            <w:bottom w:val="none" w:sz="0" w:space="0" w:color="auto"/>
            <w:right w:val="none" w:sz="0" w:space="0" w:color="auto"/>
          </w:divBdr>
        </w:div>
        <w:div w:id="975991260">
          <w:marLeft w:val="480"/>
          <w:marRight w:val="0"/>
          <w:marTop w:val="0"/>
          <w:marBottom w:val="0"/>
          <w:divBdr>
            <w:top w:val="none" w:sz="0" w:space="0" w:color="auto"/>
            <w:left w:val="none" w:sz="0" w:space="0" w:color="auto"/>
            <w:bottom w:val="none" w:sz="0" w:space="0" w:color="auto"/>
            <w:right w:val="none" w:sz="0" w:space="0" w:color="auto"/>
          </w:divBdr>
        </w:div>
        <w:div w:id="1048529419">
          <w:marLeft w:val="480"/>
          <w:marRight w:val="0"/>
          <w:marTop w:val="0"/>
          <w:marBottom w:val="0"/>
          <w:divBdr>
            <w:top w:val="none" w:sz="0" w:space="0" w:color="auto"/>
            <w:left w:val="none" w:sz="0" w:space="0" w:color="auto"/>
            <w:bottom w:val="none" w:sz="0" w:space="0" w:color="auto"/>
            <w:right w:val="none" w:sz="0" w:space="0" w:color="auto"/>
          </w:divBdr>
        </w:div>
        <w:div w:id="1080374513">
          <w:marLeft w:val="480"/>
          <w:marRight w:val="0"/>
          <w:marTop w:val="0"/>
          <w:marBottom w:val="0"/>
          <w:divBdr>
            <w:top w:val="none" w:sz="0" w:space="0" w:color="auto"/>
            <w:left w:val="none" w:sz="0" w:space="0" w:color="auto"/>
            <w:bottom w:val="none" w:sz="0" w:space="0" w:color="auto"/>
            <w:right w:val="none" w:sz="0" w:space="0" w:color="auto"/>
          </w:divBdr>
        </w:div>
        <w:div w:id="1095594336">
          <w:marLeft w:val="480"/>
          <w:marRight w:val="0"/>
          <w:marTop w:val="0"/>
          <w:marBottom w:val="0"/>
          <w:divBdr>
            <w:top w:val="none" w:sz="0" w:space="0" w:color="auto"/>
            <w:left w:val="none" w:sz="0" w:space="0" w:color="auto"/>
            <w:bottom w:val="none" w:sz="0" w:space="0" w:color="auto"/>
            <w:right w:val="none" w:sz="0" w:space="0" w:color="auto"/>
          </w:divBdr>
        </w:div>
        <w:div w:id="1098524472">
          <w:marLeft w:val="480"/>
          <w:marRight w:val="0"/>
          <w:marTop w:val="0"/>
          <w:marBottom w:val="0"/>
          <w:divBdr>
            <w:top w:val="none" w:sz="0" w:space="0" w:color="auto"/>
            <w:left w:val="none" w:sz="0" w:space="0" w:color="auto"/>
            <w:bottom w:val="none" w:sz="0" w:space="0" w:color="auto"/>
            <w:right w:val="none" w:sz="0" w:space="0" w:color="auto"/>
          </w:divBdr>
        </w:div>
        <w:div w:id="1133868288">
          <w:marLeft w:val="480"/>
          <w:marRight w:val="0"/>
          <w:marTop w:val="0"/>
          <w:marBottom w:val="0"/>
          <w:divBdr>
            <w:top w:val="none" w:sz="0" w:space="0" w:color="auto"/>
            <w:left w:val="none" w:sz="0" w:space="0" w:color="auto"/>
            <w:bottom w:val="none" w:sz="0" w:space="0" w:color="auto"/>
            <w:right w:val="none" w:sz="0" w:space="0" w:color="auto"/>
          </w:divBdr>
        </w:div>
        <w:div w:id="1408652179">
          <w:marLeft w:val="480"/>
          <w:marRight w:val="0"/>
          <w:marTop w:val="0"/>
          <w:marBottom w:val="0"/>
          <w:divBdr>
            <w:top w:val="none" w:sz="0" w:space="0" w:color="auto"/>
            <w:left w:val="none" w:sz="0" w:space="0" w:color="auto"/>
            <w:bottom w:val="none" w:sz="0" w:space="0" w:color="auto"/>
            <w:right w:val="none" w:sz="0" w:space="0" w:color="auto"/>
          </w:divBdr>
        </w:div>
        <w:div w:id="1460688876">
          <w:marLeft w:val="480"/>
          <w:marRight w:val="0"/>
          <w:marTop w:val="0"/>
          <w:marBottom w:val="0"/>
          <w:divBdr>
            <w:top w:val="none" w:sz="0" w:space="0" w:color="auto"/>
            <w:left w:val="none" w:sz="0" w:space="0" w:color="auto"/>
            <w:bottom w:val="none" w:sz="0" w:space="0" w:color="auto"/>
            <w:right w:val="none" w:sz="0" w:space="0" w:color="auto"/>
          </w:divBdr>
        </w:div>
        <w:div w:id="1501845020">
          <w:marLeft w:val="480"/>
          <w:marRight w:val="0"/>
          <w:marTop w:val="0"/>
          <w:marBottom w:val="0"/>
          <w:divBdr>
            <w:top w:val="none" w:sz="0" w:space="0" w:color="auto"/>
            <w:left w:val="none" w:sz="0" w:space="0" w:color="auto"/>
            <w:bottom w:val="none" w:sz="0" w:space="0" w:color="auto"/>
            <w:right w:val="none" w:sz="0" w:space="0" w:color="auto"/>
          </w:divBdr>
        </w:div>
        <w:div w:id="1716151470">
          <w:marLeft w:val="480"/>
          <w:marRight w:val="0"/>
          <w:marTop w:val="0"/>
          <w:marBottom w:val="0"/>
          <w:divBdr>
            <w:top w:val="none" w:sz="0" w:space="0" w:color="auto"/>
            <w:left w:val="none" w:sz="0" w:space="0" w:color="auto"/>
            <w:bottom w:val="none" w:sz="0" w:space="0" w:color="auto"/>
            <w:right w:val="none" w:sz="0" w:space="0" w:color="auto"/>
          </w:divBdr>
        </w:div>
        <w:div w:id="1762415061">
          <w:marLeft w:val="480"/>
          <w:marRight w:val="0"/>
          <w:marTop w:val="0"/>
          <w:marBottom w:val="0"/>
          <w:divBdr>
            <w:top w:val="none" w:sz="0" w:space="0" w:color="auto"/>
            <w:left w:val="none" w:sz="0" w:space="0" w:color="auto"/>
            <w:bottom w:val="none" w:sz="0" w:space="0" w:color="auto"/>
            <w:right w:val="none" w:sz="0" w:space="0" w:color="auto"/>
          </w:divBdr>
        </w:div>
        <w:div w:id="1983729663">
          <w:marLeft w:val="480"/>
          <w:marRight w:val="0"/>
          <w:marTop w:val="0"/>
          <w:marBottom w:val="0"/>
          <w:divBdr>
            <w:top w:val="none" w:sz="0" w:space="0" w:color="auto"/>
            <w:left w:val="none" w:sz="0" w:space="0" w:color="auto"/>
            <w:bottom w:val="none" w:sz="0" w:space="0" w:color="auto"/>
            <w:right w:val="none" w:sz="0" w:space="0" w:color="auto"/>
          </w:divBdr>
        </w:div>
        <w:div w:id="1984386514">
          <w:marLeft w:val="480"/>
          <w:marRight w:val="0"/>
          <w:marTop w:val="0"/>
          <w:marBottom w:val="0"/>
          <w:divBdr>
            <w:top w:val="none" w:sz="0" w:space="0" w:color="auto"/>
            <w:left w:val="none" w:sz="0" w:space="0" w:color="auto"/>
            <w:bottom w:val="none" w:sz="0" w:space="0" w:color="auto"/>
            <w:right w:val="none" w:sz="0" w:space="0" w:color="auto"/>
          </w:divBdr>
        </w:div>
        <w:div w:id="2001539579">
          <w:marLeft w:val="480"/>
          <w:marRight w:val="0"/>
          <w:marTop w:val="0"/>
          <w:marBottom w:val="0"/>
          <w:divBdr>
            <w:top w:val="none" w:sz="0" w:space="0" w:color="auto"/>
            <w:left w:val="none" w:sz="0" w:space="0" w:color="auto"/>
            <w:bottom w:val="none" w:sz="0" w:space="0" w:color="auto"/>
            <w:right w:val="none" w:sz="0" w:space="0" w:color="auto"/>
          </w:divBdr>
        </w:div>
        <w:div w:id="2065327795">
          <w:marLeft w:val="480"/>
          <w:marRight w:val="0"/>
          <w:marTop w:val="0"/>
          <w:marBottom w:val="0"/>
          <w:divBdr>
            <w:top w:val="none" w:sz="0" w:space="0" w:color="auto"/>
            <w:left w:val="none" w:sz="0" w:space="0" w:color="auto"/>
            <w:bottom w:val="none" w:sz="0" w:space="0" w:color="auto"/>
            <w:right w:val="none" w:sz="0" w:space="0" w:color="auto"/>
          </w:divBdr>
        </w:div>
      </w:divsChild>
    </w:div>
    <w:div w:id="456415257">
      <w:bodyDiv w:val="1"/>
      <w:marLeft w:val="0"/>
      <w:marRight w:val="0"/>
      <w:marTop w:val="0"/>
      <w:marBottom w:val="0"/>
      <w:divBdr>
        <w:top w:val="none" w:sz="0" w:space="0" w:color="auto"/>
        <w:left w:val="none" w:sz="0" w:space="0" w:color="auto"/>
        <w:bottom w:val="none" w:sz="0" w:space="0" w:color="auto"/>
        <w:right w:val="none" w:sz="0" w:space="0" w:color="auto"/>
      </w:divBdr>
    </w:div>
    <w:div w:id="458183951">
      <w:bodyDiv w:val="1"/>
      <w:marLeft w:val="0"/>
      <w:marRight w:val="0"/>
      <w:marTop w:val="0"/>
      <w:marBottom w:val="0"/>
      <w:divBdr>
        <w:top w:val="none" w:sz="0" w:space="0" w:color="auto"/>
        <w:left w:val="none" w:sz="0" w:space="0" w:color="auto"/>
        <w:bottom w:val="none" w:sz="0" w:space="0" w:color="auto"/>
        <w:right w:val="none" w:sz="0" w:space="0" w:color="auto"/>
      </w:divBdr>
    </w:div>
    <w:div w:id="458576218">
      <w:bodyDiv w:val="1"/>
      <w:marLeft w:val="0"/>
      <w:marRight w:val="0"/>
      <w:marTop w:val="0"/>
      <w:marBottom w:val="0"/>
      <w:divBdr>
        <w:top w:val="none" w:sz="0" w:space="0" w:color="auto"/>
        <w:left w:val="none" w:sz="0" w:space="0" w:color="auto"/>
        <w:bottom w:val="none" w:sz="0" w:space="0" w:color="auto"/>
        <w:right w:val="none" w:sz="0" w:space="0" w:color="auto"/>
      </w:divBdr>
    </w:div>
    <w:div w:id="459617466">
      <w:bodyDiv w:val="1"/>
      <w:marLeft w:val="0"/>
      <w:marRight w:val="0"/>
      <w:marTop w:val="0"/>
      <w:marBottom w:val="0"/>
      <w:divBdr>
        <w:top w:val="none" w:sz="0" w:space="0" w:color="auto"/>
        <w:left w:val="none" w:sz="0" w:space="0" w:color="auto"/>
        <w:bottom w:val="none" w:sz="0" w:space="0" w:color="auto"/>
        <w:right w:val="none" w:sz="0" w:space="0" w:color="auto"/>
      </w:divBdr>
    </w:div>
    <w:div w:id="464469087">
      <w:bodyDiv w:val="1"/>
      <w:marLeft w:val="0"/>
      <w:marRight w:val="0"/>
      <w:marTop w:val="0"/>
      <w:marBottom w:val="0"/>
      <w:divBdr>
        <w:top w:val="none" w:sz="0" w:space="0" w:color="auto"/>
        <w:left w:val="none" w:sz="0" w:space="0" w:color="auto"/>
        <w:bottom w:val="none" w:sz="0" w:space="0" w:color="auto"/>
        <w:right w:val="none" w:sz="0" w:space="0" w:color="auto"/>
      </w:divBdr>
    </w:div>
    <w:div w:id="464546035">
      <w:bodyDiv w:val="1"/>
      <w:marLeft w:val="0"/>
      <w:marRight w:val="0"/>
      <w:marTop w:val="0"/>
      <w:marBottom w:val="0"/>
      <w:divBdr>
        <w:top w:val="none" w:sz="0" w:space="0" w:color="auto"/>
        <w:left w:val="none" w:sz="0" w:space="0" w:color="auto"/>
        <w:bottom w:val="none" w:sz="0" w:space="0" w:color="auto"/>
        <w:right w:val="none" w:sz="0" w:space="0" w:color="auto"/>
      </w:divBdr>
    </w:div>
    <w:div w:id="465242690">
      <w:bodyDiv w:val="1"/>
      <w:marLeft w:val="0"/>
      <w:marRight w:val="0"/>
      <w:marTop w:val="0"/>
      <w:marBottom w:val="0"/>
      <w:divBdr>
        <w:top w:val="none" w:sz="0" w:space="0" w:color="auto"/>
        <w:left w:val="none" w:sz="0" w:space="0" w:color="auto"/>
        <w:bottom w:val="none" w:sz="0" w:space="0" w:color="auto"/>
        <w:right w:val="none" w:sz="0" w:space="0" w:color="auto"/>
      </w:divBdr>
    </w:div>
    <w:div w:id="465973135">
      <w:bodyDiv w:val="1"/>
      <w:marLeft w:val="0"/>
      <w:marRight w:val="0"/>
      <w:marTop w:val="0"/>
      <w:marBottom w:val="0"/>
      <w:divBdr>
        <w:top w:val="none" w:sz="0" w:space="0" w:color="auto"/>
        <w:left w:val="none" w:sz="0" w:space="0" w:color="auto"/>
        <w:bottom w:val="none" w:sz="0" w:space="0" w:color="auto"/>
        <w:right w:val="none" w:sz="0" w:space="0" w:color="auto"/>
      </w:divBdr>
    </w:div>
    <w:div w:id="468059803">
      <w:bodyDiv w:val="1"/>
      <w:marLeft w:val="0"/>
      <w:marRight w:val="0"/>
      <w:marTop w:val="0"/>
      <w:marBottom w:val="0"/>
      <w:divBdr>
        <w:top w:val="none" w:sz="0" w:space="0" w:color="auto"/>
        <w:left w:val="none" w:sz="0" w:space="0" w:color="auto"/>
        <w:bottom w:val="none" w:sz="0" w:space="0" w:color="auto"/>
        <w:right w:val="none" w:sz="0" w:space="0" w:color="auto"/>
      </w:divBdr>
    </w:div>
    <w:div w:id="471674350">
      <w:bodyDiv w:val="1"/>
      <w:marLeft w:val="0"/>
      <w:marRight w:val="0"/>
      <w:marTop w:val="0"/>
      <w:marBottom w:val="0"/>
      <w:divBdr>
        <w:top w:val="none" w:sz="0" w:space="0" w:color="auto"/>
        <w:left w:val="none" w:sz="0" w:space="0" w:color="auto"/>
        <w:bottom w:val="none" w:sz="0" w:space="0" w:color="auto"/>
        <w:right w:val="none" w:sz="0" w:space="0" w:color="auto"/>
      </w:divBdr>
    </w:div>
    <w:div w:id="471868943">
      <w:bodyDiv w:val="1"/>
      <w:marLeft w:val="0"/>
      <w:marRight w:val="0"/>
      <w:marTop w:val="0"/>
      <w:marBottom w:val="0"/>
      <w:divBdr>
        <w:top w:val="none" w:sz="0" w:space="0" w:color="auto"/>
        <w:left w:val="none" w:sz="0" w:space="0" w:color="auto"/>
        <w:bottom w:val="none" w:sz="0" w:space="0" w:color="auto"/>
        <w:right w:val="none" w:sz="0" w:space="0" w:color="auto"/>
      </w:divBdr>
    </w:div>
    <w:div w:id="472873652">
      <w:bodyDiv w:val="1"/>
      <w:marLeft w:val="0"/>
      <w:marRight w:val="0"/>
      <w:marTop w:val="0"/>
      <w:marBottom w:val="0"/>
      <w:divBdr>
        <w:top w:val="none" w:sz="0" w:space="0" w:color="auto"/>
        <w:left w:val="none" w:sz="0" w:space="0" w:color="auto"/>
        <w:bottom w:val="none" w:sz="0" w:space="0" w:color="auto"/>
        <w:right w:val="none" w:sz="0" w:space="0" w:color="auto"/>
      </w:divBdr>
    </w:div>
    <w:div w:id="472910927">
      <w:bodyDiv w:val="1"/>
      <w:marLeft w:val="0"/>
      <w:marRight w:val="0"/>
      <w:marTop w:val="0"/>
      <w:marBottom w:val="0"/>
      <w:divBdr>
        <w:top w:val="none" w:sz="0" w:space="0" w:color="auto"/>
        <w:left w:val="none" w:sz="0" w:space="0" w:color="auto"/>
        <w:bottom w:val="none" w:sz="0" w:space="0" w:color="auto"/>
        <w:right w:val="none" w:sz="0" w:space="0" w:color="auto"/>
      </w:divBdr>
    </w:div>
    <w:div w:id="473257008">
      <w:bodyDiv w:val="1"/>
      <w:marLeft w:val="0"/>
      <w:marRight w:val="0"/>
      <w:marTop w:val="0"/>
      <w:marBottom w:val="0"/>
      <w:divBdr>
        <w:top w:val="none" w:sz="0" w:space="0" w:color="auto"/>
        <w:left w:val="none" w:sz="0" w:space="0" w:color="auto"/>
        <w:bottom w:val="none" w:sz="0" w:space="0" w:color="auto"/>
        <w:right w:val="none" w:sz="0" w:space="0" w:color="auto"/>
      </w:divBdr>
    </w:div>
    <w:div w:id="473454339">
      <w:bodyDiv w:val="1"/>
      <w:marLeft w:val="0"/>
      <w:marRight w:val="0"/>
      <w:marTop w:val="0"/>
      <w:marBottom w:val="0"/>
      <w:divBdr>
        <w:top w:val="none" w:sz="0" w:space="0" w:color="auto"/>
        <w:left w:val="none" w:sz="0" w:space="0" w:color="auto"/>
        <w:bottom w:val="none" w:sz="0" w:space="0" w:color="auto"/>
        <w:right w:val="none" w:sz="0" w:space="0" w:color="auto"/>
      </w:divBdr>
    </w:div>
    <w:div w:id="473912150">
      <w:bodyDiv w:val="1"/>
      <w:marLeft w:val="0"/>
      <w:marRight w:val="0"/>
      <w:marTop w:val="0"/>
      <w:marBottom w:val="0"/>
      <w:divBdr>
        <w:top w:val="none" w:sz="0" w:space="0" w:color="auto"/>
        <w:left w:val="none" w:sz="0" w:space="0" w:color="auto"/>
        <w:bottom w:val="none" w:sz="0" w:space="0" w:color="auto"/>
        <w:right w:val="none" w:sz="0" w:space="0" w:color="auto"/>
      </w:divBdr>
    </w:div>
    <w:div w:id="475028021">
      <w:bodyDiv w:val="1"/>
      <w:marLeft w:val="0"/>
      <w:marRight w:val="0"/>
      <w:marTop w:val="0"/>
      <w:marBottom w:val="0"/>
      <w:divBdr>
        <w:top w:val="none" w:sz="0" w:space="0" w:color="auto"/>
        <w:left w:val="none" w:sz="0" w:space="0" w:color="auto"/>
        <w:bottom w:val="none" w:sz="0" w:space="0" w:color="auto"/>
        <w:right w:val="none" w:sz="0" w:space="0" w:color="auto"/>
      </w:divBdr>
    </w:div>
    <w:div w:id="475604621">
      <w:bodyDiv w:val="1"/>
      <w:marLeft w:val="0"/>
      <w:marRight w:val="0"/>
      <w:marTop w:val="0"/>
      <w:marBottom w:val="0"/>
      <w:divBdr>
        <w:top w:val="none" w:sz="0" w:space="0" w:color="auto"/>
        <w:left w:val="none" w:sz="0" w:space="0" w:color="auto"/>
        <w:bottom w:val="none" w:sz="0" w:space="0" w:color="auto"/>
        <w:right w:val="none" w:sz="0" w:space="0" w:color="auto"/>
      </w:divBdr>
    </w:div>
    <w:div w:id="476147799">
      <w:bodyDiv w:val="1"/>
      <w:marLeft w:val="0"/>
      <w:marRight w:val="0"/>
      <w:marTop w:val="0"/>
      <w:marBottom w:val="0"/>
      <w:divBdr>
        <w:top w:val="none" w:sz="0" w:space="0" w:color="auto"/>
        <w:left w:val="none" w:sz="0" w:space="0" w:color="auto"/>
        <w:bottom w:val="none" w:sz="0" w:space="0" w:color="auto"/>
        <w:right w:val="none" w:sz="0" w:space="0" w:color="auto"/>
      </w:divBdr>
    </w:div>
    <w:div w:id="478690194">
      <w:bodyDiv w:val="1"/>
      <w:marLeft w:val="0"/>
      <w:marRight w:val="0"/>
      <w:marTop w:val="0"/>
      <w:marBottom w:val="0"/>
      <w:divBdr>
        <w:top w:val="none" w:sz="0" w:space="0" w:color="auto"/>
        <w:left w:val="none" w:sz="0" w:space="0" w:color="auto"/>
        <w:bottom w:val="none" w:sz="0" w:space="0" w:color="auto"/>
        <w:right w:val="none" w:sz="0" w:space="0" w:color="auto"/>
      </w:divBdr>
    </w:div>
    <w:div w:id="479813457">
      <w:bodyDiv w:val="1"/>
      <w:marLeft w:val="0"/>
      <w:marRight w:val="0"/>
      <w:marTop w:val="0"/>
      <w:marBottom w:val="0"/>
      <w:divBdr>
        <w:top w:val="none" w:sz="0" w:space="0" w:color="auto"/>
        <w:left w:val="none" w:sz="0" w:space="0" w:color="auto"/>
        <w:bottom w:val="none" w:sz="0" w:space="0" w:color="auto"/>
        <w:right w:val="none" w:sz="0" w:space="0" w:color="auto"/>
      </w:divBdr>
    </w:div>
    <w:div w:id="481506037">
      <w:bodyDiv w:val="1"/>
      <w:marLeft w:val="0"/>
      <w:marRight w:val="0"/>
      <w:marTop w:val="0"/>
      <w:marBottom w:val="0"/>
      <w:divBdr>
        <w:top w:val="none" w:sz="0" w:space="0" w:color="auto"/>
        <w:left w:val="none" w:sz="0" w:space="0" w:color="auto"/>
        <w:bottom w:val="none" w:sz="0" w:space="0" w:color="auto"/>
        <w:right w:val="none" w:sz="0" w:space="0" w:color="auto"/>
      </w:divBdr>
    </w:div>
    <w:div w:id="482435151">
      <w:bodyDiv w:val="1"/>
      <w:marLeft w:val="0"/>
      <w:marRight w:val="0"/>
      <w:marTop w:val="0"/>
      <w:marBottom w:val="0"/>
      <w:divBdr>
        <w:top w:val="none" w:sz="0" w:space="0" w:color="auto"/>
        <w:left w:val="none" w:sz="0" w:space="0" w:color="auto"/>
        <w:bottom w:val="none" w:sz="0" w:space="0" w:color="auto"/>
        <w:right w:val="none" w:sz="0" w:space="0" w:color="auto"/>
      </w:divBdr>
    </w:div>
    <w:div w:id="487358307">
      <w:bodyDiv w:val="1"/>
      <w:marLeft w:val="0"/>
      <w:marRight w:val="0"/>
      <w:marTop w:val="0"/>
      <w:marBottom w:val="0"/>
      <w:divBdr>
        <w:top w:val="none" w:sz="0" w:space="0" w:color="auto"/>
        <w:left w:val="none" w:sz="0" w:space="0" w:color="auto"/>
        <w:bottom w:val="none" w:sz="0" w:space="0" w:color="auto"/>
        <w:right w:val="none" w:sz="0" w:space="0" w:color="auto"/>
      </w:divBdr>
    </w:div>
    <w:div w:id="487598761">
      <w:bodyDiv w:val="1"/>
      <w:marLeft w:val="0"/>
      <w:marRight w:val="0"/>
      <w:marTop w:val="0"/>
      <w:marBottom w:val="0"/>
      <w:divBdr>
        <w:top w:val="none" w:sz="0" w:space="0" w:color="auto"/>
        <w:left w:val="none" w:sz="0" w:space="0" w:color="auto"/>
        <w:bottom w:val="none" w:sz="0" w:space="0" w:color="auto"/>
        <w:right w:val="none" w:sz="0" w:space="0" w:color="auto"/>
      </w:divBdr>
    </w:div>
    <w:div w:id="490294697">
      <w:bodyDiv w:val="1"/>
      <w:marLeft w:val="0"/>
      <w:marRight w:val="0"/>
      <w:marTop w:val="0"/>
      <w:marBottom w:val="0"/>
      <w:divBdr>
        <w:top w:val="none" w:sz="0" w:space="0" w:color="auto"/>
        <w:left w:val="none" w:sz="0" w:space="0" w:color="auto"/>
        <w:bottom w:val="none" w:sz="0" w:space="0" w:color="auto"/>
        <w:right w:val="none" w:sz="0" w:space="0" w:color="auto"/>
      </w:divBdr>
    </w:div>
    <w:div w:id="491066066">
      <w:bodyDiv w:val="1"/>
      <w:marLeft w:val="0"/>
      <w:marRight w:val="0"/>
      <w:marTop w:val="0"/>
      <w:marBottom w:val="0"/>
      <w:divBdr>
        <w:top w:val="none" w:sz="0" w:space="0" w:color="auto"/>
        <w:left w:val="none" w:sz="0" w:space="0" w:color="auto"/>
        <w:bottom w:val="none" w:sz="0" w:space="0" w:color="auto"/>
        <w:right w:val="none" w:sz="0" w:space="0" w:color="auto"/>
      </w:divBdr>
    </w:div>
    <w:div w:id="491721135">
      <w:bodyDiv w:val="1"/>
      <w:marLeft w:val="0"/>
      <w:marRight w:val="0"/>
      <w:marTop w:val="0"/>
      <w:marBottom w:val="0"/>
      <w:divBdr>
        <w:top w:val="none" w:sz="0" w:space="0" w:color="auto"/>
        <w:left w:val="none" w:sz="0" w:space="0" w:color="auto"/>
        <w:bottom w:val="none" w:sz="0" w:space="0" w:color="auto"/>
        <w:right w:val="none" w:sz="0" w:space="0" w:color="auto"/>
      </w:divBdr>
    </w:div>
    <w:div w:id="494564753">
      <w:bodyDiv w:val="1"/>
      <w:marLeft w:val="0"/>
      <w:marRight w:val="0"/>
      <w:marTop w:val="0"/>
      <w:marBottom w:val="0"/>
      <w:divBdr>
        <w:top w:val="none" w:sz="0" w:space="0" w:color="auto"/>
        <w:left w:val="none" w:sz="0" w:space="0" w:color="auto"/>
        <w:bottom w:val="none" w:sz="0" w:space="0" w:color="auto"/>
        <w:right w:val="none" w:sz="0" w:space="0" w:color="auto"/>
      </w:divBdr>
    </w:div>
    <w:div w:id="495339293">
      <w:bodyDiv w:val="1"/>
      <w:marLeft w:val="0"/>
      <w:marRight w:val="0"/>
      <w:marTop w:val="0"/>
      <w:marBottom w:val="0"/>
      <w:divBdr>
        <w:top w:val="none" w:sz="0" w:space="0" w:color="auto"/>
        <w:left w:val="none" w:sz="0" w:space="0" w:color="auto"/>
        <w:bottom w:val="none" w:sz="0" w:space="0" w:color="auto"/>
        <w:right w:val="none" w:sz="0" w:space="0" w:color="auto"/>
      </w:divBdr>
    </w:div>
    <w:div w:id="499851151">
      <w:bodyDiv w:val="1"/>
      <w:marLeft w:val="0"/>
      <w:marRight w:val="0"/>
      <w:marTop w:val="0"/>
      <w:marBottom w:val="0"/>
      <w:divBdr>
        <w:top w:val="none" w:sz="0" w:space="0" w:color="auto"/>
        <w:left w:val="none" w:sz="0" w:space="0" w:color="auto"/>
        <w:bottom w:val="none" w:sz="0" w:space="0" w:color="auto"/>
        <w:right w:val="none" w:sz="0" w:space="0" w:color="auto"/>
      </w:divBdr>
    </w:div>
    <w:div w:id="499926198">
      <w:bodyDiv w:val="1"/>
      <w:marLeft w:val="0"/>
      <w:marRight w:val="0"/>
      <w:marTop w:val="0"/>
      <w:marBottom w:val="0"/>
      <w:divBdr>
        <w:top w:val="none" w:sz="0" w:space="0" w:color="auto"/>
        <w:left w:val="none" w:sz="0" w:space="0" w:color="auto"/>
        <w:bottom w:val="none" w:sz="0" w:space="0" w:color="auto"/>
        <w:right w:val="none" w:sz="0" w:space="0" w:color="auto"/>
      </w:divBdr>
      <w:divsChild>
        <w:div w:id="53818869">
          <w:marLeft w:val="480"/>
          <w:marRight w:val="0"/>
          <w:marTop w:val="0"/>
          <w:marBottom w:val="0"/>
          <w:divBdr>
            <w:top w:val="none" w:sz="0" w:space="0" w:color="auto"/>
            <w:left w:val="none" w:sz="0" w:space="0" w:color="auto"/>
            <w:bottom w:val="none" w:sz="0" w:space="0" w:color="auto"/>
            <w:right w:val="none" w:sz="0" w:space="0" w:color="auto"/>
          </w:divBdr>
        </w:div>
        <w:div w:id="136800116">
          <w:marLeft w:val="480"/>
          <w:marRight w:val="0"/>
          <w:marTop w:val="0"/>
          <w:marBottom w:val="0"/>
          <w:divBdr>
            <w:top w:val="none" w:sz="0" w:space="0" w:color="auto"/>
            <w:left w:val="none" w:sz="0" w:space="0" w:color="auto"/>
            <w:bottom w:val="none" w:sz="0" w:space="0" w:color="auto"/>
            <w:right w:val="none" w:sz="0" w:space="0" w:color="auto"/>
          </w:divBdr>
        </w:div>
        <w:div w:id="140663528">
          <w:marLeft w:val="480"/>
          <w:marRight w:val="0"/>
          <w:marTop w:val="0"/>
          <w:marBottom w:val="0"/>
          <w:divBdr>
            <w:top w:val="none" w:sz="0" w:space="0" w:color="auto"/>
            <w:left w:val="none" w:sz="0" w:space="0" w:color="auto"/>
            <w:bottom w:val="none" w:sz="0" w:space="0" w:color="auto"/>
            <w:right w:val="none" w:sz="0" w:space="0" w:color="auto"/>
          </w:divBdr>
        </w:div>
        <w:div w:id="289753655">
          <w:marLeft w:val="480"/>
          <w:marRight w:val="0"/>
          <w:marTop w:val="0"/>
          <w:marBottom w:val="0"/>
          <w:divBdr>
            <w:top w:val="none" w:sz="0" w:space="0" w:color="auto"/>
            <w:left w:val="none" w:sz="0" w:space="0" w:color="auto"/>
            <w:bottom w:val="none" w:sz="0" w:space="0" w:color="auto"/>
            <w:right w:val="none" w:sz="0" w:space="0" w:color="auto"/>
          </w:divBdr>
        </w:div>
        <w:div w:id="313874995">
          <w:marLeft w:val="480"/>
          <w:marRight w:val="0"/>
          <w:marTop w:val="0"/>
          <w:marBottom w:val="0"/>
          <w:divBdr>
            <w:top w:val="none" w:sz="0" w:space="0" w:color="auto"/>
            <w:left w:val="none" w:sz="0" w:space="0" w:color="auto"/>
            <w:bottom w:val="none" w:sz="0" w:space="0" w:color="auto"/>
            <w:right w:val="none" w:sz="0" w:space="0" w:color="auto"/>
          </w:divBdr>
        </w:div>
        <w:div w:id="361050559">
          <w:marLeft w:val="480"/>
          <w:marRight w:val="0"/>
          <w:marTop w:val="0"/>
          <w:marBottom w:val="0"/>
          <w:divBdr>
            <w:top w:val="none" w:sz="0" w:space="0" w:color="auto"/>
            <w:left w:val="none" w:sz="0" w:space="0" w:color="auto"/>
            <w:bottom w:val="none" w:sz="0" w:space="0" w:color="auto"/>
            <w:right w:val="none" w:sz="0" w:space="0" w:color="auto"/>
          </w:divBdr>
        </w:div>
        <w:div w:id="381906702">
          <w:marLeft w:val="480"/>
          <w:marRight w:val="0"/>
          <w:marTop w:val="0"/>
          <w:marBottom w:val="0"/>
          <w:divBdr>
            <w:top w:val="none" w:sz="0" w:space="0" w:color="auto"/>
            <w:left w:val="none" w:sz="0" w:space="0" w:color="auto"/>
            <w:bottom w:val="none" w:sz="0" w:space="0" w:color="auto"/>
            <w:right w:val="none" w:sz="0" w:space="0" w:color="auto"/>
          </w:divBdr>
        </w:div>
        <w:div w:id="430508919">
          <w:marLeft w:val="480"/>
          <w:marRight w:val="0"/>
          <w:marTop w:val="0"/>
          <w:marBottom w:val="0"/>
          <w:divBdr>
            <w:top w:val="none" w:sz="0" w:space="0" w:color="auto"/>
            <w:left w:val="none" w:sz="0" w:space="0" w:color="auto"/>
            <w:bottom w:val="none" w:sz="0" w:space="0" w:color="auto"/>
            <w:right w:val="none" w:sz="0" w:space="0" w:color="auto"/>
          </w:divBdr>
        </w:div>
        <w:div w:id="463158526">
          <w:marLeft w:val="480"/>
          <w:marRight w:val="0"/>
          <w:marTop w:val="0"/>
          <w:marBottom w:val="0"/>
          <w:divBdr>
            <w:top w:val="none" w:sz="0" w:space="0" w:color="auto"/>
            <w:left w:val="none" w:sz="0" w:space="0" w:color="auto"/>
            <w:bottom w:val="none" w:sz="0" w:space="0" w:color="auto"/>
            <w:right w:val="none" w:sz="0" w:space="0" w:color="auto"/>
          </w:divBdr>
        </w:div>
        <w:div w:id="483090696">
          <w:marLeft w:val="480"/>
          <w:marRight w:val="0"/>
          <w:marTop w:val="0"/>
          <w:marBottom w:val="0"/>
          <w:divBdr>
            <w:top w:val="none" w:sz="0" w:space="0" w:color="auto"/>
            <w:left w:val="none" w:sz="0" w:space="0" w:color="auto"/>
            <w:bottom w:val="none" w:sz="0" w:space="0" w:color="auto"/>
            <w:right w:val="none" w:sz="0" w:space="0" w:color="auto"/>
          </w:divBdr>
        </w:div>
        <w:div w:id="542130993">
          <w:marLeft w:val="480"/>
          <w:marRight w:val="0"/>
          <w:marTop w:val="0"/>
          <w:marBottom w:val="0"/>
          <w:divBdr>
            <w:top w:val="none" w:sz="0" w:space="0" w:color="auto"/>
            <w:left w:val="none" w:sz="0" w:space="0" w:color="auto"/>
            <w:bottom w:val="none" w:sz="0" w:space="0" w:color="auto"/>
            <w:right w:val="none" w:sz="0" w:space="0" w:color="auto"/>
          </w:divBdr>
        </w:div>
        <w:div w:id="561644343">
          <w:marLeft w:val="480"/>
          <w:marRight w:val="0"/>
          <w:marTop w:val="0"/>
          <w:marBottom w:val="0"/>
          <w:divBdr>
            <w:top w:val="none" w:sz="0" w:space="0" w:color="auto"/>
            <w:left w:val="none" w:sz="0" w:space="0" w:color="auto"/>
            <w:bottom w:val="none" w:sz="0" w:space="0" w:color="auto"/>
            <w:right w:val="none" w:sz="0" w:space="0" w:color="auto"/>
          </w:divBdr>
        </w:div>
        <w:div w:id="691734069">
          <w:marLeft w:val="480"/>
          <w:marRight w:val="0"/>
          <w:marTop w:val="0"/>
          <w:marBottom w:val="0"/>
          <w:divBdr>
            <w:top w:val="none" w:sz="0" w:space="0" w:color="auto"/>
            <w:left w:val="none" w:sz="0" w:space="0" w:color="auto"/>
            <w:bottom w:val="none" w:sz="0" w:space="0" w:color="auto"/>
            <w:right w:val="none" w:sz="0" w:space="0" w:color="auto"/>
          </w:divBdr>
        </w:div>
        <w:div w:id="745420548">
          <w:marLeft w:val="480"/>
          <w:marRight w:val="0"/>
          <w:marTop w:val="0"/>
          <w:marBottom w:val="0"/>
          <w:divBdr>
            <w:top w:val="none" w:sz="0" w:space="0" w:color="auto"/>
            <w:left w:val="none" w:sz="0" w:space="0" w:color="auto"/>
            <w:bottom w:val="none" w:sz="0" w:space="0" w:color="auto"/>
            <w:right w:val="none" w:sz="0" w:space="0" w:color="auto"/>
          </w:divBdr>
        </w:div>
        <w:div w:id="783429931">
          <w:marLeft w:val="480"/>
          <w:marRight w:val="0"/>
          <w:marTop w:val="0"/>
          <w:marBottom w:val="0"/>
          <w:divBdr>
            <w:top w:val="none" w:sz="0" w:space="0" w:color="auto"/>
            <w:left w:val="none" w:sz="0" w:space="0" w:color="auto"/>
            <w:bottom w:val="none" w:sz="0" w:space="0" w:color="auto"/>
            <w:right w:val="none" w:sz="0" w:space="0" w:color="auto"/>
          </w:divBdr>
        </w:div>
        <w:div w:id="935672566">
          <w:marLeft w:val="480"/>
          <w:marRight w:val="0"/>
          <w:marTop w:val="0"/>
          <w:marBottom w:val="0"/>
          <w:divBdr>
            <w:top w:val="none" w:sz="0" w:space="0" w:color="auto"/>
            <w:left w:val="none" w:sz="0" w:space="0" w:color="auto"/>
            <w:bottom w:val="none" w:sz="0" w:space="0" w:color="auto"/>
            <w:right w:val="none" w:sz="0" w:space="0" w:color="auto"/>
          </w:divBdr>
        </w:div>
        <w:div w:id="1011377491">
          <w:marLeft w:val="480"/>
          <w:marRight w:val="0"/>
          <w:marTop w:val="0"/>
          <w:marBottom w:val="0"/>
          <w:divBdr>
            <w:top w:val="none" w:sz="0" w:space="0" w:color="auto"/>
            <w:left w:val="none" w:sz="0" w:space="0" w:color="auto"/>
            <w:bottom w:val="none" w:sz="0" w:space="0" w:color="auto"/>
            <w:right w:val="none" w:sz="0" w:space="0" w:color="auto"/>
          </w:divBdr>
        </w:div>
        <w:div w:id="1085810208">
          <w:marLeft w:val="480"/>
          <w:marRight w:val="0"/>
          <w:marTop w:val="0"/>
          <w:marBottom w:val="0"/>
          <w:divBdr>
            <w:top w:val="none" w:sz="0" w:space="0" w:color="auto"/>
            <w:left w:val="none" w:sz="0" w:space="0" w:color="auto"/>
            <w:bottom w:val="none" w:sz="0" w:space="0" w:color="auto"/>
            <w:right w:val="none" w:sz="0" w:space="0" w:color="auto"/>
          </w:divBdr>
        </w:div>
        <w:div w:id="1092553260">
          <w:marLeft w:val="480"/>
          <w:marRight w:val="0"/>
          <w:marTop w:val="0"/>
          <w:marBottom w:val="0"/>
          <w:divBdr>
            <w:top w:val="none" w:sz="0" w:space="0" w:color="auto"/>
            <w:left w:val="none" w:sz="0" w:space="0" w:color="auto"/>
            <w:bottom w:val="none" w:sz="0" w:space="0" w:color="auto"/>
            <w:right w:val="none" w:sz="0" w:space="0" w:color="auto"/>
          </w:divBdr>
        </w:div>
        <w:div w:id="1103569210">
          <w:marLeft w:val="480"/>
          <w:marRight w:val="0"/>
          <w:marTop w:val="0"/>
          <w:marBottom w:val="0"/>
          <w:divBdr>
            <w:top w:val="none" w:sz="0" w:space="0" w:color="auto"/>
            <w:left w:val="none" w:sz="0" w:space="0" w:color="auto"/>
            <w:bottom w:val="none" w:sz="0" w:space="0" w:color="auto"/>
            <w:right w:val="none" w:sz="0" w:space="0" w:color="auto"/>
          </w:divBdr>
        </w:div>
        <w:div w:id="1155411955">
          <w:marLeft w:val="480"/>
          <w:marRight w:val="0"/>
          <w:marTop w:val="0"/>
          <w:marBottom w:val="0"/>
          <w:divBdr>
            <w:top w:val="none" w:sz="0" w:space="0" w:color="auto"/>
            <w:left w:val="none" w:sz="0" w:space="0" w:color="auto"/>
            <w:bottom w:val="none" w:sz="0" w:space="0" w:color="auto"/>
            <w:right w:val="none" w:sz="0" w:space="0" w:color="auto"/>
          </w:divBdr>
        </w:div>
        <w:div w:id="1193151051">
          <w:marLeft w:val="480"/>
          <w:marRight w:val="0"/>
          <w:marTop w:val="0"/>
          <w:marBottom w:val="0"/>
          <w:divBdr>
            <w:top w:val="none" w:sz="0" w:space="0" w:color="auto"/>
            <w:left w:val="none" w:sz="0" w:space="0" w:color="auto"/>
            <w:bottom w:val="none" w:sz="0" w:space="0" w:color="auto"/>
            <w:right w:val="none" w:sz="0" w:space="0" w:color="auto"/>
          </w:divBdr>
        </w:div>
        <w:div w:id="1263414031">
          <w:marLeft w:val="480"/>
          <w:marRight w:val="0"/>
          <w:marTop w:val="0"/>
          <w:marBottom w:val="0"/>
          <w:divBdr>
            <w:top w:val="none" w:sz="0" w:space="0" w:color="auto"/>
            <w:left w:val="none" w:sz="0" w:space="0" w:color="auto"/>
            <w:bottom w:val="none" w:sz="0" w:space="0" w:color="auto"/>
            <w:right w:val="none" w:sz="0" w:space="0" w:color="auto"/>
          </w:divBdr>
        </w:div>
        <w:div w:id="1292636663">
          <w:marLeft w:val="480"/>
          <w:marRight w:val="0"/>
          <w:marTop w:val="0"/>
          <w:marBottom w:val="0"/>
          <w:divBdr>
            <w:top w:val="none" w:sz="0" w:space="0" w:color="auto"/>
            <w:left w:val="none" w:sz="0" w:space="0" w:color="auto"/>
            <w:bottom w:val="none" w:sz="0" w:space="0" w:color="auto"/>
            <w:right w:val="none" w:sz="0" w:space="0" w:color="auto"/>
          </w:divBdr>
        </w:div>
        <w:div w:id="1322663494">
          <w:marLeft w:val="480"/>
          <w:marRight w:val="0"/>
          <w:marTop w:val="0"/>
          <w:marBottom w:val="0"/>
          <w:divBdr>
            <w:top w:val="none" w:sz="0" w:space="0" w:color="auto"/>
            <w:left w:val="none" w:sz="0" w:space="0" w:color="auto"/>
            <w:bottom w:val="none" w:sz="0" w:space="0" w:color="auto"/>
            <w:right w:val="none" w:sz="0" w:space="0" w:color="auto"/>
          </w:divBdr>
        </w:div>
        <w:div w:id="1439328575">
          <w:marLeft w:val="480"/>
          <w:marRight w:val="0"/>
          <w:marTop w:val="0"/>
          <w:marBottom w:val="0"/>
          <w:divBdr>
            <w:top w:val="none" w:sz="0" w:space="0" w:color="auto"/>
            <w:left w:val="none" w:sz="0" w:space="0" w:color="auto"/>
            <w:bottom w:val="none" w:sz="0" w:space="0" w:color="auto"/>
            <w:right w:val="none" w:sz="0" w:space="0" w:color="auto"/>
          </w:divBdr>
        </w:div>
        <w:div w:id="1569874847">
          <w:marLeft w:val="480"/>
          <w:marRight w:val="0"/>
          <w:marTop w:val="0"/>
          <w:marBottom w:val="0"/>
          <w:divBdr>
            <w:top w:val="none" w:sz="0" w:space="0" w:color="auto"/>
            <w:left w:val="none" w:sz="0" w:space="0" w:color="auto"/>
            <w:bottom w:val="none" w:sz="0" w:space="0" w:color="auto"/>
            <w:right w:val="none" w:sz="0" w:space="0" w:color="auto"/>
          </w:divBdr>
        </w:div>
        <w:div w:id="1579948770">
          <w:marLeft w:val="480"/>
          <w:marRight w:val="0"/>
          <w:marTop w:val="0"/>
          <w:marBottom w:val="0"/>
          <w:divBdr>
            <w:top w:val="none" w:sz="0" w:space="0" w:color="auto"/>
            <w:left w:val="none" w:sz="0" w:space="0" w:color="auto"/>
            <w:bottom w:val="none" w:sz="0" w:space="0" w:color="auto"/>
            <w:right w:val="none" w:sz="0" w:space="0" w:color="auto"/>
          </w:divBdr>
        </w:div>
        <w:div w:id="1614093047">
          <w:marLeft w:val="480"/>
          <w:marRight w:val="0"/>
          <w:marTop w:val="0"/>
          <w:marBottom w:val="0"/>
          <w:divBdr>
            <w:top w:val="none" w:sz="0" w:space="0" w:color="auto"/>
            <w:left w:val="none" w:sz="0" w:space="0" w:color="auto"/>
            <w:bottom w:val="none" w:sz="0" w:space="0" w:color="auto"/>
            <w:right w:val="none" w:sz="0" w:space="0" w:color="auto"/>
          </w:divBdr>
        </w:div>
        <w:div w:id="1725717965">
          <w:marLeft w:val="480"/>
          <w:marRight w:val="0"/>
          <w:marTop w:val="0"/>
          <w:marBottom w:val="0"/>
          <w:divBdr>
            <w:top w:val="none" w:sz="0" w:space="0" w:color="auto"/>
            <w:left w:val="none" w:sz="0" w:space="0" w:color="auto"/>
            <w:bottom w:val="none" w:sz="0" w:space="0" w:color="auto"/>
            <w:right w:val="none" w:sz="0" w:space="0" w:color="auto"/>
          </w:divBdr>
        </w:div>
        <w:div w:id="1857618748">
          <w:marLeft w:val="480"/>
          <w:marRight w:val="0"/>
          <w:marTop w:val="0"/>
          <w:marBottom w:val="0"/>
          <w:divBdr>
            <w:top w:val="none" w:sz="0" w:space="0" w:color="auto"/>
            <w:left w:val="none" w:sz="0" w:space="0" w:color="auto"/>
            <w:bottom w:val="none" w:sz="0" w:space="0" w:color="auto"/>
            <w:right w:val="none" w:sz="0" w:space="0" w:color="auto"/>
          </w:divBdr>
        </w:div>
        <w:div w:id="1903054279">
          <w:marLeft w:val="480"/>
          <w:marRight w:val="0"/>
          <w:marTop w:val="0"/>
          <w:marBottom w:val="0"/>
          <w:divBdr>
            <w:top w:val="none" w:sz="0" w:space="0" w:color="auto"/>
            <w:left w:val="none" w:sz="0" w:space="0" w:color="auto"/>
            <w:bottom w:val="none" w:sz="0" w:space="0" w:color="auto"/>
            <w:right w:val="none" w:sz="0" w:space="0" w:color="auto"/>
          </w:divBdr>
        </w:div>
        <w:div w:id="1912959938">
          <w:marLeft w:val="480"/>
          <w:marRight w:val="0"/>
          <w:marTop w:val="0"/>
          <w:marBottom w:val="0"/>
          <w:divBdr>
            <w:top w:val="none" w:sz="0" w:space="0" w:color="auto"/>
            <w:left w:val="none" w:sz="0" w:space="0" w:color="auto"/>
            <w:bottom w:val="none" w:sz="0" w:space="0" w:color="auto"/>
            <w:right w:val="none" w:sz="0" w:space="0" w:color="auto"/>
          </w:divBdr>
        </w:div>
        <w:div w:id="1978955172">
          <w:marLeft w:val="480"/>
          <w:marRight w:val="0"/>
          <w:marTop w:val="0"/>
          <w:marBottom w:val="0"/>
          <w:divBdr>
            <w:top w:val="none" w:sz="0" w:space="0" w:color="auto"/>
            <w:left w:val="none" w:sz="0" w:space="0" w:color="auto"/>
            <w:bottom w:val="none" w:sz="0" w:space="0" w:color="auto"/>
            <w:right w:val="none" w:sz="0" w:space="0" w:color="auto"/>
          </w:divBdr>
        </w:div>
        <w:div w:id="2053261664">
          <w:marLeft w:val="480"/>
          <w:marRight w:val="0"/>
          <w:marTop w:val="0"/>
          <w:marBottom w:val="0"/>
          <w:divBdr>
            <w:top w:val="none" w:sz="0" w:space="0" w:color="auto"/>
            <w:left w:val="none" w:sz="0" w:space="0" w:color="auto"/>
            <w:bottom w:val="none" w:sz="0" w:space="0" w:color="auto"/>
            <w:right w:val="none" w:sz="0" w:space="0" w:color="auto"/>
          </w:divBdr>
        </w:div>
        <w:div w:id="2073458203">
          <w:marLeft w:val="480"/>
          <w:marRight w:val="0"/>
          <w:marTop w:val="0"/>
          <w:marBottom w:val="0"/>
          <w:divBdr>
            <w:top w:val="none" w:sz="0" w:space="0" w:color="auto"/>
            <w:left w:val="none" w:sz="0" w:space="0" w:color="auto"/>
            <w:bottom w:val="none" w:sz="0" w:space="0" w:color="auto"/>
            <w:right w:val="none" w:sz="0" w:space="0" w:color="auto"/>
          </w:divBdr>
        </w:div>
        <w:div w:id="2102291973">
          <w:marLeft w:val="480"/>
          <w:marRight w:val="0"/>
          <w:marTop w:val="0"/>
          <w:marBottom w:val="0"/>
          <w:divBdr>
            <w:top w:val="none" w:sz="0" w:space="0" w:color="auto"/>
            <w:left w:val="none" w:sz="0" w:space="0" w:color="auto"/>
            <w:bottom w:val="none" w:sz="0" w:space="0" w:color="auto"/>
            <w:right w:val="none" w:sz="0" w:space="0" w:color="auto"/>
          </w:divBdr>
        </w:div>
        <w:div w:id="2122987005">
          <w:marLeft w:val="480"/>
          <w:marRight w:val="0"/>
          <w:marTop w:val="0"/>
          <w:marBottom w:val="0"/>
          <w:divBdr>
            <w:top w:val="none" w:sz="0" w:space="0" w:color="auto"/>
            <w:left w:val="none" w:sz="0" w:space="0" w:color="auto"/>
            <w:bottom w:val="none" w:sz="0" w:space="0" w:color="auto"/>
            <w:right w:val="none" w:sz="0" w:space="0" w:color="auto"/>
          </w:divBdr>
        </w:div>
        <w:div w:id="2128111483">
          <w:marLeft w:val="480"/>
          <w:marRight w:val="0"/>
          <w:marTop w:val="0"/>
          <w:marBottom w:val="0"/>
          <w:divBdr>
            <w:top w:val="none" w:sz="0" w:space="0" w:color="auto"/>
            <w:left w:val="none" w:sz="0" w:space="0" w:color="auto"/>
            <w:bottom w:val="none" w:sz="0" w:space="0" w:color="auto"/>
            <w:right w:val="none" w:sz="0" w:space="0" w:color="auto"/>
          </w:divBdr>
        </w:div>
      </w:divsChild>
    </w:div>
    <w:div w:id="500316644">
      <w:bodyDiv w:val="1"/>
      <w:marLeft w:val="0"/>
      <w:marRight w:val="0"/>
      <w:marTop w:val="0"/>
      <w:marBottom w:val="0"/>
      <w:divBdr>
        <w:top w:val="none" w:sz="0" w:space="0" w:color="auto"/>
        <w:left w:val="none" w:sz="0" w:space="0" w:color="auto"/>
        <w:bottom w:val="none" w:sz="0" w:space="0" w:color="auto"/>
        <w:right w:val="none" w:sz="0" w:space="0" w:color="auto"/>
      </w:divBdr>
    </w:div>
    <w:div w:id="502085203">
      <w:bodyDiv w:val="1"/>
      <w:marLeft w:val="0"/>
      <w:marRight w:val="0"/>
      <w:marTop w:val="0"/>
      <w:marBottom w:val="0"/>
      <w:divBdr>
        <w:top w:val="none" w:sz="0" w:space="0" w:color="auto"/>
        <w:left w:val="none" w:sz="0" w:space="0" w:color="auto"/>
        <w:bottom w:val="none" w:sz="0" w:space="0" w:color="auto"/>
        <w:right w:val="none" w:sz="0" w:space="0" w:color="auto"/>
      </w:divBdr>
    </w:div>
    <w:div w:id="504246315">
      <w:bodyDiv w:val="1"/>
      <w:marLeft w:val="0"/>
      <w:marRight w:val="0"/>
      <w:marTop w:val="0"/>
      <w:marBottom w:val="0"/>
      <w:divBdr>
        <w:top w:val="none" w:sz="0" w:space="0" w:color="auto"/>
        <w:left w:val="none" w:sz="0" w:space="0" w:color="auto"/>
        <w:bottom w:val="none" w:sz="0" w:space="0" w:color="auto"/>
        <w:right w:val="none" w:sz="0" w:space="0" w:color="auto"/>
      </w:divBdr>
    </w:div>
    <w:div w:id="507214681">
      <w:bodyDiv w:val="1"/>
      <w:marLeft w:val="0"/>
      <w:marRight w:val="0"/>
      <w:marTop w:val="0"/>
      <w:marBottom w:val="0"/>
      <w:divBdr>
        <w:top w:val="none" w:sz="0" w:space="0" w:color="auto"/>
        <w:left w:val="none" w:sz="0" w:space="0" w:color="auto"/>
        <w:bottom w:val="none" w:sz="0" w:space="0" w:color="auto"/>
        <w:right w:val="none" w:sz="0" w:space="0" w:color="auto"/>
      </w:divBdr>
    </w:div>
    <w:div w:id="508762822">
      <w:bodyDiv w:val="1"/>
      <w:marLeft w:val="0"/>
      <w:marRight w:val="0"/>
      <w:marTop w:val="0"/>
      <w:marBottom w:val="0"/>
      <w:divBdr>
        <w:top w:val="none" w:sz="0" w:space="0" w:color="auto"/>
        <w:left w:val="none" w:sz="0" w:space="0" w:color="auto"/>
        <w:bottom w:val="none" w:sz="0" w:space="0" w:color="auto"/>
        <w:right w:val="none" w:sz="0" w:space="0" w:color="auto"/>
      </w:divBdr>
      <w:divsChild>
        <w:div w:id="67193445">
          <w:marLeft w:val="480"/>
          <w:marRight w:val="0"/>
          <w:marTop w:val="0"/>
          <w:marBottom w:val="0"/>
          <w:divBdr>
            <w:top w:val="none" w:sz="0" w:space="0" w:color="auto"/>
            <w:left w:val="none" w:sz="0" w:space="0" w:color="auto"/>
            <w:bottom w:val="none" w:sz="0" w:space="0" w:color="auto"/>
            <w:right w:val="none" w:sz="0" w:space="0" w:color="auto"/>
          </w:divBdr>
        </w:div>
        <w:div w:id="192033825">
          <w:marLeft w:val="480"/>
          <w:marRight w:val="0"/>
          <w:marTop w:val="0"/>
          <w:marBottom w:val="0"/>
          <w:divBdr>
            <w:top w:val="none" w:sz="0" w:space="0" w:color="auto"/>
            <w:left w:val="none" w:sz="0" w:space="0" w:color="auto"/>
            <w:bottom w:val="none" w:sz="0" w:space="0" w:color="auto"/>
            <w:right w:val="none" w:sz="0" w:space="0" w:color="auto"/>
          </w:divBdr>
        </w:div>
        <w:div w:id="256180883">
          <w:marLeft w:val="480"/>
          <w:marRight w:val="0"/>
          <w:marTop w:val="0"/>
          <w:marBottom w:val="0"/>
          <w:divBdr>
            <w:top w:val="none" w:sz="0" w:space="0" w:color="auto"/>
            <w:left w:val="none" w:sz="0" w:space="0" w:color="auto"/>
            <w:bottom w:val="none" w:sz="0" w:space="0" w:color="auto"/>
            <w:right w:val="none" w:sz="0" w:space="0" w:color="auto"/>
          </w:divBdr>
        </w:div>
        <w:div w:id="367409974">
          <w:marLeft w:val="480"/>
          <w:marRight w:val="0"/>
          <w:marTop w:val="0"/>
          <w:marBottom w:val="0"/>
          <w:divBdr>
            <w:top w:val="none" w:sz="0" w:space="0" w:color="auto"/>
            <w:left w:val="none" w:sz="0" w:space="0" w:color="auto"/>
            <w:bottom w:val="none" w:sz="0" w:space="0" w:color="auto"/>
            <w:right w:val="none" w:sz="0" w:space="0" w:color="auto"/>
          </w:divBdr>
        </w:div>
        <w:div w:id="418992111">
          <w:marLeft w:val="480"/>
          <w:marRight w:val="0"/>
          <w:marTop w:val="0"/>
          <w:marBottom w:val="0"/>
          <w:divBdr>
            <w:top w:val="none" w:sz="0" w:space="0" w:color="auto"/>
            <w:left w:val="none" w:sz="0" w:space="0" w:color="auto"/>
            <w:bottom w:val="none" w:sz="0" w:space="0" w:color="auto"/>
            <w:right w:val="none" w:sz="0" w:space="0" w:color="auto"/>
          </w:divBdr>
        </w:div>
        <w:div w:id="444466957">
          <w:marLeft w:val="480"/>
          <w:marRight w:val="0"/>
          <w:marTop w:val="0"/>
          <w:marBottom w:val="0"/>
          <w:divBdr>
            <w:top w:val="none" w:sz="0" w:space="0" w:color="auto"/>
            <w:left w:val="none" w:sz="0" w:space="0" w:color="auto"/>
            <w:bottom w:val="none" w:sz="0" w:space="0" w:color="auto"/>
            <w:right w:val="none" w:sz="0" w:space="0" w:color="auto"/>
          </w:divBdr>
        </w:div>
        <w:div w:id="606691984">
          <w:marLeft w:val="480"/>
          <w:marRight w:val="0"/>
          <w:marTop w:val="0"/>
          <w:marBottom w:val="0"/>
          <w:divBdr>
            <w:top w:val="none" w:sz="0" w:space="0" w:color="auto"/>
            <w:left w:val="none" w:sz="0" w:space="0" w:color="auto"/>
            <w:bottom w:val="none" w:sz="0" w:space="0" w:color="auto"/>
            <w:right w:val="none" w:sz="0" w:space="0" w:color="auto"/>
          </w:divBdr>
        </w:div>
        <w:div w:id="608196283">
          <w:marLeft w:val="480"/>
          <w:marRight w:val="0"/>
          <w:marTop w:val="0"/>
          <w:marBottom w:val="0"/>
          <w:divBdr>
            <w:top w:val="none" w:sz="0" w:space="0" w:color="auto"/>
            <w:left w:val="none" w:sz="0" w:space="0" w:color="auto"/>
            <w:bottom w:val="none" w:sz="0" w:space="0" w:color="auto"/>
            <w:right w:val="none" w:sz="0" w:space="0" w:color="auto"/>
          </w:divBdr>
        </w:div>
        <w:div w:id="690033260">
          <w:marLeft w:val="480"/>
          <w:marRight w:val="0"/>
          <w:marTop w:val="0"/>
          <w:marBottom w:val="0"/>
          <w:divBdr>
            <w:top w:val="none" w:sz="0" w:space="0" w:color="auto"/>
            <w:left w:val="none" w:sz="0" w:space="0" w:color="auto"/>
            <w:bottom w:val="none" w:sz="0" w:space="0" w:color="auto"/>
            <w:right w:val="none" w:sz="0" w:space="0" w:color="auto"/>
          </w:divBdr>
        </w:div>
        <w:div w:id="795300188">
          <w:marLeft w:val="480"/>
          <w:marRight w:val="0"/>
          <w:marTop w:val="0"/>
          <w:marBottom w:val="0"/>
          <w:divBdr>
            <w:top w:val="none" w:sz="0" w:space="0" w:color="auto"/>
            <w:left w:val="none" w:sz="0" w:space="0" w:color="auto"/>
            <w:bottom w:val="none" w:sz="0" w:space="0" w:color="auto"/>
            <w:right w:val="none" w:sz="0" w:space="0" w:color="auto"/>
          </w:divBdr>
        </w:div>
        <w:div w:id="920024611">
          <w:marLeft w:val="480"/>
          <w:marRight w:val="0"/>
          <w:marTop w:val="0"/>
          <w:marBottom w:val="0"/>
          <w:divBdr>
            <w:top w:val="none" w:sz="0" w:space="0" w:color="auto"/>
            <w:left w:val="none" w:sz="0" w:space="0" w:color="auto"/>
            <w:bottom w:val="none" w:sz="0" w:space="0" w:color="auto"/>
            <w:right w:val="none" w:sz="0" w:space="0" w:color="auto"/>
          </w:divBdr>
        </w:div>
        <w:div w:id="962544252">
          <w:marLeft w:val="480"/>
          <w:marRight w:val="0"/>
          <w:marTop w:val="0"/>
          <w:marBottom w:val="0"/>
          <w:divBdr>
            <w:top w:val="none" w:sz="0" w:space="0" w:color="auto"/>
            <w:left w:val="none" w:sz="0" w:space="0" w:color="auto"/>
            <w:bottom w:val="none" w:sz="0" w:space="0" w:color="auto"/>
            <w:right w:val="none" w:sz="0" w:space="0" w:color="auto"/>
          </w:divBdr>
        </w:div>
        <w:div w:id="1076509213">
          <w:marLeft w:val="480"/>
          <w:marRight w:val="0"/>
          <w:marTop w:val="0"/>
          <w:marBottom w:val="0"/>
          <w:divBdr>
            <w:top w:val="none" w:sz="0" w:space="0" w:color="auto"/>
            <w:left w:val="none" w:sz="0" w:space="0" w:color="auto"/>
            <w:bottom w:val="none" w:sz="0" w:space="0" w:color="auto"/>
            <w:right w:val="none" w:sz="0" w:space="0" w:color="auto"/>
          </w:divBdr>
        </w:div>
        <w:div w:id="1251934525">
          <w:marLeft w:val="480"/>
          <w:marRight w:val="0"/>
          <w:marTop w:val="0"/>
          <w:marBottom w:val="0"/>
          <w:divBdr>
            <w:top w:val="none" w:sz="0" w:space="0" w:color="auto"/>
            <w:left w:val="none" w:sz="0" w:space="0" w:color="auto"/>
            <w:bottom w:val="none" w:sz="0" w:space="0" w:color="auto"/>
            <w:right w:val="none" w:sz="0" w:space="0" w:color="auto"/>
          </w:divBdr>
        </w:div>
        <w:div w:id="1361515797">
          <w:marLeft w:val="480"/>
          <w:marRight w:val="0"/>
          <w:marTop w:val="0"/>
          <w:marBottom w:val="0"/>
          <w:divBdr>
            <w:top w:val="none" w:sz="0" w:space="0" w:color="auto"/>
            <w:left w:val="none" w:sz="0" w:space="0" w:color="auto"/>
            <w:bottom w:val="none" w:sz="0" w:space="0" w:color="auto"/>
            <w:right w:val="none" w:sz="0" w:space="0" w:color="auto"/>
          </w:divBdr>
        </w:div>
        <w:div w:id="1435131300">
          <w:marLeft w:val="480"/>
          <w:marRight w:val="0"/>
          <w:marTop w:val="0"/>
          <w:marBottom w:val="0"/>
          <w:divBdr>
            <w:top w:val="none" w:sz="0" w:space="0" w:color="auto"/>
            <w:left w:val="none" w:sz="0" w:space="0" w:color="auto"/>
            <w:bottom w:val="none" w:sz="0" w:space="0" w:color="auto"/>
            <w:right w:val="none" w:sz="0" w:space="0" w:color="auto"/>
          </w:divBdr>
        </w:div>
        <w:div w:id="1444423716">
          <w:marLeft w:val="480"/>
          <w:marRight w:val="0"/>
          <w:marTop w:val="0"/>
          <w:marBottom w:val="0"/>
          <w:divBdr>
            <w:top w:val="none" w:sz="0" w:space="0" w:color="auto"/>
            <w:left w:val="none" w:sz="0" w:space="0" w:color="auto"/>
            <w:bottom w:val="none" w:sz="0" w:space="0" w:color="auto"/>
            <w:right w:val="none" w:sz="0" w:space="0" w:color="auto"/>
          </w:divBdr>
        </w:div>
        <w:div w:id="1482650149">
          <w:marLeft w:val="480"/>
          <w:marRight w:val="0"/>
          <w:marTop w:val="0"/>
          <w:marBottom w:val="0"/>
          <w:divBdr>
            <w:top w:val="none" w:sz="0" w:space="0" w:color="auto"/>
            <w:left w:val="none" w:sz="0" w:space="0" w:color="auto"/>
            <w:bottom w:val="none" w:sz="0" w:space="0" w:color="auto"/>
            <w:right w:val="none" w:sz="0" w:space="0" w:color="auto"/>
          </w:divBdr>
        </w:div>
        <w:div w:id="1513455257">
          <w:marLeft w:val="480"/>
          <w:marRight w:val="0"/>
          <w:marTop w:val="0"/>
          <w:marBottom w:val="0"/>
          <w:divBdr>
            <w:top w:val="none" w:sz="0" w:space="0" w:color="auto"/>
            <w:left w:val="none" w:sz="0" w:space="0" w:color="auto"/>
            <w:bottom w:val="none" w:sz="0" w:space="0" w:color="auto"/>
            <w:right w:val="none" w:sz="0" w:space="0" w:color="auto"/>
          </w:divBdr>
        </w:div>
        <w:div w:id="1617521919">
          <w:marLeft w:val="480"/>
          <w:marRight w:val="0"/>
          <w:marTop w:val="0"/>
          <w:marBottom w:val="0"/>
          <w:divBdr>
            <w:top w:val="none" w:sz="0" w:space="0" w:color="auto"/>
            <w:left w:val="none" w:sz="0" w:space="0" w:color="auto"/>
            <w:bottom w:val="none" w:sz="0" w:space="0" w:color="auto"/>
            <w:right w:val="none" w:sz="0" w:space="0" w:color="auto"/>
          </w:divBdr>
        </w:div>
        <w:div w:id="1693145403">
          <w:marLeft w:val="480"/>
          <w:marRight w:val="0"/>
          <w:marTop w:val="0"/>
          <w:marBottom w:val="0"/>
          <w:divBdr>
            <w:top w:val="none" w:sz="0" w:space="0" w:color="auto"/>
            <w:left w:val="none" w:sz="0" w:space="0" w:color="auto"/>
            <w:bottom w:val="none" w:sz="0" w:space="0" w:color="auto"/>
            <w:right w:val="none" w:sz="0" w:space="0" w:color="auto"/>
          </w:divBdr>
        </w:div>
        <w:div w:id="1851066913">
          <w:marLeft w:val="480"/>
          <w:marRight w:val="0"/>
          <w:marTop w:val="0"/>
          <w:marBottom w:val="0"/>
          <w:divBdr>
            <w:top w:val="none" w:sz="0" w:space="0" w:color="auto"/>
            <w:left w:val="none" w:sz="0" w:space="0" w:color="auto"/>
            <w:bottom w:val="none" w:sz="0" w:space="0" w:color="auto"/>
            <w:right w:val="none" w:sz="0" w:space="0" w:color="auto"/>
          </w:divBdr>
        </w:div>
        <w:div w:id="1918052534">
          <w:marLeft w:val="480"/>
          <w:marRight w:val="0"/>
          <w:marTop w:val="0"/>
          <w:marBottom w:val="0"/>
          <w:divBdr>
            <w:top w:val="none" w:sz="0" w:space="0" w:color="auto"/>
            <w:left w:val="none" w:sz="0" w:space="0" w:color="auto"/>
            <w:bottom w:val="none" w:sz="0" w:space="0" w:color="auto"/>
            <w:right w:val="none" w:sz="0" w:space="0" w:color="auto"/>
          </w:divBdr>
        </w:div>
        <w:div w:id="2017070631">
          <w:marLeft w:val="480"/>
          <w:marRight w:val="0"/>
          <w:marTop w:val="0"/>
          <w:marBottom w:val="0"/>
          <w:divBdr>
            <w:top w:val="none" w:sz="0" w:space="0" w:color="auto"/>
            <w:left w:val="none" w:sz="0" w:space="0" w:color="auto"/>
            <w:bottom w:val="none" w:sz="0" w:space="0" w:color="auto"/>
            <w:right w:val="none" w:sz="0" w:space="0" w:color="auto"/>
          </w:divBdr>
        </w:div>
        <w:div w:id="2028095306">
          <w:marLeft w:val="480"/>
          <w:marRight w:val="0"/>
          <w:marTop w:val="0"/>
          <w:marBottom w:val="0"/>
          <w:divBdr>
            <w:top w:val="none" w:sz="0" w:space="0" w:color="auto"/>
            <w:left w:val="none" w:sz="0" w:space="0" w:color="auto"/>
            <w:bottom w:val="none" w:sz="0" w:space="0" w:color="auto"/>
            <w:right w:val="none" w:sz="0" w:space="0" w:color="auto"/>
          </w:divBdr>
        </w:div>
        <w:div w:id="2138525288">
          <w:marLeft w:val="480"/>
          <w:marRight w:val="0"/>
          <w:marTop w:val="0"/>
          <w:marBottom w:val="0"/>
          <w:divBdr>
            <w:top w:val="none" w:sz="0" w:space="0" w:color="auto"/>
            <w:left w:val="none" w:sz="0" w:space="0" w:color="auto"/>
            <w:bottom w:val="none" w:sz="0" w:space="0" w:color="auto"/>
            <w:right w:val="none" w:sz="0" w:space="0" w:color="auto"/>
          </w:divBdr>
        </w:div>
      </w:divsChild>
    </w:div>
    <w:div w:id="512037331">
      <w:bodyDiv w:val="1"/>
      <w:marLeft w:val="0"/>
      <w:marRight w:val="0"/>
      <w:marTop w:val="0"/>
      <w:marBottom w:val="0"/>
      <w:divBdr>
        <w:top w:val="none" w:sz="0" w:space="0" w:color="auto"/>
        <w:left w:val="none" w:sz="0" w:space="0" w:color="auto"/>
        <w:bottom w:val="none" w:sz="0" w:space="0" w:color="auto"/>
        <w:right w:val="none" w:sz="0" w:space="0" w:color="auto"/>
      </w:divBdr>
    </w:div>
    <w:div w:id="512184135">
      <w:bodyDiv w:val="1"/>
      <w:marLeft w:val="0"/>
      <w:marRight w:val="0"/>
      <w:marTop w:val="0"/>
      <w:marBottom w:val="0"/>
      <w:divBdr>
        <w:top w:val="none" w:sz="0" w:space="0" w:color="auto"/>
        <w:left w:val="none" w:sz="0" w:space="0" w:color="auto"/>
        <w:bottom w:val="none" w:sz="0" w:space="0" w:color="auto"/>
        <w:right w:val="none" w:sz="0" w:space="0" w:color="auto"/>
      </w:divBdr>
    </w:div>
    <w:div w:id="513501550">
      <w:bodyDiv w:val="1"/>
      <w:marLeft w:val="0"/>
      <w:marRight w:val="0"/>
      <w:marTop w:val="0"/>
      <w:marBottom w:val="0"/>
      <w:divBdr>
        <w:top w:val="none" w:sz="0" w:space="0" w:color="auto"/>
        <w:left w:val="none" w:sz="0" w:space="0" w:color="auto"/>
        <w:bottom w:val="none" w:sz="0" w:space="0" w:color="auto"/>
        <w:right w:val="none" w:sz="0" w:space="0" w:color="auto"/>
      </w:divBdr>
    </w:div>
    <w:div w:id="516816919">
      <w:bodyDiv w:val="1"/>
      <w:marLeft w:val="0"/>
      <w:marRight w:val="0"/>
      <w:marTop w:val="0"/>
      <w:marBottom w:val="0"/>
      <w:divBdr>
        <w:top w:val="none" w:sz="0" w:space="0" w:color="auto"/>
        <w:left w:val="none" w:sz="0" w:space="0" w:color="auto"/>
        <w:bottom w:val="none" w:sz="0" w:space="0" w:color="auto"/>
        <w:right w:val="none" w:sz="0" w:space="0" w:color="auto"/>
      </w:divBdr>
    </w:div>
    <w:div w:id="523053308">
      <w:bodyDiv w:val="1"/>
      <w:marLeft w:val="0"/>
      <w:marRight w:val="0"/>
      <w:marTop w:val="0"/>
      <w:marBottom w:val="0"/>
      <w:divBdr>
        <w:top w:val="none" w:sz="0" w:space="0" w:color="auto"/>
        <w:left w:val="none" w:sz="0" w:space="0" w:color="auto"/>
        <w:bottom w:val="none" w:sz="0" w:space="0" w:color="auto"/>
        <w:right w:val="none" w:sz="0" w:space="0" w:color="auto"/>
      </w:divBdr>
    </w:div>
    <w:div w:id="523330706">
      <w:bodyDiv w:val="1"/>
      <w:marLeft w:val="0"/>
      <w:marRight w:val="0"/>
      <w:marTop w:val="0"/>
      <w:marBottom w:val="0"/>
      <w:divBdr>
        <w:top w:val="none" w:sz="0" w:space="0" w:color="auto"/>
        <w:left w:val="none" w:sz="0" w:space="0" w:color="auto"/>
        <w:bottom w:val="none" w:sz="0" w:space="0" w:color="auto"/>
        <w:right w:val="none" w:sz="0" w:space="0" w:color="auto"/>
      </w:divBdr>
    </w:div>
    <w:div w:id="527135608">
      <w:bodyDiv w:val="1"/>
      <w:marLeft w:val="0"/>
      <w:marRight w:val="0"/>
      <w:marTop w:val="0"/>
      <w:marBottom w:val="0"/>
      <w:divBdr>
        <w:top w:val="none" w:sz="0" w:space="0" w:color="auto"/>
        <w:left w:val="none" w:sz="0" w:space="0" w:color="auto"/>
        <w:bottom w:val="none" w:sz="0" w:space="0" w:color="auto"/>
        <w:right w:val="none" w:sz="0" w:space="0" w:color="auto"/>
      </w:divBdr>
      <w:divsChild>
        <w:div w:id="67507212">
          <w:marLeft w:val="480"/>
          <w:marRight w:val="0"/>
          <w:marTop w:val="0"/>
          <w:marBottom w:val="0"/>
          <w:divBdr>
            <w:top w:val="none" w:sz="0" w:space="0" w:color="auto"/>
            <w:left w:val="none" w:sz="0" w:space="0" w:color="auto"/>
            <w:bottom w:val="none" w:sz="0" w:space="0" w:color="auto"/>
            <w:right w:val="none" w:sz="0" w:space="0" w:color="auto"/>
          </w:divBdr>
        </w:div>
        <w:div w:id="113643161">
          <w:marLeft w:val="480"/>
          <w:marRight w:val="0"/>
          <w:marTop w:val="0"/>
          <w:marBottom w:val="0"/>
          <w:divBdr>
            <w:top w:val="none" w:sz="0" w:space="0" w:color="auto"/>
            <w:left w:val="none" w:sz="0" w:space="0" w:color="auto"/>
            <w:bottom w:val="none" w:sz="0" w:space="0" w:color="auto"/>
            <w:right w:val="none" w:sz="0" w:space="0" w:color="auto"/>
          </w:divBdr>
        </w:div>
        <w:div w:id="124082727">
          <w:marLeft w:val="480"/>
          <w:marRight w:val="0"/>
          <w:marTop w:val="0"/>
          <w:marBottom w:val="0"/>
          <w:divBdr>
            <w:top w:val="none" w:sz="0" w:space="0" w:color="auto"/>
            <w:left w:val="none" w:sz="0" w:space="0" w:color="auto"/>
            <w:bottom w:val="none" w:sz="0" w:space="0" w:color="auto"/>
            <w:right w:val="none" w:sz="0" w:space="0" w:color="auto"/>
          </w:divBdr>
        </w:div>
        <w:div w:id="160581296">
          <w:marLeft w:val="480"/>
          <w:marRight w:val="0"/>
          <w:marTop w:val="0"/>
          <w:marBottom w:val="0"/>
          <w:divBdr>
            <w:top w:val="none" w:sz="0" w:space="0" w:color="auto"/>
            <w:left w:val="none" w:sz="0" w:space="0" w:color="auto"/>
            <w:bottom w:val="none" w:sz="0" w:space="0" w:color="auto"/>
            <w:right w:val="none" w:sz="0" w:space="0" w:color="auto"/>
          </w:divBdr>
        </w:div>
        <w:div w:id="185562259">
          <w:marLeft w:val="480"/>
          <w:marRight w:val="0"/>
          <w:marTop w:val="0"/>
          <w:marBottom w:val="0"/>
          <w:divBdr>
            <w:top w:val="none" w:sz="0" w:space="0" w:color="auto"/>
            <w:left w:val="none" w:sz="0" w:space="0" w:color="auto"/>
            <w:bottom w:val="none" w:sz="0" w:space="0" w:color="auto"/>
            <w:right w:val="none" w:sz="0" w:space="0" w:color="auto"/>
          </w:divBdr>
        </w:div>
        <w:div w:id="241530523">
          <w:marLeft w:val="480"/>
          <w:marRight w:val="0"/>
          <w:marTop w:val="0"/>
          <w:marBottom w:val="0"/>
          <w:divBdr>
            <w:top w:val="none" w:sz="0" w:space="0" w:color="auto"/>
            <w:left w:val="none" w:sz="0" w:space="0" w:color="auto"/>
            <w:bottom w:val="none" w:sz="0" w:space="0" w:color="auto"/>
            <w:right w:val="none" w:sz="0" w:space="0" w:color="auto"/>
          </w:divBdr>
        </w:div>
        <w:div w:id="370035587">
          <w:marLeft w:val="480"/>
          <w:marRight w:val="0"/>
          <w:marTop w:val="0"/>
          <w:marBottom w:val="0"/>
          <w:divBdr>
            <w:top w:val="none" w:sz="0" w:space="0" w:color="auto"/>
            <w:left w:val="none" w:sz="0" w:space="0" w:color="auto"/>
            <w:bottom w:val="none" w:sz="0" w:space="0" w:color="auto"/>
            <w:right w:val="none" w:sz="0" w:space="0" w:color="auto"/>
          </w:divBdr>
        </w:div>
        <w:div w:id="445277717">
          <w:marLeft w:val="480"/>
          <w:marRight w:val="0"/>
          <w:marTop w:val="0"/>
          <w:marBottom w:val="0"/>
          <w:divBdr>
            <w:top w:val="none" w:sz="0" w:space="0" w:color="auto"/>
            <w:left w:val="none" w:sz="0" w:space="0" w:color="auto"/>
            <w:bottom w:val="none" w:sz="0" w:space="0" w:color="auto"/>
            <w:right w:val="none" w:sz="0" w:space="0" w:color="auto"/>
          </w:divBdr>
        </w:div>
        <w:div w:id="471559330">
          <w:marLeft w:val="480"/>
          <w:marRight w:val="0"/>
          <w:marTop w:val="0"/>
          <w:marBottom w:val="0"/>
          <w:divBdr>
            <w:top w:val="none" w:sz="0" w:space="0" w:color="auto"/>
            <w:left w:val="none" w:sz="0" w:space="0" w:color="auto"/>
            <w:bottom w:val="none" w:sz="0" w:space="0" w:color="auto"/>
            <w:right w:val="none" w:sz="0" w:space="0" w:color="auto"/>
          </w:divBdr>
        </w:div>
        <w:div w:id="492913803">
          <w:marLeft w:val="480"/>
          <w:marRight w:val="0"/>
          <w:marTop w:val="0"/>
          <w:marBottom w:val="0"/>
          <w:divBdr>
            <w:top w:val="none" w:sz="0" w:space="0" w:color="auto"/>
            <w:left w:val="none" w:sz="0" w:space="0" w:color="auto"/>
            <w:bottom w:val="none" w:sz="0" w:space="0" w:color="auto"/>
            <w:right w:val="none" w:sz="0" w:space="0" w:color="auto"/>
          </w:divBdr>
        </w:div>
        <w:div w:id="604076357">
          <w:marLeft w:val="480"/>
          <w:marRight w:val="0"/>
          <w:marTop w:val="0"/>
          <w:marBottom w:val="0"/>
          <w:divBdr>
            <w:top w:val="none" w:sz="0" w:space="0" w:color="auto"/>
            <w:left w:val="none" w:sz="0" w:space="0" w:color="auto"/>
            <w:bottom w:val="none" w:sz="0" w:space="0" w:color="auto"/>
            <w:right w:val="none" w:sz="0" w:space="0" w:color="auto"/>
          </w:divBdr>
        </w:div>
        <w:div w:id="634533065">
          <w:marLeft w:val="480"/>
          <w:marRight w:val="0"/>
          <w:marTop w:val="0"/>
          <w:marBottom w:val="0"/>
          <w:divBdr>
            <w:top w:val="none" w:sz="0" w:space="0" w:color="auto"/>
            <w:left w:val="none" w:sz="0" w:space="0" w:color="auto"/>
            <w:bottom w:val="none" w:sz="0" w:space="0" w:color="auto"/>
            <w:right w:val="none" w:sz="0" w:space="0" w:color="auto"/>
          </w:divBdr>
        </w:div>
        <w:div w:id="735856112">
          <w:marLeft w:val="480"/>
          <w:marRight w:val="0"/>
          <w:marTop w:val="0"/>
          <w:marBottom w:val="0"/>
          <w:divBdr>
            <w:top w:val="none" w:sz="0" w:space="0" w:color="auto"/>
            <w:left w:val="none" w:sz="0" w:space="0" w:color="auto"/>
            <w:bottom w:val="none" w:sz="0" w:space="0" w:color="auto"/>
            <w:right w:val="none" w:sz="0" w:space="0" w:color="auto"/>
          </w:divBdr>
        </w:div>
        <w:div w:id="752816216">
          <w:marLeft w:val="480"/>
          <w:marRight w:val="0"/>
          <w:marTop w:val="0"/>
          <w:marBottom w:val="0"/>
          <w:divBdr>
            <w:top w:val="none" w:sz="0" w:space="0" w:color="auto"/>
            <w:left w:val="none" w:sz="0" w:space="0" w:color="auto"/>
            <w:bottom w:val="none" w:sz="0" w:space="0" w:color="auto"/>
            <w:right w:val="none" w:sz="0" w:space="0" w:color="auto"/>
          </w:divBdr>
        </w:div>
        <w:div w:id="803891370">
          <w:marLeft w:val="480"/>
          <w:marRight w:val="0"/>
          <w:marTop w:val="0"/>
          <w:marBottom w:val="0"/>
          <w:divBdr>
            <w:top w:val="none" w:sz="0" w:space="0" w:color="auto"/>
            <w:left w:val="none" w:sz="0" w:space="0" w:color="auto"/>
            <w:bottom w:val="none" w:sz="0" w:space="0" w:color="auto"/>
            <w:right w:val="none" w:sz="0" w:space="0" w:color="auto"/>
          </w:divBdr>
        </w:div>
        <w:div w:id="871308310">
          <w:marLeft w:val="480"/>
          <w:marRight w:val="0"/>
          <w:marTop w:val="0"/>
          <w:marBottom w:val="0"/>
          <w:divBdr>
            <w:top w:val="none" w:sz="0" w:space="0" w:color="auto"/>
            <w:left w:val="none" w:sz="0" w:space="0" w:color="auto"/>
            <w:bottom w:val="none" w:sz="0" w:space="0" w:color="auto"/>
            <w:right w:val="none" w:sz="0" w:space="0" w:color="auto"/>
          </w:divBdr>
        </w:div>
        <w:div w:id="873881811">
          <w:marLeft w:val="480"/>
          <w:marRight w:val="0"/>
          <w:marTop w:val="0"/>
          <w:marBottom w:val="0"/>
          <w:divBdr>
            <w:top w:val="none" w:sz="0" w:space="0" w:color="auto"/>
            <w:left w:val="none" w:sz="0" w:space="0" w:color="auto"/>
            <w:bottom w:val="none" w:sz="0" w:space="0" w:color="auto"/>
            <w:right w:val="none" w:sz="0" w:space="0" w:color="auto"/>
          </w:divBdr>
        </w:div>
        <w:div w:id="967317386">
          <w:marLeft w:val="480"/>
          <w:marRight w:val="0"/>
          <w:marTop w:val="0"/>
          <w:marBottom w:val="0"/>
          <w:divBdr>
            <w:top w:val="none" w:sz="0" w:space="0" w:color="auto"/>
            <w:left w:val="none" w:sz="0" w:space="0" w:color="auto"/>
            <w:bottom w:val="none" w:sz="0" w:space="0" w:color="auto"/>
            <w:right w:val="none" w:sz="0" w:space="0" w:color="auto"/>
          </w:divBdr>
        </w:div>
        <w:div w:id="1034427139">
          <w:marLeft w:val="480"/>
          <w:marRight w:val="0"/>
          <w:marTop w:val="0"/>
          <w:marBottom w:val="0"/>
          <w:divBdr>
            <w:top w:val="none" w:sz="0" w:space="0" w:color="auto"/>
            <w:left w:val="none" w:sz="0" w:space="0" w:color="auto"/>
            <w:bottom w:val="none" w:sz="0" w:space="0" w:color="auto"/>
            <w:right w:val="none" w:sz="0" w:space="0" w:color="auto"/>
          </w:divBdr>
        </w:div>
        <w:div w:id="1061950924">
          <w:marLeft w:val="480"/>
          <w:marRight w:val="0"/>
          <w:marTop w:val="0"/>
          <w:marBottom w:val="0"/>
          <w:divBdr>
            <w:top w:val="none" w:sz="0" w:space="0" w:color="auto"/>
            <w:left w:val="none" w:sz="0" w:space="0" w:color="auto"/>
            <w:bottom w:val="none" w:sz="0" w:space="0" w:color="auto"/>
            <w:right w:val="none" w:sz="0" w:space="0" w:color="auto"/>
          </w:divBdr>
        </w:div>
        <w:div w:id="1069423231">
          <w:marLeft w:val="480"/>
          <w:marRight w:val="0"/>
          <w:marTop w:val="0"/>
          <w:marBottom w:val="0"/>
          <w:divBdr>
            <w:top w:val="none" w:sz="0" w:space="0" w:color="auto"/>
            <w:left w:val="none" w:sz="0" w:space="0" w:color="auto"/>
            <w:bottom w:val="none" w:sz="0" w:space="0" w:color="auto"/>
            <w:right w:val="none" w:sz="0" w:space="0" w:color="auto"/>
          </w:divBdr>
        </w:div>
        <w:div w:id="1155027264">
          <w:marLeft w:val="480"/>
          <w:marRight w:val="0"/>
          <w:marTop w:val="0"/>
          <w:marBottom w:val="0"/>
          <w:divBdr>
            <w:top w:val="none" w:sz="0" w:space="0" w:color="auto"/>
            <w:left w:val="none" w:sz="0" w:space="0" w:color="auto"/>
            <w:bottom w:val="none" w:sz="0" w:space="0" w:color="auto"/>
            <w:right w:val="none" w:sz="0" w:space="0" w:color="auto"/>
          </w:divBdr>
        </w:div>
        <w:div w:id="1335378291">
          <w:marLeft w:val="480"/>
          <w:marRight w:val="0"/>
          <w:marTop w:val="0"/>
          <w:marBottom w:val="0"/>
          <w:divBdr>
            <w:top w:val="none" w:sz="0" w:space="0" w:color="auto"/>
            <w:left w:val="none" w:sz="0" w:space="0" w:color="auto"/>
            <w:bottom w:val="none" w:sz="0" w:space="0" w:color="auto"/>
            <w:right w:val="none" w:sz="0" w:space="0" w:color="auto"/>
          </w:divBdr>
        </w:div>
        <w:div w:id="1593736613">
          <w:marLeft w:val="480"/>
          <w:marRight w:val="0"/>
          <w:marTop w:val="0"/>
          <w:marBottom w:val="0"/>
          <w:divBdr>
            <w:top w:val="none" w:sz="0" w:space="0" w:color="auto"/>
            <w:left w:val="none" w:sz="0" w:space="0" w:color="auto"/>
            <w:bottom w:val="none" w:sz="0" w:space="0" w:color="auto"/>
            <w:right w:val="none" w:sz="0" w:space="0" w:color="auto"/>
          </w:divBdr>
        </w:div>
        <w:div w:id="1601720165">
          <w:marLeft w:val="480"/>
          <w:marRight w:val="0"/>
          <w:marTop w:val="0"/>
          <w:marBottom w:val="0"/>
          <w:divBdr>
            <w:top w:val="none" w:sz="0" w:space="0" w:color="auto"/>
            <w:left w:val="none" w:sz="0" w:space="0" w:color="auto"/>
            <w:bottom w:val="none" w:sz="0" w:space="0" w:color="auto"/>
            <w:right w:val="none" w:sz="0" w:space="0" w:color="auto"/>
          </w:divBdr>
        </w:div>
        <w:div w:id="1650137655">
          <w:marLeft w:val="480"/>
          <w:marRight w:val="0"/>
          <w:marTop w:val="0"/>
          <w:marBottom w:val="0"/>
          <w:divBdr>
            <w:top w:val="none" w:sz="0" w:space="0" w:color="auto"/>
            <w:left w:val="none" w:sz="0" w:space="0" w:color="auto"/>
            <w:bottom w:val="none" w:sz="0" w:space="0" w:color="auto"/>
            <w:right w:val="none" w:sz="0" w:space="0" w:color="auto"/>
          </w:divBdr>
        </w:div>
        <w:div w:id="1686860890">
          <w:marLeft w:val="480"/>
          <w:marRight w:val="0"/>
          <w:marTop w:val="0"/>
          <w:marBottom w:val="0"/>
          <w:divBdr>
            <w:top w:val="none" w:sz="0" w:space="0" w:color="auto"/>
            <w:left w:val="none" w:sz="0" w:space="0" w:color="auto"/>
            <w:bottom w:val="none" w:sz="0" w:space="0" w:color="auto"/>
            <w:right w:val="none" w:sz="0" w:space="0" w:color="auto"/>
          </w:divBdr>
        </w:div>
        <w:div w:id="1724671844">
          <w:marLeft w:val="480"/>
          <w:marRight w:val="0"/>
          <w:marTop w:val="0"/>
          <w:marBottom w:val="0"/>
          <w:divBdr>
            <w:top w:val="none" w:sz="0" w:space="0" w:color="auto"/>
            <w:left w:val="none" w:sz="0" w:space="0" w:color="auto"/>
            <w:bottom w:val="none" w:sz="0" w:space="0" w:color="auto"/>
            <w:right w:val="none" w:sz="0" w:space="0" w:color="auto"/>
          </w:divBdr>
        </w:div>
        <w:div w:id="1775974089">
          <w:marLeft w:val="480"/>
          <w:marRight w:val="0"/>
          <w:marTop w:val="0"/>
          <w:marBottom w:val="0"/>
          <w:divBdr>
            <w:top w:val="none" w:sz="0" w:space="0" w:color="auto"/>
            <w:left w:val="none" w:sz="0" w:space="0" w:color="auto"/>
            <w:bottom w:val="none" w:sz="0" w:space="0" w:color="auto"/>
            <w:right w:val="none" w:sz="0" w:space="0" w:color="auto"/>
          </w:divBdr>
        </w:div>
        <w:div w:id="1781026613">
          <w:marLeft w:val="480"/>
          <w:marRight w:val="0"/>
          <w:marTop w:val="0"/>
          <w:marBottom w:val="0"/>
          <w:divBdr>
            <w:top w:val="none" w:sz="0" w:space="0" w:color="auto"/>
            <w:left w:val="none" w:sz="0" w:space="0" w:color="auto"/>
            <w:bottom w:val="none" w:sz="0" w:space="0" w:color="auto"/>
            <w:right w:val="none" w:sz="0" w:space="0" w:color="auto"/>
          </w:divBdr>
        </w:div>
        <w:div w:id="1804733043">
          <w:marLeft w:val="480"/>
          <w:marRight w:val="0"/>
          <w:marTop w:val="0"/>
          <w:marBottom w:val="0"/>
          <w:divBdr>
            <w:top w:val="none" w:sz="0" w:space="0" w:color="auto"/>
            <w:left w:val="none" w:sz="0" w:space="0" w:color="auto"/>
            <w:bottom w:val="none" w:sz="0" w:space="0" w:color="auto"/>
            <w:right w:val="none" w:sz="0" w:space="0" w:color="auto"/>
          </w:divBdr>
        </w:div>
        <w:div w:id="1945575493">
          <w:marLeft w:val="480"/>
          <w:marRight w:val="0"/>
          <w:marTop w:val="0"/>
          <w:marBottom w:val="0"/>
          <w:divBdr>
            <w:top w:val="none" w:sz="0" w:space="0" w:color="auto"/>
            <w:left w:val="none" w:sz="0" w:space="0" w:color="auto"/>
            <w:bottom w:val="none" w:sz="0" w:space="0" w:color="auto"/>
            <w:right w:val="none" w:sz="0" w:space="0" w:color="auto"/>
          </w:divBdr>
        </w:div>
        <w:div w:id="2009015808">
          <w:marLeft w:val="480"/>
          <w:marRight w:val="0"/>
          <w:marTop w:val="0"/>
          <w:marBottom w:val="0"/>
          <w:divBdr>
            <w:top w:val="none" w:sz="0" w:space="0" w:color="auto"/>
            <w:left w:val="none" w:sz="0" w:space="0" w:color="auto"/>
            <w:bottom w:val="none" w:sz="0" w:space="0" w:color="auto"/>
            <w:right w:val="none" w:sz="0" w:space="0" w:color="auto"/>
          </w:divBdr>
        </w:div>
      </w:divsChild>
    </w:div>
    <w:div w:id="527258778">
      <w:bodyDiv w:val="1"/>
      <w:marLeft w:val="0"/>
      <w:marRight w:val="0"/>
      <w:marTop w:val="0"/>
      <w:marBottom w:val="0"/>
      <w:divBdr>
        <w:top w:val="none" w:sz="0" w:space="0" w:color="auto"/>
        <w:left w:val="none" w:sz="0" w:space="0" w:color="auto"/>
        <w:bottom w:val="none" w:sz="0" w:space="0" w:color="auto"/>
        <w:right w:val="none" w:sz="0" w:space="0" w:color="auto"/>
      </w:divBdr>
    </w:div>
    <w:div w:id="527763657">
      <w:bodyDiv w:val="1"/>
      <w:marLeft w:val="0"/>
      <w:marRight w:val="0"/>
      <w:marTop w:val="0"/>
      <w:marBottom w:val="0"/>
      <w:divBdr>
        <w:top w:val="none" w:sz="0" w:space="0" w:color="auto"/>
        <w:left w:val="none" w:sz="0" w:space="0" w:color="auto"/>
        <w:bottom w:val="none" w:sz="0" w:space="0" w:color="auto"/>
        <w:right w:val="none" w:sz="0" w:space="0" w:color="auto"/>
      </w:divBdr>
    </w:div>
    <w:div w:id="528029020">
      <w:bodyDiv w:val="1"/>
      <w:marLeft w:val="0"/>
      <w:marRight w:val="0"/>
      <w:marTop w:val="0"/>
      <w:marBottom w:val="0"/>
      <w:divBdr>
        <w:top w:val="none" w:sz="0" w:space="0" w:color="auto"/>
        <w:left w:val="none" w:sz="0" w:space="0" w:color="auto"/>
        <w:bottom w:val="none" w:sz="0" w:space="0" w:color="auto"/>
        <w:right w:val="none" w:sz="0" w:space="0" w:color="auto"/>
      </w:divBdr>
    </w:div>
    <w:div w:id="528378488">
      <w:bodyDiv w:val="1"/>
      <w:marLeft w:val="0"/>
      <w:marRight w:val="0"/>
      <w:marTop w:val="0"/>
      <w:marBottom w:val="0"/>
      <w:divBdr>
        <w:top w:val="none" w:sz="0" w:space="0" w:color="auto"/>
        <w:left w:val="none" w:sz="0" w:space="0" w:color="auto"/>
        <w:bottom w:val="none" w:sz="0" w:space="0" w:color="auto"/>
        <w:right w:val="none" w:sz="0" w:space="0" w:color="auto"/>
      </w:divBdr>
    </w:div>
    <w:div w:id="531844685">
      <w:bodyDiv w:val="1"/>
      <w:marLeft w:val="0"/>
      <w:marRight w:val="0"/>
      <w:marTop w:val="0"/>
      <w:marBottom w:val="0"/>
      <w:divBdr>
        <w:top w:val="none" w:sz="0" w:space="0" w:color="auto"/>
        <w:left w:val="none" w:sz="0" w:space="0" w:color="auto"/>
        <w:bottom w:val="none" w:sz="0" w:space="0" w:color="auto"/>
        <w:right w:val="none" w:sz="0" w:space="0" w:color="auto"/>
      </w:divBdr>
      <w:divsChild>
        <w:div w:id="69548735">
          <w:marLeft w:val="480"/>
          <w:marRight w:val="0"/>
          <w:marTop w:val="0"/>
          <w:marBottom w:val="0"/>
          <w:divBdr>
            <w:top w:val="none" w:sz="0" w:space="0" w:color="auto"/>
            <w:left w:val="none" w:sz="0" w:space="0" w:color="auto"/>
            <w:bottom w:val="none" w:sz="0" w:space="0" w:color="auto"/>
            <w:right w:val="none" w:sz="0" w:space="0" w:color="auto"/>
          </w:divBdr>
        </w:div>
        <w:div w:id="75976173">
          <w:marLeft w:val="480"/>
          <w:marRight w:val="0"/>
          <w:marTop w:val="0"/>
          <w:marBottom w:val="0"/>
          <w:divBdr>
            <w:top w:val="none" w:sz="0" w:space="0" w:color="auto"/>
            <w:left w:val="none" w:sz="0" w:space="0" w:color="auto"/>
            <w:bottom w:val="none" w:sz="0" w:space="0" w:color="auto"/>
            <w:right w:val="none" w:sz="0" w:space="0" w:color="auto"/>
          </w:divBdr>
        </w:div>
        <w:div w:id="104234084">
          <w:marLeft w:val="480"/>
          <w:marRight w:val="0"/>
          <w:marTop w:val="0"/>
          <w:marBottom w:val="0"/>
          <w:divBdr>
            <w:top w:val="none" w:sz="0" w:space="0" w:color="auto"/>
            <w:left w:val="none" w:sz="0" w:space="0" w:color="auto"/>
            <w:bottom w:val="none" w:sz="0" w:space="0" w:color="auto"/>
            <w:right w:val="none" w:sz="0" w:space="0" w:color="auto"/>
          </w:divBdr>
        </w:div>
        <w:div w:id="113403012">
          <w:marLeft w:val="480"/>
          <w:marRight w:val="0"/>
          <w:marTop w:val="0"/>
          <w:marBottom w:val="0"/>
          <w:divBdr>
            <w:top w:val="none" w:sz="0" w:space="0" w:color="auto"/>
            <w:left w:val="none" w:sz="0" w:space="0" w:color="auto"/>
            <w:bottom w:val="none" w:sz="0" w:space="0" w:color="auto"/>
            <w:right w:val="none" w:sz="0" w:space="0" w:color="auto"/>
          </w:divBdr>
        </w:div>
        <w:div w:id="126164828">
          <w:marLeft w:val="480"/>
          <w:marRight w:val="0"/>
          <w:marTop w:val="0"/>
          <w:marBottom w:val="0"/>
          <w:divBdr>
            <w:top w:val="none" w:sz="0" w:space="0" w:color="auto"/>
            <w:left w:val="none" w:sz="0" w:space="0" w:color="auto"/>
            <w:bottom w:val="none" w:sz="0" w:space="0" w:color="auto"/>
            <w:right w:val="none" w:sz="0" w:space="0" w:color="auto"/>
          </w:divBdr>
        </w:div>
        <w:div w:id="230163320">
          <w:marLeft w:val="480"/>
          <w:marRight w:val="0"/>
          <w:marTop w:val="0"/>
          <w:marBottom w:val="0"/>
          <w:divBdr>
            <w:top w:val="none" w:sz="0" w:space="0" w:color="auto"/>
            <w:left w:val="none" w:sz="0" w:space="0" w:color="auto"/>
            <w:bottom w:val="none" w:sz="0" w:space="0" w:color="auto"/>
            <w:right w:val="none" w:sz="0" w:space="0" w:color="auto"/>
          </w:divBdr>
        </w:div>
        <w:div w:id="242490818">
          <w:marLeft w:val="480"/>
          <w:marRight w:val="0"/>
          <w:marTop w:val="0"/>
          <w:marBottom w:val="0"/>
          <w:divBdr>
            <w:top w:val="none" w:sz="0" w:space="0" w:color="auto"/>
            <w:left w:val="none" w:sz="0" w:space="0" w:color="auto"/>
            <w:bottom w:val="none" w:sz="0" w:space="0" w:color="auto"/>
            <w:right w:val="none" w:sz="0" w:space="0" w:color="auto"/>
          </w:divBdr>
        </w:div>
        <w:div w:id="305161997">
          <w:marLeft w:val="480"/>
          <w:marRight w:val="0"/>
          <w:marTop w:val="0"/>
          <w:marBottom w:val="0"/>
          <w:divBdr>
            <w:top w:val="none" w:sz="0" w:space="0" w:color="auto"/>
            <w:left w:val="none" w:sz="0" w:space="0" w:color="auto"/>
            <w:bottom w:val="none" w:sz="0" w:space="0" w:color="auto"/>
            <w:right w:val="none" w:sz="0" w:space="0" w:color="auto"/>
          </w:divBdr>
        </w:div>
        <w:div w:id="310061485">
          <w:marLeft w:val="480"/>
          <w:marRight w:val="0"/>
          <w:marTop w:val="0"/>
          <w:marBottom w:val="0"/>
          <w:divBdr>
            <w:top w:val="none" w:sz="0" w:space="0" w:color="auto"/>
            <w:left w:val="none" w:sz="0" w:space="0" w:color="auto"/>
            <w:bottom w:val="none" w:sz="0" w:space="0" w:color="auto"/>
            <w:right w:val="none" w:sz="0" w:space="0" w:color="auto"/>
          </w:divBdr>
        </w:div>
        <w:div w:id="509567479">
          <w:marLeft w:val="480"/>
          <w:marRight w:val="0"/>
          <w:marTop w:val="0"/>
          <w:marBottom w:val="0"/>
          <w:divBdr>
            <w:top w:val="none" w:sz="0" w:space="0" w:color="auto"/>
            <w:left w:val="none" w:sz="0" w:space="0" w:color="auto"/>
            <w:bottom w:val="none" w:sz="0" w:space="0" w:color="auto"/>
            <w:right w:val="none" w:sz="0" w:space="0" w:color="auto"/>
          </w:divBdr>
        </w:div>
        <w:div w:id="528034654">
          <w:marLeft w:val="480"/>
          <w:marRight w:val="0"/>
          <w:marTop w:val="0"/>
          <w:marBottom w:val="0"/>
          <w:divBdr>
            <w:top w:val="none" w:sz="0" w:space="0" w:color="auto"/>
            <w:left w:val="none" w:sz="0" w:space="0" w:color="auto"/>
            <w:bottom w:val="none" w:sz="0" w:space="0" w:color="auto"/>
            <w:right w:val="none" w:sz="0" w:space="0" w:color="auto"/>
          </w:divBdr>
        </w:div>
        <w:div w:id="576398548">
          <w:marLeft w:val="480"/>
          <w:marRight w:val="0"/>
          <w:marTop w:val="0"/>
          <w:marBottom w:val="0"/>
          <w:divBdr>
            <w:top w:val="none" w:sz="0" w:space="0" w:color="auto"/>
            <w:left w:val="none" w:sz="0" w:space="0" w:color="auto"/>
            <w:bottom w:val="none" w:sz="0" w:space="0" w:color="auto"/>
            <w:right w:val="none" w:sz="0" w:space="0" w:color="auto"/>
          </w:divBdr>
        </w:div>
        <w:div w:id="791363457">
          <w:marLeft w:val="480"/>
          <w:marRight w:val="0"/>
          <w:marTop w:val="0"/>
          <w:marBottom w:val="0"/>
          <w:divBdr>
            <w:top w:val="none" w:sz="0" w:space="0" w:color="auto"/>
            <w:left w:val="none" w:sz="0" w:space="0" w:color="auto"/>
            <w:bottom w:val="none" w:sz="0" w:space="0" w:color="auto"/>
            <w:right w:val="none" w:sz="0" w:space="0" w:color="auto"/>
          </w:divBdr>
        </w:div>
        <w:div w:id="1049112399">
          <w:marLeft w:val="480"/>
          <w:marRight w:val="0"/>
          <w:marTop w:val="0"/>
          <w:marBottom w:val="0"/>
          <w:divBdr>
            <w:top w:val="none" w:sz="0" w:space="0" w:color="auto"/>
            <w:left w:val="none" w:sz="0" w:space="0" w:color="auto"/>
            <w:bottom w:val="none" w:sz="0" w:space="0" w:color="auto"/>
            <w:right w:val="none" w:sz="0" w:space="0" w:color="auto"/>
          </w:divBdr>
        </w:div>
        <w:div w:id="1059675115">
          <w:marLeft w:val="480"/>
          <w:marRight w:val="0"/>
          <w:marTop w:val="0"/>
          <w:marBottom w:val="0"/>
          <w:divBdr>
            <w:top w:val="none" w:sz="0" w:space="0" w:color="auto"/>
            <w:left w:val="none" w:sz="0" w:space="0" w:color="auto"/>
            <w:bottom w:val="none" w:sz="0" w:space="0" w:color="auto"/>
            <w:right w:val="none" w:sz="0" w:space="0" w:color="auto"/>
          </w:divBdr>
        </w:div>
        <w:div w:id="1060715628">
          <w:marLeft w:val="480"/>
          <w:marRight w:val="0"/>
          <w:marTop w:val="0"/>
          <w:marBottom w:val="0"/>
          <w:divBdr>
            <w:top w:val="none" w:sz="0" w:space="0" w:color="auto"/>
            <w:left w:val="none" w:sz="0" w:space="0" w:color="auto"/>
            <w:bottom w:val="none" w:sz="0" w:space="0" w:color="auto"/>
            <w:right w:val="none" w:sz="0" w:space="0" w:color="auto"/>
          </w:divBdr>
        </w:div>
        <w:div w:id="1235240345">
          <w:marLeft w:val="480"/>
          <w:marRight w:val="0"/>
          <w:marTop w:val="0"/>
          <w:marBottom w:val="0"/>
          <w:divBdr>
            <w:top w:val="none" w:sz="0" w:space="0" w:color="auto"/>
            <w:left w:val="none" w:sz="0" w:space="0" w:color="auto"/>
            <w:bottom w:val="none" w:sz="0" w:space="0" w:color="auto"/>
            <w:right w:val="none" w:sz="0" w:space="0" w:color="auto"/>
          </w:divBdr>
        </w:div>
        <w:div w:id="1327052499">
          <w:marLeft w:val="480"/>
          <w:marRight w:val="0"/>
          <w:marTop w:val="0"/>
          <w:marBottom w:val="0"/>
          <w:divBdr>
            <w:top w:val="none" w:sz="0" w:space="0" w:color="auto"/>
            <w:left w:val="none" w:sz="0" w:space="0" w:color="auto"/>
            <w:bottom w:val="none" w:sz="0" w:space="0" w:color="auto"/>
            <w:right w:val="none" w:sz="0" w:space="0" w:color="auto"/>
          </w:divBdr>
        </w:div>
        <w:div w:id="1380520473">
          <w:marLeft w:val="480"/>
          <w:marRight w:val="0"/>
          <w:marTop w:val="0"/>
          <w:marBottom w:val="0"/>
          <w:divBdr>
            <w:top w:val="none" w:sz="0" w:space="0" w:color="auto"/>
            <w:left w:val="none" w:sz="0" w:space="0" w:color="auto"/>
            <w:bottom w:val="none" w:sz="0" w:space="0" w:color="auto"/>
            <w:right w:val="none" w:sz="0" w:space="0" w:color="auto"/>
          </w:divBdr>
        </w:div>
        <w:div w:id="1448547510">
          <w:marLeft w:val="480"/>
          <w:marRight w:val="0"/>
          <w:marTop w:val="0"/>
          <w:marBottom w:val="0"/>
          <w:divBdr>
            <w:top w:val="none" w:sz="0" w:space="0" w:color="auto"/>
            <w:left w:val="none" w:sz="0" w:space="0" w:color="auto"/>
            <w:bottom w:val="none" w:sz="0" w:space="0" w:color="auto"/>
            <w:right w:val="none" w:sz="0" w:space="0" w:color="auto"/>
          </w:divBdr>
        </w:div>
        <w:div w:id="1490487824">
          <w:marLeft w:val="480"/>
          <w:marRight w:val="0"/>
          <w:marTop w:val="0"/>
          <w:marBottom w:val="0"/>
          <w:divBdr>
            <w:top w:val="none" w:sz="0" w:space="0" w:color="auto"/>
            <w:left w:val="none" w:sz="0" w:space="0" w:color="auto"/>
            <w:bottom w:val="none" w:sz="0" w:space="0" w:color="auto"/>
            <w:right w:val="none" w:sz="0" w:space="0" w:color="auto"/>
          </w:divBdr>
        </w:div>
        <w:div w:id="1530681799">
          <w:marLeft w:val="480"/>
          <w:marRight w:val="0"/>
          <w:marTop w:val="0"/>
          <w:marBottom w:val="0"/>
          <w:divBdr>
            <w:top w:val="none" w:sz="0" w:space="0" w:color="auto"/>
            <w:left w:val="none" w:sz="0" w:space="0" w:color="auto"/>
            <w:bottom w:val="none" w:sz="0" w:space="0" w:color="auto"/>
            <w:right w:val="none" w:sz="0" w:space="0" w:color="auto"/>
          </w:divBdr>
        </w:div>
        <w:div w:id="1600209907">
          <w:marLeft w:val="480"/>
          <w:marRight w:val="0"/>
          <w:marTop w:val="0"/>
          <w:marBottom w:val="0"/>
          <w:divBdr>
            <w:top w:val="none" w:sz="0" w:space="0" w:color="auto"/>
            <w:left w:val="none" w:sz="0" w:space="0" w:color="auto"/>
            <w:bottom w:val="none" w:sz="0" w:space="0" w:color="auto"/>
            <w:right w:val="none" w:sz="0" w:space="0" w:color="auto"/>
          </w:divBdr>
        </w:div>
        <w:div w:id="1601404367">
          <w:marLeft w:val="480"/>
          <w:marRight w:val="0"/>
          <w:marTop w:val="0"/>
          <w:marBottom w:val="0"/>
          <w:divBdr>
            <w:top w:val="none" w:sz="0" w:space="0" w:color="auto"/>
            <w:left w:val="none" w:sz="0" w:space="0" w:color="auto"/>
            <w:bottom w:val="none" w:sz="0" w:space="0" w:color="auto"/>
            <w:right w:val="none" w:sz="0" w:space="0" w:color="auto"/>
          </w:divBdr>
        </w:div>
        <w:div w:id="1606570222">
          <w:marLeft w:val="480"/>
          <w:marRight w:val="0"/>
          <w:marTop w:val="0"/>
          <w:marBottom w:val="0"/>
          <w:divBdr>
            <w:top w:val="none" w:sz="0" w:space="0" w:color="auto"/>
            <w:left w:val="none" w:sz="0" w:space="0" w:color="auto"/>
            <w:bottom w:val="none" w:sz="0" w:space="0" w:color="auto"/>
            <w:right w:val="none" w:sz="0" w:space="0" w:color="auto"/>
          </w:divBdr>
        </w:div>
        <w:div w:id="1667056524">
          <w:marLeft w:val="480"/>
          <w:marRight w:val="0"/>
          <w:marTop w:val="0"/>
          <w:marBottom w:val="0"/>
          <w:divBdr>
            <w:top w:val="none" w:sz="0" w:space="0" w:color="auto"/>
            <w:left w:val="none" w:sz="0" w:space="0" w:color="auto"/>
            <w:bottom w:val="none" w:sz="0" w:space="0" w:color="auto"/>
            <w:right w:val="none" w:sz="0" w:space="0" w:color="auto"/>
          </w:divBdr>
        </w:div>
        <w:div w:id="1680808272">
          <w:marLeft w:val="480"/>
          <w:marRight w:val="0"/>
          <w:marTop w:val="0"/>
          <w:marBottom w:val="0"/>
          <w:divBdr>
            <w:top w:val="none" w:sz="0" w:space="0" w:color="auto"/>
            <w:left w:val="none" w:sz="0" w:space="0" w:color="auto"/>
            <w:bottom w:val="none" w:sz="0" w:space="0" w:color="auto"/>
            <w:right w:val="none" w:sz="0" w:space="0" w:color="auto"/>
          </w:divBdr>
        </w:div>
        <w:div w:id="1730810574">
          <w:marLeft w:val="480"/>
          <w:marRight w:val="0"/>
          <w:marTop w:val="0"/>
          <w:marBottom w:val="0"/>
          <w:divBdr>
            <w:top w:val="none" w:sz="0" w:space="0" w:color="auto"/>
            <w:left w:val="none" w:sz="0" w:space="0" w:color="auto"/>
            <w:bottom w:val="none" w:sz="0" w:space="0" w:color="auto"/>
            <w:right w:val="none" w:sz="0" w:space="0" w:color="auto"/>
          </w:divBdr>
        </w:div>
        <w:div w:id="1760835852">
          <w:marLeft w:val="480"/>
          <w:marRight w:val="0"/>
          <w:marTop w:val="0"/>
          <w:marBottom w:val="0"/>
          <w:divBdr>
            <w:top w:val="none" w:sz="0" w:space="0" w:color="auto"/>
            <w:left w:val="none" w:sz="0" w:space="0" w:color="auto"/>
            <w:bottom w:val="none" w:sz="0" w:space="0" w:color="auto"/>
            <w:right w:val="none" w:sz="0" w:space="0" w:color="auto"/>
          </w:divBdr>
        </w:div>
        <w:div w:id="1768574740">
          <w:marLeft w:val="480"/>
          <w:marRight w:val="0"/>
          <w:marTop w:val="0"/>
          <w:marBottom w:val="0"/>
          <w:divBdr>
            <w:top w:val="none" w:sz="0" w:space="0" w:color="auto"/>
            <w:left w:val="none" w:sz="0" w:space="0" w:color="auto"/>
            <w:bottom w:val="none" w:sz="0" w:space="0" w:color="auto"/>
            <w:right w:val="none" w:sz="0" w:space="0" w:color="auto"/>
          </w:divBdr>
        </w:div>
        <w:div w:id="1839078741">
          <w:marLeft w:val="480"/>
          <w:marRight w:val="0"/>
          <w:marTop w:val="0"/>
          <w:marBottom w:val="0"/>
          <w:divBdr>
            <w:top w:val="none" w:sz="0" w:space="0" w:color="auto"/>
            <w:left w:val="none" w:sz="0" w:space="0" w:color="auto"/>
            <w:bottom w:val="none" w:sz="0" w:space="0" w:color="auto"/>
            <w:right w:val="none" w:sz="0" w:space="0" w:color="auto"/>
          </w:divBdr>
        </w:div>
        <w:div w:id="1856384928">
          <w:marLeft w:val="480"/>
          <w:marRight w:val="0"/>
          <w:marTop w:val="0"/>
          <w:marBottom w:val="0"/>
          <w:divBdr>
            <w:top w:val="none" w:sz="0" w:space="0" w:color="auto"/>
            <w:left w:val="none" w:sz="0" w:space="0" w:color="auto"/>
            <w:bottom w:val="none" w:sz="0" w:space="0" w:color="auto"/>
            <w:right w:val="none" w:sz="0" w:space="0" w:color="auto"/>
          </w:divBdr>
        </w:div>
        <w:div w:id="1919821671">
          <w:marLeft w:val="480"/>
          <w:marRight w:val="0"/>
          <w:marTop w:val="0"/>
          <w:marBottom w:val="0"/>
          <w:divBdr>
            <w:top w:val="none" w:sz="0" w:space="0" w:color="auto"/>
            <w:left w:val="none" w:sz="0" w:space="0" w:color="auto"/>
            <w:bottom w:val="none" w:sz="0" w:space="0" w:color="auto"/>
            <w:right w:val="none" w:sz="0" w:space="0" w:color="auto"/>
          </w:divBdr>
        </w:div>
        <w:div w:id="2088307859">
          <w:marLeft w:val="480"/>
          <w:marRight w:val="0"/>
          <w:marTop w:val="0"/>
          <w:marBottom w:val="0"/>
          <w:divBdr>
            <w:top w:val="none" w:sz="0" w:space="0" w:color="auto"/>
            <w:left w:val="none" w:sz="0" w:space="0" w:color="auto"/>
            <w:bottom w:val="none" w:sz="0" w:space="0" w:color="auto"/>
            <w:right w:val="none" w:sz="0" w:space="0" w:color="auto"/>
          </w:divBdr>
        </w:div>
        <w:div w:id="2108235878">
          <w:marLeft w:val="480"/>
          <w:marRight w:val="0"/>
          <w:marTop w:val="0"/>
          <w:marBottom w:val="0"/>
          <w:divBdr>
            <w:top w:val="none" w:sz="0" w:space="0" w:color="auto"/>
            <w:left w:val="none" w:sz="0" w:space="0" w:color="auto"/>
            <w:bottom w:val="none" w:sz="0" w:space="0" w:color="auto"/>
            <w:right w:val="none" w:sz="0" w:space="0" w:color="auto"/>
          </w:divBdr>
        </w:div>
        <w:div w:id="2115708258">
          <w:marLeft w:val="480"/>
          <w:marRight w:val="0"/>
          <w:marTop w:val="0"/>
          <w:marBottom w:val="0"/>
          <w:divBdr>
            <w:top w:val="none" w:sz="0" w:space="0" w:color="auto"/>
            <w:left w:val="none" w:sz="0" w:space="0" w:color="auto"/>
            <w:bottom w:val="none" w:sz="0" w:space="0" w:color="auto"/>
            <w:right w:val="none" w:sz="0" w:space="0" w:color="auto"/>
          </w:divBdr>
        </w:div>
      </w:divsChild>
    </w:div>
    <w:div w:id="532040326">
      <w:bodyDiv w:val="1"/>
      <w:marLeft w:val="0"/>
      <w:marRight w:val="0"/>
      <w:marTop w:val="0"/>
      <w:marBottom w:val="0"/>
      <w:divBdr>
        <w:top w:val="none" w:sz="0" w:space="0" w:color="auto"/>
        <w:left w:val="none" w:sz="0" w:space="0" w:color="auto"/>
        <w:bottom w:val="none" w:sz="0" w:space="0" w:color="auto"/>
        <w:right w:val="none" w:sz="0" w:space="0" w:color="auto"/>
      </w:divBdr>
    </w:div>
    <w:div w:id="532617497">
      <w:bodyDiv w:val="1"/>
      <w:marLeft w:val="0"/>
      <w:marRight w:val="0"/>
      <w:marTop w:val="0"/>
      <w:marBottom w:val="0"/>
      <w:divBdr>
        <w:top w:val="none" w:sz="0" w:space="0" w:color="auto"/>
        <w:left w:val="none" w:sz="0" w:space="0" w:color="auto"/>
        <w:bottom w:val="none" w:sz="0" w:space="0" w:color="auto"/>
        <w:right w:val="none" w:sz="0" w:space="0" w:color="auto"/>
      </w:divBdr>
      <w:divsChild>
        <w:div w:id="30805273">
          <w:marLeft w:val="480"/>
          <w:marRight w:val="0"/>
          <w:marTop w:val="0"/>
          <w:marBottom w:val="0"/>
          <w:divBdr>
            <w:top w:val="none" w:sz="0" w:space="0" w:color="auto"/>
            <w:left w:val="none" w:sz="0" w:space="0" w:color="auto"/>
            <w:bottom w:val="none" w:sz="0" w:space="0" w:color="auto"/>
            <w:right w:val="none" w:sz="0" w:space="0" w:color="auto"/>
          </w:divBdr>
        </w:div>
        <w:div w:id="165749923">
          <w:marLeft w:val="480"/>
          <w:marRight w:val="0"/>
          <w:marTop w:val="0"/>
          <w:marBottom w:val="0"/>
          <w:divBdr>
            <w:top w:val="none" w:sz="0" w:space="0" w:color="auto"/>
            <w:left w:val="none" w:sz="0" w:space="0" w:color="auto"/>
            <w:bottom w:val="none" w:sz="0" w:space="0" w:color="auto"/>
            <w:right w:val="none" w:sz="0" w:space="0" w:color="auto"/>
          </w:divBdr>
        </w:div>
        <w:div w:id="191118078">
          <w:marLeft w:val="480"/>
          <w:marRight w:val="0"/>
          <w:marTop w:val="0"/>
          <w:marBottom w:val="0"/>
          <w:divBdr>
            <w:top w:val="none" w:sz="0" w:space="0" w:color="auto"/>
            <w:left w:val="none" w:sz="0" w:space="0" w:color="auto"/>
            <w:bottom w:val="none" w:sz="0" w:space="0" w:color="auto"/>
            <w:right w:val="none" w:sz="0" w:space="0" w:color="auto"/>
          </w:divBdr>
        </w:div>
        <w:div w:id="302538649">
          <w:marLeft w:val="480"/>
          <w:marRight w:val="0"/>
          <w:marTop w:val="0"/>
          <w:marBottom w:val="0"/>
          <w:divBdr>
            <w:top w:val="none" w:sz="0" w:space="0" w:color="auto"/>
            <w:left w:val="none" w:sz="0" w:space="0" w:color="auto"/>
            <w:bottom w:val="none" w:sz="0" w:space="0" w:color="auto"/>
            <w:right w:val="none" w:sz="0" w:space="0" w:color="auto"/>
          </w:divBdr>
        </w:div>
        <w:div w:id="388379767">
          <w:marLeft w:val="480"/>
          <w:marRight w:val="0"/>
          <w:marTop w:val="0"/>
          <w:marBottom w:val="0"/>
          <w:divBdr>
            <w:top w:val="none" w:sz="0" w:space="0" w:color="auto"/>
            <w:left w:val="none" w:sz="0" w:space="0" w:color="auto"/>
            <w:bottom w:val="none" w:sz="0" w:space="0" w:color="auto"/>
            <w:right w:val="none" w:sz="0" w:space="0" w:color="auto"/>
          </w:divBdr>
        </w:div>
        <w:div w:id="538207442">
          <w:marLeft w:val="480"/>
          <w:marRight w:val="0"/>
          <w:marTop w:val="0"/>
          <w:marBottom w:val="0"/>
          <w:divBdr>
            <w:top w:val="none" w:sz="0" w:space="0" w:color="auto"/>
            <w:left w:val="none" w:sz="0" w:space="0" w:color="auto"/>
            <w:bottom w:val="none" w:sz="0" w:space="0" w:color="auto"/>
            <w:right w:val="none" w:sz="0" w:space="0" w:color="auto"/>
          </w:divBdr>
        </w:div>
        <w:div w:id="581455705">
          <w:marLeft w:val="480"/>
          <w:marRight w:val="0"/>
          <w:marTop w:val="0"/>
          <w:marBottom w:val="0"/>
          <w:divBdr>
            <w:top w:val="none" w:sz="0" w:space="0" w:color="auto"/>
            <w:left w:val="none" w:sz="0" w:space="0" w:color="auto"/>
            <w:bottom w:val="none" w:sz="0" w:space="0" w:color="auto"/>
            <w:right w:val="none" w:sz="0" w:space="0" w:color="auto"/>
          </w:divBdr>
        </w:div>
        <w:div w:id="701781046">
          <w:marLeft w:val="480"/>
          <w:marRight w:val="0"/>
          <w:marTop w:val="0"/>
          <w:marBottom w:val="0"/>
          <w:divBdr>
            <w:top w:val="none" w:sz="0" w:space="0" w:color="auto"/>
            <w:left w:val="none" w:sz="0" w:space="0" w:color="auto"/>
            <w:bottom w:val="none" w:sz="0" w:space="0" w:color="auto"/>
            <w:right w:val="none" w:sz="0" w:space="0" w:color="auto"/>
          </w:divBdr>
        </w:div>
        <w:div w:id="741874432">
          <w:marLeft w:val="480"/>
          <w:marRight w:val="0"/>
          <w:marTop w:val="0"/>
          <w:marBottom w:val="0"/>
          <w:divBdr>
            <w:top w:val="none" w:sz="0" w:space="0" w:color="auto"/>
            <w:left w:val="none" w:sz="0" w:space="0" w:color="auto"/>
            <w:bottom w:val="none" w:sz="0" w:space="0" w:color="auto"/>
            <w:right w:val="none" w:sz="0" w:space="0" w:color="auto"/>
          </w:divBdr>
        </w:div>
        <w:div w:id="807670009">
          <w:marLeft w:val="480"/>
          <w:marRight w:val="0"/>
          <w:marTop w:val="0"/>
          <w:marBottom w:val="0"/>
          <w:divBdr>
            <w:top w:val="none" w:sz="0" w:space="0" w:color="auto"/>
            <w:left w:val="none" w:sz="0" w:space="0" w:color="auto"/>
            <w:bottom w:val="none" w:sz="0" w:space="0" w:color="auto"/>
            <w:right w:val="none" w:sz="0" w:space="0" w:color="auto"/>
          </w:divBdr>
        </w:div>
        <w:div w:id="941184261">
          <w:marLeft w:val="480"/>
          <w:marRight w:val="0"/>
          <w:marTop w:val="0"/>
          <w:marBottom w:val="0"/>
          <w:divBdr>
            <w:top w:val="none" w:sz="0" w:space="0" w:color="auto"/>
            <w:left w:val="none" w:sz="0" w:space="0" w:color="auto"/>
            <w:bottom w:val="none" w:sz="0" w:space="0" w:color="auto"/>
            <w:right w:val="none" w:sz="0" w:space="0" w:color="auto"/>
          </w:divBdr>
        </w:div>
        <w:div w:id="954795279">
          <w:marLeft w:val="480"/>
          <w:marRight w:val="0"/>
          <w:marTop w:val="0"/>
          <w:marBottom w:val="0"/>
          <w:divBdr>
            <w:top w:val="none" w:sz="0" w:space="0" w:color="auto"/>
            <w:left w:val="none" w:sz="0" w:space="0" w:color="auto"/>
            <w:bottom w:val="none" w:sz="0" w:space="0" w:color="auto"/>
            <w:right w:val="none" w:sz="0" w:space="0" w:color="auto"/>
          </w:divBdr>
        </w:div>
        <w:div w:id="978152216">
          <w:marLeft w:val="480"/>
          <w:marRight w:val="0"/>
          <w:marTop w:val="0"/>
          <w:marBottom w:val="0"/>
          <w:divBdr>
            <w:top w:val="none" w:sz="0" w:space="0" w:color="auto"/>
            <w:left w:val="none" w:sz="0" w:space="0" w:color="auto"/>
            <w:bottom w:val="none" w:sz="0" w:space="0" w:color="auto"/>
            <w:right w:val="none" w:sz="0" w:space="0" w:color="auto"/>
          </w:divBdr>
        </w:div>
        <w:div w:id="1007559276">
          <w:marLeft w:val="480"/>
          <w:marRight w:val="0"/>
          <w:marTop w:val="0"/>
          <w:marBottom w:val="0"/>
          <w:divBdr>
            <w:top w:val="none" w:sz="0" w:space="0" w:color="auto"/>
            <w:left w:val="none" w:sz="0" w:space="0" w:color="auto"/>
            <w:bottom w:val="none" w:sz="0" w:space="0" w:color="auto"/>
            <w:right w:val="none" w:sz="0" w:space="0" w:color="auto"/>
          </w:divBdr>
        </w:div>
        <w:div w:id="1029916699">
          <w:marLeft w:val="480"/>
          <w:marRight w:val="0"/>
          <w:marTop w:val="0"/>
          <w:marBottom w:val="0"/>
          <w:divBdr>
            <w:top w:val="none" w:sz="0" w:space="0" w:color="auto"/>
            <w:left w:val="none" w:sz="0" w:space="0" w:color="auto"/>
            <w:bottom w:val="none" w:sz="0" w:space="0" w:color="auto"/>
            <w:right w:val="none" w:sz="0" w:space="0" w:color="auto"/>
          </w:divBdr>
        </w:div>
        <w:div w:id="1093549478">
          <w:marLeft w:val="480"/>
          <w:marRight w:val="0"/>
          <w:marTop w:val="0"/>
          <w:marBottom w:val="0"/>
          <w:divBdr>
            <w:top w:val="none" w:sz="0" w:space="0" w:color="auto"/>
            <w:left w:val="none" w:sz="0" w:space="0" w:color="auto"/>
            <w:bottom w:val="none" w:sz="0" w:space="0" w:color="auto"/>
            <w:right w:val="none" w:sz="0" w:space="0" w:color="auto"/>
          </w:divBdr>
        </w:div>
        <w:div w:id="1226987133">
          <w:marLeft w:val="480"/>
          <w:marRight w:val="0"/>
          <w:marTop w:val="0"/>
          <w:marBottom w:val="0"/>
          <w:divBdr>
            <w:top w:val="none" w:sz="0" w:space="0" w:color="auto"/>
            <w:left w:val="none" w:sz="0" w:space="0" w:color="auto"/>
            <w:bottom w:val="none" w:sz="0" w:space="0" w:color="auto"/>
            <w:right w:val="none" w:sz="0" w:space="0" w:color="auto"/>
          </w:divBdr>
        </w:div>
        <w:div w:id="1297297544">
          <w:marLeft w:val="480"/>
          <w:marRight w:val="0"/>
          <w:marTop w:val="0"/>
          <w:marBottom w:val="0"/>
          <w:divBdr>
            <w:top w:val="none" w:sz="0" w:space="0" w:color="auto"/>
            <w:left w:val="none" w:sz="0" w:space="0" w:color="auto"/>
            <w:bottom w:val="none" w:sz="0" w:space="0" w:color="auto"/>
            <w:right w:val="none" w:sz="0" w:space="0" w:color="auto"/>
          </w:divBdr>
        </w:div>
        <w:div w:id="1412311201">
          <w:marLeft w:val="480"/>
          <w:marRight w:val="0"/>
          <w:marTop w:val="0"/>
          <w:marBottom w:val="0"/>
          <w:divBdr>
            <w:top w:val="none" w:sz="0" w:space="0" w:color="auto"/>
            <w:left w:val="none" w:sz="0" w:space="0" w:color="auto"/>
            <w:bottom w:val="none" w:sz="0" w:space="0" w:color="auto"/>
            <w:right w:val="none" w:sz="0" w:space="0" w:color="auto"/>
          </w:divBdr>
        </w:div>
        <w:div w:id="1431121029">
          <w:marLeft w:val="480"/>
          <w:marRight w:val="0"/>
          <w:marTop w:val="0"/>
          <w:marBottom w:val="0"/>
          <w:divBdr>
            <w:top w:val="none" w:sz="0" w:space="0" w:color="auto"/>
            <w:left w:val="none" w:sz="0" w:space="0" w:color="auto"/>
            <w:bottom w:val="none" w:sz="0" w:space="0" w:color="auto"/>
            <w:right w:val="none" w:sz="0" w:space="0" w:color="auto"/>
          </w:divBdr>
        </w:div>
        <w:div w:id="1747723537">
          <w:marLeft w:val="480"/>
          <w:marRight w:val="0"/>
          <w:marTop w:val="0"/>
          <w:marBottom w:val="0"/>
          <w:divBdr>
            <w:top w:val="none" w:sz="0" w:space="0" w:color="auto"/>
            <w:left w:val="none" w:sz="0" w:space="0" w:color="auto"/>
            <w:bottom w:val="none" w:sz="0" w:space="0" w:color="auto"/>
            <w:right w:val="none" w:sz="0" w:space="0" w:color="auto"/>
          </w:divBdr>
        </w:div>
        <w:div w:id="1818570834">
          <w:marLeft w:val="480"/>
          <w:marRight w:val="0"/>
          <w:marTop w:val="0"/>
          <w:marBottom w:val="0"/>
          <w:divBdr>
            <w:top w:val="none" w:sz="0" w:space="0" w:color="auto"/>
            <w:left w:val="none" w:sz="0" w:space="0" w:color="auto"/>
            <w:bottom w:val="none" w:sz="0" w:space="0" w:color="auto"/>
            <w:right w:val="none" w:sz="0" w:space="0" w:color="auto"/>
          </w:divBdr>
        </w:div>
        <w:div w:id="1928535141">
          <w:marLeft w:val="480"/>
          <w:marRight w:val="0"/>
          <w:marTop w:val="0"/>
          <w:marBottom w:val="0"/>
          <w:divBdr>
            <w:top w:val="none" w:sz="0" w:space="0" w:color="auto"/>
            <w:left w:val="none" w:sz="0" w:space="0" w:color="auto"/>
            <w:bottom w:val="none" w:sz="0" w:space="0" w:color="auto"/>
            <w:right w:val="none" w:sz="0" w:space="0" w:color="auto"/>
          </w:divBdr>
        </w:div>
        <w:div w:id="1945841668">
          <w:marLeft w:val="480"/>
          <w:marRight w:val="0"/>
          <w:marTop w:val="0"/>
          <w:marBottom w:val="0"/>
          <w:divBdr>
            <w:top w:val="none" w:sz="0" w:space="0" w:color="auto"/>
            <w:left w:val="none" w:sz="0" w:space="0" w:color="auto"/>
            <w:bottom w:val="none" w:sz="0" w:space="0" w:color="auto"/>
            <w:right w:val="none" w:sz="0" w:space="0" w:color="auto"/>
          </w:divBdr>
        </w:div>
        <w:div w:id="2098088368">
          <w:marLeft w:val="480"/>
          <w:marRight w:val="0"/>
          <w:marTop w:val="0"/>
          <w:marBottom w:val="0"/>
          <w:divBdr>
            <w:top w:val="none" w:sz="0" w:space="0" w:color="auto"/>
            <w:left w:val="none" w:sz="0" w:space="0" w:color="auto"/>
            <w:bottom w:val="none" w:sz="0" w:space="0" w:color="auto"/>
            <w:right w:val="none" w:sz="0" w:space="0" w:color="auto"/>
          </w:divBdr>
        </w:div>
        <w:div w:id="2105304035">
          <w:marLeft w:val="480"/>
          <w:marRight w:val="0"/>
          <w:marTop w:val="0"/>
          <w:marBottom w:val="0"/>
          <w:divBdr>
            <w:top w:val="none" w:sz="0" w:space="0" w:color="auto"/>
            <w:left w:val="none" w:sz="0" w:space="0" w:color="auto"/>
            <w:bottom w:val="none" w:sz="0" w:space="0" w:color="auto"/>
            <w:right w:val="none" w:sz="0" w:space="0" w:color="auto"/>
          </w:divBdr>
        </w:div>
      </w:divsChild>
    </w:div>
    <w:div w:id="534658797">
      <w:bodyDiv w:val="1"/>
      <w:marLeft w:val="0"/>
      <w:marRight w:val="0"/>
      <w:marTop w:val="0"/>
      <w:marBottom w:val="0"/>
      <w:divBdr>
        <w:top w:val="none" w:sz="0" w:space="0" w:color="auto"/>
        <w:left w:val="none" w:sz="0" w:space="0" w:color="auto"/>
        <w:bottom w:val="none" w:sz="0" w:space="0" w:color="auto"/>
        <w:right w:val="none" w:sz="0" w:space="0" w:color="auto"/>
      </w:divBdr>
    </w:div>
    <w:div w:id="538661776">
      <w:bodyDiv w:val="1"/>
      <w:marLeft w:val="0"/>
      <w:marRight w:val="0"/>
      <w:marTop w:val="0"/>
      <w:marBottom w:val="0"/>
      <w:divBdr>
        <w:top w:val="none" w:sz="0" w:space="0" w:color="auto"/>
        <w:left w:val="none" w:sz="0" w:space="0" w:color="auto"/>
        <w:bottom w:val="none" w:sz="0" w:space="0" w:color="auto"/>
        <w:right w:val="none" w:sz="0" w:space="0" w:color="auto"/>
      </w:divBdr>
    </w:div>
    <w:div w:id="539971690">
      <w:bodyDiv w:val="1"/>
      <w:marLeft w:val="0"/>
      <w:marRight w:val="0"/>
      <w:marTop w:val="0"/>
      <w:marBottom w:val="0"/>
      <w:divBdr>
        <w:top w:val="none" w:sz="0" w:space="0" w:color="auto"/>
        <w:left w:val="none" w:sz="0" w:space="0" w:color="auto"/>
        <w:bottom w:val="none" w:sz="0" w:space="0" w:color="auto"/>
        <w:right w:val="none" w:sz="0" w:space="0" w:color="auto"/>
      </w:divBdr>
    </w:div>
    <w:div w:id="543250000">
      <w:bodyDiv w:val="1"/>
      <w:marLeft w:val="0"/>
      <w:marRight w:val="0"/>
      <w:marTop w:val="0"/>
      <w:marBottom w:val="0"/>
      <w:divBdr>
        <w:top w:val="none" w:sz="0" w:space="0" w:color="auto"/>
        <w:left w:val="none" w:sz="0" w:space="0" w:color="auto"/>
        <w:bottom w:val="none" w:sz="0" w:space="0" w:color="auto"/>
        <w:right w:val="none" w:sz="0" w:space="0" w:color="auto"/>
      </w:divBdr>
    </w:div>
    <w:div w:id="548154333">
      <w:bodyDiv w:val="1"/>
      <w:marLeft w:val="0"/>
      <w:marRight w:val="0"/>
      <w:marTop w:val="0"/>
      <w:marBottom w:val="0"/>
      <w:divBdr>
        <w:top w:val="none" w:sz="0" w:space="0" w:color="auto"/>
        <w:left w:val="none" w:sz="0" w:space="0" w:color="auto"/>
        <w:bottom w:val="none" w:sz="0" w:space="0" w:color="auto"/>
        <w:right w:val="none" w:sz="0" w:space="0" w:color="auto"/>
      </w:divBdr>
      <w:divsChild>
        <w:div w:id="59913382">
          <w:marLeft w:val="480"/>
          <w:marRight w:val="0"/>
          <w:marTop w:val="0"/>
          <w:marBottom w:val="0"/>
          <w:divBdr>
            <w:top w:val="none" w:sz="0" w:space="0" w:color="auto"/>
            <w:left w:val="none" w:sz="0" w:space="0" w:color="auto"/>
            <w:bottom w:val="none" w:sz="0" w:space="0" w:color="auto"/>
            <w:right w:val="none" w:sz="0" w:space="0" w:color="auto"/>
          </w:divBdr>
        </w:div>
        <w:div w:id="254824134">
          <w:marLeft w:val="480"/>
          <w:marRight w:val="0"/>
          <w:marTop w:val="0"/>
          <w:marBottom w:val="0"/>
          <w:divBdr>
            <w:top w:val="none" w:sz="0" w:space="0" w:color="auto"/>
            <w:left w:val="none" w:sz="0" w:space="0" w:color="auto"/>
            <w:bottom w:val="none" w:sz="0" w:space="0" w:color="auto"/>
            <w:right w:val="none" w:sz="0" w:space="0" w:color="auto"/>
          </w:divBdr>
        </w:div>
        <w:div w:id="272790688">
          <w:marLeft w:val="480"/>
          <w:marRight w:val="0"/>
          <w:marTop w:val="0"/>
          <w:marBottom w:val="0"/>
          <w:divBdr>
            <w:top w:val="none" w:sz="0" w:space="0" w:color="auto"/>
            <w:left w:val="none" w:sz="0" w:space="0" w:color="auto"/>
            <w:bottom w:val="none" w:sz="0" w:space="0" w:color="auto"/>
            <w:right w:val="none" w:sz="0" w:space="0" w:color="auto"/>
          </w:divBdr>
        </w:div>
        <w:div w:id="328362800">
          <w:marLeft w:val="480"/>
          <w:marRight w:val="0"/>
          <w:marTop w:val="0"/>
          <w:marBottom w:val="0"/>
          <w:divBdr>
            <w:top w:val="none" w:sz="0" w:space="0" w:color="auto"/>
            <w:left w:val="none" w:sz="0" w:space="0" w:color="auto"/>
            <w:bottom w:val="none" w:sz="0" w:space="0" w:color="auto"/>
            <w:right w:val="none" w:sz="0" w:space="0" w:color="auto"/>
          </w:divBdr>
        </w:div>
        <w:div w:id="353579796">
          <w:marLeft w:val="480"/>
          <w:marRight w:val="0"/>
          <w:marTop w:val="0"/>
          <w:marBottom w:val="0"/>
          <w:divBdr>
            <w:top w:val="none" w:sz="0" w:space="0" w:color="auto"/>
            <w:left w:val="none" w:sz="0" w:space="0" w:color="auto"/>
            <w:bottom w:val="none" w:sz="0" w:space="0" w:color="auto"/>
            <w:right w:val="none" w:sz="0" w:space="0" w:color="auto"/>
          </w:divBdr>
        </w:div>
        <w:div w:id="522785959">
          <w:marLeft w:val="480"/>
          <w:marRight w:val="0"/>
          <w:marTop w:val="0"/>
          <w:marBottom w:val="0"/>
          <w:divBdr>
            <w:top w:val="none" w:sz="0" w:space="0" w:color="auto"/>
            <w:left w:val="none" w:sz="0" w:space="0" w:color="auto"/>
            <w:bottom w:val="none" w:sz="0" w:space="0" w:color="auto"/>
            <w:right w:val="none" w:sz="0" w:space="0" w:color="auto"/>
          </w:divBdr>
        </w:div>
        <w:div w:id="571624021">
          <w:marLeft w:val="480"/>
          <w:marRight w:val="0"/>
          <w:marTop w:val="0"/>
          <w:marBottom w:val="0"/>
          <w:divBdr>
            <w:top w:val="none" w:sz="0" w:space="0" w:color="auto"/>
            <w:left w:val="none" w:sz="0" w:space="0" w:color="auto"/>
            <w:bottom w:val="none" w:sz="0" w:space="0" w:color="auto"/>
            <w:right w:val="none" w:sz="0" w:space="0" w:color="auto"/>
          </w:divBdr>
        </w:div>
        <w:div w:id="575362191">
          <w:marLeft w:val="480"/>
          <w:marRight w:val="0"/>
          <w:marTop w:val="0"/>
          <w:marBottom w:val="0"/>
          <w:divBdr>
            <w:top w:val="none" w:sz="0" w:space="0" w:color="auto"/>
            <w:left w:val="none" w:sz="0" w:space="0" w:color="auto"/>
            <w:bottom w:val="none" w:sz="0" w:space="0" w:color="auto"/>
            <w:right w:val="none" w:sz="0" w:space="0" w:color="auto"/>
          </w:divBdr>
        </w:div>
        <w:div w:id="632096426">
          <w:marLeft w:val="480"/>
          <w:marRight w:val="0"/>
          <w:marTop w:val="0"/>
          <w:marBottom w:val="0"/>
          <w:divBdr>
            <w:top w:val="none" w:sz="0" w:space="0" w:color="auto"/>
            <w:left w:val="none" w:sz="0" w:space="0" w:color="auto"/>
            <w:bottom w:val="none" w:sz="0" w:space="0" w:color="auto"/>
            <w:right w:val="none" w:sz="0" w:space="0" w:color="auto"/>
          </w:divBdr>
        </w:div>
        <w:div w:id="688406592">
          <w:marLeft w:val="480"/>
          <w:marRight w:val="0"/>
          <w:marTop w:val="0"/>
          <w:marBottom w:val="0"/>
          <w:divBdr>
            <w:top w:val="none" w:sz="0" w:space="0" w:color="auto"/>
            <w:left w:val="none" w:sz="0" w:space="0" w:color="auto"/>
            <w:bottom w:val="none" w:sz="0" w:space="0" w:color="auto"/>
            <w:right w:val="none" w:sz="0" w:space="0" w:color="auto"/>
          </w:divBdr>
        </w:div>
        <w:div w:id="705831507">
          <w:marLeft w:val="480"/>
          <w:marRight w:val="0"/>
          <w:marTop w:val="0"/>
          <w:marBottom w:val="0"/>
          <w:divBdr>
            <w:top w:val="none" w:sz="0" w:space="0" w:color="auto"/>
            <w:left w:val="none" w:sz="0" w:space="0" w:color="auto"/>
            <w:bottom w:val="none" w:sz="0" w:space="0" w:color="auto"/>
            <w:right w:val="none" w:sz="0" w:space="0" w:color="auto"/>
          </w:divBdr>
        </w:div>
        <w:div w:id="766117390">
          <w:marLeft w:val="480"/>
          <w:marRight w:val="0"/>
          <w:marTop w:val="0"/>
          <w:marBottom w:val="0"/>
          <w:divBdr>
            <w:top w:val="none" w:sz="0" w:space="0" w:color="auto"/>
            <w:left w:val="none" w:sz="0" w:space="0" w:color="auto"/>
            <w:bottom w:val="none" w:sz="0" w:space="0" w:color="auto"/>
            <w:right w:val="none" w:sz="0" w:space="0" w:color="auto"/>
          </w:divBdr>
        </w:div>
        <w:div w:id="769007915">
          <w:marLeft w:val="480"/>
          <w:marRight w:val="0"/>
          <w:marTop w:val="0"/>
          <w:marBottom w:val="0"/>
          <w:divBdr>
            <w:top w:val="none" w:sz="0" w:space="0" w:color="auto"/>
            <w:left w:val="none" w:sz="0" w:space="0" w:color="auto"/>
            <w:bottom w:val="none" w:sz="0" w:space="0" w:color="auto"/>
            <w:right w:val="none" w:sz="0" w:space="0" w:color="auto"/>
          </w:divBdr>
        </w:div>
        <w:div w:id="845559128">
          <w:marLeft w:val="480"/>
          <w:marRight w:val="0"/>
          <w:marTop w:val="0"/>
          <w:marBottom w:val="0"/>
          <w:divBdr>
            <w:top w:val="none" w:sz="0" w:space="0" w:color="auto"/>
            <w:left w:val="none" w:sz="0" w:space="0" w:color="auto"/>
            <w:bottom w:val="none" w:sz="0" w:space="0" w:color="auto"/>
            <w:right w:val="none" w:sz="0" w:space="0" w:color="auto"/>
          </w:divBdr>
        </w:div>
        <w:div w:id="846015579">
          <w:marLeft w:val="480"/>
          <w:marRight w:val="0"/>
          <w:marTop w:val="0"/>
          <w:marBottom w:val="0"/>
          <w:divBdr>
            <w:top w:val="none" w:sz="0" w:space="0" w:color="auto"/>
            <w:left w:val="none" w:sz="0" w:space="0" w:color="auto"/>
            <w:bottom w:val="none" w:sz="0" w:space="0" w:color="auto"/>
            <w:right w:val="none" w:sz="0" w:space="0" w:color="auto"/>
          </w:divBdr>
        </w:div>
        <w:div w:id="923104575">
          <w:marLeft w:val="480"/>
          <w:marRight w:val="0"/>
          <w:marTop w:val="0"/>
          <w:marBottom w:val="0"/>
          <w:divBdr>
            <w:top w:val="none" w:sz="0" w:space="0" w:color="auto"/>
            <w:left w:val="none" w:sz="0" w:space="0" w:color="auto"/>
            <w:bottom w:val="none" w:sz="0" w:space="0" w:color="auto"/>
            <w:right w:val="none" w:sz="0" w:space="0" w:color="auto"/>
          </w:divBdr>
        </w:div>
        <w:div w:id="962030950">
          <w:marLeft w:val="480"/>
          <w:marRight w:val="0"/>
          <w:marTop w:val="0"/>
          <w:marBottom w:val="0"/>
          <w:divBdr>
            <w:top w:val="none" w:sz="0" w:space="0" w:color="auto"/>
            <w:left w:val="none" w:sz="0" w:space="0" w:color="auto"/>
            <w:bottom w:val="none" w:sz="0" w:space="0" w:color="auto"/>
            <w:right w:val="none" w:sz="0" w:space="0" w:color="auto"/>
          </w:divBdr>
        </w:div>
        <w:div w:id="974263973">
          <w:marLeft w:val="480"/>
          <w:marRight w:val="0"/>
          <w:marTop w:val="0"/>
          <w:marBottom w:val="0"/>
          <w:divBdr>
            <w:top w:val="none" w:sz="0" w:space="0" w:color="auto"/>
            <w:left w:val="none" w:sz="0" w:space="0" w:color="auto"/>
            <w:bottom w:val="none" w:sz="0" w:space="0" w:color="auto"/>
            <w:right w:val="none" w:sz="0" w:space="0" w:color="auto"/>
          </w:divBdr>
        </w:div>
        <w:div w:id="982655340">
          <w:marLeft w:val="480"/>
          <w:marRight w:val="0"/>
          <w:marTop w:val="0"/>
          <w:marBottom w:val="0"/>
          <w:divBdr>
            <w:top w:val="none" w:sz="0" w:space="0" w:color="auto"/>
            <w:left w:val="none" w:sz="0" w:space="0" w:color="auto"/>
            <w:bottom w:val="none" w:sz="0" w:space="0" w:color="auto"/>
            <w:right w:val="none" w:sz="0" w:space="0" w:color="auto"/>
          </w:divBdr>
        </w:div>
        <w:div w:id="992299251">
          <w:marLeft w:val="480"/>
          <w:marRight w:val="0"/>
          <w:marTop w:val="0"/>
          <w:marBottom w:val="0"/>
          <w:divBdr>
            <w:top w:val="none" w:sz="0" w:space="0" w:color="auto"/>
            <w:left w:val="none" w:sz="0" w:space="0" w:color="auto"/>
            <w:bottom w:val="none" w:sz="0" w:space="0" w:color="auto"/>
            <w:right w:val="none" w:sz="0" w:space="0" w:color="auto"/>
          </w:divBdr>
        </w:div>
        <w:div w:id="1033843724">
          <w:marLeft w:val="480"/>
          <w:marRight w:val="0"/>
          <w:marTop w:val="0"/>
          <w:marBottom w:val="0"/>
          <w:divBdr>
            <w:top w:val="none" w:sz="0" w:space="0" w:color="auto"/>
            <w:left w:val="none" w:sz="0" w:space="0" w:color="auto"/>
            <w:bottom w:val="none" w:sz="0" w:space="0" w:color="auto"/>
            <w:right w:val="none" w:sz="0" w:space="0" w:color="auto"/>
          </w:divBdr>
        </w:div>
        <w:div w:id="1054112215">
          <w:marLeft w:val="480"/>
          <w:marRight w:val="0"/>
          <w:marTop w:val="0"/>
          <w:marBottom w:val="0"/>
          <w:divBdr>
            <w:top w:val="none" w:sz="0" w:space="0" w:color="auto"/>
            <w:left w:val="none" w:sz="0" w:space="0" w:color="auto"/>
            <w:bottom w:val="none" w:sz="0" w:space="0" w:color="auto"/>
            <w:right w:val="none" w:sz="0" w:space="0" w:color="auto"/>
          </w:divBdr>
        </w:div>
        <w:div w:id="1205825241">
          <w:marLeft w:val="480"/>
          <w:marRight w:val="0"/>
          <w:marTop w:val="0"/>
          <w:marBottom w:val="0"/>
          <w:divBdr>
            <w:top w:val="none" w:sz="0" w:space="0" w:color="auto"/>
            <w:left w:val="none" w:sz="0" w:space="0" w:color="auto"/>
            <w:bottom w:val="none" w:sz="0" w:space="0" w:color="auto"/>
            <w:right w:val="none" w:sz="0" w:space="0" w:color="auto"/>
          </w:divBdr>
        </w:div>
        <w:div w:id="1303190661">
          <w:marLeft w:val="480"/>
          <w:marRight w:val="0"/>
          <w:marTop w:val="0"/>
          <w:marBottom w:val="0"/>
          <w:divBdr>
            <w:top w:val="none" w:sz="0" w:space="0" w:color="auto"/>
            <w:left w:val="none" w:sz="0" w:space="0" w:color="auto"/>
            <w:bottom w:val="none" w:sz="0" w:space="0" w:color="auto"/>
            <w:right w:val="none" w:sz="0" w:space="0" w:color="auto"/>
          </w:divBdr>
        </w:div>
        <w:div w:id="1342271898">
          <w:marLeft w:val="480"/>
          <w:marRight w:val="0"/>
          <w:marTop w:val="0"/>
          <w:marBottom w:val="0"/>
          <w:divBdr>
            <w:top w:val="none" w:sz="0" w:space="0" w:color="auto"/>
            <w:left w:val="none" w:sz="0" w:space="0" w:color="auto"/>
            <w:bottom w:val="none" w:sz="0" w:space="0" w:color="auto"/>
            <w:right w:val="none" w:sz="0" w:space="0" w:color="auto"/>
          </w:divBdr>
        </w:div>
        <w:div w:id="1460995345">
          <w:marLeft w:val="480"/>
          <w:marRight w:val="0"/>
          <w:marTop w:val="0"/>
          <w:marBottom w:val="0"/>
          <w:divBdr>
            <w:top w:val="none" w:sz="0" w:space="0" w:color="auto"/>
            <w:left w:val="none" w:sz="0" w:space="0" w:color="auto"/>
            <w:bottom w:val="none" w:sz="0" w:space="0" w:color="auto"/>
            <w:right w:val="none" w:sz="0" w:space="0" w:color="auto"/>
          </w:divBdr>
        </w:div>
        <w:div w:id="1483160260">
          <w:marLeft w:val="480"/>
          <w:marRight w:val="0"/>
          <w:marTop w:val="0"/>
          <w:marBottom w:val="0"/>
          <w:divBdr>
            <w:top w:val="none" w:sz="0" w:space="0" w:color="auto"/>
            <w:left w:val="none" w:sz="0" w:space="0" w:color="auto"/>
            <w:bottom w:val="none" w:sz="0" w:space="0" w:color="auto"/>
            <w:right w:val="none" w:sz="0" w:space="0" w:color="auto"/>
          </w:divBdr>
        </w:div>
        <w:div w:id="1497963274">
          <w:marLeft w:val="480"/>
          <w:marRight w:val="0"/>
          <w:marTop w:val="0"/>
          <w:marBottom w:val="0"/>
          <w:divBdr>
            <w:top w:val="none" w:sz="0" w:space="0" w:color="auto"/>
            <w:left w:val="none" w:sz="0" w:space="0" w:color="auto"/>
            <w:bottom w:val="none" w:sz="0" w:space="0" w:color="auto"/>
            <w:right w:val="none" w:sz="0" w:space="0" w:color="auto"/>
          </w:divBdr>
        </w:div>
        <w:div w:id="1600260583">
          <w:marLeft w:val="480"/>
          <w:marRight w:val="0"/>
          <w:marTop w:val="0"/>
          <w:marBottom w:val="0"/>
          <w:divBdr>
            <w:top w:val="none" w:sz="0" w:space="0" w:color="auto"/>
            <w:left w:val="none" w:sz="0" w:space="0" w:color="auto"/>
            <w:bottom w:val="none" w:sz="0" w:space="0" w:color="auto"/>
            <w:right w:val="none" w:sz="0" w:space="0" w:color="auto"/>
          </w:divBdr>
        </w:div>
        <w:div w:id="1695233522">
          <w:marLeft w:val="480"/>
          <w:marRight w:val="0"/>
          <w:marTop w:val="0"/>
          <w:marBottom w:val="0"/>
          <w:divBdr>
            <w:top w:val="none" w:sz="0" w:space="0" w:color="auto"/>
            <w:left w:val="none" w:sz="0" w:space="0" w:color="auto"/>
            <w:bottom w:val="none" w:sz="0" w:space="0" w:color="auto"/>
            <w:right w:val="none" w:sz="0" w:space="0" w:color="auto"/>
          </w:divBdr>
        </w:div>
        <w:div w:id="1733039714">
          <w:marLeft w:val="480"/>
          <w:marRight w:val="0"/>
          <w:marTop w:val="0"/>
          <w:marBottom w:val="0"/>
          <w:divBdr>
            <w:top w:val="none" w:sz="0" w:space="0" w:color="auto"/>
            <w:left w:val="none" w:sz="0" w:space="0" w:color="auto"/>
            <w:bottom w:val="none" w:sz="0" w:space="0" w:color="auto"/>
            <w:right w:val="none" w:sz="0" w:space="0" w:color="auto"/>
          </w:divBdr>
        </w:div>
        <w:div w:id="1753892665">
          <w:marLeft w:val="480"/>
          <w:marRight w:val="0"/>
          <w:marTop w:val="0"/>
          <w:marBottom w:val="0"/>
          <w:divBdr>
            <w:top w:val="none" w:sz="0" w:space="0" w:color="auto"/>
            <w:left w:val="none" w:sz="0" w:space="0" w:color="auto"/>
            <w:bottom w:val="none" w:sz="0" w:space="0" w:color="auto"/>
            <w:right w:val="none" w:sz="0" w:space="0" w:color="auto"/>
          </w:divBdr>
        </w:div>
        <w:div w:id="1755782477">
          <w:marLeft w:val="480"/>
          <w:marRight w:val="0"/>
          <w:marTop w:val="0"/>
          <w:marBottom w:val="0"/>
          <w:divBdr>
            <w:top w:val="none" w:sz="0" w:space="0" w:color="auto"/>
            <w:left w:val="none" w:sz="0" w:space="0" w:color="auto"/>
            <w:bottom w:val="none" w:sz="0" w:space="0" w:color="auto"/>
            <w:right w:val="none" w:sz="0" w:space="0" w:color="auto"/>
          </w:divBdr>
        </w:div>
        <w:div w:id="1755935610">
          <w:marLeft w:val="480"/>
          <w:marRight w:val="0"/>
          <w:marTop w:val="0"/>
          <w:marBottom w:val="0"/>
          <w:divBdr>
            <w:top w:val="none" w:sz="0" w:space="0" w:color="auto"/>
            <w:left w:val="none" w:sz="0" w:space="0" w:color="auto"/>
            <w:bottom w:val="none" w:sz="0" w:space="0" w:color="auto"/>
            <w:right w:val="none" w:sz="0" w:space="0" w:color="auto"/>
          </w:divBdr>
        </w:div>
        <w:div w:id="1789616617">
          <w:marLeft w:val="480"/>
          <w:marRight w:val="0"/>
          <w:marTop w:val="0"/>
          <w:marBottom w:val="0"/>
          <w:divBdr>
            <w:top w:val="none" w:sz="0" w:space="0" w:color="auto"/>
            <w:left w:val="none" w:sz="0" w:space="0" w:color="auto"/>
            <w:bottom w:val="none" w:sz="0" w:space="0" w:color="auto"/>
            <w:right w:val="none" w:sz="0" w:space="0" w:color="auto"/>
          </w:divBdr>
        </w:div>
        <w:div w:id="1853110944">
          <w:marLeft w:val="480"/>
          <w:marRight w:val="0"/>
          <w:marTop w:val="0"/>
          <w:marBottom w:val="0"/>
          <w:divBdr>
            <w:top w:val="none" w:sz="0" w:space="0" w:color="auto"/>
            <w:left w:val="none" w:sz="0" w:space="0" w:color="auto"/>
            <w:bottom w:val="none" w:sz="0" w:space="0" w:color="auto"/>
            <w:right w:val="none" w:sz="0" w:space="0" w:color="auto"/>
          </w:divBdr>
        </w:div>
        <w:div w:id="1855028870">
          <w:marLeft w:val="480"/>
          <w:marRight w:val="0"/>
          <w:marTop w:val="0"/>
          <w:marBottom w:val="0"/>
          <w:divBdr>
            <w:top w:val="none" w:sz="0" w:space="0" w:color="auto"/>
            <w:left w:val="none" w:sz="0" w:space="0" w:color="auto"/>
            <w:bottom w:val="none" w:sz="0" w:space="0" w:color="auto"/>
            <w:right w:val="none" w:sz="0" w:space="0" w:color="auto"/>
          </w:divBdr>
        </w:div>
        <w:div w:id="1946111144">
          <w:marLeft w:val="480"/>
          <w:marRight w:val="0"/>
          <w:marTop w:val="0"/>
          <w:marBottom w:val="0"/>
          <w:divBdr>
            <w:top w:val="none" w:sz="0" w:space="0" w:color="auto"/>
            <w:left w:val="none" w:sz="0" w:space="0" w:color="auto"/>
            <w:bottom w:val="none" w:sz="0" w:space="0" w:color="auto"/>
            <w:right w:val="none" w:sz="0" w:space="0" w:color="auto"/>
          </w:divBdr>
        </w:div>
        <w:div w:id="1948385384">
          <w:marLeft w:val="480"/>
          <w:marRight w:val="0"/>
          <w:marTop w:val="0"/>
          <w:marBottom w:val="0"/>
          <w:divBdr>
            <w:top w:val="none" w:sz="0" w:space="0" w:color="auto"/>
            <w:left w:val="none" w:sz="0" w:space="0" w:color="auto"/>
            <w:bottom w:val="none" w:sz="0" w:space="0" w:color="auto"/>
            <w:right w:val="none" w:sz="0" w:space="0" w:color="auto"/>
          </w:divBdr>
        </w:div>
      </w:divsChild>
    </w:div>
    <w:div w:id="548616813">
      <w:bodyDiv w:val="1"/>
      <w:marLeft w:val="0"/>
      <w:marRight w:val="0"/>
      <w:marTop w:val="0"/>
      <w:marBottom w:val="0"/>
      <w:divBdr>
        <w:top w:val="none" w:sz="0" w:space="0" w:color="auto"/>
        <w:left w:val="none" w:sz="0" w:space="0" w:color="auto"/>
        <w:bottom w:val="none" w:sz="0" w:space="0" w:color="auto"/>
        <w:right w:val="none" w:sz="0" w:space="0" w:color="auto"/>
      </w:divBdr>
    </w:div>
    <w:div w:id="550843304">
      <w:bodyDiv w:val="1"/>
      <w:marLeft w:val="0"/>
      <w:marRight w:val="0"/>
      <w:marTop w:val="0"/>
      <w:marBottom w:val="0"/>
      <w:divBdr>
        <w:top w:val="none" w:sz="0" w:space="0" w:color="auto"/>
        <w:left w:val="none" w:sz="0" w:space="0" w:color="auto"/>
        <w:bottom w:val="none" w:sz="0" w:space="0" w:color="auto"/>
        <w:right w:val="none" w:sz="0" w:space="0" w:color="auto"/>
      </w:divBdr>
    </w:div>
    <w:div w:id="553084620">
      <w:bodyDiv w:val="1"/>
      <w:marLeft w:val="0"/>
      <w:marRight w:val="0"/>
      <w:marTop w:val="0"/>
      <w:marBottom w:val="0"/>
      <w:divBdr>
        <w:top w:val="none" w:sz="0" w:space="0" w:color="auto"/>
        <w:left w:val="none" w:sz="0" w:space="0" w:color="auto"/>
        <w:bottom w:val="none" w:sz="0" w:space="0" w:color="auto"/>
        <w:right w:val="none" w:sz="0" w:space="0" w:color="auto"/>
      </w:divBdr>
    </w:div>
    <w:div w:id="554436037">
      <w:bodyDiv w:val="1"/>
      <w:marLeft w:val="0"/>
      <w:marRight w:val="0"/>
      <w:marTop w:val="0"/>
      <w:marBottom w:val="0"/>
      <w:divBdr>
        <w:top w:val="none" w:sz="0" w:space="0" w:color="auto"/>
        <w:left w:val="none" w:sz="0" w:space="0" w:color="auto"/>
        <w:bottom w:val="none" w:sz="0" w:space="0" w:color="auto"/>
        <w:right w:val="none" w:sz="0" w:space="0" w:color="auto"/>
      </w:divBdr>
    </w:div>
    <w:div w:id="556741337">
      <w:bodyDiv w:val="1"/>
      <w:marLeft w:val="0"/>
      <w:marRight w:val="0"/>
      <w:marTop w:val="0"/>
      <w:marBottom w:val="0"/>
      <w:divBdr>
        <w:top w:val="none" w:sz="0" w:space="0" w:color="auto"/>
        <w:left w:val="none" w:sz="0" w:space="0" w:color="auto"/>
        <w:bottom w:val="none" w:sz="0" w:space="0" w:color="auto"/>
        <w:right w:val="none" w:sz="0" w:space="0" w:color="auto"/>
      </w:divBdr>
    </w:div>
    <w:div w:id="559050160">
      <w:bodyDiv w:val="1"/>
      <w:marLeft w:val="0"/>
      <w:marRight w:val="0"/>
      <w:marTop w:val="0"/>
      <w:marBottom w:val="0"/>
      <w:divBdr>
        <w:top w:val="none" w:sz="0" w:space="0" w:color="auto"/>
        <w:left w:val="none" w:sz="0" w:space="0" w:color="auto"/>
        <w:bottom w:val="none" w:sz="0" w:space="0" w:color="auto"/>
        <w:right w:val="none" w:sz="0" w:space="0" w:color="auto"/>
      </w:divBdr>
    </w:div>
    <w:div w:id="559945891">
      <w:bodyDiv w:val="1"/>
      <w:marLeft w:val="0"/>
      <w:marRight w:val="0"/>
      <w:marTop w:val="0"/>
      <w:marBottom w:val="0"/>
      <w:divBdr>
        <w:top w:val="none" w:sz="0" w:space="0" w:color="auto"/>
        <w:left w:val="none" w:sz="0" w:space="0" w:color="auto"/>
        <w:bottom w:val="none" w:sz="0" w:space="0" w:color="auto"/>
        <w:right w:val="none" w:sz="0" w:space="0" w:color="auto"/>
      </w:divBdr>
    </w:div>
    <w:div w:id="560676333">
      <w:bodyDiv w:val="1"/>
      <w:marLeft w:val="0"/>
      <w:marRight w:val="0"/>
      <w:marTop w:val="0"/>
      <w:marBottom w:val="0"/>
      <w:divBdr>
        <w:top w:val="none" w:sz="0" w:space="0" w:color="auto"/>
        <w:left w:val="none" w:sz="0" w:space="0" w:color="auto"/>
        <w:bottom w:val="none" w:sz="0" w:space="0" w:color="auto"/>
        <w:right w:val="none" w:sz="0" w:space="0" w:color="auto"/>
      </w:divBdr>
    </w:div>
    <w:div w:id="564754118">
      <w:bodyDiv w:val="1"/>
      <w:marLeft w:val="0"/>
      <w:marRight w:val="0"/>
      <w:marTop w:val="0"/>
      <w:marBottom w:val="0"/>
      <w:divBdr>
        <w:top w:val="none" w:sz="0" w:space="0" w:color="auto"/>
        <w:left w:val="none" w:sz="0" w:space="0" w:color="auto"/>
        <w:bottom w:val="none" w:sz="0" w:space="0" w:color="auto"/>
        <w:right w:val="none" w:sz="0" w:space="0" w:color="auto"/>
      </w:divBdr>
      <w:divsChild>
        <w:div w:id="82802887">
          <w:marLeft w:val="480"/>
          <w:marRight w:val="0"/>
          <w:marTop w:val="0"/>
          <w:marBottom w:val="0"/>
          <w:divBdr>
            <w:top w:val="none" w:sz="0" w:space="0" w:color="auto"/>
            <w:left w:val="none" w:sz="0" w:space="0" w:color="auto"/>
            <w:bottom w:val="none" w:sz="0" w:space="0" w:color="auto"/>
            <w:right w:val="none" w:sz="0" w:space="0" w:color="auto"/>
          </w:divBdr>
        </w:div>
        <w:div w:id="113984497">
          <w:marLeft w:val="480"/>
          <w:marRight w:val="0"/>
          <w:marTop w:val="0"/>
          <w:marBottom w:val="0"/>
          <w:divBdr>
            <w:top w:val="none" w:sz="0" w:space="0" w:color="auto"/>
            <w:left w:val="none" w:sz="0" w:space="0" w:color="auto"/>
            <w:bottom w:val="none" w:sz="0" w:space="0" w:color="auto"/>
            <w:right w:val="none" w:sz="0" w:space="0" w:color="auto"/>
          </w:divBdr>
        </w:div>
        <w:div w:id="169026184">
          <w:marLeft w:val="480"/>
          <w:marRight w:val="0"/>
          <w:marTop w:val="0"/>
          <w:marBottom w:val="0"/>
          <w:divBdr>
            <w:top w:val="none" w:sz="0" w:space="0" w:color="auto"/>
            <w:left w:val="none" w:sz="0" w:space="0" w:color="auto"/>
            <w:bottom w:val="none" w:sz="0" w:space="0" w:color="auto"/>
            <w:right w:val="none" w:sz="0" w:space="0" w:color="auto"/>
          </w:divBdr>
        </w:div>
        <w:div w:id="186262301">
          <w:marLeft w:val="480"/>
          <w:marRight w:val="0"/>
          <w:marTop w:val="0"/>
          <w:marBottom w:val="0"/>
          <w:divBdr>
            <w:top w:val="none" w:sz="0" w:space="0" w:color="auto"/>
            <w:left w:val="none" w:sz="0" w:space="0" w:color="auto"/>
            <w:bottom w:val="none" w:sz="0" w:space="0" w:color="auto"/>
            <w:right w:val="none" w:sz="0" w:space="0" w:color="auto"/>
          </w:divBdr>
        </w:div>
        <w:div w:id="257981170">
          <w:marLeft w:val="480"/>
          <w:marRight w:val="0"/>
          <w:marTop w:val="0"/>
          <w:marBottom w:val="0"/>
          <w:divBdr>
            <w:top w:val="none" w:sz="0" w:space="0" w:color="auto"/>
            <w:left w:val="none" w:sz="0" w:space="0" w:color="auto"/>
            <w:bottom w:val="none" w:sz="0" w:space="0" w:color="auto"/>
            <w:right w:val="none" w:sz="0" w:space="0" w:color="auto"/>
          </w:divBdr>
        </w:div>
        <w:div w:id="328291077">
          <w:marLeft w:val="480"/>
          <w:marRight w:val="0"/>
          <w:marTop w:val="0"/>
          <w:marBottom w:val="0"/>
          <w:divBdr>
            <w:top w:val="none" w:sz="0" w:space="0" w:color="auto"/>
            <w:left w:val="none" w:sz="0" w:space="0" w:color="auto"/>
            <w:bottom w:val="none" w:sz="0" w:space="0" w:color="auto"/>
            <w:right w:val="none" w:sz="0" w:space="0" w:color="auto"/>
          </w:divBdr>
        </w:div>
        <w:div w:id="383603967">
          <w:marLeft w:val="480"/>
          <w:marRight w:val="0"/>
          <w:marTop w:val="0"/>
          <w:marBottom w:val="0"/>
          <w:divBdr>
            <w:top w:val="none" w:sz="0" w:space="0" w:color="auto"/>
            <w:left w:val="none" w:sz="0" w:space="0" w:color="auto"/>
            <w:bottom w:val="none" w:sz="0" w:space="0" w:color="auto"/>
            <w:right w:val="none" w:sz="0" w:space="0" w:color="auto"/>
          </w:divBdr>
        </w:div>
        <w:div w:id="710686333">
          <w:marLeft w:val="480"/>
          <w:marRight w:val="0"/>
          <w:marTop w:val="0"/>
          <w:marBottom w:val="0"/>
          <w:divBdr>
            <w:top w:val="none" w:sz="0" w:space="0" w:color="auto"/>
            <w:left w:val="none" w:sz="0" w:space="0" w:color="auto"/>
            <w:bottom w:val="none" w:sz="0" w:space="0" w:color="auto"/>
            <w:right w:val="none" w:sz="0" w:space="0" w:color="auto"/>
          </w:divBdr>
        </w:div>
        <w:div w:id="799885937">
          <w:marLeft w:val="480"/>
          <w:marRight w:val="0"/>
          <w:marTop w:val="0"/>
          <w:marBottom w:val="0"/>
          <w:divBdr>
            <w:top w:val="none" w:sz="0" w:space="0" w:color="auto"/>
            <w:left w:val="none" w:sz="0" w:space="0" w:color="auto"/>
            <w:bottom w:val="none" w:sz="0" w:space="0" w:color="auto"/>
            <w:right w:val="none" w:sz="0" w:space="0" w:color="auto"/>
          </w:divBdr>
        </w:div>
        <w:div w:id="812522484">
          <w:marLeft w:val="480"/>
          <w:marRight w:val="0"/>
          <w:marTop w:val="0"/>
          <w:marBottom w:val="0"/>
          <w:divBdr>
            <w:top w:val="none" w:sz="0" w:space="0" w:color="auto"/>
            <w:left w:val="none" w:sz="0" w:space="0" w:color="auto"/>
            <w:bottom w:val="none" w:sz="0" w:space="0" w:color="auto"/>
            <w:right w:val="none" w:sz="0" w:space="0" w:color="auto"/>
          </w:divBdr>
        </w:div>
        <w:div w:id="884372570">
          <w:marLeft w:val="480"/>
          <w:marRight w:val="0"/>
          <w:marTop w:val="0"/>
          <w:marBottom w:val="0"/>
          <w:divBdr>
            <w:top w:val="none" w:sz="0" w:space="0" w:color="auto"/>
            <w:left w:val="none" w:sz="0" w:space="0" w:color="auto"/>
            <w:bottom w:val="none" w:sz="0" w:space="0" w:color="auto"/>
            <w:right w:val="none" w:sz="0" w:space="0" w:color="auto"/>
          </w:divBdr>
        </w:div>
        <w:div w:id="1033844871">
          <w:marLeft w:val="480"/>
          <w:marRight w:val="0"/>
          <w:marTop w:val="0"/>
          <w:marBottom w:val="0"/>
          <w:divBdr>
            <w:top w:val="none" w:sz="0" w:space="0" w:color="auto"/>
            <w:left w:val="none" w:sz="0" w:space="0" w:color="auto"/>
            <w:bottom w:val="none" w:sz="0" w:space="0" w:color="auto"/>
            <w:right w:val="none" w:sz="0" w:space="0" w:color="auto"/>
          </w:divBdr>
        </w:div>
        <w:div w:id="1058360019">
          <w:marLeft w:val="480"/>
          <w:marRight w:val="0"/>
          <w:marTop w:val="0"/>
          <w:marBottom w:val="0"/>
          <w:divBdr>
            <w:top w:val="none" w:sz="0" w:space="0" w:color="auto"/>
            <w:left w:val="none" w:sz="0" w:space="0" w:color="auto"/>
            <w:bottom w:val="none" w:sz="0" w:space="0" w:color="auto"/>
            <w:right w:val="none" w:sz="0" w:space="0" w:color="auto"/>
          </w:divBdr>
        </w:div>
        <w:div w:id="1188329024">
          <w:marLeft w:val="480"/>
          <w:marRight w:val="0"/>
          <w:marTop w:val="0"/>
          <w:marBottom w:val="0"/>
          <w:divBdr>
            <w:top w:val="none" w:sz="0" w:space="0" w:color="auto"/>
            <w:left w:val="none" w:sz="0" w:space="0" w:color="auto"/>
            <w:bottom w:val="none" w:sz="0" w:space="0" w:color="auto"/>
            <w:right w:val="none" w:sz="0" w:space="0" w:color="auto"/>
          </w:divBdr>
        </w:div>
        <w:div w:id="1287390767">
          <w:marLeft w:val="480"/>
          <w:marRight w:val="0"/>
          <w:marTop w:val="0"/>
          <w:marBottom w:val="0"/>
          <w:divBdr>
            <w:top w:val="none" w:sz="0" w:space="0" w:color="auto"/>
            <w:left w:val="none" w:sz="0" w:space="0" w:color="auto"/>
            <w:bottom w:val="none" w:sz="0" w:space="0" w:color="auto"/>
            <w:right w:val="none" w:sz="0" w:space="0" w:color="auto"/>
          </w:divBdr>
        </w:div>
        <w:div w:id="1315451759">
          <w:marLeft w:val="480"/>
          <w:marRight w:val="0"/>
          <w:marTop w:val="0"/>
          <w:marBottom w:val="0"/>
          <w:divBdr>
            <w:top w:val="none" w:sz="0" w:space="0" w:color="auto"/>
            <w:left w:val="none" w:sz="0" w:space="0" w:color="auto"/>
            <w:bottom w:val="none" w:sz="0" w:space="0" w:color="auto"/>
            <w:right w:val="none" w:sz="0" w:space="0" w:color="auto"/>
          </w:divBdr>
        </w:div>
        <w:div w:id="1360617706">
          <w:marLeft w:val="480"/>
          <w:marRight w:val="0"/>
          <w:marTop w:val="0"/>
          <w:marBottom w:val="0"/>
          <w:divBdr>
            <w:top w:val="none" w:sz="0" w:space="0" w:color="auto"/>
            <w:left w:val="none" w:sz="0" w:space="0" w:color="auto"/>
            <w:bottom w:val="none" w:sz="0" w:space="0" w:color="auto"/>
            <w:right w:val="none" w:sz="0" w:space="0" w:color="auto"/>
          </w:divBdr>
        </w:div>
        <w:div w:id="1450779763">
          <w:marLeft w:val="480"/>
          <w:marRight w:val="0"/>
          <w:marTop w:val="0"/>
          <w:marBottom w:val="0"/>
          <w:divBdr>
            <w:top w:val="none" w:sz="0" w:space="0" w:color="auto"/>
            <w:left w:val="none" w:sz="0" w:space="0" w:color="auto"/>
            <w:bottom w:val="none" w:sz="0" w:space="0" w:color="auto"/>
            <w:right w:val="none" w:sz="0" w:space="0" w:color="auto"/>
          </w:divBdr>
        </w:div>
        <w:div w:id="1489324337">
          <w:marLeft w:val="480"/>
          <w:marRight w:val="0"/>
          <w:marTop w:val="0"/>
          <w:marBottom w:val="0"/>
          <w:divBdr>
            <w:top w:val="none" w:sz="0" w:space="0" w:color="auto"/>
            <w:left w:val="none" w:sz="0" w:space="0" w:color="auto"/>
            <w:bottom w:val="none" w:sz="0" w:space="0" w:color="auto"/>
            <w:right w:val="none" w:sz="0" w:space="0" w:color="auto"/>
          </w:divBdr>
        </w:div>
        <w:div w:id="1695838711">
          <w:marLeft w:val="480"/>
          <w:marRight w:val="0"/>
          <w:marTop w:val="0"/>
          <w:marBottom w:val="0"/>
          <w:divBdr>
            <w:top w:val="none" w:sz="0" w:space="0" w:color="auto"/>
            <w:left w:val="none" w:sz="0" w:space="0" w:color="auto"/>
            <w:bottom w:val="none" w:sz="0" w:space="0" w:color="auto"/>
            <w:right w:val="none" w:sz="0" w:space="0" w:color="auto"/>
          </w:divBdr>
        </w:div>
        <w:div w:id="1702365516">
          <w:marLeft w:val="480"/>
          <w:marRight w:val="0"/>
          <w:marTop w:val="0"/>
          <w:marBottom w:val="0"/>
          <w:divBdr>
            <w:top w:val="none" w:sz="0" w:space="0" w:color="auto"/>
            <w:left w:val="none" w:sz="0" w:space="0" w:color="auto"/>
            <w:bottom w:val="none" w:sz="0" w:space="0" w:color="auto"/>
            <w:right w:val="none" w:sz="0" w:space="0" w:color="auto"/>
          </w:divBdr>
        </w:div>
        <w:div w:id="1747527532">
          <w:marLeft w:val="480"/>
          <w:marRight w:val="0"/>
          <w:marTop w:val="0"/>
          <w:marBottom w:val="0"/>
          <w:divBdr>
            <w:top w:val="none" w:sz="0" w:space="0" w:color="auto"/>
            <w:left w:val="none" w:sz="0" w:space="0" w:color="auto"/>
            <w:bottom w:val="none" w:sz="0" w:space="0" w:color="auto"/>
            <w:right w:val="none" w:sz="0" w:space="0" w:color="auto"/>
          </w:divBdr>
        </w:div>
        <w:div w:id="1761950254">
          <w:marLeft w:val="480"/>
          <w:marRight w:val="0"/>
          <w:marTop w:val="0"/>
          <w:marBottom w:val="0"/>
          <w:divBdr>
            <w:top w:val="none" w:sz="0" w:space="0" w:color="auto"/>
            <w:left w:val="none" w:sz="0" w:space="0" w:color="auto"/>
            <w:bottom w:val="none" w:sz="0" w:space="0" w:color="auto"/>
            <w:right w:val="none" w:sz="0" w:space="0" w:color="auto"/>
          </w:divBdr>
        </w:div>
        <w:div w:id="1792170796">
          <w:marLeft w:val="480"/>
          <w:marRight w:val="0"/>
          <w:marTop w:val="0"/>
          <w:marBottom w:val="0"/>
          <w:divBdr>
            <w:top w:val="none" w:sz="0" w:space="0" w:color="auto"/>
            <w:left w:val="none" w:sz="0" w:space="0" w:color="auto"/>
            <w:bottom w:val="none" w:sz="0" w:space="0" w:color="auto"/>
            <w:right w:val="none" w:sz="0" w:space="0" w:color="auto"/>
          </w:divBdr>
        </w:div>
        <w:div w:id="1809735929">
          <w:marLeft w:val="480"/>
          <w:marRight w:val="0"/>
          <w:marTop w:val="0"/>
          <w:marBottom w:val="0"/>
          <w:divBdr>
            <w:top w:val="none" w:sz="0" w:space="0" w:color="auto"/>
            <w:left w:val="none" w:sz="0" w:space="0" w:color="auto"/>
            <w:bottom w:val="none" w:sz="0" w:space="0" w:color="auto"/>
            <w:right w:val="none" w:sz="0" w:space="0" w:color="auto"/>
          </w:divBdr>
        </w:div>
        <w:div w:id="1875075589">
          <w:marLeft w:val="480"/>
          <w:marRight w:val="0"/>
          <w:marTop w:val="0"/>
          <w:marBottom w:val="0"/>
          <w:divBdr>
            <w:top w:val="none" w:sz="0" w:space="0" w:color="auto"/>
            <w:left w:val="none" w:sz="0" w:space="0" w:color="auto"/>
            <w:bottom w:val="none" w:sz="0" w:space="0" w:color="auto"/>
            <w:right w:val="none" w:sz="0" w:space="0" w:color="auto"/>
          </w:divBdr>
        </w:div>
        <w:div w:id="1879974005">
          <w:marLeft w:val="480"/>
          <w:marRight w:val="0"/>
          <w:marTop w:val="0"/>
          <w:marBottom w:val="0"/>
          <w:divBdr>
            <w:top w:val="none" w:sz="0" w:space="0" w:color="auto"/>
            <w:left w:val="none" w:sz="0" w:space="0" w:color="auto"/>
            <w:bottom w:val="none" w:sz="0" w:space="0" w:color="auto"/>
            <w:right w:val="none" w:sz="0" w:space="0" w:color="auto"/>
          </w:divBdr>
        </w:div>
        <w:div w:id="1937790619">
          <w:marLeft w:val="480"/>
          <w:marRight w:val="0"/>
          <w:marTop w:val="0"/>
          <w:marBottom w:val="0"/>
          <w:divBdr>
            <w:top w:val="none" w:sz="0" w:space="0" w:color="auto"/>
            <w:left w:val="none" w:sz="0" w:space="0" w:color="auto"/>
            <w:bottom w:val="none" w:sz="0" w:space="0" w:color="auto"/>
            <w:right w:val="none" w:sz="0" w:space="0" w:color="auto"/>
          </w:divBdr>
        </w:div>
        <w:div w:id="1975793833">
          <w:marLeft w:val="480"/>
          <w:marRight w:val="0"/>
          <w:marTop w:val="0"/>
          <w:marBottom w:val="0"/>
          <w:divBdr>
            <w:top w:val="none" w:sz="0" w:space="0" w:color="auto"/>
            <w:left w:val="none" w:sz="0" w:space="0" w:color="auto"/>
            <w:bottom w:val="none" w:sz="0" w:space="0" w:color="auto"/>
            <w:right w:val="none" w:sz="0" w:space="0" w:color="auto"/>
          </w:divBdr>
        </w:div>
        <w:div w:id="1977488183">
          <w:marLeft w:val="480"/>
          <w:marRight w:val="0"/>
          <w:marTop w:val="0"/>
          <w:marBottom w:val="0"/>
          <w:divBdr>
            <w:top w:val="none" w:sz="0" w:space="0" w:color="auto"/>
            <w:left w:val="none" w:sz="0" w:space="0" w:color="auto"/>
            <w:bottom w:val="none" w:sz="0" w:space="0" w:color="auto"/>
            <w:right w:val="none" w:sz="0" w:space="0" w:color="auto"/>
          </w:divBdr>
        </w:div>
        <w:div w:id="2029868984">
          <w:marLeft w:val="480"/>
          <w:marRight w:val="0"/>
          <w:marTop w:val="0"/>
          <w:marBottom w:val="0"/>
          <w:divBdr>
            <w:top w:val="none" w:sz="0" w:space="0" w:color="auto"/>
            <w:left w:val="none" w:sz="0" w:space="0" w:color="auto"/>
            <w:bottom w:val="none" w:sz="0" w:space="0" w:color="auto"/>
            <w:right w:val="none" w:sz="0" w:space="0" w:color="auto"/>
          </w:divBdr>
        </w:div>
        <w:div w:id="2082869846">
          <w:marLeft w:val="480"/>
          <w:marRight w:val="0"/>
          <w:marTop w:val="0"/>
          <w:marBottom w:val="0"/>
          <w:divBdr>
            <w:top w:val="none" w:sz="0" w:space="0" w:color="auto"/>
            <w:left w:val="none" w:sz="0" w:space="0" w:color="auto"/>
            <w:bottom w:val="none" w:sz="0" w:space="0" w:color="auto"/>
            <w:right w:val="none" w:sz="0" w:space="0" w:color="auto"/>
          </w:divBdr>
        </w:div>
        <w:div w:id="2128351364">
          <w:marLeft w:val="480"/>
          <w:marRight w:val="0"/>
          <w:marTop w:val="0"/>
          <w:marBottom w:val="0"/>
          <w:divBdr>
            <w:top w:val="none" w:sz="0" w:space="0" w:color="auto"/>
            <w:left w:val="none" w:sz="0" w:space="0" w:color="auto"/>
            <w:bottom w:val="none" w:sz="0" w:space="0" w:color="auto"/>
            <w:right w:val="none" w:sz="0" w:space="0" w:color="auto"/>
          </w:divBdr>
        </w:div>
        <w:div w:id="2139645114">
          <w:marLeft w:val="480"/>
          <w:marRight w:val="0"/>
          <w:marTop w:val="0"/>
          <w:marBottom w:val="0"/>
          <w:divBdr>
            <w:top w:val="none" w:sz="0" w:space="0" w:color="auto"/>
            <w:left w:val="none" w:sz="0" w:space="0" w:color="auto"/>
            <w:bottom w:val="none" w:sz="0" w:space="0" w:color="auto"/>
            <w:right w:val="none" w:sz="0" w:space="0" w:color="auto"/>
          </w:divBdr>
        </w:div>
        <w:div w:id="2140340366">
          <w:marLeft w:val="480"/>
          <w:marRight w:val="0"/>
          <w:marTop w:val="0"/>
          <w:marBottom w:val="0"/>
          <w:divBdr>
            <w:top w:val="none" w:sz="0" w:space="0" w:color="auto"/>
            <w:left w:val="none" w:sz="0" w:space="0" w:color="auto"/>
            <w:bottom w:val="none" w:sz="0" w:space="0" w:color="auto"/>
            <w:right w:val="none" w:sz="0" w:space="0" w:color="auto"/>
          </w:divBdr>
        </w:div>
      </w:divsChild>
    </w:div>
    <w:div w:id="568803683">
      <w:bodyDiv w:val="1"/>
      <w:marLeft w:val="0"/>
      <w:marRight w:val="0"/>
      <w:marTop w:val="0"/>
      <w:marBottom w:val="0"/>
      <w:divBdr>
        <w:top w:val="none" w:sz="0" w:space="0" w:color="auto"/>
        <w:left w:val="none" w:sz="0" w:space="0" w:color="auto"/>
        <w:bottom w:val="none" w:sz="0" w:space="0" w:color="auto"/>
        <w:right w:val="none" w:sz="0" w:space="0" w:color="auto"/>
      </w:divBdr>
    </w:div>
    <w:div w:id="569190756">
      <w:bodyDiv w:val="1"/>
      <w:marLeft w:val="0"/>
      <w:marRight w:val="0"/>
      <w:marTop w:val="0"/>
      <w:marBottom w:val="0"/>
      <w:divBdr>
        <w:top w:val="none" w:sz="0" w:space="0" w:color="auto"/>
        <w:left w:val="none" w:sz="0" w:space="0" w:color="auto"/>
        <w:bottom w:val="none" w:sz="0" w:space="0" w:color="auto"/>
        <w:right w:val="none" w:sz="0" w:space="0" w:color="auto"/>
      </w:divBdr>
      <w:divsChild>
        <w:div w:id="155920308">
          <w:marLeft w:val="480"/>
          <w:marRight w:val="0"/>
          <w:marTop w:val="0"/>
          <w:marBottom w:val="0"/>
          <w:divBdr>
            <w:top w:val="none" w:sz="0" w:space="0" w:color="auto"/>
            <w:left w:val="none" w:sz="0" w:space="0" w:color="auto"/>
            <w:bottom w:val="none" w:sz="0" w:space="0" w:color="auto"/>
            <w:right w:val="none" w:sz="0" w:space="0" w:color="auto"/>
          </w:divBdr>
        </w:div>
        <w:div w:id="163977944">
          <w:marLeft w:val="480"/>
          <w:marRight w:val="0"/>
          <w:marTop w:val="0"/>
          <w:marBottom w:val="0"/>
          <w:divBdr>
            <w:top w:val="none" w:sz="0" w:space="0" w:color="auto"/>
            <w:left w:val="none" w:sz="0" w:space="0" w:color="auto"/>
            <w:bottom w:val="none" w:sz="0" w:space="0" w:color="auto"/>
            <w:right w:val="none" w:sz="0" w:space="0" w:color="auto"/>
          </w:divBdr>
        </w:div>
        <w:div w:id="182481109">
          <w:marLeft w:val="480"/>
          <w:marRight w:val="0"/>
          <w:marTop w:val="0"/>
          <w:marBottom w:val="0"/>
          <w:divBdr>
            <w:top w:val="none" w:sz="0" w:space="0" w:color="auto"/>
            <w:left w:val="none" w:sz="0" w:space="0" w:color="auto"/>
            <w:bottom w:val="none" w:sz="0" w:space="0" w:color="auto"/>
            <w:right w:val="none" w:sz="0" w:space="0" w:color="auto"/>
          </w:divBdr>
        </w:div>
        <w:div w:id="258027460">
          <w:marLeft w:val="480"/>
          <w:marRight w:val="0"/>
          <w:marTop w:val="0"/>
          <w:marBottom w:val="0"/>
          <w:divBdr>
            <w:top w:val="none" w:sz="0" w:space="0" w:color="auto"/>
            <w:left w:val="none" w:sz="0" w:space="0" w:color="auto"/>
            <w:bottom w:val="none" w:sz="0" w:space="0" w:color="auto"/>
            <w:right w:val="none" w:sz="0" w:space="0" w:color="auto"/>
          </w:divBdr>
        </w:div>
        <w:div w:id="285475160">
          <w:marLeft w:val="480"/>
          <w:marRight w:val="0"/>
          <w:marTop w:val="0"/>
          <w:marBottom w:val="0"/>
          <w:divBdr>
            <w:top w:val="none" w:sz="0" w:space="0" w:color="auto"/>
            <w:left w:val="none" w:sz="0" w:space="0" w:color="auto"/>
            <w:bottom w:val="none" w:sz="0" w:space="0" w:color="auto"/>
            <w:right w:val="none" w:sz="0" w:space="0" w:color="auto"/>
          </w:divBdr>
        </w:div>
        <w:div w:id="292059512">
          <w:marLeft w:val="480"/>
          <w:marRight w:val="0"/>
          <w:marTop w:val="0"/>
          <w:marBottom w:val="0"/>
          <w:divBdr>
            <w:top w:val="none" w:sz="0" w:space="0" w:color="auto"/>
            <w:left w:val="none" w:sz="0" w:space="0" w:color="auto"/>
            <w:bottom w:val="none" w:sz="0" w:space="0" w:color="auto"/>
            <w:right w:val="none" w:sz="0" w:space="0" w:color="auto"/>
          </w:divBdr>
        </w:div>
        <w:div w:id="399207613">
          <w:marLeft w:val="480"/>
          <w:marRight w:val="0"/>
          <w:marTop w:val="0"/>
          <w:marBottom w:val="0"/>
          <w:divBdr>
            <w:top w:val="none" w:sz="0" w:space="0" w:color="auto"/>
            <w:left w:val="none" w:sz="0" w:space="0" w:color="auto"/>
            <w:bottom w:val="none" w:sz="0" w:space="0" w:color="auto"/>
            <w:right w:val="none" w:sz="0" w:space="0" w:color="auto"/>
          </w:divBdr>
        </w:div>
        <w:div w:id="413208127">
          <w:marLeft w:val="480"/>
          <w:marRight w:val="0"/>
          <w:marTop w:val="0"/>
          <w:marBottom w:val="0"/>
          <w:divBdr>
            <w:top w:val="none" w:sz="0" w:space="0" w:color="auto"/>
            <w:left w:val="none" w:sz="0" w:space="0" w:color="auto"/>
            <w:bottom w:val="none" w:sz="0" w:space="0" w:color="auto"/>
            <w:right w:val="none" w:sz="0" w:space="0" w:color="auto"/>
          </w:divBdr>
        </w:div>
        <w:div w:id="466121565">
          <w:marLeft w:val="480"/>
          <w:marRight w:val="0"/>
          <w:marTop w:val="0"/>
          <w:marBottom w:val="0"/>
          <w:divBdr>
            <w:top w:val="none" w:sz="0" w:space="0" w:color="auto"/>
            <w:left w:val="none" w:sz="0" w:space="0" w:color="auto"/>
            <w:bottom w:val="none" w:sz="0" w:space="0" w:color="auto"/>
            <w:right w:val="none" w:sz="0" w:space="0" w:color="auto"/>
          </w:divBdr>
        </w:div>
        <w:div w:id="568348367">
          <w:marLeft w:val="480"/>
          <w:marRight w:val="0"/>
          <w:marTop w:val="0"/>
          <w:marBottom w:val="0"/>
          <w:divBdr>
            <w:top w:val="none" w:sz="0" w:space="0" w:color="auto"/>
            <w:left w:val="none" w:sz="0" w:space="0" w:color="auto"/>
            <w:bottom w:val="none" w:sz="0" w:space="0" w:color="auto"/>
            <w:right w:val="none" w:sz="0" w:space="0" w:color="auto"/>
          </w:divBdr>
        </w:div>
        <w:div w:id="617611559">
          <w:marLeft w:val="480"/>
          <w:marRight w:val="0"/>
          <w:marTop w:val="0"/>
          <w:marBottom w:val="0"/>
          <w:divBdr>
            <w:top w:val="none" w:sz="0" w:space="0" w:color="auto"/>
            <w:left w:val="none" w:sz="0" w:space="0" w:color="auto"/>
            <w:bottom w:val="none" w:sz="0" w:space="0" w:color="auto"/>
            <w:right w:val="none" w:sz="0" w:space="0" w:color="auto"/>
          </w:divBdr>
        </w:div>
        <w:div w:id="668556526">
          <w:marLeft w:val="480"/>
          <w:marRight w:val="0"/>
          <w:marTop w:val="0"/>
          <w:marBottom w:val="0"/>
          <w:divBdr>
            <w:top w:val="none" w:sz="0" w:space="0" w:color="auto"/>
            <w:left w:val="none" w:sz="0" w:space="0" w:color="auto"/>
            <w:bottom w:val="none" w:sz="0" w:space="0" w:color="auto"/>
            <w:right w:val="none" w:sz="0" w:space="0" w:color="auto"/>
          </w:divBdr>
        </w:div>
        <w:div w:id="771314416">
          <w:marLeft w:val="480"/>
          <w:marRight w:val="0"/>
          <w:marTop w:val="0"/>
          <w:marBottom w:val="0"/>
          <w:divBdr>
            <w:top w:val="none" w:sz="0" w:space="0" w:color="auto"/>
            <w:left w:val="none" w:sz="0" w:space="0" w:color="auto"/>
            <w:bottom w:val="none" w:sz="0" w:space="0" w:color="auto"/>
            <w:right w:val="none" w:sz="0" w:space="0" w:color="auto"/>
          </w:divBdr>
        </w:div>
        <w:div w:id="799881678">
          <w:marLeft w:val="480"/>
          <w:marRight w:val="0"/>
          <w:marTop w:val="0"/>
          <w:marBottom w:val="0"/>
          <w:divBdr>
            <w:top w:val="none" w:sz="0" w:space="0" w:color="auto"/>
            <w:left w:val="none" w:sz="0" w:space="0" w:color="auto"/>
            <w:bottom w:val="none" w:sz="0" w:space="0" w:color="auto"/>
            <w:right w:val="none" w:sz="0" w:space="0" w:color="auto"/>
          </w:divBdr>
        </w:div>
        <w:div w:id="860313471">
          <w:marLeft w:val="480"/>
          <w:marRight w:val="0"/>
          <w:marTop w:val="0"/>
          <w:marBottom w:val="0"/>
          <w:divBdr>
            <w:top w:val="none" w:sz="0" w:space="0" w:color="auto"/>
            <w:left w:val="none" w:sz="0" w:space="0" w:color="auto"/>
            <w:bottom w:val="none" w:sz="0" w:space="0" w:color="auto"/>
            <w:right w:val="none" w:sz="0" w:space="0" w:color="auto"/>
          </w:divBdr>
        </w:div>
        <w:div w:id="898592432">
          <w:marLeft w:val="480"/>
          <w:marRight w:val="0"/>
          <w:marTop w:val="0"/>
          <w:marBottom w:val="0"/>
          <w:divBdr>
            <w:top w:val="none" w:sz="0" w:space="0" w:color="auto"/>
            <w:left w:val="none" w:sz="0" w:space="0" w:color="auto"/>
            <w:bottom w:val="none" w:sz="0" w:space="0" w:color="auto"/>
            <w:right w:val="none" w:sz="0" w:space="0" w:color="auto"/>
          </w:divBdr>
        </w:div>
        <w:div w:id="956643269">
          <w:marLeft w:val="480"/>
          <w:marRight w:val="0"/>
          <w:marTop w:val="0"/>
          <w:marBottom w:val="0"/>
          <w:divBdr>
            <w:top w:val="none" w:sz="0" w:space="0" w:color="auto"/>
            <w:left w:val="none" w:sz="0" w:space="0" w:color="auto"/>
            <w:bottom w:val="none" w:sz="0" w:space="0" w:color="auto"/>
            <w:right w:val="none" w:sz="0" w:space="0" w:color="auto"/>
          </w:divBdr>
        </w:div>
        <w:div w:id="1001390847">
          <w:marLeft w:val="480"/>
          <w:marRight w:val="0"/>
          <w:marTop w:val="0"/>
          <w:marBottom w:val="0"/>
          <w:divBdr>
            <w:top w:val="none" w:sz="0" w:space="0" w:color="auto"/>
            <w:left w:val="none" w:sz="0" w:space="0" w:color="auto"/>
            <w:bottom w:val="none" w:sz="0" w:space="0" w:color="auto"/>
            <w:right w:val="none" w:sz="0" w:space="0" w:color="auto"/>
          </w:divBdr>
        </w:div>
        <w:div w:id="1029531197">
          <w:marLeft w:val="480"/>
          <w:marRight w:val="0"/>
          <w:marTop w:val="0"/>
          <w:marBottom w:val="0"/>
          <w:divBdr>
            <w:top w:val="none" w:sz="0" w:space="0" w:color="auto"/>
            <w:left w:val="none" w:sz="0" w:space="0" w:color="auto"/>
            <w:bottom w:val="none" w:sz="0" w:space="0" w:color="auto"/>
            <w:right w:val="none" w:sz="0" w:space="0" w:color="auto"/>
          </w:divBdr>
        </w:div>
        <w:div w:id="1060711646">
          <w:marLeft w:val="480"/>
          <w:marRight w:val="0"/>
          <w:marTop w:val="0"/>
          <w:marBottom w:val="0"/>
          <w:divBdr>
            <w:top w:val="none" w:sz="0" w:space="0" w:color="auto"/>
            <w:left w:val="none" w:sz="0" w:space="0" w:color="auto"/>
            <w:bottom w:val="none" w:sz="0" w:space="0" w:color="auto"/>
            <w:right w:val="none" w:sz="0" w:space="0" w:color="auto"/>
          </w:divBdr>
        </w:div>
        <w:div w:id="1069961934">
          <w:marLeft w:val="480"/>
          <w:marRight w:val="0"/>
          <w:marTop w:val="0"/>
          <w:marBottom w:val="0"/>
          <w:divBdr>
            <w:top w:val="none" w:sz="0" w:space="0" w:color="auto"/>
            <w:left w:val="none" w:sz="0" w:space="0" w:color="auto"/>
            <w:bottom w:val="none" w:sz="0" w:space="0" w:color="auto"/>
            <w:right w:val="none" w:sz="0" w:space="0" w:color="auto"/>
          </w:divBdr>
        </w:div>
        <w:div w:id="1110273664">
          <w:marLeft w:val="480"/>
          <w:marRight w:val="0"/>
          <w:marTop w:val="0"/>
          <w:marBottom w:val="0"/>
          <w:divBdr>
            <w:top w:val="none" w:sz="0" w:space="0" w:color="auto"/>
            <w:left w:val="none" w:sz="0" w:space="0" w:color="auto"/>
            <w:bottom w:val="none" w:sz="0" w:space="0" w:color="auto"/>
            <w:right w:val="none" w:sz="0" w:space="0" w:color="auto"/>
          </w:divBdr>
        </w:div>
        <w:div w:id="1110391906">
          <w:marLeft w:val="480"/>
          <w:marRight w:val="0"/>
          <w:marTop w:val="0"/>
          <w:marBottom w:val="0"/>
          <w:divBdr>
            <w:top w:val="none" w:sz="0" w:space="0" w:color="auto"/>
            <w:left w:val="none" w:sz="0" w:space="0" w:color="auto"/>
            <w:bottom w:val="none" w:sz="0" w:space="0" w:color="auto"/>
            <w:right w:val="none" w:sz="0" w:space="0" w:color="auto"/>
          </w:divBdr>
        </w:div>
        <w:div w:id="1199129473">
          <w:marLeft w:val="480"/>
          <w:marRight w:val="0"/>
          <w:marTop w:val="0"/>
          <w:marBottom w:val="0"/>
          <w:divBdr>
            <w:top w:val="none" w:sz="0" w:space="0" w:color="auto"/>
            <w:left w:val="none" w:sz="0" w:space="0" w:color="auto"/>
            <w:bottom w:val="none" w:sz="0" w:space="0" w:color="auto"/>
            <w:right w:val="none" w:sz="0" w:space="0" w:color="auto"/>
          </w:divBdr>
        </w:div>
        <w:div w:id="1261337269">
          <w:marLeft w:val="480"/>
          <w:marRight w:val="0"/>
          <w:marTop w:val="0"/>
          <w:marBottom w:val="0"/>
          <w:divBdr>
            <w:top w:val="none" w:sz="0" w:space="0" w:color="auto"/>
            <w:left w:val="none" w:sz="0" w:space="0" w:color="auto"/>
            <w:bottom w:val="none" w:sz="0" w:space="0" w:color="auto"/>
            <w:right w:val="none" w:sz="0" w:space="0" w:color="auto"/>
          </w:divBdr>
        </w:div>
        <w:div w:id="1314067105">
          <w:marLeft w:val="480"/>
          <w:marRight w:val="0"/>
          <w:marTop w:val="0"/>
          <w:marBottom w:val="0"/>
          <w:divBdr>
            <w:top w:val="none" w:sz="0" w:space="0" w:color="auto"/>
            <w:left w:val="none" w:sz="0" w:space="0" w:color="auto"/>
            <w:bottom w:val="none" w:sz="0" w:space="0" w:color="auto"/>
            <w:right w:val="none" w:sz="0" w:space="0" w:color="auto"/>
          </w:divBdr>
        </w:div>
        <w:div w:id="1324746243">
          <w:marLeft w:val="480"/>
          <w:marRight w:val="0"/>
          <w:marTop w:val="0"/>
          <w:marBottom w:val="0"/>
          <w:divBdr>
            <w:top w:val="none" w:sz="0" w:space="0" w:color="auto"/>
            <w:left w:val="none" w:sz="0" w:space="0" w:color="auto"/>
            <w:bottom w:val="none" w:sz="0" w:space="0" w:color="auto"/>
            <w:right w:val="none" w:sz="0" w:space="0" w:color="auto"/>
          </w:divBdr>
        </w:div>
        <w:div w:id="1479809307">
          <w:marLeft w:val="480"/>
          <w:marRight w:val="0"/>
          <w:marTop w:val="0"/>
          <w:marBottom w:val="0"/>
          <w:divBdr>
            <w:top w:val="none" w:sz="0" w:space="0" w:color="auto"/>
            <w:left w:val="none" w:sz="0" w:space="0" w:color="auto"/>
            <w:bottom w:val="none" w:sz="0" w:space="0" w:color="auto"/>
            <w:right w:val="none" w:sz="0" w:space="0" w:color="auto"/>
          </w:divBdr>
        </w:div>
        <w:div w:id="1499733510">
          <w:marLeft w:val="480"/>
          <w:marRight w:val="0"/>
          <w:marTop w:val="0"/>
          <w:marBottom w:val="0"/>
          <w:divBdr>
            <w:top w:val="none" w:sz="0" w:space="0" w:color="auto"/>
            <w:left w:val="none" w:sz="0" w:space="0" w:color="auto"/>
            <w:bottom w:val="none" w:sz="0" w:space="0" w:color="auto"/>
            <w:right w:val="none" w:sz="0" w:space="0" w:color="auto"/>
          </w:divBdr>
        </w:div>
        <w:div w:id="1519810335">
          <w:marLeft w:val="480"/>
          <w:marRight w:val="0"/>
          <w:marTop w:val="0"/>
          <w:marBottom w:val="0"/>
          <w:divBdr>
            <w:top w:val="none" w:sz="0" w:space="0" w:color="auto"/>
            <w:left w:val="none" w:sz="0" w:space="0" w:color="auto"/>
            <w:bottom w:val="none" w:sz="0" w:space="0" w:color="auto"/>
            <w:right w:val="none" w:sz="0" w:space="0" w:color="auto"/>
          </w:divBdr>
        </w:div>
        <w:div w:id="1588879967">
          <w:marLeft w:val="480"/>
          <w:marRight w:val="0"/>
          <w:marTop w:val="0"/>
          <w:marBottom w:val="0"/>
          <w:divBdr>
            <w:top w:val="none" w:sz="0" w:space="0" w:color="auto"/>
            <w:left w:val="none" w:sz="0" w:space="0" w:color="auto"/>
            <w:bottom w:val="none" w:sz="0" w:space="0" w:color="auto"/>
            <w:right w:val="none" w:sz="0" w:space="0" w:color="auto"/>
          </w:divBdr>
        </w:div>
        <w:div w:id="1675649137">
          <w:marLeft w:val="480"/>
          <w:marRight w:val="0"/>
          <w:marTop w:val="0"/>
          <w:marBottom w:val="0"/>
          <w:divBdr>
            <w:top w:val="none" w:sz="0" w:space="0" w:color="auto"/>
            <w:left w:val="none" w:sz="0" w:space="0" w:color="auto"/>
            <w:bottom w:val="none" w:sz="0" w:space="0" w:color="auto"/>
            <w:right w:val="none" w:sz="0" w:space="0" w:color="auto"/>
          </w:divBdr>
        </w:div>
        <w:div w:id="1694072319">
          <w:marLeft w:val="480"/>
          <w:marRight w:val="0"/>
          <w:marTop w:val="0"/>
          <w:marBottom w:val="0"/>
          <w:divBdr>
            <w:top w:val="none" w:sz="0" w:space="0" w:color="auto"/>
            <w:left w:val="none" w:sz="0" w:space="0" w:color="auto"/>
            <w:bottom w:val="none" w:sz="0" w:space="0" w:color="auto"/>
            <w:right w:val="none" w:sz="0" w:space="0" w:color="auto"/>
          </w:divBdr>
        </w:div>
        <w:div w:id="1774669140">
          <w:marLeft w:val="480"/>
          <w:marRight w:val="0"/>
          <w:marTop w:val="0"/>
          <w:marBottom w:val="0"/>
          <w:divBdr>
            <w:top w:val="none" w:sz="0" w:space="0" w:color="auto"/>
            <w:left w:val="none" w:sz="0" w:space="0" w:color="auto"/>
            <w:bottom w:val="none" w:sz="0" w:space="0" w:color="auto"/>
            <w:right w:val="none" w:sz="0" w:space="0" w:color="auto"/>
          </w:divBdr>
        </w:div>
        <w:div w:id="2020083531">
          <w:marLeft w:val="480"/>
          <w:marRight w:val="0"/>
          <w:marTop w:val="0"/>
          <w:marBottom w:val="0"/>
          <w:divBdr>
            <w:top w:val="none" w:sz="0" w:space="0" w:color="auto"/>
            <w:left w:val="none" w:sz="0" w:space="0" w:color="auto"/>
            <w:bottom w:val="none" w:sz="0" w:space="0" w:color="auto"/>
            <w:right w:val="none" w:sz="0" w:space="0" w:color="auto"/>
          </w:divBdr>
        </w:div>
        <w:div w:id="2072265898">
          <w:marLeft w:val="480"/>
          <w:marRight w:val="0"/>
          <w:marTop w:val="0"/>
          <w:marBottom w:val="0"/>
          <w:divBdr>
            <w:top w:val="none" w:sz="0" w:space="0" w:color="auto"/>
            <w:left w:val="none" w:sz="0" w:space="0" w:color="auto"/>
            <w:bottom w:val="none" w:sz="0" w:space="0" w:color="auto"/>
            <w:right w:val="none" w:sz="0" w:space="0" w:color="auto"/>
          </w:divBdr>
        </w:div>
        <w:div w:id="2118134018">
          <w:marLeft w:val="480"/>
          <w:marRight w:val="0"/>
          <w:marTop w:val="0"/>
          <w:marBottom w:val="0"/>
          <w:divBdr>
            <w:top w:val="none" w:sz="0" w:space="0" w:color="auto"/>
            <w:left w:val="none" w:sz="0" w:space="0" w:color="auto"/>
            <w:bottom w:val="none" w:sz="0" w:space="0" w:color="auto"/>
            <w:right w:val="none" w:sz="0" w:space="0" w:color="auto"/>
          </w:divBdr>
        </w:div>
      </w:divsChild>
    </w:div>
    <w:div w:id="569270179">
      <w:bodyDiv w:val="1"/>
      <w:marLeft w:val="0"/>
      <w:marRight w:val="0"/>
      <w:marTop w:val="0"/>
      <w:marBottom w:val="0"/>
      <w:divBdr>
        <w:top w:val="none" w:sz="0" w:space="0" w:color="auto"/>
        <w:left w:val="none" w:sz="0" w:space="0" w:color="auto"/>
        <w:bottom w:val="none" w:sz="0" w:space="0" w:color="auto"/>
        <w:right w:val="none" w:sz="0" w:space="0" w:color="auto"/>
      </w:divBdr>
    </w:div>
    <w:div w:id="572082536">
      <w:bodyDiv w:val="1"/>
      <w:marLeft w:val="0"/>
      <w:marRight w:val="0"/>
      <w:marTop w:val="0"/>
      <w:marBottom w:val="0"/>
      <w:divBdr>
        <w:top w:val="none" w:sz="0" w:space="0" w:color="auto"/>
        <w:left w:val="none" w:sz="0" w:space="0" w:color="auto"/>
        <w:bottom w:val="none" w:sz="0" w:space="0" w:color="auto"/>
        <w:right w:val="none" w:sz="0" w:space="0" w:color="auto"/>
      </w:divBdr>
    </w:div>
    <w:div w:id="572281842">
      <w:bodyDiv w:val="1"/>
      <w:marLeft w:val="0"/>
      <w:marRight w:val="0"/>
      <w:marTop w:val="0"/>
      <w:marBottom w:val="0"/>
      <w:divBdr>
        <w:top w:val="none" w:sz="0" w:space="0" w:color="auto"/>
        <w:left w:val="none" w:sz="0" w:space="0" w:color="auto"/>
        <w:bottom w:val="none" w:sz="0" w:space="0" w:color="auto"/>
        <w:right w:val="none" w:sz="0" w:space="0" w:color="auto"/>
      </w:divBdr>
    </w:div>
    <w:div w:id="573050207">
      <w:bodyDiv w:val="1"/>
      <w:marLeft w:val="0"/>
      <w:marRight w:val="0"/>
      <w:marTop w:val="0"/>
      <w:marBottom w:val="0"/>
      <w:divBdr>
        <w:top w:val="none" w:sz="0" w:space="0" w:color="auto"/>
        <w:left w:val="none" w:sz="0" w:space="0" w:color="auto"/>
        <w:bottom w:val="none" w:sz="0" w:space="0" w:color="auto"/>
        <w:right w:val="none" w:sz="0" w:space="0" w:color="auto"/>
      </w:divBdr>
      <w:divsChild>
        <w:div w:id="153842917">
          <w:marLeft w:val="480"/>
          <w:marRight w:val="0"/>
          <w:marTop w:val="0"/>
          <w:marBottom w:val="0"/>
          <w:divBdr>
            <w:top w:val="none" w:sz="0" w:space="0" w:color="auto"/>
            <w:left w:val="none" w:sz="0" w:space="0" w:color="auto"/>
            <w:bottom w:val="none" w:sz="0" w:space="0" w:color="auto"/>
            <w:right w:val="none" w:sz="0" w:space="0" w:color="auto"/>
          </w:divBdr>
        </w:div>
        <w:div w:id="234434417">
          <w:marLeft w:val="480"/>
          <w:marRight w:val="0"/>
          <w:marTop w:val="0"/>
          <w:marBottom w:val="0"/>
          <w:divBdr>
            <w:top w:val="none" w:sz="0" w:space="0" w:color="auto"/>
            <w:left w:val="none" w:sz="0" w:space="0" w:color="auto"/>
            <w:bottom w:val="none" w:sz="0" w:space="0" w:color="auto"/>
            <w:right w:val="none" w:sz="0" w:space="0" w:color="auto"/>
          </w:divBdr>
        </w:div>
        <w:div w:id="337999416">
          <w:marLeft w:val="480"/>
          <w:marRight w:val="0"/>
          <w:marTop w:val="0"/>
          <w:marBottom w:val="0"/>
          <w:divBdr>
            <w:top w:val="none" w:sz="0" w:space="0" w:color="auto"/>
            <w:left w:val="none" w:sz="0" w:space="0" w:color="auto"/>
            <w:bottom w:val="none" w:sz="0" w:space="0" w:color="auto"/>
            <w:right w:val="none" w:sz="0" w:space="0" w:color="auto"/>
          </w:divBdr>
        </w:div>
        <w:div w:id="433214254">
          <w:marLeft w:val="480"/>
          <w:marRight w:val="0"/>
          <w:marTop w:val="0"/>
          <w:marBottom w:val="0"/>
          <w:divBdr>
            <w:top w:val="none" w:sz="0" w:space="0" w:color="auto"/>
            <w:left w:val="none" w:sz="0" w:space="0" w:color="auto"/>
            <w:bottom w:val="none" w:sz="0" w:space="0" w:color="auto"/>
            <w:right w:val="none" w:sz="0" w:space="0" w:color="auto"/>
          </w:divBdr>
        </w:div>
        <w:div w:id="441416311">
          <w:marLeft w:val="480"/>
          <w:marRight w:val="0"/>
          <w:marTop w:val="0"/>
          <w:marBottom w:val="0"/>
          <w:divBdr>
            <w:top w:val="none" w:sz="0" w:space="0" w:color="auto"/>
            <w:left w:val="none" w:sz="0" w:space="0" w:color="auto"/>
            <w:bottom w:val="none" w:sz="0" w:space="0" w:color="auto"/>
            <w:right w:val="none" w:sz="0" w:space="0" w:color="auto"/>
          </w:divBdr>
        </w:div>
        <w:div w:id="644314958">
          <w:marLeft w:val="480"/>
          <w:marRight w:val="0"/>
          <w:marTop w:val="0"/>
          <w:marBottom w:val="0"/>
          <w:divBdr>
            <w:top w:val="none" w:sz="0" w:space="0" w:color="auto"/>
            <w:left w:val="none" w:sz="0" w:space="0" w:color="auto"/>
            <w:bottom w:val="none" w:sz="0" w:space="0" w:color="auto"/>
            <w:right w:val="none" w:sz="0" w:space="0" w:color="auto"/>
          </w:divBdr>
        </w:div>
        <w:div w:id="779690255">
          <w:marLeft w:val="480"/>
          <w:marRight w:val="0"/>
          <w:marTop w:val="0"/>
          <w:marBottom w:val="0"/>
          <w:divBdr>
            <w:top w:val="none" w:sz="0" w:space="0" w:color="auto"/>
            <w:left w:val="none" w:sz="0" w:space="0" w:color="auto"/>
            <w:bottom w:val="none" w:sz="0" w:space="0" w:color="auto"/>
            <w:right w:val="none" w:sz="0" w:space="0" w:color="auto"/>
          </w:divBdr>
        </w:div>
        <w:div w:id="782964237">
          <w:marLeft w:val="480"/>
          <w:marRight w:val="0"/>
          <w:marTop w:val="0"/>
          <w:marBottom w:val="0"/>
          <w:divBdr>
            <w:top w:val="none" w:sz="0" w:space="0" w:color="auto"/>
            <w:left w:val="none" w:sz="0" w:space="0" w:color="auto"/>
            <w:bottom w:val="none" w:sz="0" w:space="0" w:color="auto"/>
            <w:right w:val="none" w:sz="0" w:space="0" w:color="auto"/>
          </w:divBdr>
        </w:div>
        <w:div w:id="897201632">
          <w:marLeft w:val="480"/>
          <w:marRight w:val="0"/>
          <w:marTop w:val="0"/>
          <w:marBottom w:val="0"/>
          <w:divBdr>
            <w:top w:val="none" w:sz="0" w:space="0" w:color="auto"/>
            <w:left w:val="none" w:sz="0" w:space="0" w:color="auto"/>
            <w:bottom w:val="none" w:sz="0" w:space="0" w:color="auto"/>
            <w:right w:val="none" w:sz="0" w:space="0" w:color="auto"/>
          </w:divBdr>
        </w:div>
        <w:div w:id="927956556">
          <w:marLeft w:val="480"/>
          <w:marRight w:val="0"/>
          <w:marTop w:val="0"/>
          <w:marBottom w:val="0"/>
          <w:divBdr>
            <w:top w:val="none" w:sz="0" w:space="0" w:color="auto"/>
            <w:left w:val="none" w:sz="0" w:space="0" w:color="auto"/>
            <w:bottom w:val="none" w:sz="0" w:space="0" w:color="auto"/>
            <w:right w:val="none" w:sz="0" w:space="0" w:color="auto"/>
          </w:divBdr>
        </w:div>
        <w:div w:id="976761198">
          <w:marLeft w:val="480"/>
          <w:marRight w:val="0"/>
          <w:marTop w:val="0"/>
          <w:marBottom w:val="0"/>
          <w:divBdr>
            <w:top w:val="none" w:sz="0" w:space="0" w:color="auto"/>
            <w:left w:val="none" w:sz="0" w:space="0" w:color="auto"/>
            <w:bottom w:val="none" w:sz="0" w:space="0" w:color="auto"/>
            <w:right w:val="none" w:sz="0" w:space="0" w:color="auto"/>
          </w:divBdr>
        </w:div>
        <w:div w:id="1023750470">
          <w:marLeft w:val="480"/>
          <w:marRight w:val="0"/>
          <w:marTop w:val="0"/>
          <w:marBottom w:val="0"/>
          <w:divBdr>
            <w:top w:val="none" w:sz="0" w:space="0" w:color="auto"/>
            <w:left w:val="none" w:sz="0" w:space="0" w:color="auto"/>
            <w:bottom w:val="none" w:sz="0" w:space="0" w:color="auto"/>
            <w:right w:val="none" w:sz="0" w:space="0" w:color="auto"/>
          </w:divBdr>
        </w:div>
        <w:div w:id="1034186911">
          <w:marLeft w:val="480"/>
          <w:marRight w:val="0"/>
          <w:marTop w:val="0"/>
          <w:marBottom w:val="0"/>
          <w:divBdr>
            <w:top w:val="none" w:sz="0" w:space="0" w:color="auto"/>
            <w:left w:val="none" w:sz="0" w:space="0" w:color="auto"/>
            <w:bottom w:val="none" w:sz="0" w:space="0" w:color="auto"/>
            <w:right w:val="none" w:sz="0" w:space="0" w:color="auto"/>
          </w:divBdr>
        </w:div>
        <w:div w:id="1036000474">
          <w:marLeft w:val="480"/>
          <w:marRight w:val="0"/>
          <w:marTop w:val="0"/>
          <w:marBottom w:val="0"/>
          <w:divBdr>
            <w:top w:val="none" w:sz="0" w:space="0" w:color="auto"/>
            <w:left w:val="none" w:sz="0" w:space="0" w:color="auto"/>
            <w:bottom w:val="none" w:sz="0" w:space="0" w:color="auto"/>
            <w:right w:val="none" w:sz="0" w:space="0" w:color="auto"/>
          </w:divBdr>
        </w:div>
        <w:div w:id="1071777054">
          <w:marLeft w:val="480"/>
          <w:marRight w:val="0"/>
          <w:marTop w:val="0"/>
          <w:marBottom w:val="0"/>
          <w:divBdr>
            <w:top w:val="none" w:sz="0" w:space="0" w:color="auto"/>
            <w:left w:val="none" w:sz="0" w:space="0" w:color="auto"/>
            <w:bottom w:val="none" w:sz="0" w:space="0" w:color="auto"/>
            <w:right w:val="none" w:sz="0" w:space="0" w:color="auto"/>
          </w:divBdr>
        </w:div>
        <w:div w:id="1119883500">
          <w:marLeft w:val="480"/>
          <w:marRight w:val="0"/>
          <w:marTop w:val="0"/>
          <w:marBottom w:val="0"/>
          <w:divBdr>
            <w:top w:val="none" w:sz="0" w:space="0" w:color="auto"/>
            <w:left w:val="none" w:sz="0" w:space="0" w:color="auto"/>
            <w:bottom w:val="none" w:sz="0" w:space="0" w:color="auto"/>
            <w:right w:val="none" w:sz="0" w:space="0" w:color="auto"/>
          </w:divBdr>
        </w:div>
        <w:div w:id="1257514778">
          <w:marLeft w:val="480"/>
          <w:marRight w:val="0"/>
          <w:marTop w:val="0"/>
          <w:marBottom w:val="0"/>
          <w:divBdr>
            <w:top w:val="none" w:sz="0" w:space="0" w:color="auto"/>
            <w:left w:val="none" w:sz="0" w:space="0" w:color="auto"/>
            <w:bottom w:val="none" w:sz="0" w:space="0" w:color="auto"/>
            <w:right w:val="none" w:sz="0" w:space="0" w:color="auto"/>
          </w:divBdr>
        </w:div>
        <w:div w:id="1270240375">
          <w:marLeft w:val="480"/>
          <w:marRight w:val="0"/>
          <w:marTop w:val="0"/>
          <w:marBottom w:val="0"/>
          <w:divBdr>
            <w:top w:val="none" w:sz="0" w:space="0" w:color="auto"/>
            <w:left w:val="none" w:sz="0" w:space="0" w:color="auto"/>
            <w:bottom w:val="none" w:sz="0" w:space="0" w:color="auto"/>
            <w:right w:val="none" w:sz="0" w:space="0" w:color="auto"/>
          </w:divBdr>
        </w:div>
        <w:div w:id="1271477080">
          <w:marLeft w:val="480"/>
          <w:marRight w:val="0"/>
          <w:marTop w:val="0"/>
          <w:marBottom w:val="0"/>
          <w:divBdr>
            <w:top w:val="none" w:sz="0" w:space="0" w:color="auto"/>
            <w:left w:val="none" w:sz="0" w:space="0" w:color="auto"/>
            <w:bottom w:val="none" w:sz="0" w:space="0" w:color="auto"/>
            <w:right w:val="none" w:sz="0" w:space="0" w:color="auto"/>
          </w:divBdr>
        </w:div>
        <w:div w:id="1282884242">
          <w:marLeft w:val="480"/>
          <w:marRight w:val="0"/>
          <w:marTop w:val="0"/>
          <w:marBottom w:val="0"/>
          <w:divBdr>
            <w:top w:val="none" w:sz="0" w:space="0" w:color="auto"/>
            <w:left w:val="none" w:sz="0" w:space="0" w:color="auto"/>
            <w:bottom w:val="none" w:sz="0" w:space="0" w:color="auto"/>
            <w:right w:val="none" w:sz="0" w:space="0" w:color="auto"/>
          </w:divBdr>
        </w:div>
        <w:div w:id="1291474971">
          <w:marLeft w:val="480"/>
          <w:marRight w:val="0"/>
          <w:marTop w:val="0"/>
          <w:marBottom w:val="0"/>
          <w:divBdr>
            <w:top w:val="none" w:sz="0" w:space="0" w:color="auto"/>
            <w:left w:val="none" w:sz="0" w:space="0" w:color="auto"/>
            <w:bottom w:val="none" w:sz="0" w:space="0" w:color="auto"/>
            <w:right w:val="none" w:sz="0" w:space="0" w:color="auto"/>
          </w:divBdr>
        </w:div>
        <w:div w:id="1386487362">
          <w:marLeft w:val="480"/>
          <w:marRight w:val="0"/>
          <w:marTop w:val="0"/>
          <w:marBottom w:val="0"/>
          <w:divBdr>
            <w:top w:val="none" w:sz="0" w:space="0" w:color="auto"/>
            <w:left w:val="none" w:sz="0" w:space="0" w:color="auto"/>
            <w:bottom w:val="none" w:sz="0" w:space="0" w:color="auto"/>
            <w:right w:val="none" w:sz="0" w:space="0" w:color="auto"/>
          </w:divBdr>
        </w:div>
        <w:div w:id="1404451893">
          <w:marLeft w:val="480"/>
          <w:marRight w:val="0"/>
          <w:marTop w:val="0"/>
          <w:marBottom w:val="0"/>
          <w:divBdr>
            <w:top w:val="none" w:sz="0" w:space="0" w:color="auto"/>
            <w:left w:val="none" w:sz="0" w:space="0" w:color="auto"/>
            <w:bottom w:val="none" w:sz="0" w:space="0" w:color="auto"/>
            <w:right w:val="none" w:sz="0" w:space="0" w:color="auto"/>
          </w:divBdr>
        </w:div>
        <w:div w:id="1426415710">
          <w:marLeft w:val="480"/>
          <w:marRight w:val="0"/>
          <w:marTop w:val="0"/>
          <w:marBottom w:val="0"/>
          <w:divBdr>
            <w:top w:val="none" w:sz="0" w:space="0" w:color="auto"/>
            <w:left w:val="none" w:sz="0" w:space="0" w:color="auto"/>
            <w:bottom w:val="none" w:sz="0" w:space="0" w:color="auto"/>
            <w:right w:val="none" w:sz="0" w:space="0" w:color="auto"/>
          </w:divBdr>
        </w:div>
        <w:div w:id="1582912741">
          <w:marLeft w:val="480"/>
          <w:marRight w:val="0"/>
          <w:marTop w:val="0"/>
          <w:marBottom w:val="0"/>
          <w:divBdr>
            <w:top w:val="none" w:sz="0" w:space="0" w:color="auto"/>
            <w:left w:val="none" w:sz="0" w:space="0" w:color="auto"/>
            <w:bottom w:val="none" w:sz="0" w:space="0" w:color="auto"/>
            <w:right w:val="none" w:sz="0" w:space="0" w:color="auto"/>
          </w:divBdr>
        </w:div>
        <w:div w:id="1592592316">
          <w:marLeft w:val="480"/>
          <w:marRight w:val="0"/>
          <w:marTop w:val="0"/>
          <w:marBottom w:val="0"/>
          <w:divBdr>
            <w:top w:val="none" w:sz="0" w:space="0" w:color="auto"/>
            <w:left w:val="none" w:sz="0" w:space="0" w:color="auto"/>
            <w:bottom w:val="none" w:sz="0" w:space="0" w:color="auto"/>
            <w:right w:val="none" w:sz="0" w:space="0" w:color="auto"/>
          </w:divBdr>
        </w:div>
        <w:div w:id="1775859328">
          <w:marLeft w:val="480"/>
          <w:marRight w:val="0"/>
          <w:marTop w:val="0"/>
          <w:marBottom w:val="0"/>
          <w:divBdr>
            <w:top w:val="none" w:sz="0" w:space="0" w:color="auto"/>
            <w:left w:val="none" w:sz="0" w:space="0" w:color="auto"/>
            <w:bottom w:val="none" w:sz="0" w:space="0" w:color="auto"/>
            <w:right w:val="none" w:sz="0" w:space="0" w:color="auto"/>
          </w:divBdr>
        </w:div>
        <w:div w:id="1799909414">
          <w:marLeft w:val="480"/>
          <w:marRight w:val="0"/>
          <w:marTop w:val="0"/>
          <w:marBottom w:val="0"/>
          <w:divBdr>
            <w:top w:val="none" w:sz="0" w:space="0" w:color="auto"/>
            <w:left w:val="none" w:sz="0" w:space="0" w:color="auto"/>
            <w:bottom w:val="none" w:sz="0" w:space="0" w:color="auto"/>
            <w:right w:val="none" w:sz="0" w:space="0" w:color="auto"/>
          </w:divBdr>
        </w:div>
        <w:div w:id="1864242087">
          <w:marLeft w:val="480"/>
          <w:marRight w:val="0"/>
          <w:marTop w:val="0"/>
          <w:marBottom w:val="0"/>
          <w:divBdr>
            <w:top w:val="none" w:sz="0" w:space="0" w:color="auto"/>
            <w:left w:val="none" w:sz="0" w:space="0" w:color="auto"/>
            <w:bottom w:val="none" w:sz="0" w:space="0" w:color="auto"/>
            <w:right w:val="none" w:sz="0" w:space="0" w:color="auto"/>
          </w:divBdr>
        </w:div>
        <w:div w:id="1874027930">
          <w:marLeft w:val="480"/>
          <w:marRight w:val="0"/>
          <w:marTop w:val="0"/>
          <w:marBottom w:val="0"/>
          <w:divBdr>
            <w:top w:val="none" w:sz="0" w:space="0" w:color="auto"/>
            <w:left w:val="none" w:sz="0" w:space="0" w:color="auto"/>
            <w:bottom w:val="none" w:sz="0" w:space="0" w:color="auto"/>
            <w:right w:val="none" w:sz="0" w:space="0" w:color="auto"/>
          </w:divBdr>
        </w:div>
        <w:div w:id="1880778366">
          <w:marLeft w:val="480"/>
          <w:marRight w:val="0"/>
          <w:marTop w:val="0"/>
          <w:marBottom w:val="0"/>
          <w:divBdr>
            <w:top w:val="none" w:sz="0" w:space="0" w:color="auto"/>
            <w:left w:val="none" w:sz="0" w:space="0" w:color="auto"/>
            <w:bottom w:val="none" w:sz="0" w:space="0" w:color="auto"/>
            <w:right w:val="none" w:sz="0" w:space="0" w:color="auto"/>
          </w:divBdr>
        </w:div>
        <w:div w:id="1885215310">
          <w:marLeft w:val="480"/>
          <w:marRight w:val="0"/>
          <w:marTop w:val="0"/>
          <w:marBottom w:val="0"/>
          <w:divBdr>
            <w:top w:val="none" w:sz="0" w:space="0" w:color="auto"/>
            <w:left w:val="none" w:sz="0" w:space="0" w:color="auto"/>
            <w:bottom w:val="none" w:sz="0" w:space="0" w:color="auto"/>
            <w:right w:val="none" w:sz="0" w:space="0" w:color="auto"/>
          </w:divBdr>
        </w:div>
        <w:div w:id="1891305169">
          <w:marLeft w:val="480"/>
          <w:marRight w:val="0"/>
          <w:marTop w:val="0"/>
          <w:marBottom w:val="0"/>
          <w:divBdr>
            <w:top w:val="none" w:sz="0" w:space="0" w:color="auto"/>
            <w:left w:val="none" w:sz="0" w:space="0" w:color="auto"/>
            <w:bottom w:val="none" w:sz="0" w:space="0" w:color="auto"/>
            <w:right w:val="none" w:sz="0" w:space="0" w:color="auto"/>
          </w:divBdr>
        </w:div>
        <w:div w:id="1919900848">
          <w:marLeft w:val="480"/>
          <w:marRight w:val="0"/>
          <w:marTop w:val="0"/>
          <w:marBottom w:val="0"/>
          <w:divBdr>
            <w:top w:val="none" w:sz="0" w:space="0" w:color="auto"/>
            <w:left w:val="none" w:sz="0" w:space="0" w:color="auto"/>
            <w:bottom w:val="none" w:sz="0" w:space="0" w:color="auto"/>
            <w:right w:val="none" w:sz="0" w:space="0" w:color="auto"/>
          </w:divBdr>
        </w:div>
        <w:div w:id="1930236353">
          <w:marLeft w:val="480"/>
          <w:marRight w:val="0"/>
          <w:marTop w:val="0"/>
          <w:marBottom w:val="0"/>
          <w:divBdr>
            <w:top w:val="none" w:sz="0" w:space="0" w:color="auto"/>
            <w:left w:val="none" w:sz="0" w:space="0" w:color="auto"/>
            <w:bottom w:val="none" w:sz="0" w:space="0" w:color="auto"/>
            <w:right w:val="none" w:sz="0" w:space="0" w:color="auto"/>
          </w:divBdr>
        </w:div>
        <w:div w:id="1948462717">
          <w:marLeft w:val="480"/>
          <w:marRight w:val="0"/>
          <w:marTop w:val="0"/>
          <w:marBottom w:val="0"/>
          <w:divBdr>
            <w:top w:val="none" w:sz="0" w:space="0" w:color="auto"/>
            <w:left w:val="none" w:sz="0" w:space="0" w:color="auto"/>
            <w:bottom w:val="none" w:sz="0" w:space="0" w:color="auto"/>
            <w:right w:val="none" w:sz="0" w:space="0" w:color="auto"/>
          </w:divBdr>
        </w:div>
        <w:div w:id="1992251599">
          <w:marLeft w:val="480"/>
          <w:marRight w:val="0"/>
          <w:marTop w:val="0"/>
          <w:marBottom w:val="0"/>
          <w:divBdr>
            <w:top w:val="none" w:sz="0" w:space="0" w:color="auto"/>
            <w:left w:val="none" w:sz="0" w:space="0" w:color="auto"/>
            <w:bottom w:val="none" w:sz="0" w:space="0" w:color="auto"/>
            <w:right w:val="none" w:sz="0" w:space="0" w:color="auto"/>
          </w:divBdr>
        </w:div>
        <w:div w:id="2040544284">
          <w:marLeft w:val="480"/>
          <w:marRight w:val="0"/>
          <w:marTop w:val="0"/>
          <w:marBottom w:val="0"/>
          <w:divBdr>
            <w:top w:val="none" w:sz="0" w:space="0" w:color="auto"/>
            <w:left w:val="none" w:sz="0" w:space="0" w:color="auto"/>
            <w:bottom w:val="none" w:sz="0" w:space="0" w:color="auto"/>
            <w:right w:val="none" w:sz="0" w:space="0" w:color="auto"/>
          </w:divBdr>
        </w:div>
      </w:divsChild>
    </w:div>
    <w:div w:id="574972288">
      <w:bodyDiv w:val="1"/>
      <w:marLeft w:val="0"/>
      <w:marRight w:val="0"/>
      <w:marTop w:val="0"/>
      <w:marBottom w:val="0"/>
      <w:divBdr>
        <w:top w:val="none" w:sz="0" w:space="0" w:color="auto"/>
        <w:left w:val="none" w:sz="0" w:space="0" w:color="auto"/>
        <w:bottom w:val="none" w:sz="0" w:space="0" w:color="auto"/>
        <w:right w:val="none" w:sz="0" w:space="0" w:color="auto"/>
      </w:divBdr>
    </w:div>
    <w:div w:id="579293309">
      <w:bodyDiv w:val="1"/>
      <w:marLeft w:val="0"/>
      <w:marRight w:val="0"/>
      <w:marTop w:val="0"/>
      <w:marBottom w:val="0"/>
      <w:divBdr>
        <w:top w:val="none" w:sz="0" w:space="0" w:color="auto"/>
        <w:left w:val="none" w:sz="0" w:space="0" w:color="auto"/>
        <w:bottom w:val="none" w:sz="0" w:space="0" w:color="auto"/>
        <w:right w:val="none" w:sz="0" w:space="0" w:color="auto"/>
      </w:divBdr>
    </w:div>
    <w:div w:id="585655644">
      <w:bodyDiv w:val="1"/>
      <w:marLeft w:val="0"/>
      <w:marRight w:val="0"/>
      <w:marTop w:val="0"/>
      <w:marBottom w:val="0"/>
      <w:divBdr>
        <w:top w:val="none" w:sz="0" w:space="0" w:color="auto"/>
        <w:left w:val="none" w:sz="0" w:space="0" w:color="auto"/>
        <w:bottom w:val="none" w:sz="0" w:space="0" w:color="auto"/>
        <w:right w:val="none" w:sz="0" w:space="0" w:color="auto"/>
      </w:divBdr>
    </w:div>
    <w:div w:id="586034508">
      <w:bodyDiv w:val="1"/>
      <w:marLeft w:val="0"/>
      <w:marRight w:val="0"/>
      <w:marTop w:val="0"/>
      <w:marBottom w:val="0"/>
      <w:divBdr>
        <w:top w:val="none" w:sz="0" w:space="0" w:color="auto"/>
        <w:left w:val="none" w:sz="0" w:space="0" w:color="auto"/>
        <w:bottom w:val="none" w:sz="0" w:space="0" w:color="auto"/>
        <w:right w:val="none" w:sz="0" w:space="0" w:color="auto"/>
      </w:divBdr>
      <w:divsChild>
        <w:div w:id="113670720">
          <w:marLeft w:val="480"/>
          <w:marRight w:val="0"/>
          <w:marTop w:val="0"/>
          <w:marBottom w:val="0"/>
          <w:divBdr>
            <w:top w:val="none" w:sz="0" w:space="0" w:color="auto"/>
            <w:left w:val="none" w:sz="0" w:space="0" w:color="auto"/>
            <w:bottom w:val="none" w:sz="0" w:space="0" w:color="auto"/>
            <w:right w:val="none" w:sz="0" w:space="0" w:color="auto"/>
          </w:divBdr>
        </w:div>
        <w:div w:id="114521053">
          <w:marLeft w:val="480"/>
          <w:marRight w:val="0"/>
          <w:marTop w:val="0"/>
          <w:marBottom w:val="0"/>
          <w:divBdr>
            <w:top w:val="none" w:sz="0" w:space="0" w:color="auto"/>
            <w:left w:val="none" w:sz="0" w:space="0" w:color="auto"/>
            <w:bottom w:val="none" w:sz="0" w:space="0" w:color="auto"/>
            <w:right w:val="none" w:sz="0" w:space="0" w:color="auto"/>
          </w:divBdr>
        </w:div>
        <w:div w:id="126514917">
          <w:marLeft w:val="480"/>
          <w:marRight w:val="0"/>
          <w:marTop w:val="0"/>
          <w:marBottom w:val="0"/>
          <w:divBdr>
            <w:top w:val="none" w:sz="0" w:space="0" w:color="auto"/>
            <w:left w:val="none" w:sz="0" w:space="0" w:color="auto"/>
            <w:bottom w:val="none" w:sz="0" w:space="0" w:color="auto"/>
            <w:right w:val="none" w:sz="0" w:space="0" w:color="auto"/>
          </w:divBdr>
        </w:div>
        <w:div w:id="128474738">
          <w:marLeft w:val="480"/>
          <w:marRight w:val="0"/>
          <w:marTop w:val="0"/>
          <w:marBottom w:val="0"/>
          <w:divBdr>
            <w:top w:val="none" w:sz="0" w:space="0" w:color="auto"/>
            <w:left w:val="none" w:sz="0" w:space="0" w:color="auto"/>
            <w:bottom w:val="none" w:sz="0" w:space="0" w:color="auto"/>
            <w:right w:val="none" w:sz="0" w:space="0" w:color="auto"/>
          </w:divBdr>
        </w:div>
        <w:div w:id="146479192">
          <w:marLeft w:val="480"/>
          <w:marRight w:val="0"/>
          <w:marTop w:val="0"/>
          <w:marBottom w:val="0"/>
          <w:divBdr>
            <w:top w:val="none" w:sz="0" w:space="0" w:color="auto"/>
            <w:left w:val="none" w:sz="0" w:space="0" w:color="auto"/>
            <w:bottom w:val="none" w:sz="0" w:space="0" w:color="auto"/>
            <w:right w:val="none" w:sz="0" w:space="0" w:color="auto"/>
          </w:divBdr>
        </w:div>
        <w:div w:id="170334385">
          <w:marLeft w:val="480"/>
          <w:marRight w:val="0"/>
          <w:marTop w:val="0"/>
          <w:marBottom w:val="0"/>
          <w:divBdr>
            <w:top w:val="none" w:sz="0" w:space="0" w:color="auto"/>
            <w:left w:val="none" w:sz="0" w:space="0" w:color="auto"/>
            <w:bottom w:val="none" w:sz="0" w:space="0" w:color="auto"/>
            <w:right w:val="none" w:sz="0" w:space="0" w:color="auto"/>
          </w:divBdr>
        </w:div>
        <w:div w:id="177235289">
          <w:marLeft w:val="480"/>
          <w:marRight w:val="0"/>
          <w:marTop w:val="0"/>
          <w:marBottom w:val="0"/>
          <w:divBdr>
            <w:top w:val="none" w:sz="0" w:space="0" w:color="auto"/>
            <w:left w:val="none" w:sz="0" w:space="0" w:color="auto"/>
            <w:bottom w:val="none" w:sz="0" w:space="0" w:color="auto"/>
            <w:right w:val="none" w:sz="0" w:space="0" w:color="auto"/>
          </w:divBdr>
        </w:div>
        <w:div w:id="182746826">
          <w:marLeft w:val="480"/>
          <w:marRight w:val="0"/>
          <w:marTop w:val="0"/>
          <w:marBottom w:val="0"/>
          <w:divBdr>
            <w:top w:val="none" w:sz="0" w:space="0" w:color="auto"/>
            <w:left w:val="none" w:sz="0" w:space="0" w:color="auto"/>
            <w:bottom w:val="none" w:sz="0" w:space="0" w:color="auto"/>
            <w:right w:val="none" w:sz="0" w:space="0" w:color="auto"/>
          </w:divBdr>
        </w:div>
        <w:div w:id="216744979">
          <w:marLeft w:val="480"/>
          <w:marRight w:val="0"/>
          <w:marTop w:val="0"/>
          <w:marBottom w:val="0"/>
          <w:divBdr>
            <w:top w:val="none" w:sz="0" w:space="0" w:color="auto"/>
            <w:left w:val="none" w:sz="0" w:space="0" w:color="auto"/>
            <w:bottom w:val="none" w:sz="0" w:space="0" w:color="auto"/>
            <w:right w:val="none" w:sz="0" w:space="0" w:color="auto"/>
          </w:divBdr>
        </w:div>
        <w:div w:id="256409201">
          <w:marLeft w:val="480"/>
          <w:marRight w:val="0"/>
          <w:marTop w:val="0"/>
          <w:marBottom w:val="0"/>
          <w:divBdr>
            <w:top w:val="none" w:sz="0" w:space="0" w:color="auto"/>
            <w:left w:val="none" w:sz="0" w:space="0" w:color="auto"/>
            <w:bottom w:val="none" w:sz="0" w:space="0" w:color="auto"/>
            <w:right w:val="none" w:sz="0" w:space="0" w:color="auto"/>
          </w:divBdr>
        </w:div>
        <w:div w:id="260337207">
          <w:marLeft w:val="480"/>
          <w:marRight w:val="0"/>
          <w:marTop w:val="0"/>
          <w:marBottom w:val="0"/>
          <w:divBdr>
            <w:top w:val="none" w:sz="0" w:space="0" w:color="auto"/>
            <w:left w:val="none" w:sz="0" w:space="0" w:color="auto"/>
            <w:bottom w:val="none" w:sz="0" w:space="0" w:color="auto"/>
            <w:right w:val="none" w:sz="0" w:space="0" w:color="auto"/>
          </w:divBdr>
        </w:div>
        <w:div w:id="354579847">
          <w:marLeft w:val="480"/>
          <w:marRight w:val="0"/>
          <w:marTop w:val="0"/>
          <w:marBottom w:val="0"/>
          <w:divBdr>
            <w:top w:val="none" w:sz="0" w:space="0" w:color="auto"/>
            <w:left w:val="none" w:sz="0" w:space="0" w:color="auto"/>
            <w:bottom w:val="none" w:sz="0" w:space="0" w:color="auto"/>
            <w:right w:val="none" w:sz="0" w:space="0" w:color="auto"/>
          </w:divBdr>
        </w:div>
        <w:div w:id="444160051">
          <w:marLeft w:val="480"/>
          <w:marRight w:val="0"/>
          <w:marTop w:val="0"/>
          <w:marBottom w:val="0"/>
          <w:divBdr>
            <w:top w:val="none" w:sz="0" w:space="0" w:color="auto"/>
            <w:left w:val="none" w:sz="0" w:space="0" w:color="auto"/>
            <w:bottom w:val="none" w:sz="0" w:space="0" w:color="auto"/>
            <w:right w:val="none" w:sz="0" w:space="0" w:color="auto"/>
          </w:divBdr>
        </w:div>
        <w:div w:id="470752307">
          <w:marLeft w:val="480"/>
          <w:marRight w:val="0"/>
          <w:marTop w:val="0"/>
          <w:marBottom w:val="0"/>
          <w:divBdr>
            <w:top w:val="none" w:sz="0" w:space="0" w:color="auto"/>
            <w:left w:val="none" w:sz="0" w:space="0" w:color="auto"/>
            <w:bottom w:val="none" w:sz="0" w:space="0" w:color="auto"/>
            <w:right w:val="none" w:sz="0" w:space="0" w:color="auto"/>
          </w:divBdr>
        </w:div>
        <w:div w:id="592863447">
          <w:marLeft w:val="480"/>
          <w:marRight w:val="0"/>
          <w:marTop w:val="0"/>
          <w:marBottom w:val="0"/>
          <w:divBdr>
            <w:top w:val="none" w:sz="0" w:space="0" w:color="auto"/>
            <w:left w:val="none" w:sz="0" w:space="0" w:color="auto"/>
            <w:bottom w:val="none" w:sz="0" w:space="0" w:color="auto"/>
            <w:right w:val="none" w:sz="0" w:space="0" w:color="auto"/>
          </w:divBdr>
        </w:div>
        <w:div w:id="634140817">
          <w:marLeft w:val="480"/>
          <w:marRight w:val="0"/>
          <w:marTop w:val="0"/>
          <w:marBottom w:val="0"/>
          <w:divBdr>
            <w:top w:val="none" w:sz="0" w:space="0" w:color="auto"/>
            <w:left w:val="none" w:sz="0" w:space="0" w:color="auto"/>
            <w:bottom w:val="none" w:sz="0" w:space="0" w:color="auto"/>
            <w:right w:val="none" w:sz="0" w:space="0" w:color="auto"/>
          </w:divBdr>
        </w:div>
        <w:div w:id="640230604">
          <w:marLeft w:val="480"/>
          <w:marRight w:val="0"/>
          <w:marTop w:val="0"/>
          <w:marBottom w:val="0"/>
          <w:divBdr>
            <w:top w:val="none" w:sz="0" w:space="0" w:color="auto"/>
            <w:left w:val="none" w:sz="0" w:space="0" w:color="auto"/>
            <w:bottom w:val="none" w:sz="0" w:space="0" w:color="auto"/>
            <w:right w:val="none" w:sz="0" w:space="0" w:color="auto"/>
          </w:divBdr>
        </w:div>
        <w:div w:id="661927180">
          <w:marLeft w:val="480"/>
          <w:marRight w:val="0"/>
          <w:marTop w:val="0"/>
          <w:marBottom w:val="0"/>
          <w:divBdr>
            <w:top w:val="none" w:sz="0" w:space="0" w:color="auto"/>
            <w:left w:val="none" w:sz="0" w:space="0" w:color="auto"/>
            <w:bottom w:val="none" w:sz="0" w:space="0" w:color="auto"/>
            <w:right w:val="none" w:sz="0" w:space="0" w:color="auto"/>
          </w:divBdr>
        </w:div>
        <w:div w:id="722145570">
          <w:marLeft w:val="480"/>
          <w:marRight w:val="0"/>
          <w:marTop w:val="0"/>
          <w:marBottom w:val="0"/>
          <w:divBdr>
            <w:top w:val="none" w:sz="0" w:space="0" w:color="auto"/>
            <w:left w:val="none" w:sz="0" w:space="0" w:color="auto"/>
            <w:bottom w:val="none" w:sz="0" w:space="0" w:color="auto"/>
            <w:right w:val="none" w:sz="0" w:space="0" w:color="auto"/>
          </w:divBdr>
        </w:div>
        <w:div w:id="778527938">
          <w:marLeft w:val="480"/>
          <w:marRight w:val="0"/>
          <w:marTop w:val="0"/>
          <w:marBottom w:val="0"/>
          <w:divBdr>
            <w:top w:val="none" w:sz="0" w:space="0" w:color="auto"/>
            <w:left w:val="none" w:sz="0" w:space="0" w:color="auto"/>
            <w:bottom w:val="none" w:sz="0" w:space="0" w:color="auto"/>
            <w:right w:val="none" w:sz="0" w:space="0" w:color="auto"/>
          </w:divBdr>
        </w:div>
        <w:div w:id="835994778">
          <w:marLeft w:val="480"/>
          <w:marRight w:val="0"/>
          <w:marTop w:val="0"/>
          <w:marBottom w:val="0"/>
          <w:divBdr>
            <w:top w:val="none" w:sz="0" w:space="0" w:color="auto"/>
            <w:left w:val="none" w:sz="0" w:space="0" w:color="auto"/>
            <w:bottom w:val="none" w:sz="0" w:space="0" w:color="auto"/>
            <w:right w:val="none" w:sz="0" w:space="0" w:color="auto"/>
          </w:divBdr>
        </w:div>
        <w:div w:id="850753097">
          <w:marLeft w:val="480"/>
          <w:marRight w:val="0"/>
          <w:marTop w:val="0"/>
          <w:marBottom w:val="0"/>
          <w:divBdr>
            <w:top w:val="none" w:sz="0" w:space="0" w:color="auto"/>
            <w:left w:val="none" w:sz="0" w:space="0" w:color="auto"/>
            <w:bottom w:val="none" w:sz="0" w:space="0" w:color="auto"/>
            <w:right w:val="none" w:sz="0" w:space="0" w:color="auto"/>
          </w:divBdr>
        </w:div>
        <w:div w:id="875119794">
          <w:marLeft w:val="480"/>
          <w:marRight w:val="0"/>
          <w:marTop w:val="0"/>
          <w:marBottom w:val="0"/>
          <w:divBdr>
            <w:top w:val="none" w:sz="0" w:space="0" w:color="auto"/>
            <w:left w:val="none" w:sz="0" w:space="0" w:color="auto"/>
            <w:bottom w:val="none" w:sz="0" w:space="0" w:color="auto"/>
            <w:right w:val="none" w:sz="0" w:space="0" w:color="auto"/>
          </w:divBdr>
        </w:div>
        <w:div w:id="982395762">
          <w:marLeft w:val="480"/>
          <w:marRight w:val="0"/>
          <w:marTop w:val="0"/>
          <w:marBottom w:val="0"/>
          <w:divBdr>
            <w:top w:val="none" w:sz="0" w:space="0" w:color="auto"/>
            <w:left w:val="none" w:sz="0" w:space="0" w:color="auto"/>
            <w:bottom w:val="none" w:sz="0" w:space="0" w:color="auto"/>
            <w:right w:val="none" w:sz="0" w:space="0" w:color="auto"/>
          </w:divBdr>
        </w:div>
        <w:div w:id="1066878254">
          <w:marLeft w:val="480"/>
          <w:marRight w:val="0"/>
          <w:marTop w:val="0"/>
          <w:marBottom w:val="0"/>
          <w:divBdr>
            <w:top w:val="none" w:sz="0" w:space="0" w:color="auto"/>
            <w:left w:val="none" w:sz="0" w:space="0" w:color="auto"/>
            <w:bottom w:val="none" w:sz="0" w:space="0" w:color="auto"/>
            <w:right w:val="none" w:sz="0" w:space="0" w:color="auto"/>
          </w:divBdr>
        </w:div>
        <w:div w:id="1067194008">
          <w:marLeft w:val="480"/>
          <w:marRight w:val="0"/>
          <w:marTop w:val="0"/>
          <w:marBottom w:val="0"/>
          <w:divBdr>
            <w:top w:val="none" w:sz="0" w:space="0" w:color="auto"/>
            <w:left w:val="none" w:sz="0" w:space="0" w:color="auto"/>
            <w:bottom w:val="none" w:sz="0" w:space="0" w:color="auto"/>
            <w:right w:val="none" w:sz="0" w:space="0" w:color="auto"/>
          </w:divBdr>
        </w:div>
        <w:div w:id="1086073679">
          <w:marLeft w:val="480"/>
          <w:marRight w:val="0"/>
          <w:marTop w:val="0"/>
          <w:marBottom w:val="0"/>
          <w:divBdr>
            <w:top w:val="none" w:sz="0" w:space="0" w:color="auto"/>
            <w:left w:val="none" w:sz="0" w:space="0" w:color="auto"/>
            <w:bottom w:val="none" w:sz="0" w:space="0" w:color="auto"/>
            <w:right w:val="none" w:sz="0" w:space="0" w:color="auto"/>
          </w:divBdr>
        </w:div>
        <w:div w:id="1127235507">
          <w:marLeft w:val="480"/>
          <w:marRight w:val="0"/>
          <w:marTop w:val="0"/>
          <w:marBottom w:val="0"/>
          <w:divBdr>
            <w:top w:val="none" w:sz="0" w:space="0" w:color="auto"/>
            <w:left w:val="none" w:sz="0" w:space="0" w:color="auto"/>
            <w:bottom w:val="none" w:sz="0" w:space="0" w:color="auto"/>
            <w:right w:val="none" w:sz="0" w:space="0" w:color="auto"/>
          </w:divBdr>
        </w:div>
        <w:div w:id="1298603352">
          <w:marLeft w:val="480"/>
          <w:marRight w:val="0"/>
          <w:marTop w:val="0"/>
          <w:marBottom w:val="0"/>
          <w:divBdr>
            <w:top w:val="none" w:sz="0" w:space="0" w:color="auto"/>
            <w:left w:val="none" w:sz="0" w:space="0" w:color="auto"/>
            <w:bottom w:val="none" w:sz="0" w:space="0" w:color="auto"/>
            <w:right w:val="none" w:sz="0" w:space="0" w:color="auto"/>
          </w:divBdr>
        </w:div>
        <w:div w:id="1385983573">
          <w:marLeft w:val="480"/>
          <w:marRight w:val="0"/>
          <w:marTop w:val="0"/>
          <w:marBottom w:val="0"/>
          <w:divBdr>
            <w:top w:val="none" w:sz="0" w:space="0" w:color="auto"/>
            <w:left w:val="none" w:sz="0" w:space="0" w:color="auto"/>
            <w:bottom w:val="none" w:sz="0" w:space="0" w:color="auto"/>
            <w:right w:val="none" w:sz="0" w:space="0" w:color="auto"/>
          </w:divBdr>
        </w:div>
        <w:div w:id="1451776604">
          <w:marLeft w:val="480"/>
          <w:marRight w:val="0"/>
          <w:marTop w:val="0"/>
          <w:marBottom w:val="0"/>
          <w:divBdr>
            <w:top w:val="none" w:sz="0" w:space="0" w:color="auto"/>
            <w:left w:val="none" w:sz="0" w:space="0" w:color="auto"/>
            <w:bottom w:val="none" w:sz="0" w:space="0" w:color="auto"/>
            <w:right w:val="none" w:sz="0" w:space="0" w:color="auto"/>
          </w:divBdr>
        </w:div>
        <w:div w:id="1483348820">
          <w:marLeft w:val="480"/>
          <w:marRight w:val="0"/>
          <w:marTop w:val="0"/>
          <w:marBottom w:val="0"/>
          <w:divBdr>
            <w:top w:val="none" w:sz="0" w:space="0" w:color="auto"/>
            <w:left w:val="none" w:sz="0" w:space="0" w:color="auto"/>
            <w:bottom w:val="none" w:sz="0" w:space="0" w:color="auto"/>
            <w:right w:val="none" w:sz="0" w:space="0" w:color="auto"/>
          </w:divBdr>
        </w:div>
        <w:div w:id="1501000263">
          <w:marLeft w:val="480"/>
          <w:marRight w:val="0"/>
          <w:marTop w:val="0"/>
          <w:marBottom w:val="0"/>
          <w:divBdr>
            <w:top w:val="none" w:sz="0" w:space="0" w:color="auto"/>
            <w:left w:val="none" w:sz="0" w:space="0" w:color="auto"/>
            <w:bottom w:val="none" w:sz="0" w:space="0" w:color="auto"/>
            <w:right w:val="none" w:sz="0" w:space="0" w:color="auto"/>
          </w:divBdr>
        </w:div>
        <w:div w:id="1696341461">
          <w:marLeft w:val="480"/>
          <w:marRight w:val="0"/>
          <w:marTop w:val="0"/>
          <w:marBottom w:val="0"/>
          <w:divBdr>
            <w:top w:val="none" w:sz="0" w:space="0" w:color="auto"/>
            <w:left w:val="none" w:sz="0" w:space="0" w:color="auto"/>
            <w:bottom w:val="none" w:sz="0" w:space="0" w:color="auto"/>
            <w:right w:val="none" w:sz="0" w:space="0" w:color="auto"/>
          </w:divBdr>
        </w:div>
        <w:div w:id="1701012345">
          <w:marLeft w:val="480"/>
          <w:marRight w:val="0"/>
          <w:marTop w:val="0"/>
          <w:marBottom w:val="0"/>
          <w:divBdr>
            <w:top w:val="none" w:sz="0" w:space="0" w:color="auto"/>
            <w:left w:val="none" w:sz="0" w:space="0" w:color="auto"/>
            <w:bottom w:val="none" w:sz="0" w:space="0" w:color="auto"/>
            <w:right w:val="none" w:sz="0" w:space="0" w:color="auto"/>
          </w:divBdr>
        </w:div>
        <w:div w:id="1735929024">
          <w:marLeft w:val="480"/>
          <w:marRight w:val="0"/>
          <w:marTop w:val="0"/>
          <w:marBottom w:val="0"/>
          <w:divBdr>
            <w:top w:val="none" w:sz="0" w:space="0" w:color="auto"/>
            <w:left w:val="none" w:sz="0" w:space="0" w:color="auto"/>
            <w:bottom w:val="none" w:sz="0" w:space="0" w:color="auto"/>
            <w:right w:val="none" w:sz="0" w:space="0" w:color="auto"/>
          </w:divBdr>
        </w:div>
        <w:div w:id="1747341249">
          <w:marLeft w:val="480"/>
          <w:marRight w:val="0"/>
          <w:marTop w:val="0"/>
          <w:marBottom w:val="0"/>
          <w:divBdr>
            <w:top w:val="none" w:sz="0" w:space="0" w:color="auto"/>
            <w:left w:val="none" w:sz="0" w:space="0" w:color="auto"/>
            <w:bottom w:val="none" w:sz="0" w:space="0" w:color="auto"/>
            <w:right w:val="none" w:sz="0" w:space="0" w:color="auto"/>
          </w:divBdr>
        </w:div>
        <w:div w:id="1767380587">
          <w:marLeft w:val="480"/>
          <w:marRight w:val="0"/>
          <w:marTop w:val="0"/>
          <w:marBottom w:val="0"/>
          <w:divBdr>
            <w:top w:val="none" w:sz="0" w:space="0" w:color="auto"/>
            <w:left w:val="none" w:sz="0" w:space="0" w:color="auto"/>
            <w:bottom w:val="none" w:sz="0" w:space="0" w:color="auto"/>
            <w:right w:val="none" w:sz="0" w:space="0" w:color="auto"/>
          </w:divBdr>
        </w:div>
        <w:div w:id="1868521581">
          <w:marLeft w:val="480"/>
          <w:marRight w:val="0"/>
          <w:marTop w:val="0"/>
          <w:marBottom w:val="0"/>
          <w:divBdr>
            <w:top w:val="none" w:sz="0" w:space="0" w:color="auto"/>
            <w:left w:val="none" w:sz="0" w:space="0" w:color="auto"/>
            <w:bottom w:val="none" w:sz="0" w:space="0" w:color="auto"/>
            <w:right w:val="none" w:sz="0" w:space="0" w:color="auto"/>
          </w:divBdr>
        </w:div>
        <w:div w:id="1947926922">
          <w:marLeft w:val="480"/>
          <w:marRight w:val="0"/>
          <w:marTop w:val="0"/>
          <w:marBottom w:val="0"/>
          <w:divBdr>
            <w:top w:val="none" w:sz="0" w:space="0" w:color="auto"/>
            <w:left w:val="none" w:sz="0" w:space="0" w:color="auto"/>
            <w:bottom w:val="none" w:sz="0" w:space="0" w:color="auto"/>
            <w:right w:val="none" w:sz="0" w:space="0" w:color="auto"/>
          </w:divBdr>
        </w:div>
        <w:div w:id="1953783948">
          <w:marLeft w:val="480"/>
          <w:marRight w:val="0"/>
          <w:marTop w:val="0"/>
          <w:marBottom w:val="0"/>
          <w:divBdr>
            <w:top w:val="none" w:sz="0" w:space="0" w:color="auto"/>
            <w:left w:val="none" w:sz="0" w:space="0" w:color="auto"/>
            <w:bottom w:val="none" w:sz="0" w:space="0" w:color="auto"/>
            <w:right w:val="none" w:sz="0" w:space="0" w:color="auto"/>
          </w:divBdr>
        </w:div>
        <w:div w:id="2092920184">
          <w:marLeft w:val="480"/>
          <w:marRight w:val="0"/>
          <w:marTop w:val="0"/>
          <w:marBottom w:val="0"/>
          <w:divBdr>
            <w:top w:val="none" w:sz="0" w:space="0" w:color="auto"/>
            <w:left w:val="none" w:sz="0" w:space="0" w:color="auto"/>
            <w:bottom w:val="none" w:sz="0" w:space="0" w:color="auto"/>
            <w:right w:val="none" w:sz="0" w:space="0" w:color="auto"/>
          </w:divBdr>
        </w:div>
        <w:div w:id="2108111506">
          <w:marLeft w:val="480"/>
          <w:marRight w:val="0"/>
          <w:marTop w:val="0"/>
          <w:marBottom w:val="0"/>
          <w:divBdr>
            <w:top w:val="none" w:sz="0" w:space="0" w:color="auto"/>
            <w:left w:val="none" w:sz="0" w:space="0" w:color="auto"/>
            <w:bottom w:val="none" w:sz="0" w:space="0" w:color="auto"/>
            <w:right w:val="none" w:sz="0" w:space="0" w:color="auto"/>
          </w:divBdr>
        </w:div>
      </w:divsChild>
    </w:div>
    <w:div w:id="586771444">
      <w:bodyDiv w:val="1"/>
      <w:marLeft w:val="0"/>
      <w:marRight w:val="0"/>
      <w:marTop w:val="0"/>
      <w:marBottom w:val="0"/>
      <w:divBdr>
        <w:top w:val="none" w:sz="0" w:space="0" w:color="auto"/>
        <w:left w:val="none" w:sz="0" w:space="0" w:color="auto"/>
        <w:bottom w:val="none" w:sz="0" w:space="0" w:color="auto"/>
        <w:right w:val="none" w:sz="0" w:space="0" w:color="auto"/>
      </w:divBdr>
    </w:div>
    <w:div w:id="587691164">
      <w:bodyDiv w:val="1"/>
      <w:marLeft w:val="0"/>
      <w:marRight w:val="0"/>
      <w:marTop w:val="0"/>
      <w:marBottom w:val="0"/>
      <w:divBdr>
        <w:top w:val="none" w:sz="0" w:space="0" w:color="auto"/>
        <w:left w:val="none" w:sz="0" w:space="0" w:color="auto"/>
        <w:bottom w:val="none" w:sz="0" w:space="0" w:color="auto"/>
        <w:right w:val="none" w:sz="0" w:space="0" w:color="auto"/>
      </w:divBdr>
      <w:divsChild>
        <w:div w:id="1788670">
          <w:marLeft w:val="480"/>
          <w:marRight w:val="0"/>
          <w:marTop w:val="0"/>
          <w:marBottom w:val="0"/>
          <w:divBdr>
            <w:top w:val="none" w:sz="0" w:space="0" w:color="auto"/>
            <w:left w:val="none" w:sz="0" w:space="0" w:color="auto"/>
            <w:bottom w:val="none" w:sz="0" w:space="0" w:color="auto"/>
            <w:right w:val="none" w:sz="0" w:space="0" w:color="auto"/>
          </w:divBdr>
        </w:div>
        <w:div w:id="185337939">
          <w:marLeft w:val="480"/>
          <w:marRight w:val="0"/>
          <w:marTop w:val="0"/>
          <w:marBottom w:val="0"/>
          <w:divBdr>
            <w:top w:val="none" w:sz="0" w:space="0" w:color="auto"/>
            <w:left w:val="none" w:sz="0" w:space="0" w:color="auto"/>
            <w:bottom w:val="none" w:sz="0" w:space="0" w:color="auto"/>
            <w:right w:val="none" w:sz="0" w:space="0" w:color="auto"/>
          </w:divBdr>
        </w:div>
        <w:div w:id="266934039">
          <w:marLeft w:val="480"/>
          <w:marRight w:val="0"/>
          <w:marTop w:val="0"/>
          <w:marBottom w:val="0"/>
          <w:divBdr>
            <w:top w:val="none" w:sz="0" w:space="0" w:color="auto"/>
            <w:left w:val="none" w:sz="0" w:space="0" w:color="auto"/>
            <w:bottom w:val="none" w:sz="0" w:space="0" w:color="auto"/>
            <w:right w:val="none" w:sz="0" w:space="0" w:color="auto"/>
          </w:divBdr>
        </w:div>
        <w:div w:id="267391188">
          <w:marLeft w:val="480"/>
          <w:marRight w:val="0"/>
          <w:marTop w:val="0"/>
          <w:marBottom w:val="0"/>
          <w:divBdr>
            <w:top w:val="none" w:sz="0" w:space="0" w:color="auto"/>
            <w:left w:val="none" w:sz="0" w:space="0" w:color="auto"/>
            <w:bottom w:val="none" w:sz="0" w:space="0" w:color="auto"/>
            <w:right w:val="none" w:sz="0" w:space="0" w:color="auto"/>
          </w:divBdr>
        </w:div>
        <w:div w:id="326519411">
          <w:marLeft w:val="480"/>
          <w:marRight w:val="0"/>
          <w:marTop w:val="0"/>
          <w:marBottom w:val="0"/>
          <w:divBdr>
            <w:top w:val="none" w:sz="0" w:space="0" w:color="auto"/>
            <w:left w:val="none" w:sz="0" w:space="0" w:color="auto"/>
            <w:bottom w:val="none" w:sz="0" w:space="0" w:color="auto"/>
            <w:right w:val="none" w:sz="0" w:space="0" w:color="auto"/>
          </w:divBdr>
        </w:div>
        <w:div w:id="349650439">
          <w:marLeft w:val="480"/>
          <w:marRight w:val="0"/>
          <w:marTop w:val="0"/>
          <w:marBottom w:val="0"/>
          <w:divBdr>
            <w:top w:val="none" w:sz="0" w:space="0" w:color="auto"/>
            <w:left w:val="none" w:sz="0" w:space="0" w:color="auto"/>
            <w:bottom w:val="none" w:sz="0" w:space="0" w:color="auto"/>
            <w:right w:val="none" w:sz="0" w:space="0" w:color="auto"/>
          </w:divBdr>
        </w:div>
        <w:div w:id="354309463">
          <w:marLeft w:val="480"/>
          <w:marRight w:val="0"/>
          <w:marTop w:val="0"/>
          <w:marBottom w:val="0"/>
          <w:divBdr>
            <w:top w:val="none" w:sz="0" w:space="0" w:color="auto"/>
            <w:left w:val="none" w:sz="0" w:space="0" w:color="auto"/>
            <w:bottom w:val="none" w:sz="0" w:space="0" w:color="auto"/>
            <w:right w:val="none" w:sz="0" w:space="0" w:color="auto"/>
          </w:divBdr>
        </w:div>
        <w:div w:id="359208455">
          <w:marLeft w:val="480"/>
          <w:marRight w:val="0"/>
          <w:marTop w:val="0"/>
          <w:marBottom w:val="0"/>
          <w:divBdr>
            <w:top w:val="none" w:sz="0" w:space="0" w:color="auto"/>
            <w:left w:val="none" w:sz="0" w:space="0" w:color="auto"/>
            <w:bottom w:val="none" w:sz="0" w:space="0" w:color="auto"/>
            <w:right w:val="none" w:sz="0" w:space="0" w:color="auto"/>
          </w:divBdr>
        </w:div>
        <w:div w:id="415982463">
          <w:marLeft w:val="480"/>
          <w:marRight w:val="0"/>
          <w:marTop w:val="0"/>
          <w:marBottom w:val="0"/>
          <w:divBdr>
            <w:top w:val="none" w:sz="0" w:space="0" w:color="auto"/>
            <w:left w:val="none" w:sz="0" w:space="0" w:color="auto"/>
            <w:bottom w:val="none" w:sz="0" w:space="0" w:color="auto"/>
            <w:right w:val="none" w:sz="0" w:space="0" w:color="auto"/>
          </w:divBdr>
        </w:div>
        <w:div w:id="433939790">
          <w:marLeft w:val="480"/>
          <w:marRight w:val="0"/>
          <w:marTop w:val="0"/>
          <w:marBottom w:val="0"/>
          <w:divBdr>
            <w:top w:val="none" w:sz="0" w:space="0" w:color="auto"/>
            <w:left w:val="none" w:sz="0" w:space="0" w:color="auto"/>
            <w:bottom w:val="none" w:sz="0" w:space="0" w:color="auto"/>
            <w:right w:val="none" w:sz="0" w:space="0" w:color="auto"/>
          </w:divBdr>
        </w:div>
        <w:div w:id="549389930">
          <w:marLeft w:val="480"/>
          <w:marRight w:val="0"/>
          <w:marTop w:val="0"/>
          <w:marBottom w:val="0"/>
          <w:divBdr>
            <w:top w:val="none" w:sz="0" w:space="0" w:color="auto"/>
            <w:left w:val="none" w:sz="0" w:space="0" w:color="auto"/>
            <w:bottom w:val="none" w:sz="0" w:space="0" w:color="auto"/>
            <w:right w:val="none" w:sz="0" w:space="0" w:color="auto"/>
          </w:divBdr>
        </w:div>
        <w:div w:id="593175346">
          <w:marLeft w:val="480"/>
          <w:marRight w:val="0"/>
          <w:marTop w:val="0"/>
          <w:marBottom w:val="0"/>
          <w:divBdr>
            <w:top w:val="none" w:sz="0" w:space="0" w:color="auto"/>
            <w:left w:val="none" w:sz="0" w:space="0" w:color="auto"/>
            <w:bottom w:val="none" w:sz="0" w:space="0" w:color="auto"/>
            <w:right w:val="none" w:sz="0" w:space="0" w:color="auto"/>
          </w:divBdr>
        </w:div>
        <w:div w:id="690688162">
          <w:marLeft w:val="480"/>
          <w:marRight w:val="0"/>
          <w:marTop w:val="0"/>
          <w:marBottom w:val="0"/>
          <w:divBdr>
            <w:top w:val="none" w:sz="0" w:space="0" w:color="auto"/>
            <w:left w:val="none" w:sz="0" w:space="0" w:color="auto"/>
            <w:bottom w:val="none" w:sz="0" w:space="0" w:color="auto"/>
            <w:right w:val="none" w:sz="0" w:space="0" w:color="auto"/>
          </w:divBdr>
        </w:div>
        <w:div w:id="697312305">
          <w:marLeft w:val="480"/>
          <w:marRight w:val="0"/>
          <w:marTop w:val="0"/>
          <w:marBottom w:val="0"/>
          <w:divBdr>
            <w:top w:val="none" w:sz="0" w:space="0" w:color="auto"/>
            <w:left w:val="none" w:sz="0" w:space="0" w:color="auto"/>
            <w:bottom w:val="none" w:sz="0" w:space="0" w:color="auto"/>
            <w:right w:val="none" w:sz="0" w:space="0" w:color="auto"/>
          </w:divBdr>
        </w:div>
        <w:div w:id="751854008">
          <w:marLeft w:val="480"/>
          <w:marRight w:val="0"/>
          <w:marTop w:val="0"/>
          <w:marBottom w:val="0"/>
          <w:divBdr>
            <w:top w:val="none" w:sz="0" w:space="0" w:color="auto"/>
            <w:left w:val="none" w:sz="0" w:space="0" w:color="auto"/>
            <w:bottom w:val="none" w:sz="0" w:space="0" w:color="auto"/>
            <w:right w:val="none" w:sz="0" w:space="0" w:color="auto"/>
          </w:divBdr>
        </w:div>
        <w:div w:id="793251042">
          <w:marLeft w:val="480"/>
          <w:marRight w:val="0"/>
          <w:marTop w:val="0"/>
          <w:marBottom w:val="0"/>
          <w:divBdr>
            <w:top w:val="none" w:sz="0" w:space="0" w:color="auto"/>
            <w:left w:val="none" w:sz="0" w:space="0" w:color="auto"/>
            <w:bottom w:val="none" w:sz="0" w:space="0" w:color="auto"/>
            <w:right w:val="none" w:sz="0" w:space="0" w:color="auto"/>
          </w:divBdr>
        </w:div>
        <w:div w:id="796991446">
          <w:marLeft w:val="480"/>
          <w:marRight w:val="0"/>
          <w:marTop w:val="0"/>
          <w:marBottom w:val="0"/>
          <w:divBdr>
            <w:top w:val="none" w:sz="0" w:space="0" w:color="auto"/>
            <w:left w:val="none" w:sz="0" w:space="0" w:color="auto"/>
            <w:bottom w:val="none" w:sz="0" w:space="0" w:color="auto"/>
            <w:right w:val="none" w:sz="0" w:space="0" w:color="auto"/>
          </w:divBdr>
        </w:div>
        <w:div w:id="877862486">
          <w:marLeft w:val="480"/>
          <w:marRight w:val="0"/>
          <w:marTop w:val="0"/>
          <w:marBottom w:val="0"/>
          <w:divBdr>
            <w:top w:val="none" w:sz="0" w:space="0" w:color="auto"/>
            <w:left w:val="none" w:sz="0" w:space="0" w:color="auto"/>
            <w:bottom w:val="none" w:sz="0" w:space="0" w:color="auto"/>
            <w:right w:val="none" w:sz="0" w:space="0" w:color="auto"/>
          </w:divBdr>
        </w:div>
        <w:div w:id="922109033">
          <w:marLeft w:val="480"/>
          <w:marRight w:val="0"/>
          <w:marTop w:val="0"/>
          <w:marBottom w:val="0"/>
          <w:divBdr>
            <w:top w:val="none" w:sz="0" w:space="0" w:color="auto"/>
            <w:left w:val="none" w:sz="0" w:space="0" w:color="auto"/>
            <w:bottom w:val="none" w:sz="0" w:space="0" w:color="auto"/>
            <w:right w:val="none" w:sz="0" w:space="0" w:color="auto"/>
          </w:divBdr>
        </w:div>
        <w:div w:id="935862493">
          <w:marLeft w:val="480"/>
          <w:marRight w:val="0"/>
          <w:marTop w:val="0"/>
          <w:marBottom w:val="0"/>
          <w:divBdr>
            <w:top w:val="none" w:sz="0" w:space="0" w:color="auto"/>
            <w:left w:val="none" w:sz="0" w:space="0" w:color="auto"/>
            <w:bottom w:val="none" w:sz="0" w:space="0" w:color="auto"/>
            <w:right w:val="none" w:sz="0" w:space="0" w:color="auto"/>
          </w:divBdr>
        </w:div>
        <w:div w:id="997535199">
          <w:marLeft w:val="480"/>
          <w:marRight w:val="0"/>
          <w:marTop w:val="0"/>
          <w:marBottom w:val="0"/>
          <w:divBdr>
            <w:top w:val="none" w:sz="0" w:space="0" w:color="auto"/>
            <w:left w:val="none" w:sz="0" w:space="0" w:color="auto"/>
            <w:bottom w:val="none" w:sz="0" w:space="0" w:color="auto"/>
            <w:right w:val="none" w:sz="0" w:space="0" w:color="auto"/>
          </w:divBdr>
        </w:div>
        <w:div w:id="1001742337">
          <w:marLeft w:val="480"/>
          <w:marRight w:val="0"/>
          <w:marTop w:val="0"/>
          <w:marBottom w:val="0"/>
          <w:divBdr>
            <w:top w:val="none" w:sz="0" w:space="0" w:color="auto"/>
            <w:left w:val="none" w:sz="0" w:space="0" w:color="auto"/>
            <w:bottom w:val="none" w:sz="0" w:space="0" w:color="auto"/>
            <w:right w:val="none" w:sz="0" w:space="0" w:color="auto"/>
          </w:divBdr>
        </w:div>
        <w:div w:id="1011420990">
          <w:marLeft w:val="480"/>
          <w:marRight w:val="0"/>
          <w:marTop w:val="0"/>
          <w:marBottom w:val="0"/>
          <w:divBdr>
            <w:top w:val="none" w:sz="0" w:space="0" w:color="auto"/>
            <w:left w:val="none" w:sz="0" w:space="0" w:color="auto"/>
            <w:bottom w:val="none" w:sz="0" w:space="0" w:color="auto"/>
            <w:right w:val="none" w:sz="0" w:space="0" w:color="auto"/>
          </w:divBdr>
        </w:div>
        <w:div w:id="1127695896">
          <w:marLeft w:val="480"/>
          <w:marRight w:val="0"/>
          <w:marTop w:val="0"/>
          <w:marBottom w:val="0"/>
          <w:divBdr>
            <w:top w:val="none" w:sz="0" w:space="0" w:color="auto"/>
            <w:left w:val="none" w:sz="0" w:space="0" w:color="auto"/>
            <w:bottom w:val="none" w:sz="0" w:space="0" w:color="auto"/>
            <w:right w:val="none" w:sz="0" w:space="0" w:color="auto"/>
          </w:divBdr>
        </w:div>
        <w:div w:id="1150828661">
          <w:marLeft w:val="480"/>
          <w:marRight w:val="0"/>
          <w:marTop w:val="0"/>
          <w:marBottom w:val="0"/>
          <w:divBdr>
            <w:top w:val="none" w:sz="0" w:space="0" w:color="auto"/>
            <w:left w:val="none" w:sz="0" w:space="0" w:color="auto"/>
            <w:bottom w:val="none" w:sz="0" w:space="0" w:color="auto"/>
            <w:right w:val="none" w:sz="0" w:space="0" w:color="auto"/>
          </w:divBdr>
        </w:div>
        <w:div w:id="1261598332">
          <w:marLeft w:val="480"/>
          <w:marRight w:val="0"/>
          <w:marTop w:val="0"/>
          <w:marBottom w:val="0"/>
          <w:divBdr>
            <w:top w:val="none" w:sz="0" w:space="0" w:color="auto"/>
            <w:left w:val="none" w:sz="0" w:space="0" w:color="auto"/>
            <w:bottom w:val="none" w:sz="0" w:space="0" w:color="auto"/>
            <w:right w:val="none" w:sz="0" w:space="0" w:color="auto"/>
          </w:divBdr>
        </w:div>
        <w:div w:id="1313948166">
          <w:marLeft w:val="480"/>
          <w:marRight w:val="0"/>
          <w:marTop w:val="0"/>
          <w:marBottom w:val="0"/>
          <w:divBdr>
            <w:top w:val="none" w:sz="0" w:space="0" w:color="auto"/>
            <w:left w:val="none" w:sz="0" w:space="0" w:color="auto"/>
            <w:bottom w:val="none" w:sz="0" w:space="0" w:color="auto"/>
            <w:right w:val="none" w:sz="0" w:space="0" w:color="auto"/>
          </w:divBdr>
        </w:div>
        <w:div w:id="1373185750">
          <w:marLeft w:val="480"/>
          <w:marRight w:val="0"/>
          <w:marTop w:val="0"/>
          <w:marBottom w:val="0"/>
          <w:divBdr>
            <w:top w:val="none" w:sz="0" w:space="0" w:color="auto"/>
            <w:left w:val="none" w:sz="0" w:space="0" w:color="auto"/>
            <w:bottom w:val="none" w:sz="0" w:space="0" w:color="auto"/>
            <w:right w:val="none" w:sz="0" w:space="0" w:color="auto"/>
          </w:divBdr>
        </w:div>
        <w:div w:id="1406604956">
          <w:marLeft w:val="480"/>
          <w:marRight w:val="0"/>
          <w:marTop w:val="0"/>
          <w:marBottom w:val="0"/>
          <w:divBdr>
            <w:top w:val="none" w:sz="0" w:space="0" w:color="auto"/>
            <w:left w:val="none" w:sz="0" w:space="0" w:color="auto"/>
            <w:bottom w:val="none" w:sz="0" w:space="0" w:color="auto"/>
            <w:right w:val="none" w:sz="0" w:space="0" w:color="auto"/>
          </w:divBdr>
        </w:div>
        <w:div w:id="1532765012">
          <w:marLeft w:val="480"/>
          <w:marRight w:val="0"/>
          <w:marTop w:val="0"/>
          <w:marBottom w:val="0"/>
          <w:divBdr>
            <w:top w:val="none" w:sz="0" w:space="0" w:color="auto"/>
            <w:left w:val="none" w:sz="0" w:space="0" w:color="auto"/>
            <w:bottom w:val="none" w:sz="0" w:space="0" w:color="auto"/>
            <w:right w:val="none" w:sz="0" w:space="0" w:color="auto"/>
          </w:divBdr>
        </w:div>
        <w:div w:id="1593783174">
          <w:marLeft w:val="480"/>
          <w:marRight w:val="0"/>
          <w:marTop w:val="0"/>
          <w:marBottom w:val="0"/>
          <w:divBdr>
            <w:top w:val="none" w:sz="0" w:space="0" w:color="auto"/>
            <w:left w:val="none" w:sz="0" w:space="0" w:color="auto"/>
            <w:bottom w:val="none" w:sz="0" w:space="0" w:color="auto"/>
            <w:right w:val="none" w:sz="0" w:space="0" w:color="auto"/>
          </w:divBdr>
        </w:div>
        <w:div w:id="1600409517">
          <w:marLeft w:val="480"/>
          <w:marRight w:val="0"/>
          <w:marTop w:val="0"/>
          <w:marBottom w:val="0"/>
          <w:divBdr>
            <w:top w:val="none" w:sz="0" w:space="0" w:color="auto"/>
            <w:left w:val="none" w:sz="0" w:space="0" w:color="auto"/>
            <w:bottom w:val="none" w:sz="0" w:space="0" w:color="auto"/>
            <w:right w:val="none" w:sz="0" w:space="0" w:color="auto"/>
          </w:divBdr>
        </w:div>
        <w:div w:id="1726028488">
          <w:marLeft w:val="480"/>
          <w:marRight w:val="0"/>
          <w:marTop w:val="0"/>
          <w:marBottom w:val="0"/>
          <w:divBdr>
            <w:top w:val="none" w:sz="0" w:space="0" w:color="auto"/>
            <w:left w:val="none" w:sz="0" w:space="0" w:color="auto"/>
            <w:bottom w:val="none" w:sz="0" w:space="0" w:color="auto"/>
            <w:right w:val="none" w:sz="0" w:space="0" w:color="auto"/>
          </w:divBdr>
        </w:div>
        <w:div w:id="1765760635">
          <w:marLeft w:val="480"/>
          <w:marRight w:val="0"/>
          <w:marTop w:val="0"/>
          <w:marBottom w:val="0"/>
          <w:divBdr>
            <w:top w:val="none" w:sz="0" w:space="0" w:color="auto"/>
            <w:left w:val="none" w:sz="0" w:space="0" w:color="auto"/>
            <w:bottom w:val="none" w:sz="0" w:space="0" w:color="auto"/>
            <w:right w:val="none" w:sz="0" w:space="0" w:color="auto"/>
          </w:divBdr>
        </w:div>
        <w:div w:id="1826580576">
          <w:marLeft w:val="480"/>
          <w:marRight w:val="0"/>
          <w:marTop w:val="0"/>
          <w:marBottom w:val="0"/>
          <w:divBdr>
            <w:top w:val="none" w:sz="0" w:space="0" w:color="auto"/>
            <w:left w:val="none" w:sz="0" w:space="0" w:color="auto"/>
            <w:bottom w:val="none" w:sz="0" w:space="0" w:color="auto"/>
            <w:right w:val="none" w:sz="0" w:space="0" w:color="auto"/>
          </w:divBdr>
        </w:div>
        <w:div w:id="1879580878">
          <w:marLeft w:val="480"/>
          <w:marRight w:val="0"/>
          <w:marTop w:val="0"/>
          <w:marBottom w:val="0"/>
          <w:divBdr>
            <w:top w:val="none" w:sz="0" w:space="0" w:color="auto"/>
            <w:left w:val="none" w:sz="0" w:space="0" w:color="auto"/>
            <w:bottom w:val="none" w:sz="0" w:space="0" w:color="auto"/>
            <w:right w:val="none" w:sz="0" w:space="0" w:color="auto"/>
          </w:divBdr>
        </w:div>
        <w:div w:id="1903178459">
          <w:marLeft w:val="480"/>
          <w:marRight w:val="0"/>
          <w:marTop w:val="0"/>
          <w:marBottom w:val="0"/>
          <w:divBdr>
            <w:top w:val="none" w:sz="0" w:space="0" w:color="auto"/>
            <w:left w:val="none" w:sz="0" w:space="0" w:color="auto"/>
            <w:bottom w:val="none" w:sz="0" w:space="0" w:color="auto"/>
            <w:right w:val="none" w:sz="0" w:space="0" w:color="auto"/>
          </w:divBdr>
        </w:div>
        <w:div w:id="1946383003">
          <w:marLeft w:val="480"/>
          <w:marRight w:val="0"/>
          <w:marTop w:val="0"/>
          <w:marBottom w:val="0"/>
          <w:divBdr>
            <w:top w:val="none" w:sz="0" w:space="0" w:color="auto"/>
            <w:left w:val="none" w:sz="0" w:space="0" w:color="auto"/>
            <w:bottom w:val="none" w:sz="0" w:space="0" w:color="auto"/>
            <w:right w:val="none" w:sz="0" w:space="0" w:color="auto"/>
          </w:divBdr>
        </w:div>
        <w:div w:id="2016347585">
          <w:marLeft w:val="480"/>
          <w:marRight w:val="0"/>
          <w:marTop w:val="0"/>
          <w:marBottom w:val="0"/>
          <w:divBdr>
            <w:top w:val="none" w:sz="0" w:space="0" w:color="auto"/>
            <w:left w:val="none" w:sz="0" w:space="0" w:color="auto"/>
            <w:bottom w:val="none" w:sz="0" w:space="0" w:color="auto"/>
            <w:right w:val="none" w:sz="0" w:space="0" w:color="auto"/>
          </w:divBdr>
        </w:div>
        <w:div w:id="2024816897">
          <w:marLeft w:val="480"/>
          <w:marRight w:val="0"/>
          <w:marTop w:val="0"/>
          <w:marBottom w:val="0"/>
          <w:divBdr>
            <w:top w:val="none" w:sz="0" w:space="0" w:color="auto"/>
            <w:left w:val="none" w:sz="0" w:space="0" w:color="auto"/>
            <w:bottom w:val="none" w:sz="0" w:space="0" w:color="auto"/>
            <w:right w:val="none" w:sz="0" w:space="0" w:color="auto"/>
          </w:divBdr>
        </w:div>
        <w:div w:id="2113358937">
          <w:marLeft w:val="480"/>
          <w:marRight w:val="0"/>
          <w:marTop w:val="0"/>
          <w:marBottom w:val="0"/>
          <w:divBdr>
            <w:top w:val="none" w:sz="0" w:space="0" w:color="auto"/>
            <w:left w:val="none" w:sz="0" w:space="0" w:color="auto"/>
            <w:bottom w:val="none" w:sz="0" w:space="0" w:color="auto"/>
            <w:right w:val="none" w:sz="0" w:space="0" w:color="auto"/>
          </w:divBdr>
        </w:div>
        <w:div w:id="2129740174">
          <w:marLeft w:val="480"/>
          <w:marRight w:val="0"/>
          <w:marTop w:val="0"/>
          <w:marBottom w:val="0"/>
          <w:divBdr>
            <w:top w:val="none" w:sz="0" w:space="0" w:color="auto"/>
            <w:left w:val="none" w:sz="0" w:space="0" w:color="auto"/>
            <w:bottom w:val="none" w:sz="0" w:space="0" w:color="auto"/>
            <w:right w:val="none" w:sz="0" w:space="0" w:color="auto"/>
          </w:divBdr>
        </w:div>
      </w:divsChild>
    </w:div>
    <w:div w:id="590311886">
      <w:bodyDiv w:val="1"/>
      <w:marLeft w:val="0"/>
      <w:marRight w:val="0"/>
      <w:marTop w:val="0"/>
      <w:marBottom w:val="0"/>
      <w:divBdr>
        <w:top w:val="none" w:sz="0" w:space="0" w:color="auto"/>
        <w:left w:val="none" w:sz="0" w:space="0" w:color="auto"/>
        <w:bottom w:val="none" w:sz="0" w:space="0" w:color="auto"/>
        <w:right w:val="none" w:sz="0" w:space="0" w:color="auto"/>
      </w:divBdr>
    </w:div>
    <w:div w:id="592394531">
      <w:bodyDiv w:val="1"/>
      <w:marLeft w:val="0"/>
      <w:marRight w:val="0"/>
      <w:marTop w:val="0"/>
      <w:marBottom w:val="0"/>
      <w:divBdr>
        <w:top w:val="none" w:sz="0" w:space="0" w:color="auto"/>
        <w:left w:val="none" w:sz="0" w:space="0" w:color="auto"/>
        <w:bottom w:val="none" w:sz="0" w:space="0" w:color="auto"/>
        <w:right w:val="none" w:sz="0" w:space="0" w:color="auto"/>
      </w:divBdr>
    </w:div>
    <w:div w:id="593439348">
      <w:bodyDiv w:val="1"/>
      <w:marLeft w:val="0"/>
      <w:marRight w:val="0"/>
      <w:marTop w:val="0"/>
      <w:marBottom w:val="0"/>
      <w:divBdr>
        <w:top w:val="none" w:sz="0" w:space="0" w:color="auto"/>
        <w:left w:val="none" w:sz="0" w:space="0" w:color="auto"/>
        <w:bottom w:val="none" w:sz="0" w:space="0" w:color="auto"/>
        <w:right w:val="none" w:sz="0" w:space="0" w:color="auto"/>
      </w:divBdr>
    </w:div>
    <w:div w:id="595284551">
      <w:bodyDiv w:val="1"/>
      <w:marLeft w:val="0"/>
      <w:marRight w:val="0"/>
      <w:marTop w:val="0"/>
      <w:marBottom w:val="0"/>
      <w:divBdr>
        <w:top w:val="none" w:sz="0" w:space="0" w:color="auto"/>
        <w:left w:val="none" w:sz="0" w:space="0" w:color="auto"/>
        <w:bottom w:val="none" w:sz="0" w:space="0" w:color="auto"/>
        <w:right w:val="none" w:sz="0" w:space="0" w:color="auto"/>
      </w:divBdr>
    </w:div>
    <w:div w:id="595864056">
      <w:bodyDiv w:val="1"/>
      <w:marLeft w:val="0"/>
      <w:marRight w:val="0"/>
      <w:marTop w:val="0"/>
      <w:marBottom w:val="0"/>
      <w:divBdr>
        <w:top w:val="none" w:sz="0" w:space="0" w:color="auto"/>
        <w:left w:val="none" w:sz="0" w:space="0" w:color="auto"/>
        <w:bottom w:val="none" w:sz="0" w:space="0" w:color="auto"/>
        <w:right w:val="none" w:sz="0" w:space="0" w:color="auto"/>
      </w:divBdr>
    </w:div>
    <w:div w:id="596527564">
      <w:bodyDiv w:val="1"/>
      <w:marLeft w:val="0"/>
      <w:marRight w:val="0"/>
      <w:marTop w:val="0"/>
      <w:marBottom w:val="0"/>
      <w:divBdr>
        <w:top w:val="none" w:sz="0" w:space="0" w:color="auto"/>
        <w:left w:val="none" w:sz="0" w:space="0" w:color="auto"/>
        <w:bottom w:val="none" w:sz="0" w:space="0" w:color="auto"/>
        <w:right w:val="none" w:sz="0" w:space="0" w:color="auto"/>
      </w:divBdr>
    </w:div>
    <w:div w:id="599870705">
      <w:bodyDiv w:val="1"/>
      <w:marLeft w:val="0"/>
      <w:marRight w:val="0"/>
      <w:marTop w:val="0"/>
      <w:marBottom w:val="0"/>
      <w:divBdr>
        <w:top w:val="none" w:sz="0" w:space="0" w:color="auto"/>
        <w:left w:val="none" w:sz="0" w:space="0" w:color="auto"/>
        <w:bottom w:val="none" w:sz="0" w:space="0" w:color="auto"/>
        <w:right w:val="none" w:sz="0" w:space="0" w:color="auto"/>
      </w:divBdr>
    </w:div>
    <w:div w:id="602108343">
      <w:bodyDiv w:val="1"/>
      <w:marLeft w:val="0"/>
      <w:marRight w:val="0"/>
      <w:marTop w:val="0"/>
      <w:marBottom w:val="0"/>
      <w:divBdr>
        <w:top w:val="none" w:sz="0" w:space="0" w:color="auto"/>
        <w:left w:val="none" w:sz="0" w:space="0" w:color="auto"/>
        <w:bottom w:val="none" w:sz="0" w:space="0" w:color="auto"/>
        <w:right w:val="none" w:sz="0" w:space="0" w:color="auto"/>
      </w:divBdr>
      <w:divsChild>
        <w:div w:id="38436291">
          <w:marLeft w:val="480"/>
          <w:marRight w:val="0"/>
          <w:marTop w:val="0"/>
          <w:marBottom w:val="0"/>
          <w:divBdr>
            <w:top w:val="none" w:sz="0" w:space="0" w:color="auto"/>
            <w:left w:val="none" w:sz="0" w:space="0" w:color="auto"/>
            <w:bottom w:val="none" w:sz="0" w:space="0" w:color="auto"/>
            <w:right w:val="none" w:sz="0" w:space="0" w:color="auto"/>
          </w:divBdr>
        </w:div>
        <w:div w:id="118186784">
          <w:marLeft w:val="480"/>
          <w:marRight w:val="0"/>
          <w:marTop w:val="0"/>
          <w:marBottom w:val="0"/>
          <w:divBdr>
            <w:top w:val="none" w:sz="0" w:space="0" w:color="auto"/>
            <w:left w:val="none" w:sz="0" w:space="0" w:color="auto"/>
            <w:bottom w:val="none" w:sz="0" w:space="0" w:color="auto"/>
            <w:right w:val="none" w:sz="0" w:space="0" w:color="auto"/>
          </w:divBdr>
        </w:div>
        <w:div w:id="258876283">
          <w:marLeft w:val="480"/>
          <w:marRight w:val="0"/>
          <w:marTop w:val="0"/>
          <w:marBottom w:val="0"/>
          <w:divBdr>
            <w:top w:val="none" w:sz="0" w:space="0" w:color="auto"/>
            <w:left w:val="none" w:sz="0" w:space="0" w:color="auto"/>
            <w:bottom w:val="none" w:sz="0" w:space="0" w:color="auto"/>
            <w:right w:val="none" w:sz="0" w:space="0" w:color="auto"/>
          </w:divBdr>
        </w:div>
        <w:div w:id="291401161">
          <w:marLeft w:val="480"/>
          <w:marRight w:val="0"/>
          <w:marTop w:val="0"/>
          <w:marBottom w:val="0"/>
          <w:divBdr>
            <w:top w:val="none" w:sz="0" w:space="0" w:color="auto"/>
            <w:left w:val="none" w:sz="0" w:space="0" w:color="auto"/>
            <w:bottom w:val="none" w:sz="0" w:space="0" w:color="auto"/>
            <w:right w:val="none" w:sz="0" w:space="0" w:color="auto"/>
          </w:divBdr>
        </w:div>
        <w:div w:id="329022946">
          <w:marLeft w:val="480"/>
          <w:marRight w:val="0"/>
          <w:marTop w:val="0"/>
          <w:marBottom w:val="0"/>
          <w:divBdr>
            <w:top w:val="none" w:sz="0" w:space="0" w:color="auto"/>
            <w:left w:val="none" w:sz="0" w:space="0" w:color="auto"/>
            <w:bottom w:val="none" w:sz="0" w:space="0" w:color="auto"/>
            <w:right w:val="none" w:sz="0" w:space="0" w:color="auto"/>
          </w:divBdr>
        </w:div>
        <w:div w:id="464272652">
          <w:marLeft w:val="480"/>
          <w:marRight w:val="0"/>
          <w:marTop w:val="0"/>
          <w:marBottom w:val="0"/>
          <w:divBdr>
            <w:top w:val="none" w:sz="0" w:space="0" w:color="auto"/>
            <w:left w:val="none" w:sz="0" w:space="0" w:color="auto"/>
            <w:bottom w:val="none" w:sz="0" w:space="0" w:color="auto"/>
            <w:right w:val="none" w:sz="0" w:space="0" w:color="auto"/>
          </w:divBdr>
        </w:div>
        <w:div w:id="527261596">
          <w:marLeft w:val="480"/>
          <w:marRight w:val="0"/>
          <w:marTop w:val="0"/>
          <w:marBottom w:val="0"/>
          <w:divBdr>
            <w:top w:val="none" w:sz="0" w:space="0" w:color="auto"/>
            <w:left w:val="none" w:sz="0" w:space="0" w:color="auto"/>
            <w:bottom w:val="none" w:sz="0" w:space="0" w:color="auto"/>
            <w:right w:val="none" w:sz="0" w:space="0" w:color="auto"/>
          </w:divBdr>
        </w:div>
        <w:div w:id="758986031">
          <w:marLeft w:val="480"/>
          <w:marRight w:val="0"/>
          <w:marTop w:val="0"/>
          <w:marBottom w:val="0"/>
          <w:divBdr>
            <w:top w:val="none" w:sz="0" w:space="0" w:color="auto"/>
            <w:left w:val="none" w:sz="0" w:space="0" w:color="auto"/>
            <w:bottom w:val="none" w:sz="0" w:space="0" w:color="auto"/>
            <w:right w:val="none" w:sz="0" w:space="0" w:color="auto"/>
          </w:divBdr>
        </w:div>
        <w:div w:id="793987699">
          <w:marLeft w:val="480"/>
          <w:marRight w:val="0"/>
          <w:marTop w:val="0"/>
          <w:marBottom w:val="0"/>
          <w:divBdr>
            <w:top w:val="none" w:sz="0" w:space="0" w:color="auto"/>
            <w:left w:val="none" w:sz="0" w:space="0" w:color="auto"/>
            <w:bottom w:val="none" w:sz="0" w:space="0" w:color="auto"/>
            <w:right w:val="none" w:sz="0" w:space="0" w:color="auto"/>
          </w:divBdr>
        </w:div>
        <w:div w:id="818302893">
          <w:marLeft w:val="480"/>
          <w:marRight w:val="0"/>
          <w:marTop w:val="0"/>
          <w:marBottom w:val="0"/>
          <w:divBdr>
            <w:top w:val="none" w:sz="0" w:space="0" w:color="auto"/>
            <w:left w:val="none" w:sz="0" w:space="0" w:color="auto"/>
            <w:bottom w:val="none" w:sz="0" w:space="0" w:color="auto"/>
            <w:right w:val="none" w:sz="0" w:space="0" w:color="auto"/>
          </w:divBdr>
        </w:div>
        <w:div w:id="836923412">
          <w:marLeft w:val="480"/>
          <w:marRight w:val="0"/>
          <w:marTop w:val="0"/>
          <w:marBottom w:val="0"/>
          <w:divBdr>
            <w:top w:val="none" w:sz="0" w:space="0" w:color="auto"/>
            <w:left w:val="none" w:sz="0" w:space="0" w:color="auto"/>
            <w:bottom w:val="none" w:sz="0" w:space="0" w:color="auto"/>
            <w:right w:val="none" w:sz="0" w:space="0" w:color="auto"/>
          </w:divBdr>
        </w:div>
        <w:div w:id="878316838">
          <w:marLeft w:val="480"/>
          <w:marRight w:val="0"/>
          <w:marTop w:val="0"/>
          <w:marBottom w:val="0"/>
          <w:divBdr>
            <w:top w:val="none" w:sz="0" w:space="0" w:color="auto"/>
            <w:left w:val="none" w:sz="0" w:space="0" w:color="auto"/>
            <w:bottom w:val="none" w:sz="0" w:space="0" w:color="auto"/>
            <w:right w:val="none" w:sz="0" w:space="0" w:color="auto"/>
          </w:divBdr>
        </w:div>
        <w:div w:id="1033309409">
          <w:marLeft w:val="480"/>
          <w:marRight w:val="0"/>
          <w:marTop w:val="0"/>
          <w:marBottom w:val="0"/>
          <w:divBdr>
            <w:top w:val="none" w:sz="0" w:space="0" w:color="auto"/>
            <w:left w:val="none" w:sz="0" w:space="0" w:color="auto"/>
            <w:bottom w:val="none" w:sz="0" w:space="0" w:color="auto"/>
            <w:right w:val="none" w:sz="0" w:space="0" w:color="auto"/>
          </w:divBdr>
        </w:div>
        <w:div w:id="1033725474">
          <w:marLeft w:val="480"/>
          <w:marRight w:val="0"/>
          <w:marTop w:val="0"/>
          <w:marBottom w:val="0"/>
          <w:divBdr>
            <w:top w:val="none" w:sz="0" w:space="0" w:color="auto"/>
            <w:left w:val="none" w:sz="0" w:space="0" w:color="auto"/>
            <w:bottom w:val="none" w:sz="0" w:space="0" w:color="auto"/>
            <w:right w:val="none" w:sz="0" w:space="0" w:color="auto"/>
          </w:divBdr>
        </w:div>
        <w:div w:id="1124691013">
          <w:marLeft w:val="480"/>
          <w:marRight w:val="0"/>
          <w:marTop w:val="0"/>
          <w:marBottom w:val="0"/>
          <w:divBdr>
            <w:top w:val="none" w:sz="0" w:space="0" w:color="auto"/>
            <w:left w:val="none" w:sz="0" w:space="0" w:color="auto"/>
            <w:bottom w:val="none" w:sz="0" w:space="0" w:color="auto"/>
            <w:right w:val="none" w:sz="0" w:space="0" w:color="auto"/>
          </w:divBdr>
        </w:div>
        <w:div w:id="1126464028">
          <w:marLeft w:val="480"/>
          <w:marRight w:val="0"/>
          <w:marTop w:val="0"/>
          <w:marBottom w:val="0"/>
          <w:divBdr>
            <w:top w:val="none" w:sz="0" w:space="0" w:color="auto"/>
            <w:left w:val="none" w:sz="0" w:space="0" w:color="auto"/>
            <w:bottom w:val="none" w:sz="0" w:space="0" w:color="auto"/>
            <w:right w:val="none" w:sz="0" w:space="0" w:color="auto"/>
          </w:divBdr>
        </w:div>
        <w:div w:id="1209024834">
          <w:marLeft w:val="480"/>
          <w:marRight w:val="0"/>
          <w:marTop w:val="0"/>
          <w:marBottom w:val="0"/>
          <w:divBdr>
            <w:top w:val="none" w:sz="0" w:space="0" w:color="auto"/>
            <w:left w:val="none" w:sz="0" w:space="0" w:color="auto"/>
            <w:bottom w:val="none" w:sz="0" w:space="0" w:color="auto"/>
            <w:right w:val="none" w:sz="0" w:space="0" w:color="auto"/>
          </w:divBdr>
        </w:div>
        <w:div w:id="1221745532">
          <w:marLeft w:val="480"/>
          <w:marRight w:val="0"/>
          <w:marTop w:val="0"/>
          <w:marBottom w:val="0"/>
          <w:divBdr>
            <w:top w:val="none" w:sz="0" w:space="0" w:color="auto"/>
            <w:left w:val="none" w:sz="0" w:space="0" w:color="auto"/>
            <w:bottom w:val="none" w:sz="0" w:space="0" w:color="auto"/>
            <w:right w:val="none" w:sz="0" w:space="0" w:color="auto"/>
          </w:divBdr>
        </w:div>
        <w:div w:id="1269434566">
          <w:marLeft w:val="480"/>
          <w:marRight w:val="0"/>
          <w:marTop w:val="0"/>
          <w:marBottom w:val="0"/>
          <w:divBdr>
            <w:top w:val="none" w:sz="0" w:space="0" w:color="auto"/>
            <w:left w:val="none" w:sz="0" w:space="0" w:color="auto"/>
            <w:bottom w:val="none" w:sz="0" w:space="0" w:color="auto"/>
            <w:right w:val="none" w:sz="0" w:space="0" w:color="auto"/>
          </w:divBdr>
        </w:div>
        <w:div w:id="1301767242">
          <w:marLeft w:val="480"/>
          <w:marRight w:val="0"/>
          <w:marTop w:val="0"/>
          <w:marBottom w:val="0"/>
          <w:divBdr>
            <w:top w:val="none" w:sz="0" w:space="0" w:color="auto"/>
            <w:left w:val="none" w:sz="0" w:space="0" w:color="auto"/>
            <w:bottom w:val="none" w:sz="0" w:space="0" w:color="auto"/>
            <w:right w:val="none" w:sz="0" w:space="0" w:color="auto"/>
          </w:divBdr>
        </w:div>
        <w:div w:id="1354766412">
          <w:marLeft w:val="480"/>
          <w:marRight w:val="0"/>
          <w:marTop w:val="0"/>
          <w:marBottom w:val="0"/>
          <w:divBdr>
            <w:top w:val="none" w:sz="0" w:space="0" w:color="auto"/>
            <w:left w:val="none" w:sz="0" w:space="0" w:color="auto"/>
            <w:bottom w:val="none" w:sz="0" w:space="0" w:color="auto"/>
            <w:right w:val="none" w:sz="0" w:space="0" w:color="auto"/>
          </w:divBdr>
        </w:div>
        <w:div w:id="1368605772">
          <w:marLeft w:val="480"/>
          <w:marRight w:val="0"/>
          <w:marTop w:val="0"/>
          <w:marBottom w:val="0"/>
          <w:divBdr>
            <w:top w:val="none" w:sz="0" w:space="0" w:color="auto"/>
            <w:left w:val="none" w:sz="0" w:space="0" w:color="auto"/>
            <w:bottom w:val="none" w:sz="0" w:space="0" w:color="auto"/>
            <w:right w:val="none" w:sz="0" w:space="0" w:color="auto"/>
          </w:divBdr>
        </w:div>
        <w:div w:id="1401753832">
          <w:marLeft w:val="480"/>
          <w:marRight w:val="0"/>
          <w:marTop w:val="0"/>
          <w:marBottom w:val="0"/>
          <w:divBdr>
            <w:top w:val="none" w:sz="0" w:space="0" w:color="auto"/>
            <w:left w:val="none" w:sz="0" w:space="0" w:color="auto"/>
            <w:bottom w:val="none" w:sz="0" w:space="0" w:color="auto"/>
            <w:right w:val="none" w:sz="0" w:space="0" w:color="auto"/>
          </w:divBdr>
        </w:div>
        <w:div w:id="1463308124">
          <w:marLeft w:val="480"/>
          <w:marRight w:val="0"/>
          <w:marTop w:val="0"/>
          <w:marBottom w:val="0"/>
          <w:divBdr>
            <w:top w:val="none" w:sz="0" w:space="0" w:color="auto"/>
            <w:left w:val="none" w:sz="0" w:space="0" w:color="auto"/>
            <w:bottom w:val="none" w:sz="0" w:space="0" w:color="auto"/>
            <w:right w:val="none" w:sz="0" w:space="0" w:color="auto"/>
          </w:divBdr>
        </w:div>
        <w:div w:id="1601570817">
          <w:marLeft w:val="480"/>
          <w:marRight w:val="0"/>
          <w:marTop w:val="0"/>
          <w:marBottom w:val="0"/>
          <w:divBdr>
            <w:top w:val="none" w:sz="0" w:space="0" w:color="auto"/>
            <w:left w:val="none" w:sz="0" w:space="0" w:color="auto"/>
            <w:bottom w:val="none" w:sz="0" w:space="0" w:color="auto"/>
            <w:right w:val="none" w:sz="0" w:space="0" w:color="auto"/>
          </w:divBdr>
        </w:div>
        <w:div w:id="1708875253">
          <w:marLeft w:val="480"/>
          <w:marRight w:val="0"/>
          <w:marTop w:val="0"/>
          <w:marBottom w:val="0"/>
          <w:divBdr>
            <w:top w:val="none" w:sz="0" w:space="0" w:color="auto"/>
            <w:left w:val="none" w:sz="0" w:space="0" w:color="auto"/>
            <w:bottom w:val="none" w:sz="0" w:space="0" w:color="auto"/>
            <w:right w:val="none" w:sz="0" w:space="0" w:color="auto"/>
          </w:divBdr>
        </w:div>
        <w:div w:id="1715346153">
          <w:marLeft w:val="480"/>
          <w:marRight w:val="0"/>
          <w:marTop w:val="0"/>
          <w:marBottom w:val="0"/>
          <w:divBdr>
            <w:top w:val="none" w:sz="0" w:space="0" w:color="auto"/>
            <w:left w:val="none" w:sz="0" w:space="0" w:color="auto"/>
            <w:bottom w:val="none" w:sz="0" w:space="0" w:color="auto"/>
            <w:right w:val="none" w:sz="0" w:space="0" w:color="auto"/>
          </w:divBdr>
        </w:div>
        <w:div w:id="1787848413">
          <w:marLeft w:val="480"/>
          <w:marRight w:val="0"/>
          <w:marTop w:val="0"/>
          <w:marBottom w:val="0"/>
          <w:divBdr>
            <w:top w:val="none" w:sz="0" w:space="0" w:color="auto"/>
            <w:left w:val="none" w:sz="0" w:space="0" w:color="auto"/>
            <w:bottom w:val="none" w:sz="0" w:space="0" w:color="auto"/>
            <w:right w:val="none" w:sz="0" w:space="0" w:color="auto"/>
          </w:divBdr>
        </w:div>
        <w:div w:id="1803963940">
          <w:marLeft w:val="480"/>
          <w:marRight w:val="0"/>
          <w:marTop w:val="0"/>
          <w:marBottom w:val="0"/>
          <w:divBdr>
            <w:top w:val="none" w:sz="0" w:space="0" w:color="auto"/>
            <w:left w:val="none" w:sz="0" w:space="0" w:color="auto"/>
            <w:bottom w:val="none" w:sz="0" w:space="0" w:color="auto"/>
            <w:right w:val="none" w:sz="0" w:space="0" w:color="auto"/>
          </w:divBdr>
        </w:div>
        <w:div w:id="1868832459">
          <w:marLeft w:val="480"/>
          <w:marRight w:val="0"/>
          <w:marTop w:val="0"/>
          <w:marBottom w:val="0"/>
          <w:divBdr>
            <w:top w:val="none" w:sz="0" w:space="0" w:color="auto"/>
            <w:left w:val="none" w:sz="0" w:space="0" w:color="auto"/>
            <w:bottom w:val="none" w:sz="0" w:space="0" w:color="auto"/>
            <w:right w:val="none" w:sz="0" w:space="0" w:color="auto"/>
          </w:divBdr>
        </w:div>
        <w:div w:id="1941637832">
          <w:marLeft w:val="480"/>
          <w:marRight w:val="0"/>
          <w:marTop w:val="0"/>
          <w:marBottom w:val="0"/>
          <w:divBdr>
            <w:top w:val="none" w:sz="0" w:space="0" w:color="auto"/>
            <w:left w:val="none" w:sz="0" w:space="0" w:color="auto"/>
            <w:bottom w:val="none" w:sz="0" w:space="0" w:color="auto"/>
            <w:right w:val="none" w:sz="0" w:space="0" w:color="auto"/>
          </w:divBdr>
        </w:div>
        <w:div w:id="1991060628">
          <w:marLeft w:val="480"/>
          <w:marRight w:val="0"/>
          <w:marTop w:val="0"/>
          <w:marBottom w:val="0"/>
          <w:divBdr>
            <w:top w:val="none" w:sz="0" w:space="0" w:color="auto"/>
            <w:left w:val="none" w:sz="0" w:space="0" w:color="auto"/>
            <w:bottom w:val="none" w:sz="0" w:space="0" w:color="auto"/>
            <w:right w:val="none" w:sz="0" w:space="0" w:color="auto"/>
          </w:divBdr>
        </w:div>
        <w:div w:id="2014140987">
          <w:marLeft w:val="480"/>
          <w:marRight w:val="0"/>
          <w:marTop w:val="0"/>
          <w:marBottom w:val="0"/>
          <w:divBdr>
            <w:top w:val="none" w:sz="0" w:space="0" w:color="auto"/>
            <w:left w:val="none" w:sz="0" w:space="0" w:color="auto"/>
            <w:bottom w:val="none" w:sz="0" w:space="0" w:color="auto"/>
            <w:right w:val="none" w:sz="0" w:space="0" w:color="auto"/>
          </w:divBdr>
        </w:div>
        <w:div w:id="2099322703">
          <w:marLeft w:val="480"/>
          <w:marRight w:val="0"/>
          <w:marTop w:val="0"/>
          <w:marBottom w:val="0"/>
          <w:divBdr>
            <w:top w:val="none" w:sz="0" w:space="0" w:color="auto"/>
            <w:left w:val="none" w:sz="0" w:space="0" w:color="auto"/>
            <w:bottom w:val="none" w:sz="0" w:space="0" w:color="auto"/>
            <w:right w:val="none" w:sz="0" w:space="0" w:color="auto"/>
          </w:divBdr>
        </w:div>
        <w:div w:id="2126119336">
          <w:marLeft w:val="480"/>
          <w:marRight w:val="0"/>
          <w:marTop w:val="0"/>
          <w:marBottom w:val="0"/>
          <w:divBdr>
            <w:top w:val="none" w:sz="0" w:space="0" w:color="auto"/>
            <w:left w:val="none" w:sz="0" w:space="0" w:color="auto"/>
            <w:bottom w:val="none" w:sz="0" w:space="0" w:color="auto"/>
            <w:right w:val="none" w:sz="0" w:space="0" w:color="auto"/>
          </w:divBdr>
        </w:div>
      </w:divsChild>
    </w:div>
    <w:div w:id="602147932">
      <w:bodyDiv w:val="1"/>
      <w:marLeft w:val="0"/>
      <w:marRight w:val="0"/>
      <w:marTop w:val="0"/>
      <w:marBottom w:val="0"/>
      <w:divBdr>
        <w:top w:val="none" w:sz="0" w:space="0" w:color="auto"/>
        <w:left w:val="none" w:sz="0" w:space="0" w:color="auto"/>
        <w:bottom w:val="none" w:sz="0" w:space="0" w:color="auto"/>
        <w:right w:val="none" w:sz="0" w:space="0" w:color="auto"/>
      </w:divBdr>
    </w:div>
    <w:div w:id="603147374">
      <w:bodyDiv w:val="1"/>
      <w:marLeft w:val="0"/>
      <w:marRight w:val="0"/>
      <w:marTop w:val="0"/>
      <w:marBottom w:val="0"/>
      <w:divBdr>
        <w:top w:val="none" w:sz="0" w:space="0" w:color="auto"/>
        <w:left w:val="none" w:sz="0" w:space="0" w:color="auto"/>
        <w:bottom w:val="none" w:sz="0" w:space="0" w:color="auto"/>
        <w:right w:val="none" w:sz="0" w:space="0" w:color="auto"/>
      </w:divBdr>
    </w:div>
    <w:div w:id="603225416">
      <w:bodyDiv w:val="1"/>
      <w:marLeft w:val="0"/>
      <w:marRight w:val="0"/>
      <w:marTop w:val="0"/>
      <w:marBottom w:val="0"/>
      <w:divBdr>
        <w:top w:val="none" w:sz="0" w:space="0" w:color="auto"/>
        <w:left w:val="none" w:sz="0" w:space="0" w:color="auto"/>
        <w:bottom w:val="none" w:sz="0" w:space="0" w:color="auto"/>
        <w:right w:val="none" w:sz="0" w:space="0" w:color="auto"/>
      </w:divBdr>
    </w:div>
    <w:div w:id="603534334">
      <w:bodyDiv w:val="1"/>
      <w:marLeft w:val="0"/>
      <w:marRight w:val="0"/>
      <w:marTop w:val="0"/>
      <w:marBottom w:val="0"/>
      <w:divBdr>
        <w:top w:val="none" w:sz="0" w:space="0" w:color="auto"/>
        <w:left w:val="none" w:sz="0" w:space="0" w:color="auto"/>
        <w:bottom w:val="none" w:sz="0" w:space="0" w:color="auto"/>
        <w:right w:val="none" w:sz="0" w:space="0" w:color="auto"/>
      </w:divBdr>
    </w:div>
    <w:div w:id="604507408">
      <w:bodyDiv w:val="1"/>
      <w:marLeft w:val="0"/>
      <w:marRight w:val="0"/>
      <w:marTop w:val="0"/>
      <w:marBottom w:val="0"/>
      <w:divBdr>
        <w:top w:val="none" w:sz="0" w:space="0" w:color="auto"/>
        <w:left w:val="none" w:sz="0" w:space="0" w:color="auto"/>
        <w:bottom w:val="none" w:sz="0" w:space="0" w:color="auto"/>
        <w:right w:val="none" w:sz="0" w:space="0" w:color="auto"/>
      </w:divBdr>
    </w:div>
    <w:div w:id="605618926">
      <w:bodyDiv w:val="1"/>
      <w:marLeft w:val="0"/>
      <w:marRight w:val="0"/>
      <w:marTop w:val="0"/>
      <w:marBottom w:val="0"/>
      <w:divBdr>
        <w:top w:val="none" w:sz="0" w:space="0" w:color="auto"/>
        <w:left w:val="none" w:sz="0" w:space="0" w:color="auto"/>
        <w:bottom w:val="none" w:sz="0" w:space="0" w:color="auto"/>
        <w:right w:val="none" w:sz="0" w:space="0" w:color="auto"/>
      </w:divBdr>
    </w:div>
    <w:div w:id="608121252">
      <w:bodyDiv w:val="1"/>
      <w:marLeft w:val="0"/>
      <w:marRight w:val="0"/>
      <w:marTop w:val="0"/>
      <w:marBottom w:val="0"/>
      <w:divBdr>
        <w:top w:val="none" w:sz="0" w:space="0" w:color="auto"/>
        <w:left w:val="none" w:sz="0" w:space="0" w:color="auto"/>
        <w:bottom w:val="none" w:sz="0" w:space="0" w:color="auto"/>
        <w:right w:val="none" w:sz="0" w:space="0" w:color="auto"/>
      </w:divBdr>
    </w:div>
    <w:div w:id="609238957">
      <w:bodyDiv w:val="1"/>
      <w:marLeft w:val="0"/>
      <w:marRight w:val="0"/>
      <w:marTop w:val="0"/>
      <w:marBottom w:val="0"/>
      <w:divBdr>
        <w:top w:val="none" w:sz="0" w:space="0" w:color="auto"/>
        <w:left w:val="none" w:sz="0" w:space="0" w:color="auto"/>
        <w:bottom w:val="none" w:sz="0" w:space="0" w:color="auto"/>
        <w:right w:val="none" w:sz="0" w:space="0" w:color="auto"/>
      </w:divBdr>
    </w:div>
    <w:div w:id="611402978">
      <w:bodyDiv w:val="1"/>
      <w:marLeft w:val="0"/>
      <w:marRight w:val="0"/>
      <w:marTop w:val="0"/>
      <w:marBottom w:val="0"/>
      <w:divBdr>
        <w:top w:val="none" w:sz="0" w:space="0" w:color="auto"/>
        <w:left w:val="none" w:sz="0" w:space="0" w:color="auto"/>
        <w:bottom w:val="none" w:sz="0" w:space="0" w:color="auto"/>
        <w:right w:val="none" w:sz="0" w:space="0" w:color="auto"/>
      </w:divBdr>
    </w:div>
    <w:div w:id="617565751">
      <w:bodyDiv w:val="1"/>
      <w:marLeft w:val="0"/>
      <w:marRight w:val="0"/>
      <w:marTop w:val="0"/>
      <w:marBottom w:val="0"/>
      <w:divBdr>
        <w:top w:val="none" w:sz="0" w:space="0" w:color="auto"/>
        <w:left w:val="none" w:sz="0" w:space="0" w:color="auto"/>
        <w:bottom w:val="none" w:sz="0" w:space="0" w:color="auto"/>
        <w:right w:val="none" w:sz="0" w:space="0" w:color="auto"/>
      </w:divBdr>
    </w:div>
    <w:div w:id="620919813">
      <w:bodyDiv w:val="1"/>
      <w:marLeft w:val="0"/>
      <w:marRight w:val="0"/>
      <w:marTop w:val="0"/>
      <w:marBottom w:val="0"/>
      <w:divBdr>
        <w:top w:val="none" w:sz="0" w:space="0" w:color="auto"/>
        <w:left w:val="none" w:sz="0" w:space="0" w:color="auto"/>
        <w:bottom w:val="none" w:sz="0" w:space="0" w:color="auto"/>
        <w:right w:val="none" w:sz="0" w:space="0" w:color="auto"/>
      </w:divBdr>
    </w:div>
    <w:div w:id="623392684">
      <w:bodyDiv w:val="1"/>
      <w:marLeft w:val="0"/>
      <w:marRight w:val="0"/>
      <w:marTop w:val="0"/>
      <w:marBottom w:val="0"/>
      <w:divBdr>
        <w:top w:val="none" w:sz="0" w:space="0" w:color="auto"/>
        <w:left w:val="none" w:sz="0" w:space="0" w:color="auto"/>
        <w:bottom w:val="none" w:sz="0" w:space="0" w:color="auto"/>
        <w:right w:val="none" w:sz="0" w:space="0" w:color="auto"/>
      </w:divBdr>
    </w:div>
    <w:div w:id="628321670">
      <w:bodyDiv w:val="1"/>
      <w:marLeft w:val="0"/>
      <w:marRight w:val="0"/>
      <w:marTop w:val="0"/>
      <w:marBottom w:val="0"/>
      <w:divBdr>
        <w:top w:val="none" w:sz="0" w:space="0" w:color="auto"/>
        <w:left w:val="none" w:sz="0" w:space="0" w:color="auto"/>
        <w:bottom w:val="none" w:sz="0" w:space="0" w:color="auto"/>
        <w:right w:val="none" w:sz="0" w:space="0" w:color="auto"/>
      </w:divBdr>
    </w:div>
    <w:div w:id="634068800">
      <w:bodyDiv w:val="1"/>
      <w:marLeft w:val="0"/>
      <w:marRight w:val="0"/>
      <w:marTop w:val="0"/>
      <w:marBottom w:val="0"/>
      <w:divBdr>
        <w:top w:val="none" w:sz="0" w:space="0" w:color="auto"/>
        <w:left w:val="none" w:sz="0" w:space="0" w:color="auto"/>
        <w:bottom w:val="none" w:sz="0" w:space="0" w:color="auto"/>
        <w:right w:val="none" w:sz="0" w:space="0" w:color="auto"/>
      </w:divBdr>
    </w:div>
    <w:div w:id="635063922">
      <w:bodyDiv w:val="1"/>
      <w:marLeft w:val="0"/>
      <w:marRight w:val="0"/>
      <w:marTop w:val="0"/>
      <w:marBottom w:val="0"/>
      <w:divBdr>
        <w:top w:val="none" w:sz="0" w:space="0" w:color="auto"/>
        <w:left w:val="none" w:sz="0" w:space="0" w:color="auto"/>
        <w:bottom w:val="none" w:sz="0" w:space="0" w:color="auto"/>
        <w:right w:val="none" w:sz="0" w:space="0" w:color="auto"/>
      </w:divBdr>
    </w:div>
    <w:div w:id="639770039">
      <w:bodyDiv w:val="1"/>
      <w:marLeft w:val="0"/>
      <w:marRight w:val="0"/>
      <w:marTop w:val="0"/>
      <w:marBottom w:val="0"/>
      <w:divBdr>
        <w:top w:val="none" w:sz="0" w:space="0" w:color="auto"/>
        <w:left w:val="none" w:sz="0" w:space="0" w:color="auto"/>
        <w:bottom w:val="none" w:sz="0" w:space="0" w:color="auto"/>
        <w:right w:val="none" w:sz="0" w:space="0" w:color="auto"/>
      </w:divBdr>
    </w:div>
    <w:div w:id="639917130">
      <w:bodyDiv w:val="1"/>
      <w:marLeft w:val="0"/>
      <w:marRight w:val="0"/>
      <w:marTop w:val="0"/>
      <w:marBottom w:val="0"/>
      <w:divBdr>
        <w:top w:val="none" w:sz="0" w:space="0" w:color="auto"/>
        <w:left w:val="none" w:sz="0" w:space="0" w:color="auto"/>
        <w:bottom w:val="none" w:sz="0" w:space="0" w:color="auto"/>
        <w:right w:val="none" w:sz="0" w:space="0" w:color="auto"/>
      </w:divBdr>
    </w:div>
    <w:div w:id="644432733">
      <w:bodyDiv w:val="1"/>
      <w:marLeft w:val="0"/>
      <w:marRight w:val="0"/>
      <w:marTop w:val="0"/>
      <w:marBottom w:val="0"/>
      <w:divBdr>
        <w:top w:val="none" w:sz="0" w:space="0" w:color="auto"/>
        <w:left w:val="none" w:sz="0" w:space="0" w:color="auto"/>
        <w:bottom w:val="none" w:sz="0" w:space="0" w:color="auto"/>
        <w:right w:val="none" w:sz="0" w:space="0" w:color="auto"/>
      </w:divBdr>
    </w:div>
    <w:div w:id="647243424">
      <w:bodyDiv w:val="1"/>
      <w:marLeft w:val="0"/>
      <w:marRight w:val="0"/>
      <w:marTop w:val="0"/>
      <w:marBottom w:val="0"/>
      <w:divBdr>
        <w:top w:val="none" w:sz="0" w:space="0" w:color="auto"/>
        <w:left w:val="none" w:sz="0" w:space="0" w:color="auto"/>
        <w:bottom w:val="none" w:sz="0" w:space="0" w:color="auto"/>
        <w:right w:val="none" w:sz="0" w:space="0" w:color="auto"/>
      </w:divBdr>
    </w:div>
    <w:div w:id="648676814">
      <w:bodyDiv w:val="1"/>
      <w:marLeft w:val="0"/>
      <w:marRight w:val="0"/>
      <w:marTop w:val="0"/>
      <w:marBottom w:val="0"/>
      <w:divBdr>
        <w:top w:val="none" w:sz="0" w:space="0" w:color="auto"/>
        <w:left w:val="none" w:sz="0" w:space="0" w:color="auto"/>
        <w:bottom w:val="none" w:sz="0" w:space="0" w:color="auto"/>
        <w:right w:val="none" w:sz="0" w:space="0" w:color="auto"/>
      </w:divBdr>
    </w:div>
    <w:div w:id="652369736">
      <w:bodyDiv w:val="1"/>
      <w:marLeft w:val="0"/>
      <w:marRight w:val="0"/>
      <w:marTop w:val="0"/>
      <w:marBottom w:val="0"/>
      <w:divBdr>
        <w:top w:val="none" w:sz="0" w:space="0" w:color="auto"/>
        <w:left w:val="none" w:sz="0" w:space="0" w:color="auto"/>
        <w:bottom w:val="none" w:sz="0" w:space="0" w:color="auto"/>
        <w:right w:val="none" w:sz="0" w:space="0" w:color="auto"/>
      </w:divBdr>
    </w:div>
    <w:div w:id="653681746">
      <w:bodyDiv w:val="1"/>
      <w:marLeft w:val="0"/>
      <w:marRight w:val="0"/>
      <w:marTop w:val="0"/>
      <w:marBottom w:val="0"/>
      <w:divBdr>
        <w:top w:val="none" w:sz="0" w:space="0" w:color="auto"/>
        <w:left w:val="none" w:sz="0" w:space="0" w:color="auto"/>
        <w:bottom w:val="none" w:sz="0" w:space="0" w:color="auto"/>
        <w:right w:val="none" w:sz="0" w:space="0" w:color="auto"/>
      </w:divBdr>
    </w:div>
    <w:div w:id="654262015">
      <w:bodyDiv w:val="1"/>
      <w:marLeft w:val="0"/>
      <w:marRight w:val="0"/>
      <w:marTop w:val="0"/>
      <w:marBottom w:val="0"/>
      <w:divBdr>
        <w:top w:val="none" w:sz="0" w:space="0" w:color="auto"/>
        <w:left w:val="none" w:sz="0" w:space="0" w:color="auto"/>
        <w:bottom w:val="none" w:sz="0" w:space="0" w:color="auto"/>
        <w:right w:val="none" w:sz="0" w:space="0" w:color="auto"/>
      </w:divBdr>
    </w:div>
    <w:div w:id="654334160">
      <w:bodyDiv w:val="1"/>
      <w:marLeft w:val="0"/>
      <w:marRight w:val="0"/>
      <w:marTop w:val="0"/>
      <w:marBottom w:val="0"/>
      <w:divBdr>
        <w:top w:val="none" w:sz="0" w:space="0" w:color="auto"/>
        <w:left w:val="none" w:sz="0" w:space="0" w:color="auto"/>
        <w:bottom w:val="none" w:sz="0" w:space="0" w:color="auto"/>
        <w:right w:val="none" w:sz="0" w:space="0" w:color="auto"/>
      </w:divBdr>
    </w:div>
    <w:div w:id="657657419">
      <w:bodyDiv w:val="1"/>
      <w:marLeft w:val="0"/>
      <w:marRight w:val="0"/>
      <w:marTop w:val="0"/>
      <w:marBottom w:val="0"/>
      <w:divBdr>
        <w:top w:val="none" w:sz="0" w:space="0" w:color="auto"/>
        <w:left w:val="none" w:sz="0" w:space="0" w:color="auto"/>
        <w:bottom w:val="none" w:sz="0" w:space="0" w:color="auto"/>
        <w:right w:val="none" w:sz="0" w:space="0" w:color="auto"/>
      </w:divBdr>
    </w:div>
    <w:div w:id="659043261">
      <w:bodyDiv w:val="1"/>
      <w:marLeft w:val="0"/>
      <w:marRight w:val="0"/>
      <w:marTop w:val="0"/>
      <w:marBottom w:val="0"/>
      <w:divBdr>
        <w:top w:val="none" w:sz="0" w:space="0" w:color="auto"/>
        <w:left w:val="none" w:sz="0" w:space="0" w:color="auto"/>
        <w:bottom w:val="none" w:sz="0" w:space="0" w:color="auto"/>
        <w:right w:val="none" w:sz="0" w:space="0" w:color="auto"/>
      </w:divBdr>
    </w:div>
    <w:div w:id="662052431">
      <w:bodyDiv w:val="1"/>
      <w:marLeft w:val="0"/>
      <w:marRight w:val="0"/>
      <w:marTop w:val="0"/>
      <w:marBottom w:val="0"/>
      <w:divBdr>
        <w:top w:val="none" w:sz="0" w:space="0" w:color="auto"/>
        <w:left w:val="none" w:sz="0" w:space="0" w:color="auto"/>
        <w:bottom w:val="none" w:sz="0" w:space="0" w:color="auto"/>
        <w:right w:val="none" w:sz="0" w:space="0" w:color="auto"/>
      </w:divBdr>
    </w:div>
    <w:div w:id="665714812">
      <w:bodyDiv w:val="1"/>
      <w:marLeft w:val="0"/>
      <w:marRight w:val="0"/>
      <w:marTop w:val="0"/>
      <w:marBottom w:val="0"/>
      <w:divBdr>
        <w:top w:val="none" w:sz="0" w:space="0" w:color="auto"/>
        <w:left w:val="none" w:sz="0" w:space="0" w:color="auto"/>
        <w:bottom w:val="none" w:sz="0" w:space="0" w:color="auto"/>
        <w:right w:val="none" w:sz="0" w:space="0" w:color="auto"/>
      </w:divBdr>
      <w:divsChild>
        <w:div w:id="51583767">
          <w:marLeft w:val="480"/>
          <w:marRight w:val="0"/>
          <w:marTop w:val="0"/>
          <w:marBottom w:val="0"/>
          <w:divBdr>
            <w:top w:val="none" w:sz="0" w:space="0" w:color="auto"/>
            <w:left w:val="none" w:sz="0" w:space="0" w:color="auto"/>
            <w:bottom w:val="none" w:sz="0" w:space="0" w:color="auto"/>
            <w:right w:val="none" w:sz="0" w:space="0" w:color="auto"/>
          </w:divBdr>
        </w:div>
        <w:div w:id="119686203">
          <w:marLeft w:val="480"/>
          <w:marRight w:val="0"/>
          <w:marTop w:val="0"/>
          <w:marBottom w:val="0"/>
          <w:divBdr>
            <w:top w:val="none" w:sz="0" w:space="0" w:color="auto"/>
            <w:left w:val="none" w:sz="0" w:space="0" w:color="auto"/>
            <w:bottom w:val="none" w:sz="0" w:space="0" w:color="auto"/>
            <w:right w:val="none" w:sz="0" w:space="0" w:color="auto"/>
          </w:divBdr>
        </w:div>
        <w:div w:id="314728179">
          <w:marLeft w:val="480"/>
          <w:marRight w:val="0"/>
          <w:marTop w:val="0"/>
          <w:marBottom w:val="0"/>
          <w:divBdr>
            <w:top w:val="none" w:sz="0" w:space="0" w:color="auto"/>
            <w:left w:val="none" w:sz="0" w:space="0" w:color="auto"/>
            <w:bottom w:val="none" w:sz="0" w:space="0" w:color="auto"/>
            <w:right w:val="none" w:sz="0" w:space="0" w:color="auto"/>
          </w:divBdr>
        </w:div>
        <w:div w:id="382602334">
          <w:marLeft w:val="480"/>
          <w:marRight w:val="0"/>
          <w:marTop w:val="0"/>
          <w:marBottom w:val="0"/>
          <w:divBdr>
            <w:top w:val="none" w:sz="0" w:space="0" w:color="auto"/>
            <w:left w:val="none" w:sz="0" w:space="0" w:color="auto"/>
            <w:bottom w:val="none" w:sz="0" w:space="0" w:color="auto"/>
            <w:right w:val="none" w:sz="0" w:space="0" w:color="auto"/>
          </w:divBdr>
        </w:div>
        <w:div w:id="998194493">
          <w:marLeft w:val="480"/>
          <w:marRight w:val="0"/>
          <w:marTop w:val="0"/>
          <w:marBottom w:val="0"/>
          <w:divBdr>
            <w:top w:val="none" w:sz="0" w:space="0" w:color="auto"/>
            <w:left w:val="none" w:sz="0" w:space="0" w:color="auto"/>
            <w:bottom w:val="none" w:sz="0" w:space="0" w:color="auto"/>
            <w:right w:val="none" w:sz="0" w:space="0" w:color="auto"/>
          </w:divBdr>
        </w:div>
        <w:div w:id="1038773162">
          <w:marLeft w:val="480"/>
          <w:marRight w:val="0"/>
          <w:marTop w:val="0"/>
          <w:marBottom w:val="0"/>
          <w:divBdr>
            <w:top w:val="none" w:sz="0" w:space="0" w:color="auto"/>
            <w:left w:val="none" w:sz="0" w:space="0" w:color="auto"/>
            <w:bottom w:val="none" w:sz="0" w:space="0" w:color="auto"/>
            <w:right w:val="none" w:sz="0" w:space="0" w:color="auto"/>
          </w:divBdr>
        </w:div>
        <w:div w:id="1065908519">
          <w:marLeft w:val="480"/>
          <w:marRight w:val="0"/>
          <w:marTop w:val="0"/>
          <w:marBottom w:val="0"/>
          <w:divBdr>
            <w:top w:val="none" w:sz="0" w:space="0" w:color="auto"/>
            <w:left w:val="none" w:sz="0" w:space="0" w:color="auto"/>
            <w:bottom w:val="none" w:sz="0" w:space="0" w:color="auto"/>
            <w:right w:val="none" w:sz="0" w:space="0" w:color="auto"/>
          </w:divBdr>
        </w:div>
        <w:div w:id="1126969055">
          <w:marLeft w:val="480"/>
          <w:marRight w:val="0"/>
          <w:marTop w:val="0"/>
          <w:marBottom w:val="0"/>
          <w:divBdr>
            <w:top w:val="none" w:sz="0" w:space="0" w:color="auto"/>
            <w:left w:val="none" w:sz="0" w:space="0" w:color="auto"/>
            <w:bottom w:val="none" w:sz="0" w:space="0" w:color="auto"/>
            <w:right w:val="none" w:sz="0" w:space="0" w:color="auto"/>
          </w:divBdr>
        </w:div>
        <w:div w:id="1356999589">
          <w:marLeft w:val="480"/>
          <w:marRight w:val="0"/>
          <w:marTop w:val="0"/>
          <w:marBottom w:val="0"/>
          <w:divBdr>
            <w:top w:val="none" w:sz="0" w:space="0" w:color="auto"/>
            <w:left w:val="none" w:sz="0" w:space="0" w:color="auto"/>
            <w:bottom w:val="none" w:sz="0" w:space="0" w:color="auto"/>
            <w:right w:val="none" w:sz="0" w:space="0" w:color="auto"/>
          </w:divBdr>
        </w:div>
        <w:div w:id="1375622732">
          <w:marLeft w:val="480"/>
          <w:marRight w:val="0"/>
          <w:marTop w:val="0"/>
          <w:marBottom w:val="0"/>
          <w:divBdr>
            <w:top w:val="none" w:sz="0" w:space="0" w:color="auto"/>
            <w:left w:val="none" w:sz="0" w:space="0" w:color="auto"/>
            <w:bottom w:val="none" w:sz="0" w:space="0" w:color="auto"/>
            <w:right w:val="none" w:sz="0" w:space="0" w:color="auto"/>
          </w:divBdr>
        </w:div>
        <w:div w:id="1408842981">
          <w:marLeft w:val="480"/>
          <w:marRight w:val="0"/>
          <w:marTop w:val="0"/>
          <w:marBottom w:val="0"/>
          <w:divBdr>
            <w:top w:val="none" w:sz="0" w:space="0" w:color="auto"/>
            <w:left w:val="none" w:sz="0" w:space="0" w:color="auto"/>
            <w:bottom w:val="none" w:sz="0" w:space="0" w:color="auto"/>
            <w:right w:val="none" w:sz="0" w:space="0" w:color="auto"/>
          </w:divBdr>
        </w:div>
        <w:div w:id="1443374960">
          <w:marLeft w:val="480"/>
          <w:marRight w:val="0"/>
          <w:marTop w:val="0"/>
          <w:marBottom w:val="0"/>
          <w:divBdr>
            <w:top w:val="none" w:sz="0" w:space="0" w:color="auto"/>
            <w:left w:val="none" w:sz="0" w:space="0" w:color="auto"/>
            <w:bottom w:val="none" w:sz="0" w:space="0" w:color="auto"/>
            <w:right w:val="none" w:sz="0" w:space="0" w:color="auto"/>
          </w:divBdr>
        </w:div>
        <w:div w:id="1570843218">
          <w:marLeft w:val="480"/>
          <w:marRight w:val="0"/>
          <w:marTop w:val="0"/>
          <w:marBottom w:val="0"/>
          <w:divBdr>
            <w:top w:val="none" w:sz="0" w:space="0" w:color="auto"/>
            <w:left w:val="none" w:sz="0" w:space="0" w:color="auto"/>
            <w:bottom w:val="none" w:sz="0" w:space="0" w:color="auto"/>
            <w:right w:val="none" w:sz="0" w:space="0" w:color="auto"/>
          </w:divBdr>
        </w:div>
        <w:div w:id="1612126244">
          <w:marLeft w:val="480"/>
          <w:marRight w:val="0"/>
          <w:marTop w:val="0"/>
          <w:marBottom w:val="0"/>
          <w:divBdr>
            <w:top w:val="none" w:sz="0" w:space="0" w:color="auto"/>
            <w:left w:val="none" w:sz="0" w:space="0" w:color="auto"/>
            <w:bottom w:val="none" w:sz="0" w:space="0" w:color="auto"/>
            <w:right w:val="none" w:sz="0" w:space="0" w:color="auto"/>
          </w:divBdr>
        </w:div>
        <w:div w:id="1774276651">
          <w:marLeft w:val="480"/>
          <w:marRight w:val="0"/>
          <w:marTop w:val="0"/>
          <w:marBottom w:val="0"/>
          <w:divBdr>
            <w:top w:val="none" w:sz="0" w:space="0" w:color="auto"/>
            <w:left w:val="none" w:sz="0" w:space="0" w:color="auto"/>
            <w:bottom w:val="none" w:sz="0" w:space="0" w:color="auto"/>
            <w:right w:val="none" w:sz="0" w:space="0" w:color="auto"/>
          </w:divBdr>
        </w:div>
        <w:div w:id="1861889937">
          <w:marLeft w:val="480"/>
          <w:marRight w:val="0"/>
          <w:marTop w:val="0"/>
          <w:marBottom w:val="0"/>
          <w:divBdr>
            <w:top w:val="none" w:sz="0" w:space="0" w:color="auto"/>
            <w:left w:val="none" w:sz="0" w:space="0" w:color="auto"/>
            <w:bottom w:val="none" w:sz="0" w:space="0" w:color="auto"/>
            <w:right w:val="none" w:sz="0" w:space="0" w:color="auto"/>
          </w:divBdr>
        </w:div>
        <w:div w:id="1899054039">
          <w:marLeft w:val="480"/>
          <w:marRight w:val="0"/>
          <w:marTop w:val="0"/>
          <w:marBottom w:val="0"/>
          <w:divBdr>
            <w:top w:val="none" w:sz="0" w:space="0" w:color="auto"/>
            <w:left w:val="none" w:sz="0" w:space="0" w:color="auto"/>
            <w:bottom w:val="none" w:sz="0" w:space="0" w:color="auto"/>
            <w:right w:val="none" w:sz="0" w:space="0" w:color="auto"/>
          </w:divBdr>
        </w:div>
        <w:div w:id="1902713510">
          <w:marLeft w:val="480"/>
          <w:marRight w:val="0"/>
          <w:marTop w:val="0"/>
          <w:marBottom w:val="0"/>
          <w:divBdr>
            <w:top w:val="none" w:sz="0" w:space="0" w:color="auto"/>
            <w:left w:val="none" w:sz="0" w:space="0" w:color="auto"/>
            <w:bottom w:val="none" w:sz="0" w:space="0" w:color="auto"/>
            <w:right w:val="none" w:sz="0" w:space="0" w:color="auto"/>
          </w:divBdr>
        </w:div>
        <w:div w:id="1938980220">
          <w:marLeft w:val="480"/>
          <w:marRight w:val="0"/>
          <w:marTop w:val="0"/>
          <w:marBottom w:val="0"/>
          <w:divBdr>
            <w:top w:val="none" w:sz="0" w:space="0" w:color="auto"/>
            <w:left w:val="none" w:sz="0" w:space="0" w:color="auto"/>
            <w:bottom w:val="none" w:sz="0" w:space="0" w:color="auto"/>
            <w:right w:val="none" w:sz="0" w:space="0" w:color="auto"/>
          </w:divBdr>
        </w:div>
        <w:div w:id="1956407105">
          <w:marLeft w:val="480"/>
          <w:marRight w:val="0"/>
          <w:marTop w:val="0"/>
          <w:marBottom w:val="0"/>
          <w:divBdr>
            <w:top w:val="none" w:sz="0" w:space="0" w:color="auto"/>
            <w:left w:val="none" w:sz="0" w:space="0" w:color="auto"/>
            <w:bottom w:val="none" w:sz="0" w:space="0" w:color="auto"/>
            <w:right w:val="none" w:sz="0" w:space="0" w:color="auto"/>
          </w:divBdr>
        </w:div>
        <w:div w:id="2002157316">
          <w:marLeft w:val="480"/>
          <w:marRight w:val="0"/>
          <w:marTop w:val="0"/>
          <w:marBottom w:val="0"/>
          <w:divBdr>
            <w:top w:val="none" w:sz="0" w:space="0" w:color="auto"/>
            <w:left w:val="none" w:sz="0" w:space="0" w:color="auto"/>
            <w:bottom w:val="none" w:sz="0" w:space="0" w:color="auto"/>
            <w:right w:val="none" w:sz="0" w:space="0" w:color="auto"/>
          </w:divBdr>
        </w:div>
        <w:div w:id="2032413586">
          <w:marLeft w:val="480"/>
          <w:marRight w:val="0"/>
          <w:marTop w:val="0"/>
          <w:marBottom w:val="0"/>
          <w:divBdr>
            <w:top w:val="none" w:sz="0" w:space="0" w:color="auto"/>
            <w:left w:val="none" w:sz="0" w:space="0" w:color="auto"/>
            <w:bottom w:val="none" w:sz="0" w:space="0" w:color="auto"/>
            <w:right w:val="none" w:sz="0" w:space="0" w:color="auto"/>
          </w:divBdr>
        </w:div>
      </w:divsChild>
    </w:div>
    <w:div w:id="666056786">
      <w:bodyDiv w:val="1"/>
      <w:marLeft w:val="0"/>
      <w:marRight w:val="0"/>
      <w:marTop w:val="0"/>
      <w:marBottom w:val="0"/>
      <w:divBdr>
        <w:top w:val="none" w:sz="0" w:space="0" w:color="auto"/>
        <w:left w:val="none" w:sz="0" w:space="0" w:color="auto"/>
        <w:bottom w:val="none" w:sz="0" w:space="0" w:color="auto"/>
        <w:right w:val="none" w:sz="0" w:space="0" w:color="auto"/>
      </w:divBdr>
    </w:div>
    <w:div w:id="666325144">
      <w:bodyDiv w:val="1"/>
      <w:marLeft w:val="0"/>
      <w:marRight w:val="0"/>
      <w:marTop w:val="0"/>
      <w:marBottom w:val="0"/>
      <w:divBdr>
        <w:top w:val="none" w:sz="0" w:space="0" w:color="auto"/>
        <w:left w:val="none" w:sz="0" w:space="0" w:color="auto"/>
        <w:bottom w:val="none" w:sz="0" w:space="0" w:color="auto"/>
        <w:right w:val="none" w:sz="0" w:space="0" w:color="auto"/>
      </w:divBdr>
    </w:div>
    <w:div w:id="666440510">
      <w:bodyDiv w:val="1"/>
      <w:marLeft w:val="0"/>
      <w:marRight w:val="0"/>
      <w:marTop w:val="0"/>
      <w:marBottom w:val="0"/>
      <w:divBdr>
        <w:top w:val="none" w:sz="0" w:space="0" w:color="auto"/>
        <w:left w:val="none" w:sz="0" w:space="0" w:color="auto"/>
        <w:bottom w:val="none" w:sz="0" w:space="0" w:color="auto"/>
        <w:right w:val="none" w:sz="0" w:space="0" w:color="auto"/>
      </w:divBdr>
    </w:div>
    <w:div w:id="666598870">
      <w:bodyDiv w:val="1"/>
      <w:marLeft w:val="0"/>
      <w:marRight w:val="0"/>
      <w:marTop w:val="0"/>
      <w:marBottom w:val="0"/>
      <w:divBdr>
        <w:top w:val="none" w:sz="0" w:space="0" w:color="auto"/>
        <w:left w:val="none" w:sz="0" w:space="0" w:color="auto"/>
        <w:bottom w:val="none" w:sz="0" w:space="0" w:color="auto"/>
        <w:right w:val="none" w:sz="0" w:space="0" w:color="auto"/>
      </w:divBdr>
    </w:div>
    <w:div w:id="672496257">
      <w:bodyDiv w:val="1"/>
      <w:marLeft w:val="0"/>
      <w:marRight w:val="0"/>
      <w:marTop w:val="0"/>
      <w:marBottom w:val="0"/>
      <w:divBdr>
        <w:top w:val="none" w:sz="0" w:space="0" w:color="auto"/>
        <w:left w:val="none" w:sz="0" w:space="0" w:color="auto"/>
        <w:bottom w:val="none" w:sz="0" w:space="0" w:color="auto"/>
        <w:right w:val="none" w:sz="0" w:space="0" w:color="auto"/>
      </w:divBdr>
    </w:div>
    <w:div w:id="673803897">
      <w:bodyDiv w:val="1"/>
      <w:marLeft w:val="0"/>
      <w:marRight w:val="0"/>
      <w:marTop w:val="0"/>
      <w:marBottom w:val="0"/>
      <w:divBdr>
        <w:top w:val="none" w:sz="0" w:space="0" w:color="auto"/>
        <w:left w:val="none" w:sz="0" w:space="0" w:color="auto"/>
        <w:bottom w:val="none" w:sz="0" w:space="0" w:color="auto"/>
        <w:right w:val="none" w:sz="0" w:space="0" w:color="auto"/>
      </w:divBdr>
    </w:div>
    <w:div w:id="674113798">
      <w:bodyDiv w:val="1"/>
      <w:marLeft w:val="0"/>
      <w:marRight w:val="0"/>
      <w:marTop w:val="0"/>
      <w:marBottom w:val="0"/>
      <w:divBdr>
        <w:top w:val="none" w:sz="0" w:space="0" w:color="auto"/>
        <w:left w:val="none" w:sz="0" w:space="0" w:color="auto"/>
        <w:bottom w:val="none" w:sz="0" w:space="0" w:color="auto"/>
        <w:right w:val="none" w:sz="0" w:space="0" w:color="auto"/>
      </w:divBdr>
    </w:div>
    <w:div w:id="682586104">
      <w:bodyDiv w:val="1"/>
      <w:marLeft w:val="0"/>
      <w:marRight w:val="0"/>
      <w:marTop w:val="0"/>
      <w:marBottom w:val="0"/>
      <w:divBdr>
        <w:top w:val="none" w:sz="0" w:space="0" w:color="auto"/>
        <w:left w:val="none" w:sz="0" w:space="0" w:color="auto"/>
        <w:bottom w:val="none" w:sz="0" w:space="0" w:color="auto"/>
        <w:right w:val="none" w:sz="0" w:space="0" w:color="auto"/>
      </w:divBdr>
      <w:divsChild>
        <w:div w:id="167646684">
          <w:marLeft w:val="480"/>
          <w:marRight w:val="0"/>
          <w:marTop w:val="0"/>
          <w:marBottom w:val="0"/>
          <w:divBdr>
            <w:top w:val="none" w:sz="0" w:space="0" w:color="auto"/>
            <w:left w:val="none" w:sz="0" w:space="0" w:color="auto"/>
            <w:bottom w:val="none" w:sz="0" w:space="0" w:color="auto"/>
            <w:right w:val="none" w:sz="0" w:space="0" w:color="auto"/>
          </w:divBdr>
        </w:div>
        <w:div w:id="201720440">
          <w:marLeft w:val="480"/>
          <w:marRight w:val="0"/>
          <w:marTop w:val="0"/>
          <w:marBottom w:val="0"/>
          <w:divBdr>
            <w:top w:val="none" w:sz="0" w:space="0" w:color="auto"/>
            <w:left w:val="none" w:sz="0" w:space="0" w:color="auto"/>
            <w:bottom w:val="none" w:sz="0" w:space="0" w:color="auto"/>
            <w:right w:val="none" w:sz="0" w:space="0" w:color="auto"/>
          </w:divBdr>
        </w:div>
        <w:div w:id="282731321">
          <w:marLeft w:val="480"/>
          <w:marRight w:val="0"/>
          <w:marTop w:val="0"/>
          <w:marBottom w:val="0"/>
          <w:divBdr>
            <w:top w:val="none" w:sz="0" w:space="0" w:color="auto"/>
            <w:left w:val="none" w:sz="0" w:space="0" w:color="auto"/>
            <w:bottom w:val="none" w:sz="0" w:space="0" w:color="auto"/>
            <w:right w:val="none" w:sz="0" w:space="0" w:color="auto"/>
          </w:divBdr>
        </w:div>
        <w:div w:id="456065291">
          <w:marLeft w:val="480"/>
          <w:marRight w:val="0"/>
          <w:marTop w:val="0"/>
          <w:marBottom w:val="0"/>
          <w:divBdr>
            <w:top w:val="none" w:sz="0" w:space="0" w:color="auto"/>
            <w:left w:val="none" w:sz="0" w:space="0" w:color="auto"/>
            <w:bottom w:val="none" w:sz="0" w:space="0" w:color="auto"/>
            <w:right w:val="none" w:sz="0" w:space="0" w:color="auto"/>
          </w:divBdr>
        </w:div>
        <w:div w:id="462499105">
          <w:marLeft w:val="480"/>
          <w:marRight w:val="0"/>
          <w:marTop w:val="0"/>
          <w:marBottom w:val="0"/>
          <w:divBdr>
            <w:top w:val="none" w:sz="0" w:space="0" w:color="auto"/>
            <w:left w:val="none" w:sz="0" w:space="0" w:color="auto"/>
            <w:bottom w:val="none" w:sz="0" w:space="0" w:color="auto"/>
            <w:right w:val="none" w:sz="0" w:space="0" w:color="auto"/>
          </w:divBdr>
        </w:div>
        <w:div w:id="572280246">
          <w:marLeft w:val="480"/>
          <w:marRight w:val="0"/>
          <w:marTop w:val="0"/>
          <w:marBottom w:val="0"/>
          <w:divBdr>
            <w:top w:val="none" w:sz="0" w:space="0" w:color="auto"/>
            <w:left w:val="none" w:sz="0" w:space="0" w:color="auto"/>
            <w:bottom w:val="none" w:sz="0" w:space="0" w:color="auto"/>
            <w:right w:val="none" w:sz="0" w:space="0" w:color="auto"/>
          </w:divBdr>
        </w:div>
        <w:div w:id="590286023">
          <w:marLeft w:val="480"/>
          <w:marRight w:val="0"/>
          <w:marTop w:val="0"/>
          <w:marBottom w:val="0"/>
          <w:divBdr>
            <w:top w:val="none" w:sz="0" w:space="0" w:color="auto"/>
            <w:left w:val="none" w:sz="0" w:space="0" w:color="auto"/>
            <w:bottom w:val="none" w:sz="0" w:space="0" w:color="auto"/>
            <w:right w:val="none" w:sz="0" w:space="0" w:color="auto"/>
          </w:divBdr>
        </w:div>
        <w:div w:id="591092308">
          <w:marLeft w:val="480"/>
          <w:marRight w:val="0"/>
          <w:marTop w:val="0"/>
          <w:marBottom w:val="0"/>
          <w:divBdr>
            <w:top w:val="none" w:sz="0" w:space="0" w:color="auto"/>
            <w:left w:val="none" w:sz="0" w:space="0" w:color="auto"/>
            <w:bottom w:val="none" w:sz="0" w:space="0" w:color="auto"/>
            <w:right w:val="none" w:sz="0" w:space="0" w:color="auto"/>
          </w:divBdr>
        </w:div>
        <w:div w:id="617444886">
          <w:marLeft w:val="480"/>
          <w:marRight w:val="0"/>
          <w:marTop w:val="0"/>
          <w:marBottom w:val="0"/>
          <w:divBdr>
            <w:top w:val="none" w:sz="0" w:space="0" w:color="auto"/>
            <w:left w:val="none" w:sz="0" w:space="0" w:color="auto"/>
            <w:bottom w:val="none" w:sz="0" w:space="0" w:color="auto"/>
            <w:right w:val="none" w:sz="0" w:space="0" w:color="auto"/>
          </w:divBdr>
        </w:div>
        <w:div w:id="647325157">
          <w:marLeft w:val="480"/>
          <w:marRight w:val="0"/>
          <w:marTop w:val="0"/>
          <w:marBottom w:val="0"/>
          <w:divBdr>
            <w:top w:val="none" w:sz="0" w:space="0" w:color="auto"/>
            <w:left w:val="none" w:sz="0" w:space="0" w:color="auto"/>
            <w:bottom w:val="none" w:sz="0" w:space="0" w:color="auto"/>
            <w:right w:val="none" w:sz="0" w:space="0" w:color="auto"/>
          </w:divBdr>
        </w:div>
        <w:div w:id="701436789">
          <w:marLeft w:val="480"/>
          <w:marRight w:val="0"/>
          <w:marTop w:val="0"/>
          <w:marBottom w:val="0"/>
          <w:divBdr>
            <w:top w:val="none" w:sz="0" w:space="0" w:color="auto"/>
            <w:left w:val="none" w:sz="0" w:space="0" w:color="auto"/>
            <w:bottom w:val="none" w:sz="0" w:space="0" w:color="auto"/>
            <w:right w:val="none" w:sz="0" w:space="0" w:color="auto"/>
          </w:divBdr>
        </w:div>
        <w:div w:id="707337154">
          <w:marLeft w:val="480"/>
          <w:marRight w:val="0"/>
          <w:marTop w:val="0"/>
          <w:marBottom w:val="0"/>
          <w:divBdr>
            <w:top w:val="none" w:sz="0" w:space="0" w:color="auto"/>
            <w:left w:val="none" w:sz="0" w:space="0" w:color="auto"/>
            <w:bottom w:val="none" w:sz="0" w:space="0" w:color="auto"/>
            <w:right w:val="none" w:sz="0" w:space="0" w:color="auto"/>
          </w:divBdr>
        </w:div>
        <w:div w:id="932736843">
          <w:marLeft w:val="480"/>
          <w:marRight w:val="0"/>
          <w:marTop w:val="0"/>
          <w:marBottom w:val="0"/>
          <w:divBdr>
            <w:top w:val="none" w:sz="0" w:space="0" w:color="auto"/>
            <w:left w:val="none" w:sz="0" w:space="0" w:color="auto"/>
            <w:bottom w:val="none" w:sz="0" w:space="0" w:color="auto"/>
            <w:right w:val="none" w:sz="0" w:space="0" w:color="auto"/>
          </w:divBdr>
        </w:div>
        <w:div w:id="946354124">
          <w:marLeft w:val="480"/>
          <w:marRight w:val="0"/>
          <w:marTop w:val="0"/>
          <w:marBottom w:val="0"/>
          <w:divBdr>
            <w:top w:val="none" w:sz="0" w:space="0" w:color="auto"/>
            <w:left w:val="none" w:sz="0" w:space="0" w:color="auto"/>
            <w:bottom w:val="none" w:sz="0" w:space="0" w:color="auto"/>
            <w:right w:val="none" w:sz="0" w:space="0" w:color="auto"/>
          </w:divBdr>
        </w:div>
        <w:div w:id="961350844">
          <w:marLeft w:val="480"/>
          <w:marRight w:val="0"/>
          <w:marTop w:val="0"/>
          <w:marBottom w:val="0"/>
          <w:divBdr>
            <w:top w:val="none" w:sz="0" w:space="0" w:color="auto"/>
            <w:left w:val="none" w:sz="0" w:space="0" w:color="auto"/>
            <w:bottom w:val="none" w:sz="0" w:space="0" w:color="auto"/>
            <w:right w:val="none" w:sz="0" w:space="0" w:color="auto"/>
          </w:divBdr>
        </w:div>
        <w:div w:id="1227834412">
          <w:marLeft w:val="480"/>
          <w:marRight w:val="0"/>
          <w:marTop w:val="0"/>
          <w:marBottom w:val="0"/>
          <w:divBdr>
            <w:top w:val="none" w:sz="0" w:space="0" w:color="auto"/>
            <w:left w:val="none" w:sz="0" w:space="0" w:color="auto"/>
            <w:bottom w:val="none" w:sz="0" w:space="0" w:color="auto"/>
            <w:right w:val="none" w:sz="0" w:space="0" w:color="auto"/>
          </w:divBdr>
        </w:div>
        <w:div w:id="1326468776">
          <w:marLeft w:val="480"/>
          <w:marRight w:val="0"/>
          <w:marTop w:val="0"/>
          <w:marBottom w:val="0"/>
          <w:divBdr>
            <w:top w:val="none" w:sz="0" w:space="0" w:color="auto"/>
            <w:left w:val="none" w:sz="0" w:space="0" w:color="auto"/>
            <w:bottom w:val="none" w:sz="0" w:space="0" w:color="auto"/>
            <w:right w:val="none" w:sz="0" w:space="0" w:color="auto"/>
          </w:divBdr>
        </w:div>
        <w:div w:id="1341204936">
          <w:marLeft w:val="480"/>
          <w:marRight w:val="0"/>
          <w:marTop w:val="0"/>
          <w:marBottom w:val="0"/>
          <w:divBdr>
            <w:top w:val="none" w:sz="0" w:space="0" w:color="auto"/>
            <w:left w:val="none" w:sz="0" w:space="0" w:color="auto"/>
            <w:bottom w:val="none" w:sz="0" w:space="0" w:color="auto"/>
            <w:right w:val="none" w:sz="0" w:space="0" w:color="auto"/>
          </w:divBdr>
        </w:div>
        <w:div w:id="1379861153">
          <w:marLeft w:val="480"/>
          <w:marRight w:val="0"/>
          <w:marTop w:val="0"/>
          <w:marBottom w:val="0"/>
          <w:divBdr>
            <w:top w:val="none" w:sz="0" w:space="0" w:color="auto"/>
            <w:left w:val="none" w:sz="0" w:space="0" w:color="auto"/>
            <w:bottom w:val="none" w:sz="0" w:space="0" w:color="auto"/>
            <w:right w:val="none" w:sz="0" w:space="0" w:color="auto"/>
          </w:divBdr>
        </w:div>
        <w:div w:id="1391028825">
          <w:marLeft w:val="480"/>
          <w:marRight w:val="0"/>
          <w:marTop w:val="0"/>
          <w:marBottom w:val="0"/>
          <w:divBdr>
            <w:top w:val="none" w:sz="0" w:space="0" w:color="auto"/>
            <w:left w:val="none" w:sz="0" w:space="0" w:color="auto"/>
            <w:bottom w:val="none" w:sz="0" w:space="0" w:color="auto"/>
            <w:right w:val="none" w:sz="0" w:space="0" w:color="auto"/>
          </w:divBdr>
        </w:div>
        <w:div w:id="1429347715">
          <w:marLeft w:val="480"/>
          <w:marRight w:val="0"/>
          <w:marTop w:val="0"/>
          <w:marBottom w:val="0"/>
          <w:divBdr>
            <w:top w:val="none" w:sz="0" w:space="0" w:color="auto"/>
            <w:left w:val="none" w:sz="0" w:space="0" w:color="auto"/>
            <w:bottom w:val="none" w:sz="0" w:space="0" w:color="auto"/>
            <w:right w:val="none" w:sz="0" w:space="0" w:color="auto"/>
          </w:divBdr>
        </w:div>
        <w:div w:id="1455752321">
          <w:marLeft w:val="480"/>
          <w:marRight w:val="0"/>
          <w:marTop w:val="0"/>
          <w:marBottom w:val="0"/>
          <w:divBdr>
            <w:top w:val="none" w:sz="0" w:space="0" w:color="auto"/>
            <w:left w:val="none" w:sz="0" w:space="0" w:color="auto"/>
            <w:bottom w:val="none" w:sz="0" w:space="0" w:color="auto"/>
            <w:right w:val="none" w:sz="0" w:space="0" w:color="auto"/>
          </w:divBdr>
        </w:div>
        <w:div w:id="1574469338">
          <w:marLeft w:val="480"/>
          <w:marRight w:val="0"/>
          <w:marTop w:val="0"/>
          <w:marBottom w:val="0"/>
          <w:divBdr>
            <w:top w:val="none" w:sz="0" w:space="0" w:color="auto"/>
            <w:left w:val="none" w:sz="0" w:space="0" w:color="auto"/>
            <w:bottom w:val="none" w:sz="0" w:space="0" w:color="auto"/>
            <w:right w:val="none" w:sz="0" w:space="0" w:color="auto"/>
          </w:divBdr>
        </w:div>
        <w:div w:id="1637906745">
          <w:marLeft w:val="480"/>
          <w:marRight w:val="0"/>
          <w:marTop w:val="0"/>
          <w:marBottom w:val="0"/>
          <w:divBdr>
            <w:top w:val="none" w:sz="0" w:space="0" w:color="auto"/>
            <w:left w:val="none" w:sz="0" w:space="0" w:color="auto"/>
            <w:bottom w:val="none" w:sz="0" w:space="0" w:color="auto"/>
            <w:right w:val="none" w:sz="0" w:space="0" w:color="auto"/>
          </w:divBdr>
        </w:div>
        <w:div w:id="1642149120">
          <w:marLeft w:val="480"/>
          <w:marRight w:val="0"/>
          <w:marTop w:val="0"/>
          <w:marBottom w:val="0"/>
          <w:divBdr>
            <w:top w:val="none" w:sz="0" w:space="0" w:color="auto"/>
            <w:left w:val="none" w:sz="0" w:space="0" w:color="auto"/>
            <w:bottom w:val="none" w:sz="0" w:space="0" w:color="auto"/>
            <w:right w:val="none" w:sz="0" w:space="0" w:color="auto"/>
          </w:divBdr>
        </w:div>
        <w:div w:id="1697579929">
          <w:marLeft w:val="480"/>
          <w:marRight w:val="0"/>
          <w:marTop w:val="0"/>
          <w:marBottom w:val="0"/>
          <w:divBdr>
            <w:top w:val="none" w:sz="0" w:space="0" w:color="auto"/>
            <w:left w:val="none" w:sz="0" w:space="0" w:color="auto"/>
            <w:bottom w:val="none" w:sz="0" w:space="0" w:color="auto"/>
            <w:right w:val="none" w:sz="0" w:space="0" w:color="auto"/>
          </w:divBdr>
        </w:div>
        <w:div w:id="1709717716">
          <w:marLeft w:val="480"/>
          <w:marRight w:val="0"/>
          <w:marTop w:val="0"/>
          <w:marBottom w:val="0"/>
          <w:divBdr>
            <w:top w:val="none" w:sz="0" w:space="0" w:color="auto"/>
            <w:left w:val="none" w:sz="0" w:space="0" w:color="auto"/>
            <w:bottom w:val="none" w:sz="0" w:space="0" w:color="auto"/>
            <w:right w:val="none" w:sz="0" w:space="0" w:color="auto"/>
          </w:divBdr>
        </w:div>
        <w:div w:id="1835560337">
          <w:marLeft w:val="480"/>
          <w:marRight w:val="0"/>
          <w:marTop w:val="0"/>
          <w:marBottom w:val="0"/>
          <w:divBdr>
            <w:top w:val="none" w:sz="0" w:space="0" w:color="auto"/>
            <w:left w:val="none" w:sz="0" w:space="0" w:color="auto"/>
            <w:bottom w:val="none" w:sz="0" w:space="0" w:color="auto"/>
            <w:right w:val="none" w:sz="0" w:space="0" w:color="auto"/>
          </w:divBdr>
        </w:div>
        <w:div w:id="1845699929">
          <w:marLeft w:val="480"/>
          <w:marRight w:val="0"/>
          <w:marTop w:val="0"/>
          <w:marBottom w:val="0"/>
          <w:divBdr>
            <w:top w:val="none" w:sz="0" w:space="0" w:color="auto"/>
            <w:left w:val="none" w:sz="0" w:space="0" w:color="auto"/>
            <w:bottom w:val="none" w:sz="0" w:space="0" w:color="auto"/>
            <w:right w:val="none" w:sz="0" w:space="0" w:color="auto"/>
          </w:divBdr>
        </w:div>
        <w:div w:id="1891184581">
          <w:marLeft w:val="480"/>
          <w:marRight w:val="0"/>
          <w:marTop w:val="0"/>
          <w:marBottom w:val="0"/>
          <w:divBdr>
            <w:top w:val="none" w:sz="0" w:space="0" w:color="auto"/>
            <w:left w:val="none" w:sz="0" w:space="0" w:color="auto"/>
            <w:bottom w:val="none" w:sz="0" w:space="0" w:color="auto"/>
            <w:right w:val="none" w:sz="0" w:space="0" w:color="auto"/>
          </w:divBdr>
        </w:div>
        <w:div w:id="2127264067">
          <w:marLeft w:val="480"/>
          <w:marRight w:val="0"/>
          <w:marTop w:val="0"/>
          <w:marBottom w:val="0"/>
          <w:divBdr>
            <w:top w:val="none" w:sz="0" w:space="0" w:color="auto"/>
            <w:left w:val="none" w:sz="0" w:space="0" w:color="auto"/>
            <w:bottom w:val="none" w:sz="0" w:space="0" w:color="auto"/>
            <w:right w:val="none" w:sz="0" w:space="0" w:color="auto"/>
          </w:divBdr>
        </w:div>
      </w:divsChild>
    </w:div>
    <w:div w:id="682705414">
      <w:bodyDiv w:val="1"/>
      <w:marLeft w:val="0"/>
      <w:marRight w:val="0"/>
      <w:marTop w:val="0"/>
      <w:marBottom w:val="0"/>
      <w:divBdr>
        <w:top w:val="none" w:sz="0" w:space="0" w:color="auto"/>
        <w:left w:val="none" w:sz="0" w:space="0" w:color="auto"/>
        <w:bottom w:val="none" w:sz="0" w:space="0" w:color="auto"/>
        <w:right w:val="none" w:sz="0" w:space="0" w:color="auto"/>
      </w:divBdr>
      <w:divsChild>
        <w:div w:id="26639070">
          <w:marLeft w:val="480"/>
          <w:marRight w:val="0"/>
          <w:marTop w:val="0"/>
          <w:marBottom w:val="0"/>
          <w:divBdr>
            <w:top w:val="none" w:sz="0" w:space="0" w:color="auto"/>
            <w:left w:val="none" w:sz="0" w:space="0" w:color="auto"/>
            <w:bottom w:val="none" w:sz="0" w:space="0" w:color="auto"/>
            <w:right w:val="none" w:sz="0" w:space="0" w:color="auto"/>
          </w:divBdr>
        </w:div>
        <w:div w:id="119038299">
          <w:marLeft w:val="480"/>
          <w:marRight w:val="0"/>
          <w:marTop w:val="0"/>
          <w:marBottom w:val="0"/>
          <w:divBdr>
            <w:top w:val="none" w:sz="0" w:space="0" w:color="auto"/>
            <w:left w:val="none" w:sz="0" w:space="0" w:color="auto"/>
            <w:bottom w:val="none" w:sz="0" w:space="0" w:color="auto"/>
            <w:right w:val="none" w:sz="0" w:space="0" w:color="auto"/>
          </w:divBdr>
        </w:div>
        <w:div w:id="129520151">
          <w:marLeft w:val="480"/>
          <w:marRight w:val="0"/>
          <w:marTop w:val="0"/>
          <w:marBottom w:val="0"/>
          <w:divBdr>
            <w:top w:val="none" w:sz="0" w:space="0" w:color="auto"/>
            <w:left w:val="none" w:sz="0" w:space="0" w:color="auto"/>
            <w:bottom w:val="none" w:sz="0" w:space="0" w:color="auto"/>
            <w:right w:val="none" w:sz="0" w:space="0" w:color="auto"/>
          </w:divBdr>
        </w:div>
        <w:div w:id="216206101">
          <w:marLeft w:val="480"/>
          <w:marRight w:val="0"/>
          <w:marTop w:val="0"/>
          <w:marBottom w:val="0"/>
          <w:divBdr>
            <w:top w:val="none" w:sz="0" w:space="0" w:color="auto"/>
            <w:left w:val="none" w:sz="0" w:space="0" w:color="auto"/>
            <w:bottom w:val="none" w:sz="0" w:space="0" w:color="auto"/>
            <w:right w:val="none" w:sz="0" w:space="0" w:color="auto"/>
          </w:divBdr>
        </w:div>
        <w:div w:id="372468369">
          <w:marLeft w:val="480"/>
          <w:marRight w:val="0"/>
          <w:marTop w:val="0"/>
          <w:marBottom w:val="0"/>
          <w:divBdr>
            <w:top w:val="none" w:sz="0" w:space="0" w:color="auto"/>
            <w:left w:val="none" w:sz="0" w:space="0" w:color="auto"/>
            <w:bottom w:val="none" w:sz="0" w:space="0" w:color="auto"/>
            <w:right w:val="none" w:sz="0" w:space="0" w:color="auto"/>
          </w:divBdr>
        </w:div>
        <w:div w:id="402266421">
          <w:marLeft w:val="480"/>
          <w:marRight w:val="0"/>
          <w:marTop w:val="0"/>
          <w:marBottom w:val="0"/>
          <w:divBdr>
            <w:top w:val="none" w:sz="0" w:space="0" w:color="auto"/>
            <w:left w:val="none" w:sz="0" w:space="0" w:color="auto"/>
            <w:bottom w:val="none" w:sz="0" w:space="0" w:color="auto"/>
            <w:right w:val="none" w:sz="0" w:space="0" w:color="auto"/>
          </w:divBdr>
        </w:div>
        <w:div w:id="460073967">
          <w:marLeft w:val="480"/>
          <w:marRight w:val="0"/>
          <w:marTop w:val="0"/>
          <w:marBottom w:val="0"/>
          <w:divBdr>
            <w:top w:val="none" w:sz="0" w:space="0" w:color="auto"/>
            <w:left w:val="none" w:sz="0" w:space="0" w:color="auto"/>
            <w:bottom w:val="none" w:sz="0" w:space="0" w:color="auto"/>
            <w:right w:val="none" w:sz="0" w:space="0" w:color="auto"/>
          </w:divBdr>
        </w:div>
        <w:div w:id="512184506">
          <w:marLeft w:val="480"/>
          <w:marRight w:val="0"/>
          <w:marTop w:val="0"/>
          <w:marBottom w:val="0"/>
          <w:divBdr>
            <w:top w:val="none" w:sz="0" w:space="0" w:color="auto"/>
            <w:left w:val="none" w:sz="0" w:space="0" w:color="auto"/>
            <w:bottom w:val="none" w:sz="0" w:space="0" w:color="auto"/>
            <w:right w:val="none" w:sz="0" w:space="0" w:color="auto"/>
          </w:divBdr>
        </w:div>
        <w:div w:id="563028707">
          <w:marLeft w:val="480"/>
          <w:marRight w:val="0"/>
          <w:marTop w:val="0"/>
          <w:marBottom w:val="0"/>
          <w:divBdr>
            <w:top w:val="none" w:sz="0" w:space="0" w:color="auto"/>
            <w:left w:val="none" w:sz="0" w:space="0" w:color="auto"/>
            <w:bottom w:val="none" w:sz="0" w:space="0" w:color="auto"/>
            <w:right w:val="none" w:sz="0" w:space="0" w:color="auto"/>
          </w:divBdr>
        </w:div>
        <w:div w:id="607542120">
          <w:marLeft w:val="480"/>
          <w:marRight w:val="0"/>
          <w:marTop w:val="0"/>
          <w:marBottom w:val="0"/>
          <w:divBdr>
            <w:top w:val="none" w:sz="0" w:space="0" w:color="auto"/>
            <w:left w:val="none" w:sz="0" w:space="0" w:color="auto"/>
            <w:bottom w:val="none" w:sz="0" w:space="0" w:color="auto"/>
            <w:right w:val="none" w:sz="0" w:space="0" w:color="auto"/>
          </w:divBdr>
        </w:div>
        <w:div w:id="670646981">
          <w:marLeft w:val="480"/>
          <w:marRight w:val="0"/>
          <w:marTop w:val="0"/>
          <w:marBottom w:val="0"/>
          <w:divBdr>
            <w:top w:val="none" w:sz="0" w:space="0" w:color="auto"/>
            <w:left w:val="none" w:sz="0" w:space="0" w:color="auto"/>
            <w:bottom w:val="none" w:sz="0" w:space="0" w:color="auto"/>
            <w:right w:val="none" w:sz="0" w:space="0" w:color="auto"/>
          </w:divBdr>
        </w:div>
        <w:div w:id="775439459">
          <w:marLeft w:val="480"/>
          <w:marRight w:val="0"/>
          <w:marTop w:val="0"/>
          <w:marBottom w:val="0"/>
          <w:divBdr>
            <w:top w:val="none" w:sz="0" w:space="0" w:color="auto"/>
            <w:left w:val="none" w:sz="0" w:space="0" w:color="auto"/>
            <w:bottom w:val="none" w:sz="0" w:space="0" w:color="auto"/>
            <w:right w:val="none" w:sz="0" w:space="0" w:color="auto"/>
          </w:divBdr>
        </w:div>
        <w:div w:id="792790863">
          <w:marLeft w:val="480"/>
          <w:marRight w:val="0"/>
          <w:marTop w:val="0"/>
          <w:marBottom w:val="0"/>
          <w:divBdr>
            <w:top w:val="none" w:sz="0" w:space="0" w:color="auto"/>
            <w:left w:val="none" w:sz="0" w:space="0" w:color="auto"/>
            <w:bottom w:val="none" w:sz="0" w:space="0" w:color="auto"/>
            <w:right w:val="none" w:sz="0" w:space="0" w:color="auto"/>
          </w:divBdr>
        </w:div>
        <w:div w:id="813762201">
          <w:marLeft w:val="480"/>
          <w:marRight w:val="0"/>
          <w:marTop w:val="0"/>
          <w:marBottom w:val="0"/>
          <w:divBdr>
            <w:top w:val="none" w:sz="0" w:space="0" w:color="auto"/>
            <w:left w:val="none" w:sz="0" w:space="0" w:color="auto"/>
            <w:bottom w:val="none" w:sz="0" w:space="0" w:color="auto"/>
            <w:right w:val="none" w:sz="0" w:space="0" w:color="auto"/>
          </w:divBdr>
        </w:div>
        <w:div w:id="902787735">
          <w:marLeft w:val="480"/>
          <w:marRight w:val="0"/>
          <w:marTop w:val="0"/>
          <w:marBottom w:val="0"/>
          <w:divBdr>
            <w:top w:val="none" w:sz="0" w:space="0" w:color="auto"/>
            <w:left w:val="none" w:sz="0" w:space="0" w:color="auto"/>
            <w:bottom w:val="none" w:sz="0" w:space="0" w:color="auto"/>
            <w:right w:val="none" w:sz="0" w:space="0" w:color="auto"/>
          </w:divBdr>
        </w:div>
        <w:div w:id="908077459">
          <w:marLeft w:val="480"/>
          <w:marRight w:val="0"/>
          <w:marTop w:val="0"/>
          <w:marBottom w:val="0"/>
          <w:divBdr>
            <w:top w:val="none" w:sz="0" w:space="0" w:color="auto"/>
            <w:left w:val="none" w:sz="0" w:space="0" w:color="auto"/>
            <w:bottom w:val="none" w:sz="0" w:space="0" w:color="auto"/>
            <w:right w:val="none" w:sz="0" w:space="0" w:color="auto"/>
          </w:divBdr>
        </w:div>
        <w:div w:id="1127814767">
          <w:marLeft w:val="480"/>
          <w:marRight w:val="0"/>
          <w:marTop w:val="0"/>
          <w:marBottom w:val="0"/>
          <w:divBdr>
            <w:top w:val="none" w:sz="0" w:space="0" w:color="auto"/>
            <w:left w:val="none" w:sz="0" w:space="0" w:color="auto"/>
            <w:bottom w:val="none" w:sz="0" w:space="0" w:color="auto"/>
            <w:right w:val="none" w:sz="0" w:space="0" w:color="auto"/>
          </w:divBdr>
        </w:div>
        <w:div w:id="1164318027">
          <w:marLeft w:val="480"/>
          <w:marRight w:val="0"/>
          <w:marTop w:val="0"/>
          <w:marBottom w:val="0"/>
          <w:divBdr>
            <w:top w:val="none" w:sz="0" w:space="0" w:color="auto"/>
            <w:left w:val="none" w:sz="0" w:space="0" w:color="auto"/>
            <w:bottom w:val="none" w:sz="0" w:space="0" w:color="auto"/>
            <w:right w:val="none" w:sz="0" w:space="0" w:color="auto"/>
          </w:divBdr>
        </w:div>
        <w:div w:id="1166360200">
          <w:marLeft w:val="480"/>
          <w:marRight w:val="0"/>
          <w:marTop w:val="0"/>
          <w:marBottom w:val="0"/>
          <w:divBdr>
            <w:top w:val="none" w:sz="0" w:space="0" w:color="auto"/>
            <w:left w:val="none" w:sz="0" w:space="0" w:color="auto"/>
            <w:bottom w:val="none" w:sz="0" w:space="0" w:color="auto"/>
            <w:right w:val="none" w:sz="0" w:space="0" w:color="auto"/>
          </w:divBdr>
        </w:div>
        <w:div w:id="1201286417">
          <w:marLeft w:val="480"/>
          <w:marRight w:val="0"/>
          <w:marTop w:val="0"/>
          <w:marBottom w:val="0"/>
          <w:divBdr>
            <w:top w:val="none" w:sz="0" w:space="0" w:color="auto"/>
            <w:left w:val="none" w:sz="0" w:space="0" w:color="auto"/>
            <w:bottom w:val="none" w:sz="0" w:space="0" w:color="auto"/>
            <w:right w:val="none" w:sz="0" w:space="0" w:color="auto"/>
          </w:divBdr>
        </w:div>
        <w:div w:id="1283220369">
          <w:marLeft w:val="480"/>
          <w:marRight w:val="0"/>
          <w:marTop w:val="0"/>
          <w:marBottom w:val="0"/>
          <w:divBdr>
            <w:top w:val="none" w:sz="0" w:space="0" w:color="auto"/>
            <w:left w:val="none" w:sz="0" w:space="0" w:color="auto"/>
            <w:bottom w:val="none" w:sz="0" w:space="0" w:color="auto"/>
            <w:right w:val="none" w:sz="0" w:space="0" w:color="auto"/>
          </w:divBdr>
        </w:div>
        <w:div w:id="1432316686">
          <w:marLeft w:val="480"/>
          <w:marRight w:val="0"/>
          <w:marTop w:val="0"/>
          <w:marBottom w:val="0"/>
          <w:divBdr>
            <w:top w:val="none" w:sz="0" w:space="0" w:color="auto"/>
            <w:left w:val="none" w:sz="0" w:space="0" w:color="auto"/>
            <w:bottom w:val="none" w:sz="0" w:space="0" w:color="auto"/>
            <w:right w:val="none" w:sz="0" w:space="0" w:color="auto"/>
          </w:divBdr>
        </w:div>
        <w:div w:id="1462576175">
          <w:marLeft w:val="480"/>
          <w:marRight w:val="0"/>
          <w:marTop w:val="0"/>
          <w:marBottom w:val="0"/>
          <w:divBdr>
            <w:top w:val="none" w:sz="0" w:space="0" w:color="auto"/>
            <w:left w:val="none" w:sz="0" w:space="0" w:color="auto"/>
            <w:bottom w:val="none" w:sz="0" w:space="0" w:color="auto"/>
            <w:right w:val="none" w:sz="0" w:space="0" w:color="auto"/>
          </w:divBdr>
        </w:div>
        <w:div w:id="1605310362">
          <w:marLeft w:val="480"/>
          <w:marRight w:val="0"/>
          <w:marTop w:val="0"/>
          <w:marBottom w:val="0"/>
          <w:divBdr>
            <w:top w:val="none" w:sz="0" w:space="0" w:color="auto"/>
            <w:left w:val="none" w:sz="0" w:space="0" w:color="auto"/>
            <w:bottom w:val="none" w:sz="0" w:space="0" w:color="auto"/>
            <w:right w:val="none" w:sz="0" w:space="0" w:color="auto"/>
          </w:divBdr>
        </w:div>
        <w:div w:id="1710761410">
          <w:marLeft w:val="480"/>
          <w:marRight w:val="0"/>
          <w:marTop w:val="0"/>
          <w:marBottom w:val="0"/>
          <w:divBdr>
            <w:top w:val="none" w:sz="0" w:space="0" w:color="auto"/>
            <w:left w:val="none" w:sz="0" w:space="0" w:color="auto"/>
            <w:bottom w:val="none" w:sz="0" w:space="0" w:color="auto"/>
            <w:right w:val="none" w:sz="0" w:space="0" w:color="auto"/>
          </w:divBdr>
        </w:div>
        <w:div w:id="1737434505">
          <w:marLeft w:val="480"/>
          <w:marRight w:val="0"/>
          <w:marTop w:val="0"/>
          <w:marBottom w:val="0"/>
          <w:divBdr>
            <w:top w:val="none" w:sz="0" w:space="0" w:color="auto"/>
            <w:left w:val="none" w:sz="0" w:space="0" w:color="auto"/>
            <w:bottom w:val="none" w:sz="0" w:space="0" w:color="auto"/>
            <w:right w:val="none" w:sz="0" w:space="0" w:color="auto"/>
          </w:divBdr>
        </w:div>
        <w:div w:id="1750426546">
          <w:marLeft w:val="480"/>
          <w:marRight w:val="0"/>
          <w:marTop w:val="0"/>
          <w:marBottom w:val="0"/>
          <w:divBdr>
            <w:top w:val="none" w:sz="0" w:space="0" w:color="auto"/>
            <w:left w:val="none" w:sz="0" w:space="0" w:color="auto"/>
            <w:bottom w:val="none" w:sz="0" w:space="0" w:color="auto"/>
            <w:right w:val="none" w:sz="0" w:space="0" w:color="auto"/>
          </w:divBdr>
        </w:div>
        <w:div w:id="1781417395">
          <w:marLeft w:val="480"/>
          <w:marRight w:val="0"/>
          <w:marTop w:val="0"/>
          <w:marBottom w:val="0"/>
          <w:divBdr>
            <w:top w:val="none" w:sz="0" w:space="0" w:color="auto"/>
            <w:left w:val="none" w:sz="0" w:space="0" w:color="auto"/>
            <w:bottom w:val="none" w:sz="0" w:space="0" w:color="auto"/>
            <w:right w:val="none" w:sz="0" w:space="0" w:color="auto"/>
          </w:divBdr>
        </w:div>
        <w:div w:id="1956591260">
          <w:marLeft w:val="480"/>
          <w:marRight w:val="0"/>
          <w:marTop w:val="0"/>
          <w:marBottom w:val="0"/>
          <w:divBdr>
            <w:top w:val="none" w:sz="0" w:space="0" w:color="auto"/>
            <w:left w:val="none" w:sz="0" w:space="0" w:color="auto"/>
            <w:bottom w:val="none" w:sz="0" w:space="0" w:color="auto"/>
            <w:right w:val="none" w:sz="0" w:space="0" w:color="auto"/>
          </w:divBdr>
        </w:div>
        <w:div w:id="2124225817">
          <w:marLeft w:val="480"/>
          <w:marRight w:val="0"/>
          <w:marTop w:val="0"/>
          <w:marBottom w:val="0"/>
          <w:divBdr>
            <w:top w:val="none" w:sz="0" w:space="0" w:color="auto"/>
            <w:left w:val="none" w:sz="0" w:space="0" w:color="auto"/>
            <w:bottom w:val="none" w:sz="0" w:space="0" w:color="auto"/>
            <w:right w:val="none" w:sz="0" w:space="0" w:color="auto"/>
          </w:divBdr>
        </w:div>
      </w:divsChild>
    </w:div>
    <w:div w:id="683829008">
      <w:bodyDiv w:val="1"/>
      <w:marLeft w:val="0"/>
      <w:marRight w:val="0"/>
      <w:marTop w:val="0"/>
      <w:marBottom w:val="0"/>
      <w:divBdr>
        <w:top w:val="none" w:sz="0" w:space="0" w:color="auto"/>
        <w:left w:val="none" w:sz="0" w:space="0" w:color="auto"/>
        <w:bottom w:val="none" w:sz="0" w:space="0" w:color="auto"/>
        <w:right w:val="none" w:sz="0" w:space="0" w:color="auto"/>
      </w:divBdr>
    </w:div>
    <w:div w:id="685249023">
      <w:bodyDiv w:val="1"/>
      <w:marLeft w:val="0"/>
      <w:marRight w:val="0"/>
      <w:marTop w:val="0"/>
      <w:marBottom w:val="0"/>
      <w:divBdr>
        <w:top w:val="none" w:sz="0" w:space="0" w:color="auto"/>
        <w:left w:val="none" w:sz="0" w:space="0" w:color="auto"/>
        <w:bottom w:val="none" w:sz="0" w:space="0" w:color="auto"/>
        <w:right w:val="none" w:sz="0" w:space="0" w:color="auto"/>
      </w:divBdr>
    </w:div>
    <w:div w:id="685325697">
      <w:bodyDiv w:val="1"/>
      <w:marLeft w:val="0"/>
      <w:marRight w:val="0"/>
      <w:marTop w:val="0"/>
      <w:marBottom w:val="0"/>
      <w:divBdr>
        <w:top w:val="none" w:sz="0" w:space="0" w:color="auto"/>
        <w:left w:val="none" w:sz="0" w:space="0" w:color="auto"/>
        <w:bottom w:val="none" w:sz="0" w:space="0" w:color="auto"/>
        <w:right w:val="none" w:sz="0" w:space="0" w:color="auto"/>
      </w:divBdr>
    </w:div>
    <w:div w:id="687219760">
      <w:bodyDiv w:val="1"/>
      <w:marLeft w:val="0"/>
      <w:marRight w:val="0"/>
      <w:marTop w:val="0"/>
      <w:marBottom w:val="0"/>
      <w:divBdr>
        <w:top w:val="none" w:sz="0" w:space="0" w:color="auto"/>
        <w:left w:val="none" w:sz="0" w:space="0" w:color="auto"/>
        <w:bottom w:val="none" w:sz="0" w:space="0" w:color="auto"/>
        <w:right w:val="none" w:sz="0" w:space="0" w:color="auto"/>
      </w:divBdr>
    </w:div>
    <w:div w:id="688095098">
      <w:bodyDiv w:val="1"/>
      <w:marLeft w:val="0"/>
      <w:marRight w:val="0"/>
      <w:marTop w:val="0"/>
      <w:marBottom w:val="0"/>
      <w:divBdr>
        <w:top w:val="none" w:sz="0" w:space="0" w:color="auto"/>
        <w:left w:val="none" w:sz="0" w:space="0" w:color="auto"/>
        <w:bottom w:val="none" w:sz="0" w:space="0" w:color="auto"/>
        <w:right w:val="none" w:sz="0" w:space="0" w:color="auto"/>
      </w:divBdr>
      <w:divsChild>
        <w:div w:id="101415913">
          <w:marLeft w:val="480"/>
          <w:marRight w:val="0"/>
          <w:marTop w:val="0"/>
          <w:marBottom w:val="0"/>
          <w:divBdr>
            <w:top w:val="none" w:sz="0" w:space="0" w:color="auto"/>
            <w:left w:val="none" w:sz="0" w:space="0" w:color="auto"/>
            <w:bottom w:val="none" w:sz="0" w:space="0" w:color="auto"/>
            <w:right w:val="none" w:sz="0" w:space="0" w:color="auto"/>
          </w:divBdr>
        </w:div>
        <w:div w:id="168563290">
          <w:marLeft w:val="480"/>
          <w:marRight w:val="0"/>
          <w:marTop w:val="0"/>
          <w:marBottom w:val="0"/>
          <w:divBdr>
            <w:top w:val="none" w:sz="0" w:space="0" w:color="auto"/>
            <w:left w:val="none" w:sz="0" w:space="0" w:color="auto"/>
            <w:bottom w:val="none" w:sz="0" w:space="0" w:color="auto"/>
            <w:right w:val="none" w:sz="0" w:space="0" w:color="auto"/>
          </w:divBdr>
        </w:div>
        <w:div w:id="214898594">
          <w:marLeft w:val="480"/>
          <w:marRight w:val="0"/>
          <w:marTop w:val="0"/>
          <w:marBottom w:val="0"/>
          <w:divBdr>
            <w:top w:val="none" w:sz="0" w:space="0" w:color="auto"/>
            <w:left w:val="none" w:sz="0" w:space="0" w:color="auto"/>
            <w:bottom w:val="none" w:sz="0" w:space="0" w:color="auto"/>
            <w:right w:val="none" w:sz="0" w:space="0" w:color="auto"/>
          </w:divBdr>
        </w:div>
        <w:div w:id="222521889">
          <w:marLeft w:val="480"/>
          <w:marRight w:val="0"/>
          <w:marTop w:val="0"/>
          <w:marBottom w:val="0"/>
          <w:divBdr>
            <w:top w:val="none" w:sz="0" w:space="0" w:color="auto"/>
            <w:left w:val="none" w:sz="0" w:space="0" w:color="auto"/>
            <w:bottom w:val="none" w:sz="0" w:space="0" w:color="auto"/>
            <w:right w:val="none" w:sz="0" w:space="0" w:color="auto"/>
          </w:divBdr>
        </w:div>
        <w:div w:id="330958367">
          <w:marLeft w:val="480"/>
          <w:marRight w:val="0"/>
          <w:marTop w:val="0"/>
          <w:marBottom w:val="0"/>
          <w:divBdr>
            <w:top w:val="none" w:sz="0" w:space="0" w:color="auto"/>
            <w:left w:val="none" w:sz="0" w:space="0" w:color="auto"/>
            <w:bottom w:val="none" w:sz="0" w:space="0" w:color="auto"/>
            <w:right w:val="none" w:sz="0" w:space="0" w:color="auto"/>
          </w:divBdr>
        </w:div>
        <w:div w:id="332345663">
          <w:marLeft w:val="480"/>
          <w:marRight w:val="0"/>
          <w:marTop w:val="0"/>
          <w:marBottom w:val="0"/>
          <w:divBdr>
            <w:top w:val="none" w:sz="0" w:space="0" w:color="auto"/>
            <w:left w:val="none" w:sz="0" w:space="0" w:color="auto"/>
            <w:bottom w:val="none" w:sz="0" w:space="0" w:color="auto"/>
            <w:right w:val="none" w:sz="0" w:space="0" w:color="auto"/>
          </w:divBdr>
        </w:div>
        <w:div w:id="334381766">
          <w:marLeft w:val="480"/>
          <w:marRight w:val="0"/>
          <w:marTop w:val="0"/>
          <w:marBottom w:val="0"/>
          <w:divBdr>
            <w:top w:val="none" w:sz="0" w:space="0" w:color="auto"/>
            <w:left w:val="none" w:sz="0" w:space="0" w:color="auto"/>
            <w:bottom w:val="none" w:sz="0" w:space="0" w:color="auto"/>
            <w:right w:val="none" w:sz="0" w:space="0" w:color="auto"/>
          </w:divBdr>
        </w:div>
        <w:div w:id="351227107">
          <w:marLeft w:val="480"/>
          <w:marRight w:val="0"/>
          <w:marTop w:val="0"/>
          <w:marBottom w:val="0"/>
          <w:divBdr>
            <w:top w:val="none" w:sz="0" w:space="0" w:color="auto"/>
            <w:left w:val="none" w:sz="0" w:space="0" w:color="auto"/>
            <w:bottom w:val="none" w:sz="0" w:space="0" w:color="auto"/>
            <w:right w:val="none" w:sz="0" w:space="0" w:color="auto"/>
          </w:divBdr>
        </w:div>
        <w:div w:id="369116542">
          <w:marLeft w:val="480"/>
          <w:marRight w:val="0"/>
          <w:marTop w:val="0"/>
          <w:marBottom w:val="0"/>
          <w:divBdr>
            <w:top w:val="none" w:sz="0" w:space="0" w:color="auto"/>
            <w:left w:val="none" w:sz="0" w:space="0" w:color="auto"/>
            <w:bottom w:val="none" w:sz="0" w:space="0" w:color="auto"/>
            <w:right w:val="none" w:sz="0" w:space="0" w:color="auto"/>
          </w:divBdr>
        </w:div>
        <w:div w:id="478962451">
          <w:marLeft w:val="480"/>
          <w:marRight w:val="0"/>
          <w:marTop w:val="0"/>
          <w:marBottom w:val="0"/>
          <w:divBdr>
            <w:top w:val="none" w:sz="0" w:space="0" w:color="auto"/>
            <w:left w:val="none" w:sz="0" w:space="0" w:color="auto"/>
            <w:bottom w:val="none" w:sz="0" w:space="0" w:color="auto"/>
            <w:right w:val="none" w:sz="0" w:space="0" w:color="auto"/>
          </w:divBdr>
        </w:div>
        <w:div w:id="493642617">
          <w:marLeft w:val="480"/>
          <w:marRight w:val="0"/>
          <w:marTop w:val="0"/>
          <w:marBottom w:val="0"/>
          <w:divBdr>
            <w:top w:val="none" w:sz="0" w:space="0" w:color="auto"/>
            <w:left w:val="none" w:sz="0" w:space="0" w:color="auto"/>
            <w:bottom w:val="none" w:sz="0" w:space="0" w:color="auto"/>
            <w:right w:val="none" w:sz="0" w:space="0" w:color="auto"/>
          </w:divBdr>
        </w:div>
        <w:div w:id="548689129">
          <w:marLeft w:val="480"/>
          <w:marRight w:val="0"/>
          <w:marTop w:val="0"/>
          <w:marBottom w:val="0"/>
          <w:divBdr>
            <w:top w:val="none" w:sz="0" w:space="0" w:color="auto"/>
            <w:left w:val="none" w:sz="0" w:space="0" w:color="auto"/>
            <w:bottom w:val="none" w:sz="0" w:space="0" w:color="auto"/>
            <w:right w:val="none" w:sz="0" w:space="0" w:color="auto"/>
          </w:divBdr>
        </w:div>
        <w:div w:id="872618249">
          <w:marLeft w:val="480"/>
          <w:marRight w:val="0"/>
          <w:marTop w:val="0"/>
          <w:marBottom w:val="0"/>
          <w:divBdr>
            <w:top w:val="none" w:sz="0" w:space="0" w:color="auto"/>
            <w:left w:val="none" w:sz="0" w:space="0" w:color="auto"/>
            <w:bottom w:val="none" w:sz="0" w:space="0" w:color="auto"/>
            <w:right w:val="none" w:sz="0" w:space="0" w:color="auto"/>
          </w:divBdr>
        </w:div>
        <w:div w:id="994407963">
          <w:marLeft w:val="480"/>
          <w:marRight w:val="0"/>
          <w:marTop w:val="0"/>
          <w:marBottom w:val="0"/>
          <w:divBdr>
            <w:top w:val="none" w:sz="0" w:space="0" w:color="auto"/>
            <w:left w:val="none" w:sz="0" w:space="0" w:color="auto"/>
            <w:bottom w:val="none" w:sz="0" w:space="0" w:color="auto"/>
            <w:right w:val="none" w:sz="0" w:space="0" w:color="auto"/>
          </w:divBdr>
        </w:div>
        <w:div w:id="1053118797">
          <w:marLeft w:val="480"/>
          <w:marRight w:val="0"/>
          <w:marTop w:val="0"/>
          <w:marBottom w:val="0"/>
          <w:divBdr>
            <w:top w:val="none" w:sz="0" w:space="0" w:color="auto"/>
            <w:left w:val="none" w:sz="0" w:space="0" w:color="auto"/>
            <w:bottom w:val="none" w:sz="0" w:space="0" w:color="auto"/>
            <w:right w:val="none" w:sz="0" w:space="0" w:color="auto"/>
          </w:divBdr>
        </w:div>
        <w:div w:id="1089501255">
          <w:marLeft w:val="480"/>
          <w:marRight w:val="0"/>
          <w:marTop w:val="0"/>
          <w:marBottom w:val="0"/>
          <w:divBdr>
            <w:top w:val="none" w:sz="0" w:space="0" w:color="auto"/>
            <w:left w:val="none" w:sz="0" w:space="0" w:color="auto"/>
            <w:bottom w:val="none" w:sz="0" w:space="0" w:color="auto"/>
            <w:right w:val="none" w:sz="0" w:space="0" w:color="auto"/>
          </w:divBdr>
        </w:div>
        <w:div w:id="1130319096">
          <w:marLeft w:val="480"/>
          <w:marRight w:val="0"/>
          <w:marTop w:val="0"/>
          <w:marBottom w:val="0"/>
          <w:divBdr>
            <w:top w:val="none" w:sz="0" w:space="0" w:color="auto"/>
            <w:left w:val="none" w:sz="0" w:space="0" w:color="auto"/>
            <w:bottom w:val="none" w:sz="0" w:space="0" w:color="auto"/>
            <w:right w:val="none" w:sz="0" w:space="0" w:color="auto"/>
          </w:divBdr>
        </w:div>
        <w:div w:id="1133064860">
          <w:marLeft w:val="480"/>
          <w:marRight w:val="0"/>
          <w:marTop w:val="0"/>
          <w:marBottom w:val="0"/>
          <w:divBdr>
            <w:top w:val="none" w:sz="0" w:space="0" w:color="auto"/>
            <w:left w:val="none" w:sz="0" w:space="0" w:color="auto"/>
            <w:bottom w:val="none" w:sz="0" w:space="0" w:color="auto"/>
            <w:right w:val="none" w:sz="0" w:space="0" w:color="auto"/>
          </w:divBdr>
        </w:div>
        <w:div w:id="1158302026">
          <w:marLeft w:val="480"/>
          <w:marRight w:val="0"/>
          <w:marTop w:val="0"/>
          <w:marBottom w:val="0"/>
          <w:divBdr>
            <w:top w:val="none" w:sz="0" w:space="0" w:color="auto"/>
            <w:left w:val="none" w:sz="0" w:space="0" w:color="auto"/>
            <w:bottom w:val="none" w:sz="0" w:space="0" w:color="auto"/>
            <w:right w:val="none" w:sz="0" w:space="0" w:color="auto"/>
          </w:divBdr>
        </w:div>
        <w:div w:id="1225797476">
          <w:marLeft w:val="480"/>
          <w:marRight w:val="0"/>
          <w:marTop w:val="0"/>
          <w:marBottom w:val="0"/>
          <w:divBdr>
            <w:top w:val="none" w:sz="0" w:space="0" w:color="auto"/>
            <w:left w:val="none" w:sz="0" w:space="0" w:color="auto"/>
            <w:bottom w:val="none" w:sz="0" w:space="0" w:color="auto"/>
            <w:right w:val="none" w:sz="0" w:space="0" w:color="auto"/>
          </w:divBdr>
        </w:div>
        <w:div w:id="1302081845">
          <w:marLeft w:val="480"/>
          <w:marRight w:val="0"/>
          <w:marTop w:val="0"/>
          <w:marBottom w:val="0"/>
          <w:divBdr>
            <w:top w:val="none" w:sz="0" w:space="0" w:color="auto"/>
            <w:left w:val="none" w:sz="0" w:space="0" w:color="auto"/>
            <w:bottom w:val="none" w:sz="0" w:space="0" w:color="auto"/>
            <w:right w:val="none" w:sz="0" w:space="0" w:color="auto"/>
          </w:divBdr>
        </w:div>
        <w:div w:id="1338656180">
          <w:marLeft w:val="480"/>
          <w:marRight w:val="0"/>
          <w:marTop w:val="0"/>
          <w:marBottom w:val="0"/>
          <w:divBdr>
            <w:top w:val="none" w:sz="0" w:space="0" w:color="auto"/>
            <w:left w:val="none" w:sz="0" w:space="0" w:color="auto"/>
            <w:bottom w:val="none" w:sz="0" w:space="0" w:color="auto"/>
            <w:right w:val="none" w:sz="0" w:space="0" w:color="auto"/>
          </w:divBdr>
        </w:div>
        <w:div w:id="1500340534">
          <w:marLeft w:val="480"/>
          <w:marRight w:val="0"/>
          <w:marTop w:val="0"/>
          <w:marBottom w:val="0"/>
          <w:divBdr>
            <w:top w:val="none" w:sz="0" w:space="0" w:color="auto"/>
            <w:left w:val="none" w:sz="0" w:space="0" w:color="auto"/>
            <w:bottom w:val="none" w:sz="0" w:space="0" w:color="auto"/>
            <w:right w:val="none" w:sz="0" w:space="0" w:color="auto"/>
          </w:divBdr>
        </w:div>
        <w:div w:id="1539584832">
          <w:marLeft w:val="480"/>
          <w:marRight w:val="0"/>
          <w:marTop w:val="0"/>
          <w:marBottom w:val="0"/>
          <w:divBdr>
            <w:top w:val="none" w:sz="0" w:space="0" w:color="auto"/>
            <w:left w:val="none" w:sz="0" w:space="0" w:color="auto"/>
            <w:bottom w:val="none" w:sz="0" w:space="0" w:color="auto"/>
            <w:right w:val="none" w:sz="0" w:space="0" w:color="auto"/>
          </w:divBdr>
        </w:div>
        <w:div w:id="1621178842">
          <w:marLeft w:val="480"/>
          <w:marRight w:val="0"/>
          <w:marTop w:val="0"/>
          <w:marBottom w:val="0"/>
          <w:divBdr>
            <w:top w:val="none" w:sz="0" w:space="0" w:color="auto"/>
            <w:left w:val="none" w:sz="0" w:space="0" w:color="auto"/>
            <w:bottom w:val="none" w:sz="0" w:space="0" w:color="auto"/>
            <w:right w:val="none" w:sz="0" w:space="0" w:color="auto"/>
          </w:divBdr>
        </w:div>
        <w:div w:id="1692484878">
          <w:marLeft w:val="480"/>
          <w:marRight w:val="0"/>
          <w:marTop w:val="0"/>
          <w:marBottom w:val="0"/>
          <w:divBdr>
            <w:top w:val="none" w:sz="0" w:space="0" w:color="auto"/>
            <w:left w:val="none" w:sz="0" w:space="0" w:color="auto"/>
            <w:bottom w:val="none" w:sz="0" w:space="0" w:color="auto"/>
            <w:right w:val="none" w:sz="0" w:space="0" w:color="auto"/>
          </w:divBdr>
        </w:div>
        <w:div w:id="1803234494">
          <w:marLeft w:val="480"/>
          <w:marRight w:val="0"/>
          <w:marTop w:val="0"/>
          <w:marBottom w:val="0"/>
          <w:divBdr>
            <w:top w:val="none" w:sz="0" w:space="0" w:color="auto"/>
            <w:left w:val="none" w:sz="0" w:space="0" w:color="auto"/>
            <w:bottom w:val="none" w:sz="0" w:space="0" w:color="auto"/>
            <w:right w:val="none" w:sz="0" w:space="0" w:color="auto"/>
          </w:divBdr>
        </w:div>
        <w:div w:id="1843541011">
          <w:marLeft w:val="480"/>
          <w:marRight w:val="0"/>
          <w:marTop w:val="0"/>
          <w:marBottom w:val="0"/>
          <w:divBdr>
            <w:top w:val="none" w:sz="0" w:space="0" w:color="auto"/>
            <w:left w:val="none" w:sz="0" w:space="0" w:color="auto"/>
            <w:bottom w:val="none" w:sz="0" w:space="0" w:color="auto"/>
            <w:right w:val="none" w:sz="0" w:space="0" w:color="auto"/>
          </w:divBdr>
        </w:div>
        <w:div w:id="1847288357">
          <w:marLeft w:val="480"/>
          <w:marRight w:val="0"/>
          <w:marTop w:val="0"/>
          <w:marBottom w:val="0"/>
          <w:divBdr>
            <w:top w:val="none" w:sz="0" w:space="0" w:color="auto"/>
            <w:left w:val="none" w:sz="0" w:space="0" w:color="auto"/>
            <w:bottom w:val="none" w:sz="0" w:space="0" w:color="auto"/>
            <w:right w:val="none" w:sz="0" w:space="0" w:color="auto"/>
          </w:divBdr>
        </w:div>
        <w:div w:id="1858420803">
          <w:marLeft w:val="480"/>
          <w:marRight w:val="0"/>
          <w:marTop w:val="0"/>
          <w:marBottom w:val="0"/>
          <w:divBdr>
            <w:top w:val="none" w:sz="0" w:space="0" w:color="auto"/>
            <w:left w:val="none" w:sz="0" w:space="0" w:color="auto"/>
            <w:bottom w:val="none" w:sz="0" w:space="0" w:color="auto"/>
            <w:right w:val="none" w:sz="0" w:space="0" w:color="auto"/>
          </w:divBdr>
        </w:div>
        <w:div w:id="1884712236">
          <w:marLeft w:val="480"/>
          <w:marRight w:val="0"/>
          <w:marTop w:val="0"/>
          <w:marBottom w:val="0"/>
          <w:divBdr>
            <w:top w:val="none" w:sz="0" w:space="0" w:color="auto"/>
            <w:left w:val="none" w:sz="0" w:space="0" w:color="auto"/>
            <w:bottom w:val="none" w:sz="0" w:space="0" w:color="auto"/>
            <w:right w:val="none" w:sz="0" w:space="0" w:color="auto"/>
          </w:divBdr>
        </w:div>
        <w:div w:id="1995529708">
          <w:marLeft w:val="480"/>
          <w:marRight w:val="0"/>
          <w:marTop w:val="0"/>
          <w:marBottom w:val="0"/>
          <w:divBdr>
            <w:top w:val="none" w:sz="0" w:space="0" w:color="auto"/>
            <w:left w:val="none" w:sz="0" w:space="0" w:color="auto"/>
            <w:bottom w:val="none" w:sz="0" w:space="0" w:color="auto"/>
            <w:right w:val="none" w:sz="0" w:space="0" w:color="auto"/>
          </w:divBdr>
        </w:div>
        <w:div w:id="2126264995">
          <w:marLeft w:val="480"/>
          <w:marRight w:val="0"/>
          <w:marTop w:val="0"/>
          <w:marBottom w:val="0"/>
          <w:divBdr>
            <w:top w:val="none" w:sz="0" w:space="0" w:color="auto"/>
            <w:left w:val="none" w:sz="0" w:space="0" w:color="auto"/>
            <w:bottom w:val="none" w:sz="0" w:space="0" w:color="auto"/>
            <w:right w:val="none" w:sz="0" w:space="0" w:color="auto"/>
          </w:divBdr>
        </w:div>
      </w:divsChild>
    </w:div>
    <w:div w:id="689910332">
      <w:bodyDiv w:val="1"/>
      <w:marLeft w:val="0"/>
      <w:marRight w:val="0"/>
      <w:marTop w:val="0"/>
      <w:marBottom w:val="0"/>
      <w:divBdr>
        <w:top w:val="none" w:sz="0" w:space="0" w:color="auto"/>
        <w:left w:val="none" w:sz="0" w:space="0" w:color="auto"/>
        <w:bottom w:val="none" w:sz="0" w:space="0" w:color="auto"/>
        <w:right w:val="none" w:sz="0" w:space="0" w:color="auto"/>
      </w:divBdr>
    </w:div>
    <w:div w:id="692849625">
      <w:bodyDiv w:val="1"/>
      <w:marLeft w:val="0"/>
      <w:marRight w:val="0"/>
      <w:marTop w:val="0"/>
      <w:marBottom w:val="0"/>
      <w:divBdr>
        <w:top w:val="none" w:sz="0" w:space="0" w:color="auto"/>
        <w:left w:val="none" w:sz="0" w:space="0" w:color="auto"/>
        <w:bottom w:val="none" w:sz="0" w:space="0" w:color="auto"/>
        <w:right w:val="none" w:sz="0" w:space="0" w:color="auto"/>
      </w:divBdr>
    </w:div>
    <w:div w:id="700715531">
      <w:bodyDiv w:val="1"/>
      <w:marLeft w:val="0"/>
      <w:marRight w:val="0"/>
      <w:marTop w:val="0"/>
      <w:marBottom w:val="0"/>
      <w:divBdr>
        <w:top w:val="none" w:sz="0" w:space="0" w:color="auto"/>
        <w:left w:val="none" w:sz="0" w:space="0" w:color="auto"/>
        <w:bottom w:val="none" w:sz="0" w:space="0" w:color="auto"/>
        <w:right w:val="none" w:sz="0" w:space="0" w:color="auto"/>
      </w:divBdr>
    </w:div>
    <w:div w:id="701170550">
      <w:bodyDiv w:val="1"/>
      <w:marLeft w:val="0"/>
      <w:marRight w:val="0"/>
      <w:marTop w:val="0"/>
      <w:marBottom w:val="0"/>
      <w:divBdr>
        <w:top w:val="none" w:sz="0" w:space="0" w:color="auto"/>
        <w:left w:val="none" w:sz="0" w:space="0" w:color="auto"/>
        <w:bottom w:val="none" w:sz="0" w:space="0" w:color="auto"/>
        <w:right w:val="none" w:sz="0" w:space="0" w:color="auto"/>
      </w:divBdr>
      <w:divsChild>
        <w:div w:id="34501350">
          <w:marLeft w:val="480"/>
          <w:marRight w:val="0"/>
          <w:marTop w:val="0"/>
          <w:marBottom w:val="0"/>
          <w:divBdr>
            <w:top w:val="none" w:sz="0" w:space="0" w:color="auto"/>
            <w:left w:val="none" w:sz="0" w:space="0" w:color="auto"/>
            <w:bottom w:val="none" w:sz="0" w:space="0" w:color="auto"/>
            <w:right w:val="none" w:sz="0" w:space="0" w:color="auto"/>
          </w:divBdr>
        </w:div>
        <w:div w:id="69936310">
          <w:marLeft w:val="480"/>
          <w:marRight w:val="0"/>
          <w:marTop w:val="0"/>
          <w:marBottom w:val="0"/>
          <w:divBdr>
            <w:top w:val="none" w:sz="0" w:space="0" w:color="auto"/>
            <w:left w:val="none" w:sz="0" w:space="0" w:color="auto"/>
            <w:bottom w:val="none" w:sz="0" w:space="0" w:color="auto"/>
            <w:right w:val="none" w:sz="0" w:space="0" w:color="auto"/>
          </w:divBdr>
        </w:div>
        <w:div w:id="149517136">
          <w:marLeft w:val="480"/>
          <w:marRight w:val="0"/>
          <w:marTop w:val="0"/>
          <w:marBottom w:val="0"/>
          <w:divBdr>
            <w:top w:val="none" w:sz="0" w:space="0" w:color="auto"/>
            <w:left w:val="none" w:sz="0" w:space="0" w:color="auto"/>
            <w:bottom w:val="none" w:sz="0" w:space="0" w:color="auto"/>
            <w:right w:val="none" w:sz="0" w:space="0" w:color="auto"/>
          </w:divBdr>
        </w:div>
        <w:div w:id="158349285">
          <w:marLeft w:val="480"/>
          <w:marRight w:val="0"/>
          <w:marTop w:val="0"/>
          <w:marBottom w:val="0"/>
          <w:divBdr>
            <w:top w:val="none" w:sz="0" w:space="0" w:color="auto"/>
            <w:left w:val="none" w:sz="0" w:space="0" w:color="auto"/>
            <w:bottom w:val="none" w:sz="0" w:space="0" w:color="auto"/>
            <w:right w:val="none" w:sz="0" w:space="0" w:color="auto"/>
          </w:divBdr>
        </w:div>
        <w:div w:id="299959675">
          <w:marLeft w:val="480"/>
          <w:marRight w:val="0"/>
          <w:marTop w:val="0"/>
          <w:marBottom w:val="0"/>
          <w:divBdr>
            <w:top w:val="none" w:sz="0" w:space="0" w:color="auto"/>
            <w:left w:val="none" w:sz="0" w:space="0" w:color="auto"/>
            <w:bottom w:val="none" w:sz="0" w:space="0" w:color="auto"/>
            <w:right w:val="none" w:sz="0" w:space="0" w:color="auto"/>
          </w:divBdr>
        </w:div>
        <w:div w:id="343090920">
          <w:marLeft w:val="480"/>
          <w:marRight w:val="0"/>
          <w:marTop w:val="0"/>
          <w:marBottom w:val="0"/>
          <w:divBdr>
            <w:top w:val="none" w:sz="0" w:space="0" w:color="auto"/>
            <w:left w:val="none" w:sz="0" w:space="0" w:color="auto"/>
            <w:bottom w:val="none" w:sz="0" w:space="0" w:color="auto"/>
            <w:right w:val="none" w:sz="0" w:space="0" w:color="auto"/>
          </w:divBdr>
        </w:div>
        <w:div w:id="401637019">
          <w:marLeft w:val="480"/>
          <w:marRight w:val="0"/>
          <w:marTop w:val="0"/>
          <w:marBottom w:val="0"/>
          <w:divBdr>
            <w:top w:val="none" w:sz="0" w:space="0" w:color="auto"/>
            <w:left w:val="none" w:sz="0" w:space="0" w:color="auto"/>
            <w:bottom w:val="none" w:sz="0" w:space="0" w:color="auto"/>
            <w:right w:val="none" w:sz="0" w:space="0" w:color="auto"/>
          </w:divBdr>
        </w:div>
        <w:div w:id="407313227">
          <w:marLeft w:val="480"/>
          <w:marRight w:val="0"/>
          <w:marTop w:val="0"/>
          <w:marBottom w:val="0"/>
          <w:divBdr>
            <w:top w:val="none" w:sz="0" w:space="0" w:color="auto"/>
            <w:left w:val="none" w:sz="0" w:space="0" w:color="auto"/>
            <w:bottom w:val="none" w:sz="0" w:space="0" w:color="auto"/>
            <w:right w:val="none" w:sz="0" w:space="0" w:color="auto"/>
          </w:divBdr>
        </w:div>
        <w:div w:id="454103516">
          <w:marLeft w:val="480"/>
          <w:marRight w:val="0"/>
          <w:marTop w:val="0"/>
          <w:marBottom w:val="0"/>
          <w:divBdr>
            <w:top w:val="none" w:sz="0" w:space="0" w:color="auto"/>
            <w:left w:val="none" w:sz="0" w:space="0" w:color="auto"/>
            <w:bottom w:val="none" w:sz="0" w:space="0" w:color="auto"/>
            <w:right w:val="none" w:sz="0" w:space="0" w:color="auto"/>
          </w:divBdr>
        </w:div>
        <w:div w:id="458694008">
          <w:marLeft w:val="480"/>
          <w:marRight w:val="0"/>
          <w:marTop w:val="0"/>
          <w:marBottom w:val="0"/>
          <w:divBdr>
            <w:top w:val="none" w:sz="0" w:space="0" w:color="auto"/>
            <w:left w:val="none" w:sz="0" w:space="0" w:color="auto"/>
            <w:bottom w:val="none" w:sz="0" w:space="0" w:color="auto"/>
            <w:right w:val="none" w:sz="0" w:space="0" w:color="auto"/>
          </w:divBdr>
        </w:div>
        <w:div w:id="549997779">
          <w:marLeft w:val="480"/>
          <w:marRight w:val="0"/>
          <w:marTop w:val="0"/>
          <w:marBottom w:val="0"/>
          <w:divBdr>
            <w:top w:val="none" w:sz="0" w:space="0" w:color="auto"/>
            <w:left w:val="none" w:sz="0" w:space="0" w:color="auto"/>
            <w:bottom w:val="none" w:sz="0" w:space="0" w:color="auto"/>
            <w:right w:val="none" w:sz="0" w:space="0" w:color="auto"/>
          </w:divBdr>
        </w:div>
        <w:div w:id="580874641">
          <w:marLeft w:val="480"/>
          <w:marRight w:val="0"/>
          <w:marTop w:val="0"/>
          <w:marBottom w:val="0"/>
          <w:divBdr>
            <w:top w:val="none" w:sz="0" w:space="0" w:color="auto"/>
            <w:left w:val="none" w:sz="0" w:space="0" w:color="auto"/>
            <w:bottom w:val="none" w:sz="0" w:space="0" w:color="auto"/>
            <w:right w:val="none" w:sz="0" w:space="0" w:color="auto"/>
          </w:divBdr>
        </w:div>
        <w:div w:id="657540458">
          <w:marLeft w:val="480"/>
          <w:marRight w:val="0"/>
          <w:marTop w:val="0"/>
          <w:marBottom w:val="0"/>
          <w:divBdr>
            <w:top w:val="none" w:sz="0" w:space="0" w:color="auto"/>
            <w:left w:val="none" w:sz="0" w:space="0" w:color="auto"/>
            <w:bottom w:val="none" w:sz="0" w:space="0" w:color="auto"/>
            <w:right w:val="none" w:sz="0" w:space="0" w:color="auto"/>
          </w:divBdr>
        </w:div>
        <w:div w:id="671108269">
          <w:marLeft w:val="480"/>
          <w:marRight w:val="0"/>
          <w:marTop w:val="0"/>
          <w:marBottom w:val="0"/>
          <w:divBdr>
            <w:top w:val="none" w:sz="0" w:space="0" w:color="auto"/>
            <w:left w:val="none" w:sz="0" w:space="0" w:color="auto"/>
            <w:bottom w:val="none" w:sz="0" w:space="0" w:color="auto"/>
            <w:right w:val="none" w:sz="0" w:space="0" w:color="auto"/>
          </w:divBdr>
        </w:div>
        <w:div w:id="736515665">
          <w:marLeft w:val="480"/>
          <w:marRight w:val="0"/>
          <w:marTop w:val="0"/>
          <w:marBottom w:val="0"/>
          <w:divBdr>
            <w:top w:val="none" w:sz="0" w:space="0" w:color="auto"/>
            <w:left w:val="none" w:sz="0" w:space="0" w:color="auto"/>
            <w:bottom w:val="none" w:sz="0" w:space="0" w:color="auto"/>
            <w:right w:val="none" w:sz="0" w:space="0" w:color="auto"/>
          </w:divBdr>
        </w:div>
        <w:div w:id="819422872">
          <w:marLeft w:val="480"/>
          <w:marRight w:val="0"/>
          <w:marTop w:val="0"/>
          <w:marBottom w:val="0"/>
          <w:divBdr>
            <w:top w:val="none" w:sz="0" w:space="0" w:color="auto"/>
            <w:left w:val="none" w:sz="0" w:space="0" w:color="auto"/>
            <w:bottom w:val="none" w:sz="0" w:space="0" w:color="auto"/>
            <w:right w:val="none" w:sz="0" w:space="0" w:color="auto"/>
          </w:divBdr>
        </w:div>
        <w:div w:id="910043116">
          <w:marLeft w:val="480"/>
          <w:marRight w:val="0"/>
          <w:marTop w:val="0"/>
          <w:marBottom w:val="0"/>
          <w:divBdr>
            <w:top w:val="none" w:sz="0" w:space="0" w:color="auto"/>
            <w:left w:val="none" w:sz="0" w:space="0" w:color="auto"/>
            <w:bottom w:val="none" w:sz="0" w:space="0" w:color="auto"/>
            <w:right w:val="none" w:sz="0" w:space="0" w:color="auto"/>
          </w:divBdr>
        </w:div>
        <w:div w:id="937370264">
          <w:marLeft w:val="480"/>
          <w:marRight w:val="0"/>
          <w:marTop w:val="0"/>
          <w:marBottom w:val="0"/>
          <w:divBdr>
            <w:top w:val="none" w:sz="0" w:space="0" w:color="auto"/>
            <w:left w:val="none" w:sz="0" w:space="0" w:color="auto"/>
            <w:bottom w:val="none" w:sz="0" w:space="0" w:color="auto"/>
            <w:right w:val="none" w:sz="0" w:space="0" w:color="auto"/>
          </w:divBdr>
        </w:div>
        <w:div w:id="952321018">
          <w:marLeft w:val="480"/>
          <w:marRight w:val="0"/>
          <w:marTop w:val="0"/>
          <w:marBottom w:val="0"/>
          <w:divBdr>
            <w:top w:val="none" w:sz="0" w:space="0" w:color="auto"/>
            <w:left w:val="none" w:sz="0" w:space="0" w:color="auto"/>
            <w:bottom w:val="none" w:sz="0" w:space="0" w:color="auto"/>
            <w:right w:val="none" w:sz="0" w:space="0" w:color="auto"/>
          </w:divBdr>
        </w:div>
        <w:div w:id="1075585152">
          <w:marLeft w:val="480"/>
          <w:marRight w:val="0"/>
          <w:marTop w:val="0"/>
          <w:marBottom w:val="0"/>
          <w:divBdr>
            <w:top w:val="none" w:sz="0" w:space="0" w:color="auto"/>
            <w:left w:val="none" w:sz="0" w:space="0" w:color="auto"/>
            <w:bottom w:val="none" w:sz="0" w:space="0" w:color="auto"/>
            <w:right w:val="none" w:sz="0" w:space="0" w:color="auto"/>
          </w:divBdr>
        </w:div>
        <w:div w:id="1097598560">
          <w:marLeft w:val="480"/>
          <w:marRight w:val="0"/>
          <w:marTop w:val="0"/>
          <w:marBottom w:val="0"/>
          <w:divBdr>
            <w:top w:val="none" w:sz="0" w:space="0" w:color="auto"/>
            <w:left w:val="none" w:sz="0" w:space="0" w:color="auto"/>
            <w:bottom w:val="none" w:sz="0" w:space="0" w:color="auto"/>
            <w:right w:val="none" w:sz="0" w:space="0" w:color="auto"/>
          </w:divBdr>
        </w:div>
        <w:div w:id="1144394242">
          <w:marLeft w:val="480"/>
          <w:marRight w:val="0"/>
          <w:marTop w:val="0"/>
          <w:marBottom w:val="0"/>
          <w:divBdr>
            <w:top w:val="none" w:sz="0" w:space="0" w:color="auto"/>
            <w:left w:val="none" w:sz="0" w:space="0" w:color="auto"/>
            <w:bottom w:val="none" w:sz="0" w:space="0" w:color="auto"/>
            <w:right w:val="none" w:sz="0" w:space="0" w:color="auto"/>
          </w:divBdr>
        </w:div>
        <w:div w:id="1160534722">
          <w:marLeft w:val="480"/>
          <w:marRight w:val="0"/>
          <w:marTop w:val="0"/>
          <w:marBottom w:val="0"/>
          <w:divBdr>
            <w:top w:val="none" w:sz="0" w:space="0" w:color="auto"/>
            <w:left w:val="none" w:sz="0" w:space="0" w:color="auto"/>
            <w:bottom w:val="none" w:sz="0" w:space="0" w:color="auto"/>
            <w:right w:val="none" w:sz="0" w:space="0" w:color="auto"/>
          </w:divBdr>
        </w:div>
        <w:div w:id="1198203321">
          <w:marLeft w:val="480"/>
          <w:marRight w:val="0"/>
          <w:marTop w:val="0"/>
          <w:marBottom w:val="0"/>
          <w:divBdr>
            <w:top w:val="none" w:sz="0" w:space="0" w:color="auto"/>
            <w:left w:val="none" w:sz="0" w:space="0" w:color="auto"/>
            <w:bottom w:val="none" w:sz="0" w:space="0" w:color="auto"/>
            <w:right w:val="none" w:sz="0" w:space="0" w:color="auto"/>
          </w:divBdr>
        </w:div>
        <w:div w:id="1247232138">
          <w:marLeft w:val="480"/>
          <w:marRight w:val="0"/>
          <w:marTop w:val="0"/>
          <w:marBottom w:val="0"/>
          <w:divBdr>
            <w:top w:val="none" w:sz="0" w:space="0" w:color="auto"/>
            <w:left w:val="none" w:sz="0" w:space="0" w:color="auto"/>
            <w:bottom w:val="none" w:sz="0" w:space="0" w:color="auto"/>
            <w:right w:val="none" w:sz="0" w:space="0" w:color="auto"/>
          </w:divBdr>
        </w:div>
        <w:div w:id="1406953668">
          <w:marLeft w:val="480"/>
          <w:marRight w:val="0"/>
          <w:marTop w:val="0"/>
          <w:marBottom w:val="0"/>
          <w:divBdr>
            <w:top w:val="none" w:sz="0" w:space="0" w:color="auto"/>
            <w:left w:val="none" w:sz="0" w:space="0" w:color="auto"/>
            <w:bottom w:val="none" w:sz="0" w:space="0" w:color="auto"/>
            <w:right w:val="none" w:sz="0" w:space="0" w:color="auto"/>
          </w:divBdr>
        </w:div>
        <w:div w:id="1438940405">
          <w:marLeft w:val="480"/>
          <w:marRight w:val="0"/>
          <w:marTop w:val="0"/>
          <w:marBottom w:val="0"/>
          <w:divBdr>
            <w:top w:val="none" w:sz="0" w:space="0" w:color="auto"/>
            <w:left w:val="none" w:sz="0" w:space="0" w:color="auto"/>
            <w:bottom w:val="none" w:sz="0" w:space="0" w:color="auto"/>
            <w:right w:val="none" w:sz="0" w:space="0" w:color="auto"/>
          </w:divBdr>
        </w:div>
        <w:div w:id="1456486261">
          <w:marLeft w:val="480"/>
          <w:marRight w:val="0"/>
          <w:marTop w:val="0"/>
          <w:marBottom w:val="0"/>
          <w:divBdr>
            <w:top w:val="none" w:sz="0" w:space="0" w:color="auto"/>
            <w:left w:val="none" w:sz="0" w:space="0" w:color="auto"/>
            <w:bottom w:val="none" w:sz="0" w:space="0" w:color="auto"/>
            <w:right w:val="none" w:sz="0" w:space="0" w:color="auto"/>
          </w:divBdr>
        </w:div>
        <w:div w:id="1600412502">
          <w:marLeft w:val="480"/>
          <w:marRight w:val="0"/>
          <w:marTop w:val="0"/>
          <w:marBottom w:val="0"/>
          <w:divBdr>
            <w:top w:val="none" w:sz="0" w:space="0" w:color="auto"/>
            <w:left w:val="none" w:sz="0" w:space="0" w:color="auto"/>
            <w:bottom w:val="none" w:sz="0" w:space="0" w:color="auto"/>
            <w:right w:val="none" w:sz="0" w:space="0" w:color="auto"/>
          </w:divBdr>
        </w:div>
        <w:div w:id="1625767421">
          <w:marLeft w:val="480"/>
          <w:marRight w:val="0"/>
          <w:marTop w:val="0"/>
          <w:marBottom w:val="0"/>
          <w:divBdr>
            <w:top w:val="none" w:sz="0" w:space="0" w:color="auto"/>
            <w:left w:val="none" w:sz="0" w:space="0" w:color="auto"/>
            <w:bottom w:val="none" w:sz="0" w:space="0" w:color="auto"/>
            <w:right w:val="none" w:sz="0" w:space="0" w:color="auto"/>
          </w:divBdr>
        </w:div>
        <w:div w:id="1663586135">
          <w:marLeft w:val="480"/>
          <w:marRight w:val="0"/>
          <w:marTop w:val="0"/>
          <w:marBottom w:val="0"/>
          <w:divBdr>
            <w:top w:val="none" w:sz="0" w:space="0" w:color="auto"/>
            <w:left w:val="none" w:sz="0" w:space="0" w:color="auto"/>
            <w:bottom w:val="none" w:sz="0" w:space="0" w:color="auto"/>
            <w:right w:val="none" w:sz="0" w:space="0" w:color="auto"/>
          </w:divBdr>
        </w:div>
        <w:div w:id="1718968900">
          <w:marLeft w:val="480"/>
          <w:marRight w:val="0"/>
          <w:marTop w:val="0"/>
          <w:marBottom w:val="0"/>
          <w:divBdr>
            <w:top w:val="none" w:sz="0" w:space="0" w:color="auto"/>
            <w:left w:val="none" w:sz="0" w:space="0" w:color="auto"/>
            <w:bottom w:val="none" w:sz="0" w:space="0" w:color="auto"/>
            <w:right w:val="none" w:sz="0" w:space="0" w:color="auto"/>
          </w:divBdr>
        </w:div>
        <w:div w:id="1732726346">
          <w:marLeft w:val="480"/>
          <w:marRight w:val="0"/>
          <w:marTop w:val="0"/>
          <w:marBottom w:val="0"/>
          <w:divBdr>
            <w:top w:val="none" w:sz="0" w:space="0" w:color="auto"/>
            <w:left w:val="none" w:sz="0" w:space="0" w:color="auto"/>
            <w:bottom w:val="none" w:sz="0" w:space="0" w:color="auto"/>
            <w:right w:val="none" w:sz="0" w:space="0" w:color="auto"/>
          </w:divBdr>
        </w:div>
        <w:div w:id="1851411517">
          <w:marLeft w:val="480"/>
          <w:marRight w:val="0"/>
          <w:marTop w:val="0"/>
          <w:marBottom w:val="0"/>
          <w:divBdr>
            <w:top w:val="none" w:sz="0" w:space="0" w:color="auto"/>
            <w:left w:val="none" w:sz="0" w:space="0" w:color="auto"/>
            <w:bottom w:val="none" w:sz="0" w:space="0" w:color="auto"/>
            <w:right w:val="none" w:sz="0" w:space="0" w:color="auto"/>
          </w:divBdr>
        </w:div>
        <w:div w:id="1931234666">
          <w:marLeft w:val="480"/>
          <w:marRight w:val="0"/>
          <w:marTop w:val="0"/>
          <w:marBottom w:val="0"/>
          <w:divBdr>
            <w:top w:val="none" w:sz="0" w:space="0" w:color="auto"/>
            <w:left w:val="none" w:sz="0" w:space="0" w:color="auto"/>
            <w:bottom w:val="none" w:sz="0" w:space="0" w:color="auto"/>
            <w:right w:val="none" w:sz="0" w:space="0" w:color="auto"/>
          </w:divBdr>
        </w:div>
        <w:div w:id="1973175522">
          <w:marLeft w:val="480"/>
          <w:marRight w:val="0"/>
          <w:marTop w:val="0"/>
          <w:marBottom w:val="0"/>
          <w:divBdr>
            <w:top w:val="none" w:sz="0" w:space="0" w:color="auto"/>
            <w:left w:val="none" w:sz="0" w:space="0" w:color="auto"/>
            <w:bottom w:val="none" w:sz="0" w:space="0" w:color="auto"/>
            <w:right w:val="none" w:sz="0" w:space="0" w:color="auto"/>
          </w:divBdr>
        </w:div>
        <w:div w:id="2011835944">
          <w:marLeft w:val="480"/>
          <w:marRight w:val="0"/>
          <w:marTop w:val="0"/>
          <w:marBottom w:val="0"/>
          <w:divBdr>
            <w:top w:val="none" w:sz="0" w:space="0" w:color="auto"/>
            <w:left w:val="none" w:sz="0" w:space="0" w:color="auto"/>
            <w:bottom w:val="none" w:sz="0" w:space="0" w:color="auto"/>
            <w:right w:val="none" w:sz="0" w:space="0" w:color="auto"/>
          </w:divBdr>
        </w:div>
      </w:divsChild>
    </w:div>
    <w:div w:id="704983958">
      <w:bodyDiv w:val="1"/>
      <w:marLeft w:val="0"/>
      <w:marRight w:val="0"/>
      <w:marTop w:val="0"/>
      <w:marBottom w:val="0"/>
      <w:divBdr>
        <w:top w:val="none" w:sz="0" w:space="0" w:color="auto"/>
        <w:left w:val="none" w:sz="0" w:space="0" w:color="auto"/>
        <w:bottom w:val="none" w:sz="0" w:space="0" w:color="auto"/>
        <w:right w:val="none" w:sz="0" w:space="0" w:color="auto"/>
      </w:divBdr>
    </w:div>
    <w:div w:id="709108534">
      <w:bodyDiv w:val="1"/>
      <w:marLeft w:val="0"/>
      <w:marRight w:val="0"/>
      <w:marTop w:val="0"/>
      <w:marBottom w:val="0"/>
      <w:divBdr>
        <w:top w:val="none" w:sz="0" w:space="0" w:color="auto"/>
        <w:left w:val="none" w:sz="0" w:space="0" w:color="auto"/>
        <w:bottom w:val="none" w:sz="0" w:space="0" w:color="auto"/>
        <w:right w:val="none" w:sz="0" w:space="0" w:color="auto"/>
      </w:divBdr>
      <w:divsChild>
        <w:div w:id="7683523">
          <w:marLeft w:val="480"/>
          <w:marRight w:val="0"/>
          <w:marTop w:val="0"/>
          <w:marBottom w:val="0"/>
          <w:divBdr>
            <w:top w:val="none" w:sz="0" w:space="0" w:color="auto"/>
            <w:left w:val="none" w:sz="0" w:space="0" w:color="auto"/>
            <w:bottom w:val="none" w:sz="0" w:space="0" w:color="auto"/>
            <w:right w:val="none" w:sz="0" w:space="0" w:color="auto"/>
          </w:divBdr>
        </w:div>
        <w:div w:id="148450451">
          <w:marLeft w:val="480"/>
          <w:marRight w:val="0"/>
          <w:marTop w:val="0"/>
          <w:marBottom w:val="0"/>
          <w:divBdr>
            <w:top w:val="none" w:sz="0" w:space="0" w:color="auto"/>
            <w:left w:val="none" w:sz="0" w:space="0" w:color="auto"/>
            <w:bottom w:val="none" w:sz="0" w:space="0" w:color="auto"/>
            <w:right w:val="none" w:sz="0" w:space="0" w:color="auto"/>
          </w:divBdr>
        </w:div>
        <w:div w:id="280917719">
          <w:marLeft w:val="480"/>
          <w:marRight w:val="0"/>
          <w:marTop w:val="0"/>
          <w:marBottom w:val="0"/>
          <w:divBdr>
            <w:top w:val="none" w:sz="0" w:space="0" w:color="auto"/>
            <w:left w:val="none" w:sz="0" w:space="0" w:color="auto"/>
            <w:bottom w:val="none" w:sz="0" w:space="0" w:color="auto"/>
            <w:right w:val="none" w:sz="0" w:space="0" w:color="auto"/>
          </w:divBdr>
        </w:div>
        <w:div w:id="353263488">
          <w:marLeft w:val="480"/>
          <w:marRight w:val="0"/>
          <w:marTop w:val="0"/>
          <w:marBottom w:val="0"/>
          <w:divBdr>
            <w:top w:val="none" w:sz="0" w:space="0" w:color="auto"/>
            <w:left w:val="none" w:sz="0" w:space="0" w:color="auto"/>
            <w:bottom w:val="none" w:sz="0" w:space="0" w:color="auto"/>
            <w:right w:val="none" w:sz="0" w:space="0" w:color="auto"/>
          </w:divBdr>
        </w:div>
        <w:div w:id="384450169">
          <w:marLeft w:val="480"/>
          <w:marRight w:val="0"/>
          <w:marTop w:val="0"/>
          <w:marBottom w:val="0"/>
          <w:divBdr>
            <w:top w:val="none" w:sz="0" w:space="0" w:color="auto"/>
            <w:left w:val="none" w:sz="0" w:space="0" w:color="auto"/>
            <w:bottom w:val="none" w:sz="0" w:space="0" w:color="auto"/>
            <w:right w:val="none" w:sz="0" w:space="0" w:color="auto"/>
          </w:divBdr>
        </w:div>
        <w:div w:id="510994241">
          <w:marLeft w:val="480"/>
          <w:marRight w:val="0"/>
          <w:marTop w:val="0"/>
          <w:marBottom w:val="0"/>
          <w:divBdr>
            <w:top w:val="none" w:sz="0" w:space="0" w:color="auto"/>
            <w:left w:val="none" w:sz="0" w:space="0" w:color="auto"/>
            <w:bottom w:val="none" w:sz="0" w:space="0" w:color="auto"/>
            <w:right w:val="none" w:sz="0" w:space="0" w:color="auto"/>
          </w:divBdr>
        </w:div>
        <w:div w:id="531113561">
          <w:marLeft w:val="480"/>
          <w:marRight w:val="0"/>
          <w:marTop w:val="0"/>
          <w:marBottom w:val="0"/>
          <w:divBdr>
            <w:top w:val="none" w:sz="0" w:space="0" w:color="auto"/>
            <w:left w:val="none" w:sz="0" w:space="0" w:color="auto"/>
            <w:bottom w:val="none" w:sz="0" w:space="0" w:color="auto"/>
            <w:right w:val="none" w:sz="0" w:space="0" w:color="auto"/>
          </w:divBdr>
        </w:div>
        <w:div w:id="570046760">
          <w:marLeft w:val="480"/>
          <w:marRight w:val="0"/>
          <w:marTop w:val="0"/>
          <w:marBottom w:val="0"/>
          <w:divBdr>
            <w:top w:val="none" w:sz="0" w:space="0" w:color="auto"/>
            <w:left w:val="none" w:sz="0" w:space="0" w:color="auto"/>
            <w:bottom w:val="none" w:sz="0" w:space="0" w:color="auto"/>
            <w:right w:val="none" w:sz="0" w:space="0" w:color="auto"/>
          </w:divBdr>
        </w:div>
        <w:div w:id="645747995">
          <w:marLeft w:val="480"/>
          <w:marRight w:val="0"/>
          <w:marTop w:val="0"/>
          <w:marBottom w:val="0"/>
          <w:divBdr>
            <w:top w:val="none" w:sz="0" w:space="0" w:color="auto"/>
            <w:left w:val="none" w:sz="0" w:space="0" w:color="auto"/>
            <w:bottom w:val="none" w:sz="0" w:space="0" w:color="auto"/>
            <w:right w:val="none" w:sz="0" w:space="0" w:color="auto"/>
          </w:divBdr>
        </w:div>
        <w:div w:id="657998143">
          <w:marLeft w:val="480"/>
          <w:marRight w:val="0"/>
          <w:marTop w:val="0"/>
          <w:marBottom w:val="0"/>
          <w:divBdr>
            <w:top w:val="none" w:sz="0" w:space="0" w:color="auto"/>
            <w:left w:val="none" w:sz="0" w:space="0" w:color="auto"/>
            <w:bottom w:val="none" w:sz="0" w:space="0" w:color="auto"/>
            <w:right w:val="none" w:sz="0" w:space="0" w:color="auto"/>
          </w:divBdr>
        </w:div>
        <w:div w:id="755513415">
          <w:marLeft w:val="480"/>
          <w:marRight w:val="0"/>
          <w:marTop w:val="0"/>
          <w:marBottom w:val="0"/>
          <w:divBdr>
            <w:top w:val="none" w:sz="0" w:space="0" w:color="auto"/>
            <w:left w:val="none" w:sz="0" w:space="0" w:color="auto"/>
            <w:bottom w:val="none" w:sz="0" w:space="0" w:color="auto"/>
            <w:right w:val="none" w:sz="0" w:space="0" w:color="auto"/>
          </w:divBdr>
        </w:div>
        <w:div w:id="811873788">
          <w:marLeft w:val="480"/>
          <w:marRight w:val="0"/>
          <w:marTop w:val="0"/>
          <w:marBottom w:val="0"/>
          <w:divBdr>
            <w:top w:val="none" w:sz="0" w:space="0" w:color="auto"/>
            <w:left w:val="none" w:sz="0" w:space="0" w:color="auto"/>
            <w:bottom w:val="none" w:sz="0" w:space="0" w:color="auto"/>
            <w:right w:val="none" w:sz="0" w:space="0" w:color="auto"/>
          </w:divBdr>
        </w:div>
        <w:div w:id="835655631">
          <w:marLeft w:val="480"/>
          <w:marRight w:val="0"/>
          <w:marTop w:val="0"/>
          <w:marBottom w:val="0"/>
          <w:divBdr>
            <w:top w:val="none" w:sz="0" w:space="0" w:color="auto"/>
            <w:left w:val="none" w:sz="0" w:space="0" w:color="auto"/>
            <w:bottom w:val="none" w:sz="0" w:space="0" w:color="auto"/>
            <w:right w:val="none" w:sz="0" w:space="0" w:color="auto"/>
          </w:divBdr>
        </w:div>
        <w:div w:id="910386348">
          <w:marLeft w:val="480"/>
          <w:marRight w:val="0"/>
          <w:marTop w:val="0"/>
          <w:marBottom w:val="0"/>
          <w:divBdr>
            <w:top w:val="none" w:sz="0" w:space="0" w:color="auto"/>
            <w:left w:val="none" w:sz="0" w:space="0" w:color="auto"/>
            <w:bottom w:val="none" w:sz="0" w:space="0" w:color="auto"/>
            <w:right w:val="none" w:sz="0" w:space="0" w:color="auto"/>
          </w:divBdr>
        </w:div>
        <w:div w:id="932317282">
          <w:marLeft w:val="480"/>
          <w:marRight w:val="0"/>
          <w:marTop w:val="0"/>
          <w:marBottom w:val="0"/>
          <w:divBdr>
            <w:top w:val="none" w:sz="0" w:space="0" w:color="auto"/>
            <w:left w:val="none" w:sz="0" w:space="0" w:color="auto"/>
            <w:bottom w:val="none" w:sz="0" w:space="0" w:color="auto"/>
            <w:right w:val="none" w:sz="0" w:space="0" w:color="auto"/>
          </w:divBdr>
        </w:div>
        <w:div w:id="1038235017">
          <w:marLeft w:val="480"/>
          <w:marRight w:val="0"/>
          <w:marTop w:val="0"/>
          <w:marBottom w:val="0"/>
          <w:divBdr>
            <w:top w:val="none" w:sz="0" w:space="0" w:color="auto"/>
            <w:left w:val="none" w:sz="0" w:space="0" w:color="auto"/>
            <w:bottom w:val="none" w:sz="0" w:space="0" w:color="auto"/>
            <w:right w:val="none" w:sz="0" w:space="0" w:color="auto"/>
          </w:divBdr>
        </w:div>
        <w:div w:id="1088231520">
          <w:marLeft w:val="480"/>
          <w:marRight w:val="0"/>
          <w:marTop w:val="0"/>
          <w:marBottom w:val="0"/>
          <w:divBdr>
            <w:top w:val="none" w:sz="0" w:space="0" w:color="auto"/>
            <w:left w:val="none" w:sz="0" w:space="0" w:color="auto"/>
            <w:bottom w:val="none" w:sz="0" w:space="0" w:color="auto"/>
            <w:right w:val="none" w:sz="0" w:space="0" w:color="auto"/>
          </w:divBdr>
        </w:div>
        <w:div w:id="1110933413">
          <w:marLeft w:val="480"/>
          <w:marRight w:val="0"/>
          <w:marTop w:val="0"/>
          <w:marBottom w:val="0"/>
          <w:divBdr>
            <w:top w:val="none" w:sz="0" w:space="0" w:color="auto"/>
            <w:left w:val="none" w:sz="0" w:space="0" w:color="auto"/>
            <w:bottom w:val="none" w:sz="0" w:space="0" w:color="auto"/>
            <w:right w:val="none" w:sz="0" w:space="0" w:color="auto"/>
          </w:divBdr>
        </w:div>
        <w:div w:id="1161115372">
          <w:marLeft w:val="480"/>
          <w:marRight w:val="0"/>
          <w:marTop w:val="0"/>
          <w:marBottom w:val="0"/>
          <w:divBdr>
            <w:top w:val="none" w:sz="0" w:space="0" w:color="auto"/>
            <w:left w:val="none" w:sz="0" w:space="0" w:color="auto"/>
            <w:bottom w:val="none" w:sz="0" w:space="0" w:color="auto"/>
            <w:right w:val="none" w:sz="0" w:space="0" w:color="auto"/>
          </w:divBdr>
        </w:div>
        <w:div w:id="1177505065">
          <w:marLeft w:val="480"/>
          <w:marRight w:val="0"/>
          <w:marTop w:val="0"/>
          <w:marBottom w:val="0"/>
          <w:divBdr>
            <w:top w:val="none" w:sz="0" w:space="0" w:color="auto"/>
            <w:left w:val="none" w:sz="0" w:space="0" w:color="auto"/>
            <w:bottom w:val="none" w:sz="0" w:space="0" w:color="auto"/>
            <w:right w:val="none" w:sz="0" w:space="0" w:color="auto"/>
          </w:divBdr>
        </w:div>
        <w:div w:id="1180394029">
          <w:marLeft w:val="480"/>
          <w:marRight w:val="0"/>
          <w:marTop w:val="0"/>
          <w:marBottom w:val="0"/>
          <w:divBdr>
            <w:top w:val="none" w:sz="0" w:space="0" w:color="auto"/>
            <w:left w:val="none" w:sz="0" w:space="0" w:color="auto"/>
            <w:bottom w:val="none" w:sz="0" w:space="0" w:color="auto"/>
            <w:right w:val="none" w:sz="0" w:space="0" w:color="auto"/>
          </w:divBdr>
        </w:div>
        <w:div w:id="1219781275">
          <w:marLeft w:val="480"/>
          <w:marRight w:val="0"/>
          <w:marTop w:val="0"/>
          <w:marBottom w:val="0"/>
          <w:divBdr>
            <w:top w:val="none" w:sz="0" w:space="0" w:color="auto"/>
            <w:left w:val="none" w:sz="0" w:space="0" w:color="auto"/>
            <w:bottom w:val="none" w:sz="0" w:space="0" w:color="auto"/>
            <w:right w:val="none" w:sz="0" w:space="0" w:color="auto"/>
          </w:divBdr>
        </w:div>
        <w:div w:id="1241790528">
          <w:marLeft w:val="480"/>
          <w:marRight w:val="0"/>
          <w:marTop w:val="0"/>
          <w:marBottom w:val="0"/>
          <w:divBdr>
            <w:top w:val="none" w:sz="0" w:space="0" w:color="auto"/>
            <w:left w:val="none" w:sz="0" w:space="0" w:color="auto"/>
            <w:bottom w:val="none" w:sz="0" w:space="0" w:color="auto"/>
            <w:right w:val="none" w:sz="0" w:space="0" w:color="auto"/>
          </w:divBdr>
        </w:div>
        <w:div w:id="1255088716">
          <w:marLeft w:val="480"/>
          <w:marRight w:val="0"/>
          <w:marTop w:val="0"/>
          <w:marBottom w:val="0"/>
          <w:divBdr>
            <w:top w:val="none" w:sz="0" w:space="0" w:color="auto"/>
            <w:left w:val="none" w:sz="0" w:space="0" w:color="auto"/>
            <w:bottom w:val="none" w:sz="0" w:space="0" w:color="auto"/>
            <w:right w:val="none" w:sz="0" w:space="0" w:color="auto"/>
          </w:divBdr>
        </w:div>
        <w:div w:id="1280603317">
          <w:marLeft w:val="480"/>
          <w:marRight w:val="0"/>
          <w:marTop w:val="0"/>
          <w:marBottom w:val="0"/>
          <w:divBdr>
            <w:top w:val="none" w:sz="0" w:space="0" w:color="auto"/>
            <w:left w:val="none" w:sz="0" w:space="0" w:color="auto"/>
            <w:bottom w:val="none" w:sz="0" w:space="0" w:color="auto"/>
            <w:right w:val="none" w:sz="0" w:space="0" w:color="auto"/>
          </w:divBdr>
        </w:div>
        <w:div w:id="1496609003">
          <w:marLeft w:val="480"/>
          <w:marRight w:val="0"/>
          <w:marTop w:val="0"/>
          <w:marBottom w:val="0"/>
          <w:divBdr>
            <w:top w:val="none" w:sz="0" w:space="0" w:color="auto"/>
            <w:left w:val="none" w:sz="0" w:space="0" w:color="auto"/>
            <w:bottom w:val="none" w:sz="0" w:space="0" w:color="auto"/>
            <w:right w:val="none" w:sz="0" w:space="0" w:color="auto"/>
          </w:divBdr>
        </w:div>
        <w:div w:id="1655570834">
          <w:marLeft w:val="480"/>
          <w:marRight w:val="0"/>
          <w:marTop w:val="0"/>
          <w:marBottom w:val="0"/>
          <w:divBdr>
            <w:top w:val="none" w:sz="0" w:space="0" w:color="auto"/>
            <w:left w:val="none" w:sz="0" w:space="0" w:color="auto"/>
            <w:bottom w:val="none" w:sz="0" w:space="0" w:color="auto"/>
            <w:right w:val="none" w:sz="0" w:space="0" w:color="auto"/>
          </w:divBdr>
        </w:div>
        <w:div w:id="1706713194">
          <w:marLeft w:val="480"/>
          <w:marRight w:val="0"/>
          <w:marTop w:val="0"/>
          <w:marBottom w:val="0"/>
          <w:divBdr>
            <w:top w:val="none" w:sz="0" w:space="0" w:color="auto"/>
            <w:left w:val="none" w:sz="0" w:space="0" w:color="auto"/>
            <w:bottom w:val="none" w:sz="0" w:space="0" w:color="auto"/>
            <w:right w:val="none" w:sz="0" w:space="0" w:color="auto"/>
          </w:divBdr>
        </w:div>
        <w:div w:id="1710258191">
          <w:marLeft w:val="480"/>
          <w:marRight w:val="0"/>
          <w:marTop w:val="0"/>
          <w:marBottom w:val="0"/>
          <w:divBdr>
            <w:top w:val="none" w:sz="0" w:space="0" w:color="auto"/>
            <w:left w:val="none" w:sz="0" w:space="0" w:color="auto"/>
            <w:bottom w:val="none" w:sz="0" w:space="0" w:color="auto"/>
            <w:right w:val="none" w:sz="0" w:space="0" w:color="auto"/>
          </w:divBdr>
        </w:div>
        <w:div w:id="1797142611">
          <w:marLeft w:val="480"/>
          <w:marRight w:val="0"/>
          <w:marTop w:val="0"/>
          <w:marBottom w:val="0"/>
          <w:divBdr>
            <w:top w:val="none" w:sz="0" w:space="0" w:color="auto"/>
            <w:left w:val="none" w:sz="0" w:space="0" w:color="auto"/>
            <w:bottom w:val="none" w:sz="0" w:space="0" w:color="auto"/>
            <w:right w:val="none" w:sz="0" w:space="0" w:color="auto"/>
          </w:divBdr>
        </w:div>
        <w:div w:id="1868174911">
          <w:marLeft w:val="480"/>
          <w:marRight w:val="0"/>
          <w:marTop w:val="0"/>
          <w:marBottom w:val="0"/>
          <w:divBdr>
            <w:top w:val="none" w:sz="0" w:space="0" w:color="auto"/>
            <w:left w:val="none" w:sz="0" w:space="0" w:color="auto"/>
            <w:bottom w:val="none" w:sz="0" w:space="0" w:color="auto"/>
            <w:right w:val="none" w:sz="0" w:space="0" w:color="auto"/>
          </w:divBdr>
        </w:div>
        <w:div w:id="2076005961">
          <w:marLeft w:val="480"/>
          <w:marRight w:val="0"/>
          <w:marTop w:val="0"/>
          <w:marBottom w:val="0"/>
          <w:divBdr>
            <w:top w:val="none" w:sz="0" w:space="0" w:color="auto"/>
            <w:left w:val="none" w:sz="0" w:space="0" w:color="auto"/>
            <w:bottom w:val="none" w:sz="0" w:space="0" w:color="auto"/>
            <w:right w:val="none" w:sz="0" w:space="0" w:color="auto"/>
          </w:divBdr>
        </w:div>
      </w:divsChild>
    </w:div>
    <w:div w:id="709261871">
      <w:bodyDiv w:val="1"/>
      <w:marLeft w:val="0"/>
      <w:marRight w:val="0"/>
      <w:marTop w:val="0"/>
      <w:marBottom w:val="0"/>
      <w:divBdr>
        <w:top w:val="none" w:sz="0" w:space="0" w:color="auto"/>
        <w:left w:val="none" w:sz="0" w:space="0" w:color="auto"/>
        <w:bottom w:val="none" w:sz="0" w:space="0" w:color="auto"/>
        <w:right w:val="none" w:sz="0" w:space="0" w:color="auto"/>
      </w:divBdr>
    </w:div>
    <w:div w:id="709887485">
      <w:bodyDiv w:val="1"/>
      <w:marLeft w:val="0"/>
      <w:marRight w:val="0"/>
      <w:marTop w:val="0"/>
      <w:marBottom w:val="0"/>
      <w:divBdr>
        <w:top w:val="none" w:sz="0" w:space="0" w:color="auto"/>
        <w:left w:val="none" w:sz="0" w:space="0" w:color="auto"/>
        <w:bottom w:val="none" w:sz="0" w:space="0" w:color="auto"/>
        <w:right w:val="none" w:sz="0" w:space="0" w:color="auto"/>
      </w:divBdr>
    </w:div>
    <w:div w:id="711878435">
      <w:bodyDiv w:val="1"/>
      <w:marLeft w:val="0"/>
      <w:marRight w:val="0"/>
      <w:marTop w:val="0"/>
      <w:marBottom w:val="0"/>
      <w:divBdr>
        <w:top w:val="none" w:sz="0" w:space="0" w:color="auto"/>
        <w:left w:val="none" w:sz="0" w:space="0" w:color="auto"/>
        <w:bottom w:val="none" w:sz="0" w:space="0" w:color="auto"/>
        <w:right w:val="none" w:sz="0" w:space="0" w:color="auto"/>
      </w:divBdr>
    </w:div>
    <w:div w:id="714164212">
      <w:bodyDiv w:val="1"/>
      <w:marLeft w:val="0"/>
      <w:marRight w:val="0"/>
      <w:marTop w:val="0"/>
      <w:marBottom w:val="0"/>
      <w:divBdr>
        <w:top w:val="none" w:sz="0" w:space="0" w:color="auto"/>
        <w:left w:val="none" w:sz="0" w:space="0" w:color="auto"/>
        <w:bottom w:val="none" w:sz="0" w:space="0" w:color="auto"/>
        <w:right w:val="none" w:sz="0" w:space="0" w:color="auto"/>
      </w:divBdr>
    </w:div>
    <w:div w:id="716129197">
      <w:bodyDiv w:val="1"/>
      <w:marLeft w:val="0"/>
      <w:marRight w:val="0"/>
      <w:marTop w:val="0"/>
      <w:marBottom w:val="0"/>
      <w:divBdr>
        <w:top w:val="none" w:sz="0" w:space="0" w:color="auto"/>
        <w:left w:val="none" w:sz="0" w:space="0" w:color="auto"/>
        <w:bottom w:val="none" w:sz="0" w:space="0" w:color="auto"/>
        <w:right w:val="none" w:sz="0" w:space="0" w:color="auto"/>
      </w:divBdr>
    </w:div>
    <w:div w:id="716507932">
      <w:bodyDiv w:val="1"/>
      <w:marLeft w:val="0"/>
      <w:marRight w:val="0"/>
      <w:marTop w:val="0"/>
      <w:marBottom w:val="0"/>
      <w:divBdr>
        <w:top w:val="none" w:sz="0" w:space="0" w:color="auto"/>
        <w:left w:val="none" w:sz="0" w:space="0" w:color="auto"/>
        <w:bottom w:val="none" w:sz="0" w:space="0" w:color="auto"/>
        <w:right w:val="none" w:sz="0" w:space="0" w:color="auto"/>
      </w:divBdr>
    </w:div>
    <w:div w:id="717434695">
      <w:bodyDiv w:val="1"/>
      <w:marLeft w:val="0"/>
      <w:marRight w:val="0"/>
      <w:marTop w:val="0"/>
      <w:marBottom w:val="0"/>
      <w:divBdr>
        <w:top w:val="none" w:sz="0" w:space="0" w:color="auto"/>
        <w:left w:val="none" w:sz="0" w:space="0" w:color="auto"/>
        <w:bottom w:val="none" w:sz="0" w:space="0" w:color="auto"/>
        <w:right w:val="none" w:sz="0" w:space="0" w:color="auto"/>
      </w:divBdr>
    </w:div>
    <w:div w:id="717973078">
      <w:bodyDiv w:val="1"/>
      <w:marLeft w:val="0"/>
      <w:marRight w:val="0"/>
      <w:marTop w:val="0"/>
      <w:marBottom w:val="0"/>
      <w:divBdr>
        <w:top w:val="none" w:sz="0" w:space="0" w:color="auto"/>
        <w:left w:val="none" w:sz="0" w:space="0" w:color="auto"/>
        <w:bottom w:val="none" w:sz="0" w:space="0" w:color="auto"/>
        <w:right w:val="none" w:sz="0" w:space="0" w:color="auto"/>
      </w:divBdr>
      <w:divsChild>
        <w:div w:id="63184156">
          <w:marLeft w:val="480"/>
          <w:marRight w:val="0"/>
          <w:marTop w:val="0"/>
          <w:marBottom w:val="0"/>
          <w:divBdr>
            <w:top w:val="none" w:sz="0" w:space="0" w:color="auto"/>
            <w:left w:val="none" w:sz="0" w:space="0" w:color="auto"/>
            <w:bottom w:val="none" w:sz="0" w:space="0" w:color="auto"/>
            <w:right w:val="none" w:sz="0" w:space="0" w:color="auto"/>
          </w:divBdr>
        </w:div>
        <w:div w:id="68310150">
          <w:marLeft w:val="480"/>
          <w:marRight w:val="0"/>
          <w:marTop w:val="0"/>
          <w:marBottom w:val="0"/>
          <w:divBdr>
            <w:top w:val="none" w:sz="0" w:space="0" w:color="auto"/>
            <w:left w:val="none" w:sz="0" w:space="0" w:color="auto"/>
            <w:bottom w:val="none" w:sz="0" w:space="0" w:color="auto"/>
            <w:right w:val="none" w:sz="0" w:space="0" w:color="auto"/>
          </w:divBdr>
        </w:div>
        <w:div w:id="176625305">
          <w:marLeft w:val="480"/>
          <w:marRight w:val="0"/>
          <w:marTop w:val="0"/>
          <w:marBottom w:val="0"/>
          <w:divBdr>
            <w:top w:val="none" w:sz="0" w:space="0" w:color="auto"/>
            <w:left w:val="none" w:sz="0" w:space="0" w:color="auto"/>
            <w:bottom w:val="none" w:sz="0" w:space="0" w:color="auto"/>
            <w:right w:val="none" w:sz="0" w:space="0" w:color="auto"/>
          </w:divBdr>
        </w:div>
        <w:div w:id="233592638">
          <w:marLeft w:val="480"/>
          <w:marRight w:val="0"/>
          <w:marTop w:val="0"/>
          <w:marBottom w:val="0"/>
          <w:divBdr>
            <w:top w:val="none" w:sz="0" w:space="0" w:color="auto"/>
            <w:left w:val="none" w:sz="0" w:space="0" w:color="auto"/>
            <w:bottom w:val="none" w:sz="0" w:space="0" w:color="auto"/>
            <w:right w:val="none" w:sz="0" w:space="0" w:color="auto"/>
          </w:divBdr>
        </w:div>
        <w:div w:id="318198950">
          <w:marLeft w:val="480"/>
          <w:marRight w:val="0"/>
          <w:marTop w:val="0"/>
          <w:marBottom w:val="0"/>
          <w:divBdr>
            <w:top w:val="none" w:sz="0" w:space="0" w:color="auto"/>
            <w:left w:val="none" w:sz="0" w:space="0" w:color="auto"/>
            <w:bottom w:val="none" w:sz="0" w:space="0" w:color="auto"/>
            <w:right w:val="none" w:sz="0" w:space="0" w:color="auto"/>
          </w:divBdr>
        </w:div>
        <w:div w:id="369888719">
          <w:marLeft w:val="480"/>
          <w:marRight w:val="0"/>
          <w:marTop w:val="0"/>
          <w:marBottom w:val="0"/>
          <w:divBdr>
            <w:top w:val="none" w:sz="0" w:space="0" w:color="auto"/>
            <w:left w:val="none" w:sz="0" w:space="0" w:color="auto"/>
            <w:bottom w:val="none" w:sz="0" w:space="0" w:color="auto"/>
            <w:right w:val="none" w:sz="0" w:space="0" w:color="auto"/>
          </w:divBdr>
        </w:div>
        <w:div w:id="558446479">
          <w:marLeft w:val="480"/>
          <w:marRight w:val="0"/>
          <w:marTop w:val="0"/>
          <w:marBottom w:val="0"/>
          <w:divBdr>
            <w:top w:val="none" w:sz="0" w:space="0" w:color="auto"/>
            <w:left w:val="none" w:sz="0" w:space="0" w:color="auto"/>
            <w:bottom w:val="none" w:sz="0" w:space="0" w:color="auto"/>
            <w:right w:val="none" w:sz="0" w:space="0" w:color="auto"/>
          </w:divBdr>
        </w:div>
        <w:div w:id="563415216">
          <w:marLeft w:val="480"/>
          <w:marRight w:val="0"/>
          <w:marTop w:val="0"/>
          <w:marBottom w:val="0"/>
          <w:divBdr>
            <w:top w:val="none" w:sz="0" w:space="0" w:color="auto"/>
            <w:left w:val="none" w:sz="0" w:space="0" w:color="auto"/>
            <w:bottom w:val="none" w:sz="0" w:space="0" w:color="auto"/>
            <w:right w:val="none" w:sz="0" w:space="0" w:color="auto"/>
          </w:divBdr>
        </w:div>
        <w:div w:id="591358828">
          <w:marLeft w:val="480"/>
          <w:marRight w:val="0"/>
          <w:marTop w:val="0"/>
          <w:marBottom w:val="0"/>
          <w:divBdr>
            <w:top w:val="none" w:sz="0" w:space="0" w:color="auto"/>
            <w:left w:val="none" w:sz="0" w:space="0" w:color="auto"/>
            <w:bottom w:val="none" w:sz="0" w:space="0" w:color="auto"/>
            <w:right w:val="none" w:sz="0" w:space="0" w:color="auto"/>
          </w:divBdr>
        </w:div>
        <w:div w:id="645742454">
          <w:marLeft w:val="480"/>
          <w:marRight w:val="0"/>
          <w:marTop w:val="0"/>
          <w:marBottom w:val="0"/>
          <w:divBdr>
            <w:top w:val="none" w:sz="0" w:space="0" w:color="auto"/>
            <w:left w:val="none" w:sz="0" w:space="0" w:color="auto"/>
            <w:bottom w:val="none" w:sz="0" w:space="0" w:color="auto"/>
            <w:right w:val="none" w:sz="0" w:space="0" w:color="auto"/>
          </w:divBdr>
        </w:div>
        <w:div w:id="706684738">
          <w:marLeft w:val="480"/>
          <w:marRight w:val="0"/>
          <w:marTop w:val="0"/>
          <w:marBottom w:val="0"/>
          <w:divBdr>
            <w:top w:val="none" w:sz="0" w:space="0" w:color="auto"/>
            <w:left w:val="none" w:sz="0" w:space="0" w:color="auto"/>
            <w:bottom w:val="none" w:sz="0" w:space="0" w:color="auto"/>
            <w:right w:val="none" w:sz="0" w:space="0" w:color="auto"/>
          </w:divBdr>
        </w:div>
        <w:div w:id="923607596">
          <w:marLeft w:val="480"/>
          <w:marRight w:val="0"/>
          <w:marTop w:val="0"/>
          <w:marBottom w:val="0"/>
          <w:divBdr>
            <w:top w:val="none" w:sz="0" w:space="0" w:color="auto"/>
            <w:left w:val="none" w:sz="0" w:space="0" w:color="auto"/>
            <w:bottom w:val="none" w:sz="0" w:space="0" w:color="auto"/>
            <w:right w:val="none" w:sz="0" w:space="0" w:color="auto"/>
          </w:divBdr>
        </w:div>
        <w:div w:id="933628642">
          <w:marLeft w:val="480"/>
          <w:marRight w:val="0"/>
          <w:marTop w:val="0"/>
          <w:marBottom w:val="0"/>
          <w:divBdr>
            <w:top w:val="none" w:sz="0" w:space="0" w:color="auto"/>
            <w:left w:val="none" w:sz="0" w:space="0" w:color="auto"/>
            <w:bottom w:val="none" w:sz="0" w:space="0" w:color="auto"/>
            <w:right w:val="none" w:sz="0" w:space="0" w:color="auto"/>
          </w:divBdr>
        </w:div>
        <w:div w:id="1009869374">
          <w:marLeft w:val="480"/>
          <w:marRight w:val="0"/>
          <w:marTop w:val="0"/>
          <w:marBottom w:val="0"/>
          <w:divBdr>
            <w:top w:val="none" w:sz="0" w:space="0" w:color="auto"/>
            <w:left w:val="none" w:sz="0" w:space="0" w:color="auto"/>
            <w:bottom w:val="none" w:sz="0" w:space="0" w:color="auto"/>
            <w:right w:val="none" w:sz="0" w:space="0" w:color="auto"/>
          </w:divBdr>
        </w:div>
        <w:div w:id="1034039180">
          <w:marLeft w:val="480"/>
          <w:marRight w:val="0"/>
          <w:marTop w:val="0"/>
          <w:marBottom w:val="0"/>
          <w:divBdr>
            <w:top w:val="none" w:sz="0" w:space="0" w:color="auto"/>
            <w:left w:val="none" w:sz="0" w:space="0" w:color="auto"/>
            <w:bottom w:val="none" w:sz="0" w:space="0" w:color="auto"/>
            <w:right w:val="none" w:sz="0" w:space="0" w:color="auto"/>
          </w:divBdr>
        </w:div>
        <w:div w:id="1072240314">
          <w:marLeft w:val="480"/>
          <w:marRight w:val="0"/>
          <w:marTop w:val="0"/>
          <w:marBottom w:val="0"/>
          <w:divBdr>
            <w:top w:val="none" w:sz="0" w:space="0" w:color="auto"/>
            <w:left w:val="none" w:sz="0" w:space="0" w:color="auto"/>
            <w:bottom w:val="none" w:sz="0" w:space="0" w:color="auto"/>
            <w:right w:val="none" w:sz="0" w:space="0" w:color="auto"/>
          </w:divBdr>
        </w:div>
        <w:div w:id="1136290613">
          <w:marLeft w:val="480"/>
          <w:marRight w:val="0"/>
          <w:marTop w:val="0"/>
          <w:marBottom w:val="0"/>
          <w:divBdr>
            <w:top w:val="none" w:sz="0" w:space="0" w:color="auto"/>
            <w:left w:val="none" w:sz="0" w:space="0" w:color="auto"/>
            <w:bottom w:val="none" w:sz="0" w:space="0" w:color="auto"/>
            <w:right w:val="none" w:sz="0" w:space="0" w:color="auto"/>
          </w:divBdr>
        </w:div>
        <w:div w:id="1137064568">
          <w:marLeft w:val="480"/>
          <w:marRight w:val="0"/>
          <w:marTop w:val="0"/>
          <w:marBottom w:val="0"/>
          <w:divBdr>
            <w:top w:val="none" w:sz="0" w:space="0" w:color="auto"/>
            <w:left w:val="none" w:sz="0" w:space="0" w:color="auto"/>
            <w:bottom w:val="none" w:sz="0" w:space="0" w:color="auto"/>
            <w:right w:val="none" w:sz="0" w:space="0" w:color="auto"/>
          </w:divBdr>
        </w:div>
        <w:div w:id="1143229267">
          <w:marLeft w:val="480"/>
          <w:marRight w:val="0"/>
          <w:marTop w:val="0"/>
          <w:marBottom w:val="0"/>
          <w:divBdr>
            <w:top w:val="none" w:sz="0" w:space="0" w:color="auto"/>
            <w:left w:val="none" w:sz="0" w:space="0" w:color="auto"/>
            <w:bottom w:val="none" w:sz="0" w:space="0" w:color="auto"/>
            <w:right w:val="none" w:sz="0" w:space="0" w:color="auto"/>
          </w:divBdr>
        </w:div>
        <w:div w:id="1165196515">
          <w:marLeft w:val="480"/>
          <w:marRight w:val="0"/>
          <w:marTop w:val="0"/>
          <w:marBottom w:val="0"/>
          <w:divBdr>
            <w:top w:val="none" w:sz="0" w:space="0" w:color="auto"/>
            <w:left w:val="none" w:sz="0" w:space="0" w:color="auto"/>
            <w:bottom w:val="none" w:sz="0" w:space="0" w:color="auto"/>
            <w:right w:val="none" w:sz="0" w:space="0" w:color="auto"/>
          </w:divBdr>
        </w:div>
        <w:div w:id="1245604305">
          <w:marLeft w:val="480"/>
          <w:marRight w:val="0"/>
          <w:marTop w:val="0"/>
          <w:marBottom w:val="0"/>
          <w:divBdr>
            <w:top w:val="none" w:sz="0" w:space="0" w:color="auto"/>
            <w:left w:val="none" w:sz="0" w:space="0" w:color="auto"/>
            <w:bottom w:val="none" w:sz="0" w:space="0" w:color="auto"/>
            <w:right w:val="none" w:sz="0" w:space="0" w:color="auto"/>
          </w:divBdr>
        </w:div>
        <w:div w:id="1449620882">
          <w:marLeft w:val="480"/>
          <w:marRight w:val="0"/>
          <w:marTop w:val="0"/>
          <w:marBottom w:val="0"/>
          <w:divBdr>
            <w:top w:val="none" w:sz="0" w:space="0" w:color="auto"/>
            <w:left w:val="none" w:sz="0" w:space="0" w:color="auto"/>
            <w:bottom w:val="none" w:sz="0" w:space="0" w:color="auto"/>
            <w:right w:val="none" w:sz="0" w:space="0" w:color="auto"/>
          </w:divBdr>
        </w:div>
        <w:div w:id="1510293884">
          <w:marLeft w:val="480"/>
          <w:marRight w:val="0"/>
          <w:marTop w:val="0"/>
          <w:marBottom w:val="0"/>
          <w:divBdr>
            <w:top w:val="none" w:sz="0" w:space="0" w:color="auto"/>
            <w:left w:val="none" w:sz="0" w:space="0" w:color="auto"/>
            <w:bottom w:val="none" w:sz="0" w:space="0" w:color="auto"/>
            <w:right w:val="none" w:sz="0" w:space="0" w:color="auto"/>
          </w:divBdr>
        </w:div>
        <w:div w:id="1618952427">
          <w:marLeft w:val="480"/>
          <w:marRight w:val="0"/>
          <w:marTop w:val="0"/>
          <w:marBottom w:val="0"/>
          <w:divBdr>
            <w:top w:val="none" w:sz="0" w:space="0" w:color="auto"/>
            <w:left w:val="none" w:sz="0" w:space="0" w:color="auto"/>
            <w:bottom w:val="none" w:sz="0" w:space="0" w:color="auto"/>
            <w:right w:val="none" w:sz="0" w:space="0" w:color="auto"/>
          </w:divBdr>
        </w:div>
        <w:div w:id="1634018676">
          <w:marLeft w:val="480"/>
          <w:marRight w:val="0"/>
          <w:marTop w:val="0"/>
          <w:marBottom w:val="0"/>
          <w:divBdr>
            <w:top w:val="none" w:sz="0" w:space="0" w:color="auto"/>
            <w:left w:val="none" w:sz="0" w:space="0" w:color="auto"/>
            <w:bottom w:val="none" w:sz="0" w:space="0" w:color="auto"/>
            <w:right w:val="none" w:sz="0" w:space="0" w:color="auto"/>
          </w:divBdr>
        </w:div>
        <w:div w:id="1763911282">
          <w:marLeft w:val="480"/>
          <w:marRight w:val="0"/>
          <w:marTop w:val="0"/>
          <w:marBottom w:val="0"/>
          <w:divBdr>
            <w:top w:val="none" w:sz="0" w:space="0" w:color="auto"/>
            <w:left w:val="none" w:sz="0" w:space="0" w:color="auto"/>
            <w:bottom w:val="none" w:sz="0" w:space="0" w:color="auto"/>
            <w:right w:val="none" w:sz="0" w:space="0" w:color="auto"/>
          </w:divBdr>
        </w:div>
        <w:div w:id="1811052433">
          <w:marLeft w:val="480"/>
          <w:marRight w:val="0"/>
          <w:marTop w:val="0"/>
          <w:marBottom w:val="0"/>
          <w:divBdr>
            <w:top w:val="none" w:sz="0" w:space="0" w:color="auto"/>
            <w:left w:val="none" w:sz="0" w:space="0" w:color="auto"/>
            <w:bottom w:val="none" w:sz="0" w:space="0" w:color="auto"/>
            <w:right w:val="none" w:sz="0" w:space="0" w:color="auto"/>
          </w:divBdr>
        </w:div>
        <w:div w:id="1867133486">
          <w:marLeft w:val="480"/>
          <w:marRight w:val="0"/>
          <w:marTop w:val="0"/>
          <w:marBottom w:val="0"/>
          <w:divBdr>
            <w:top w:val="none" w:sz="0" w:space="0" w:color="auto"/>
            <w:left w:val="none" w:sz="0" w:space="0" w:color="auto"/>
            <w:bottom w:val="none" w:sz="0" w:space="0" w:color="auto"/>
            <w:right w:val="none" w:sz="0" w:space="0" w:color="auto"/>
          </w:divBdr>
        </w:div>
        <w:div w:id="1897935917">
          <w:marLeft w:val="480"/>
          <w:marRight w:val="0"/>
          <w:marTop w:val="0"/>
          <w:marBottom w:val="0"/>
          <w:divBdr>
            <w:top w:val="none" w:sz="0" w:space="0" w:color="auto"/>
            <w:left w:val="none" w:sz="0" w:space="0" w:color="auto"/>
            <w:bottom w:val="none" w:sz="0" w:space="0" w:color="auto"/>
            <w:right w:val="none" w:sz="0" w:space="0" w:color="auto"/>
          </w:divBdr>
        </w:div>
        <w:div w:id="1973512388">
          <w:marLeft w:val="480"/>
          <w:marRight w:val="0"/>
          <w:marTop w:val="0"/>
          <w:marBottom w:val="0"/>
          <w:divBdr>
            <w:top w:val="none" w:sz="0" w:space="0" w:color="auto"/>
            <w:left w:val="none" w:sz="0" w:space="0" w:color="auto"/>
            <w:bottom w:val="none" w:sz="0" w:space="0" w:color="auto"/>
            <w:right w:val="none" w:sz="0" w:space="0" w:color="auto"/>
          </w:divBdr>
        </w:div>
        <w:div w:id="2021009356">
          <w:marLeft w:val="480"/>
          <w:marRight w:val="0"/>
          <w:marTop w:val="0"/>
          <w:marBottom w:val="0"/>
          <w:divBdr>
            <w:top w:val="none" w:sz="0" w:space="0" w:color="auto"/>
            <w:left w:val="none" w:sz="0" w:space="0" w:color="auto"/>
            <w:bottom w:val="none" w:sz="0" w:space="0" w:color="auto"/>
            <w:right w:val="none" w:sz="0" w:space="0" w:color="auto"/>
          </w:divBdr>
        </w:div>
        <w:div w:id="2076470391">
          <w:marLeft w:val="480"/>
          <w:marRight w:val="0"/>
          <w:marTop w:val="0"/>
          <w:marBottom w:val="0"/>
          <w:divBdr>
            <w:top w:val="none" w:sz="0" w:space="0" w:color="auto"/>
            <w:left w:val="none" w:sz="0" w:space="0" w:color="auto"/>
            <w:bottom w:val="none" w:sz="0" w:space="0" w:color="auto"/>
            <w:right w:val="none" w:sz="0" w:space="0" w:color="auto"/>
          </w:divBdr>
        </w:div>
      </w:divsChild>
    </w:div>
    <w:div w:id="718941476">
      <w:bodyDiv w:val="1"/>
      <w:marLeft w:val="0"/>
      <w:marRight w:val="0"/>
      <w:marTop w:val="0"/>
      <w:marBottom w:val="0"/>
      <w:divBdr>
        <w:top w:val="none" w:sz="0" w:space="0" w:color="auto"/>
        <w:left w:val="none" w:sz="0" w:space="0" w:color="auto"/>
        <w:bottom w:val="none" w:sz="0" w:space="0" w:color="auto"/>
        <w:right w:val="none" w:sz="0" w:space="0" w:color="auto"/>
      </w:divBdr>
    </w:div>
    <w:div w:id="722287704">
      <w:bodyDiv w:val="1"/>
      <w:marLeft w:val="0"/>
      <w:marRight w:val="0"/>
      <w:marTop w:val="0"/>
      <w:marBottom w:val="0"/>
      <w:divBdr>
        <w:top w:val="none" w:sz="0" w:space="0" w:color="auto"/>
        <w:left w:val="none" w:sz="0" w:space="0" w:color="auto"/>
        <w:bottom w:val="none" w:sz="0" w:space="0" w:color="auto"/>
        <w:right w:val="none" w:sz="0" w:space="0" w:color="auto"/>
      </w:divBdr>
    </w:div>
    <w:div w:id="722681557">
      <w:bodyDiv w:val="1"/>
      <w:marLeft w:val="0"/>
      <w:marRight w:val="0"/>
      <w:marTop w:val="0"/>
      <w:marBottom w:val="0"/>
      <w:divBdr>
        <w:top w:val="none" w:sz="0" w:space="0" w:color="auto"/>
        <w:left w:val="none" w:sz="0" w:space="0" w:color="auto"/>
        <w:bottom w:val="none" w:sz="0" w:space="0" w:color="auto"/>
        <w:right w:val="none" w:sz="0" w:space="0" w:color="auto"/>
      </w:divBdr>
    </w:div>
    <w:div w:id="723257810">
      <w:bodyDiv w:val="1"/>
      <w:marLeft w:val="0"/>
      <w:marRight w:val="0"/>
      <w:marTop w:val="0"/>
      <w:marBottom w:val="0"/>
      <w:divBdr>
        <w:top w:val="none" w:sz="0" w:space="0" w:color="auto"/>
        <w:left w:val="none" w:sz="0" w:space="0" w:color="auto"/>
        <w:bottom w:val="none" w:sz="0" w:space="0" w:color="auto"/>
        <w:right w:val="none" w:sz="0" w:space="0" w:color="auto"/>
      </w:divBdr>
    </w:div>
    <w:div w:id="723330874">
      <w:bodyDiv w:val="1"/>
      <w:marLeft w:val="0"/>
      <w:marRight w:val="0"/>
      <w:marTop w:val="0"/>
      <w:marBottom w:val="0"/>
      <w:divBdr>
        <w:top w:val="none" w:sz="0" w:space="0" w:color="auto"/>
        <w:left w:val="none" w:sz="0" w:space="0" w:color="auto"/>
        <w:bottom w:val="none" w:sz="0" w:space="0" w:color="auto"/>
        <w:right w:val="none" w:sz="0" w:space="0" w:color="auto"/>
      </w:divBdr>
    </w:div>
    <w:div w:id="729232776">
      <w:bodyDiv w:val="1"/>
      <w:marLeft w:val="0"/>
      <w:marRight w:val="0"/>
      <w:marTop w:val="0"/>
      <w:marBottom w:val="0"/>
      <w:divBdr>
        <w:top w:val="none" w:sz="0" w:space="0" w:color="auto"/>
        <w:left w:val="none" w:sz="0" w:space="0" w:color="auto"/>
        <w:bottom w:val="none" w:sz="0" w:space="0" w:color="auto"/>
        <w:right w:val="none" w:sz="0" w:space="0" w:color="auto"/>
      </w:divBdr>
    </w:div>
    <w:div w:id="729814900">
      <w:bodyDiv w:val="1"/>
      <w:marLeft w:val="0"/>
      <w:marRight w:val="0"/>
      <w:marTop w:val="0"/>
      <w:marBottom w:val="0"/>
      <w:divBdr>
        <w:top w:val="none" w:sz="0" w:space="0" w:color="auto"/>
        <w:left w:val="none" w:sz="0" w:space="0" w:color="auto"/>
        <w:bottom w:val="none" w:sz="0" w:space="0" w:color="auto"/>
        <w:right w:val="none" w:sz="0" w:space="0" w:color="auto"/>
      </w:divBdr>
    </w:div>
    <w:div w:id="735202086">
      <w:bodyDiv w:val="1"/>
      <w:marLeft w:val="0"/>
      <w:marRight w:val="0"/>
      <w:marTop w:val="0"/>
      <w:marBottom w:val="0"/>
      <w:divBdr>
        <w:top w:val="none" w:sz="0" w:space="0" w:color="auto"/>
        <w:left w:val="none" w:sz="0" w:space="0" w:color="auto"/>
        <w:bottom w:val="none" w:sz="0" w:space="0" w:color="auto"/>
        <w:right w:val="none" w:sz="0" w:space="0" w:color="auto"/>
      </w:divBdr>
    </w:div>
    <w:div w:id="737285873">
      <w:bodyDiv w:val="1"/>
      <w:marLeft w:val="0"/>
      <w:marRight w:val="0"/>
      <w:marTop w:val="0"/>
      <w:marBottom w:val="0"/>
      <w:divBdr>
        <w:top w:val="none" w:sz="0" w:space="0" w:color="auto"/>
        <w:left w:val="none" w:sz="0" w:space="0" w:color="auto"/>
        <w:bottom w:val="none" w:sz="0" w:space="0" w:color="auto"/>
        <w:right w:val="none" w:sz="0" w:space="0" w:color="auto"/>
      </w:divBdr>
    </w:div>
    <w:div w:id="738016024">
      <w:bodyDiv w:val="1"/>
      <w:marLeft w:val="0"/>
      <w:marRight w:val="0"/>
      <w:marTop w:val="0"/>
      <w:marBottom w:val="0"/>
      <w:divBdr>
        <w:top w:val="none" w:sz="0" w:space="0" w:color="auto"/>
        <w:left w:val="none" w:sz="0" w:space="0" w:color="auto"/>
        <w:bottom w:val="none" w:sz="0" w:space="0" w:color="auto"/>
        <w:right w:val="none" w:sz="0" w:space="0" w:color="auto"/>
      </w:divBdr>
      <w:divsChild>
        <w:div w:id="244654783">
          <w:marLeft w:val="480"/>
          <w:marRight w:val="0"/>
          <w:marTop w:val="0"/>
          <w:marBottom w:val="0"/>
          <w:divBdr>
            <w:top w:val="none" w:sz="0" w:space="0" w:color="auto"/>
            <w:left w:val="none" w:sz="0" w:space="0" w:color="auto"/>
            <w:bottom w:val="none" w:sz="0" w:space="0" w:color="auto"/>
            <w:right w:val="none" w:sz="0" w:space="0" w:color="auto"/>
          </w:divBdr>
        </w:div>
      </w:divsChild>
    </w:div>
    <w:div w:id="739405424">
      <w:bodyDiv w:val="1"/>
      <w:marLeft w:val="0"/>
      <w:marRight w:val="0"/>
      <w:marTop w:val="0"/>
      <w:marBottom w:val="0"/>
      <w:divBdr>
        <w:top w:val="none" w:sz="0" w:space="0" w:color="auto"/>
        <w:left w:val="none" w:sz="0" w:space="0" w:color="auto"/>
        <w:bottom w:val="none" w:sz="0" w:space="0" w:color="auto"/>
        <w:right w:val="none" w:sz="0" w:space="0" w:color="auto"/>
      </w:divBdr>
    </w:div>
    <w:div w:id="739521940">
      <w:bodyDiv w:val="1"/>
      <w:marLeft w:val="0"/>
      <w:marRight w:val="0"/>
      <w:marTop w:val="0"/>
      <w:marBottom w:val="0"/>
      <w:divBdr>
        <w:top w:val="none" w:sz="0" w:space="0" w:color="auto"/>
        <w:left w:val="none" w:sz="0" w:space="0" w:color="auto"/>
        <w:bottom w:val="none" w:sz="0" w:space="0" w:color="auto"/>
        <w:right w:val="none" w:sz="0" w:space="0" w:color="auto"/>
      </w:divBdr>
    </w:div>
    <w:div w:id="740713836">
      <w:bodyDiv w:val="1"/>
      <w:marLeft w:val="0"/>
      <w:marRight w:val="0"/>
      <w:marTop w:val="0"/>
      <w:marBottom w:val="0"/>
      <w:divBdr>
        <w:top w:val="none" w:sz="0" w:space="0" w:color="auto"/>
        <w:left w:val="none" w:sz="0" w:space="0" w:color="auto"/>
        <w:bottom w:val="none" w:sz="0" w:space="0" w:color="auto"/>
        <w:right w:val="none" w:sz="0" w:space="0" w:color="auto"/>
      </w:divBdr>
    </w:div>
    <w:div w:id="740907190">
      <w:bodyDiv w:val="1"/>
      <w:marLeft w:val="0"/>
      <w:marRight w:val="0"/>
      <w:marTop w:val="0"/>
      <w:marBottom w:val="0"/>
      <w:divBdr>
        <w:top w:val="none" w:sz="0" w:space="0" w:color="auto"/>
        <w:left w:val="none" w:sz="0" w:space="0" w:color="auto"/>
        <w:bottom w:val="none" w:sz="0" w:space="0" w:color="auto"/>
        <w:right w:val="none" w:sz="0" w:space="0" w:color="auto"/>
      </w:divBdr>
      <w:divsChild>
        <w:div w:id="6518479">
          <w:marLeft w:val="480"/>
          <w:marRight w:val="0"/>
          <w:marTop w:val="0"/>
          <w:marBottom w:val="0"/>
          <w:divBdr>
            <w:top w:val="none" w:sz="0" w:space="0" w:color="auto"/>
            <w:left w:val="none" w:sz="0" w:space="0" w:color="auto"/>
            <w:bottom w:val="none" w:sz="0" w:space="0" w:color="auto"/>
            <w:right w:val="none" w:sz="0" w:space="0" w:color="auto"/>
          </w:divBdr>
        </w:div>
        <w:div w:id="82072238">
          <w:marLeft w:val="480"/>
          <w:marRight w:val="0"/>
          <w:marTop w:val="0"/>
          <w:marBottom w:val="0"/>
          <w:divBdr>
            <w:top w:val="none" w:sz="0" w:space="0" w:color="auto"/>
            <w:left w:val="none" w:sz="0" w:space="0" w:color="auto"/>
            <w:bottom w:val="none" w:sz="0" w:space="0" w:color="auto"/>
            <w:right w:val="none" w:sz="0" w:space="0" w:color="auto"/>
          </w:divBdr>
        </w:div>
        <w:div w:id="168982255">
          <w:marLeft w:val="480"/>
          <w:marRight w:val="0"/>
          <w:marTop w:val="0"/>
          <w:marBottom w:val="0"/>
          <w:divBdr>
            <w:top w:val="none" w:sz="0" w:space="0" w:color="auto"/>
            <w:left w:val="none" w:sz="0" w:space="0" w:color="auto"/>
            <w:bottom w:val="none" w:sz="0" w:space="0" w:color="auto"/>
            <w:right w:val="none" w:sz="0" w:space="0" w:color="auto"/>
          </w:divBdr>
        </w:div>
        <w:div w:id="257829782">
          <w:marLeft w:val="480"/>
          <w:marRight w:val="0"/>
          <w:marTop w:val="0"/>
          <w:marBottom w:val="0"/>
          <w:divBdr>
            <w:top w:val="none" w:sz="0" w:space="0" w:color="auto"/>
            <w:left w:val="none" w:sz="0" w:space="0" w:color="auto"/>
            <w:bottom w:val="none" w:sz="0" w:space="0" w:color="auto"/>
            <w:right w:val="none" w:sz="0" w:space="0" w:color="auto"/>
          </w:divBdr>
        </w:div>
        <w:div w:id="262299318">
          <w:marLeft w:val="480"/>
          <w:marRight w:val="0"/>
          <w:marTop w:val="0"/>
          <w:marBottom w:val="0"/>
          <w:divBdr>
            <w:top w:val="none" w:sz="0" w:space="0" w:color="auto"/>
            <w:left w:val="none" w:sz="0" w:space="0" w:color="auto"/>
            <w:bottom w:val="none" w:sz="0" w:space="0" w:color="auto"/>
            <w:right w:val="none" w:sz="0" w:space="0" w:color="auto"/>
          </w:divBdr>
        </w:div>
        <w:div w:id="284848985">
          <w:marLeft w:val="480"/>
          <w:marRight w:val="0"/>
          <w:marTop w:val="0"/>
          <w:marBottom w:val="0"/>
          <w:divBdr>
            <w:top w:val="none" w:sz="0" w:space="0" w:color="auto"/>
            <w:left w:val="none" w:sz="0" w:space="0" w:color="auto"/>
            <w:bottom w:val="none" w:sz="0" w:space="0" w:color="auto"/>
            <w:right w:val="none" w:sz="0" w:space="0" w:color="auto"/>
          </w:divBdr>
        </w:div>
        <w:div w:id="294795934">
          <w:marLeft w:val="480"/>
          <w:marRight w:val="0"/>
          <w:marTop w:val="0"/>
          <w:marBottom w:val="0"/>
          <w:divBdr>
            <w:top w:val="none" w:sz="0" w:space="0" w:color="auto"/>
            <w:left w:val="none" w:sz="0" w:space="0" w:color="auto"/>
            <w:bottom w:val="none" w:sz="0" w:space="0" w:color="auto"/>
            <w:right w:val="none" w:sz="0" w:space="0" w:color="auto"/>
          </w:divBdr>
        </w:div>
        <w:div w:id="370737586">
          <w:marLeft w:val="480"/>
          <w:marRight w:val="0"/>
          <w:marTop w:val="0"/>
          <w:marBottom w:val="0"/>
          <w:divBdr>
            <w:top w:val="none" w:sz="0" w:space="0" w:color="auto"/>
            <w:left w:val="none" w:sz="0" w:space="0" w:color="auto"/>
            <w:bottom w:val="none" w:sz="0" w:space="0" w:color="auto"/>
            <w:right w:val="none" w:sz="0" w:space="0" w:color="auto"/>
          </w:divBdr>
        </w:div>
        <w:div w:id="383649792">
          <w:marLeft w:val="480"/>
          <w:marRight w:val="0"/>
          <w:marTop w:val="0"/>
          <w:marBottom w:val="0"/>
          <w:divBdr>
            <w:top w:val="none" w:sz="0" w:space="0" w:color="auto"/>
            <w:left w:val="none" w:sz="0" w:space="0" w:color="auto"/>
            <w:bottom w:val="none" w:sz="0" w:space="0" w:color="auto"/>
            <w:right w:val="none" w:sz="0" w:space="0" w:color="auto"/>
          </w:divBdr>
        </w:div>
        <w:div w:id="519780394">
          <w:marLeft w:val="480"/>
          <w:marRight w:val="0"/>
          <w:marTop w:val="0"/>
          <w:marBottom w:val="0"/>
          <w:divBdr>
            <w:top w:val="none" w:sz="0" w:space="0" w:color="auto"/>
            <w:left w:val="none" w:sz="0" w:space="0" w:color="auto"/>
            <w:bottom w:val="none" w:sz="0" w:space="0" w:color="auto"/>
            <w:right w:val="none" w:sz="0" w:space="0" w:color="auto"/>
          </w:divBdr>
        </w:div>
        <w:div w:id="542249114">
          <w:marLeft w:val="480"/>
          <w:marRight w:val="0"/>
          <w:marTop w:val="0"/>
          <w:marBottom w:val="0"/>
          <w:divBdr>
            <w:top w:val="none" w:sz="0" w:space="0" w:color="auto"/>
            <w:left w:val="none" w:sz="0" w:space="0" w:color="auto"/>
            <w:bottom w:val="none" w:sz="0" w:space="0" w:color="auto"/>
            <w:right w:val="none" w:sz="0" w:space="0" w:color="auto"/>
          </w:divBdr>
        </w:div>
        <w:div w:id="576674718">
          <w:marLeft w:val="480"/>
          <w:marRight w:val="0"/>
          <w:marTop w:val="0"/>
          <w:marBottom w:val="0"/>
          <w:divBdr>
            <w:top w:val="none" w:sz="0" w:space="0" w:color="auto"/>
            <w:left w:val="none" w:sz="0" w:space="0" w:color="auto"/>
            <w:bottom w:val="none" w:sz="0" w:space="0" w:color="auto"/>
            <w:right w:val="none" w:sz="0" w:space="0" w:color="auto"/>
          </w:divBdr>
        </w:div>
        <w:div w:id="629482546">
          <w:marLeft w:val="480"/>
          <w:marRight w:val="0"/>
          <w:marTop w:val="0"/>
          <w:marBottom w:val="0"/>
          <w:divBdr>
            <w:top w:val="none" w:sz="0" w:space="0" w:color="auto"/>
            <w:left w:val="none" w:sz="0" w:space="0" w:color="auto"/>
            <w:bottom w:val="none" w:sz="0" w:space="0" w:color="auto"/>
            <w:right w:val="none" w:sz="0" w:space="0" w:color="auto"/>
          </w:divBdr>
        </w:div>
        <w:div w:id="907426156">
          <w:marLeft w:val="480"/>
          <w:marRight w:val="0"/>
          <w:marTop w:val="0"/>
          <w:marBottom w:val="0"/>
          <w:divBdr>
            <w:top w:val="none" w:sz="0" w:space="0" w:color="auto"/>
            <w:left w:val="none" w:sz="0" w:space="0" w:color="auto"/>
            <w:bottom w:val="none" w:sz="0" w:space="0" w:color="auto"/>
            <w:right w:val="none" w:sz="0" w:space="0" w:color="auto"/>
          </w:divBdr>
        </w:div>
        <w:div w:id="919943615">
          <w:marLeft w:val="480"/>
          <w:marRight w:val="0"/>
          <w:marTop w:val="0"/>
          <w:marBottom w:val="0"/>
          <w:divBdr>
            <w:top w:val="none" w:sz="0" w:space="0" w:color="auto"/>
            <w:left w:val="none" w:sz="0" w:space="0" w:color="auto"/>
            <w:bottom w:val="none" w:sz="0" w:space="0" w:color="auto"/>
            <w:right w:val="none" w:sz="0" w:space="0" w:color="auto"/>
          </w:divBdr>
        </w:div>
        <w:div w:id="923953200">
          <w:marLeft w:val="480"/>
          <w:marRight w:val="0"/>
          <w:marTop w:val="0"/>
          <w:marBottom w:val="0"/>
          <w:divBdr>
            <w:top w:val="none" w:sz="0" w:space="0" w:color="auto"/>
            <w:left w:val="none" w:sz="0" w:space="0" w:color="auto"/>
            <w:bottom w:val="none" w:sz="0" w:space="0" w:color="auto"/>
            <w:right w:val="none" w:sz="0" w:space="0" w:color="auto"/>
          </w:divBdr>
        </w:div>
        <w:div w:id="948701030">
          <w:marLeft w:val="480"/>
          <w:marRight w:val="0"/>
          <w:marTop w:val="0"/>
          <w:marBottom w:val="0"/>
          <w:divBdr>
            <w:top w:val="none" w:sz="0" w:space="0" w:color="auto"/>
            <w:left w:val="none" w:sz="0" w:space="0" w:color="auto"/>
            <w:bottom w:val="none" w:sz="0" w:space="0" w:color="auto"/>
            <w:right w:val="none" w:sz="0" w:space="0" w:color="auto"/>
          </w:divBdr>
        </w:div>
        <w:div w:id="1009715696">
          <w:marLeft w:val="480"/>
          <w:marRight w:val="0"/>
          <w:marTop w:val="0"/>
          <w:marBottom w:val="0"/>
          <w:divBdr>
            <w:top w:val="none" w:sz="0" w:space="0" w:color="auto"/>
            <w:left w:val="none" w:sz="0" w:space="0" w:color="auto"/>
            <w:bottom w:val="none" w:sz="0" w:space="0" w:color="auto"/>
            <w:right w:val="none" w:sz="0" w:space="0" w:color="auto"/>
          </w:divBdr>
        </w:div>
        <w:div w:id="1031876678">
          <w:marLeft w:val="480"/>
          <w:marRight w:val="0"/>
          <w:marTop w:val="0"/>
          <w:marBottom w:val="0"/>
          <w:divBdr>
            <w:top w:val="none" w:sz="0" w:space="0" w:color="auto"/>
            <w:left w:val="none" w:sz="0" w:space="0" w:color="auto"/>
            <w:bottom w:val="none" w:sz="0" w:space="0" w:color="auto"/>
            <w:right w:val="none" w:sz="0" w:space="0" w:color="auto"/>
          </w:divBdr>
        </w:div>
        <w:div w:id="1175847448">
          <w:marLeft w:val="480"/>
          <w:marRight w:val="0"/>
          <w:marTop w:val="0"/>
          <w:marBottom w:val="0"/>
          <w:divBdr>
            <w:top w:val="none" w:sz="0" w:space="0" w:color="auto"/>
            <w:left w:val="none" w:sz="0" w:space="0" w:color="auto"/>
            <w:bottom w:val="none" w:sz="0" w:space="0" w:color="auto"/>
            <w:right w:val="none" w:sz="0" w:space="0" w:color="auto"/>
          </w:divBdr>
        </w:div>
        <w:div w:id="1184201801">
          <w:marLeft w:val="480"/>
          <w:marRight w:val="0"/>
          <w:marTop w:val="0"/>
          <w:marBottom w:val="0"/>
          <w:divBdr>
            <w:top w:val="none" w:sz="0" w:space="0" w:color="auto"/>
            <w:left w:val="none" w:sz="0" w:space="0" w:color="auto"/>
            <w:bottom w:val="none" w:sz="0" w:space="0" w:color="auto"/>
            <w:right w:val="none" w:sz="0" w:space="0" w:color="auto"/>
          </w:divBdr>
        </w:div>
        <w:div w:id="1354501324">
          <w:marLeft w:val="480"/>
          <w:marRight w:val="0"/>
          <w:marTop w:val="0"/>
          <w:marBottom w:val="0"/>
          <w:divBdr>
            <w:top w:val="none" w:sz="0" w:space="0" w:color="auto"/>
            <w:left w:val="none" w:sz="0" w:space="0" w:color="auto"/>
            <w:bottom w:val="none" w:sz="0" w:space="0" w:color="auto"/>
            <w:right w:val="none" w:sz="0" w:space="0" w:color="auto"/>
          </w:divBdr>
        </w:div>
        <w:div w:id="1416198784">
          <w:marLeft w:val="480"/>
          <w:marRight w:val="0"/>
          <w:marTop w:val="0"/>
          <w:marBottom w:val="0"/>
          <w:divBdr>
            <w:top w:val="none" w:sz="0" w:space="0" w:color="auto"/>
            <w:left w:val="none" w:sz="0" w:space="0" w:color="auto"/>
            <w:bottom w:val="none" w:sz="0" w:space="0" w:color="auto"/>
            <w:right w:val="none" w:sz="0" w:space="0" w:color="auto"/>
          </w:divBdr>
        </w:div>
        <w:div w:id="1539273521">
          <w:marLeft w:val="480"/>
          <w:marRight w:val="0"/>
          <w:marTop w:val="0"/>
          <w:marBottom w:val="0"/>
          <w:divBdr>
            <w:top w:val="none" w:sz="0" w:space="0" w:color="auto"/>
            <w:left w:val="none" w:sz="0" w:space="0" w:color="auto"/>
            <w:bottom w:val="none" w:sz="0" w:space="0" w:color="auto"/>
            <w:right w:val="none" w:sz="0" w:space="0" w:color="auto"/>
          </w:divBdr>
        </w:div>
        <w:div w:id="1633290404">
          <w:marLeft w:val="480"/>
          <w:marRight w:val="0"/>
          <w:marTop w:val="0"/>
          <w:marBottom w:val="0"/>
          <w:divBdr>
            <w:top w:val="none" w:sz="0" w:space="0" w:color="auto"/>
            <w:left w:val="none" w:sz="0" w:space="0" w:color="auto"/>
            <w:bottom w:val="none" w:sz="0" w:space="0" w:color="auto"/>
            <w:right w:val="none" w:sz="0" w:space="0" w:color="auto"/>
          </w:divBdr>
        </w:div>
        <w:div w:id="1666125259">
          <w:marLeft w:val="480"/>
          <w:marRight w:val="0"/>
          <w:marTop w:val="0"/>
          <w:marBottom w:val="0"/>
          <w:divBdr>
            <w:top w:val="none" w:sz="0" w:space="0" w:color="auto"/>
            <w:left w:val="none" w:sz="0" w:space="0" w:color="auto"/>
            <w:bottom w:val="none" w:sz="0" w:space="0" w:color="auto"/>
            <w:right w:val="none" w:sz="0" w:space="0" w:color="auto"/>
          </w:divBdr>
        </w:div>
        <w:div w:id="1677341753">
          <w:marLeft w:val="480"/>
          <w:marRight w:val="0"/>
          <w:marTop w:val="0"/>
          <w:marBottom w:val="0"/>
          <w:divBdr>
            <w:top w:val="none" w:sz="0" w:space="0" w:color="auto"/>
            <w:left w:val="none" w:sz="0" w:space="0" w:color="auto"/>
            <w:bottom w:val="none" w:sz="0" w:space="0" w:color="auto"/>
            <w:right w:val="none" w:sz="0" w:space="0" w:color="auto"/>
          </w:divBdr>
        </w:div>
        <w:div w:id="1706825832">
          <w:marLeft w:val="480"/>
          <w:marRight w:val="0"/>
          <w:marTop w:val="0"/>
          <w:marBottom w:val="0"/>
          <w:divBdr>
            <w:top w:val="none" w:sz="0" w:space="0" w:color="auto"/>
            <w:left w:val="none" w:sz="0" w:space="0" w:color="auto"/>
            <w:bottom w:val="none" w:sz="0" w:space="0" w:color="auto"/>
            <w:right w:val="none" w:sz="0" w:space="0" w:color="auto"/>
          </w:divBdr>
        </w:div>
        <w:div w:id="1830755155">
          <w:marLeft w:val="480"/>
          <w:marRight w:val="0"/>
          <w:marTop w:val="0"/>
          <w:marBottom w:val="0"/>
          <w:divBdr>
            <w:top w:val="none" w:sz="0" w:space="0" w:color="auto"/>
            <w:left w:val="none" w:sz="0" w:space="0" w:color="auto"/>
            <w:bottom w:val="none" w:sz="0" w:space="0" w:color="auto"/>
            <w:right w:val="none" w:sz="0" w:space="0" w:color="auto"/>
          </w:divBdr>
        </w:div>
        <w:div w:id="1834561489">
          <w:marLeft w:val="480"/>
          <w:marRight w:val="0"/>
          <w:marTop w:val="0"/>
          <w:marBottom w:val="0"/>
          <w:divBdr>
            <w:top w:val="none" w:sz="0" w:space="0" w:color="auto"/>
            <w:left w:val="none" w:sz="0" w:space="0" w:color="auto"/>
            <w:bottom w:val="none" w:sz="0" w:space="0" w:color="auto"/>
            <w:right w:val="none" w:sz="0" w:space="0" w:color="auto"/>
          </w:divBdr>
        </w:div>
        <w:div w:id="1849640648">
          <w:marLeft w:val="480"/>
          <w:marRight w:val="0"/>
          <w:marTop w:val="0"/>
          <w:marBottom w:val="0"/>
          <w:divBdr>
            <w:top w:val="none" w:sz="0" w:space="0" w:color="auto"/>
            <w:left w:val="none" w:sz="0" w:space="0" w:color="auto"/>
            <w:bottom w:val="none" w:sz="0" w:space="0" w:color="auto"/>
            <w:right w:val="none" w:sz="0" w:space="0" w:color="auto"/>
          </w:divBdr>
        </w:div>
        <w:div w:id="2085029032">
          <w:marLeft w:val="480"/>
          <w:marRight w:val="0"/>
          <w:marTop w:val="0"/>
          <w:marBottom w:val="0"/>
          <w:divBdr>
            <w:top w:val="none" w:sz="0" w:space="0" w:color="auto"/>
            <w:left w:val="none" w:sz="0" w:space="0" w:color="auto"/>
            <w:bottom w:val="none" w:sz="0" w:space="0" w:color="auto"/>
            <w:right w:val="none" w:sz="0" w:space="0" w:color="auto"/>
          </w:divBdr>
        </w:div>
      </w:divsChild>
    </w:div>
    <w:div w:id="742413212">
      <w:bodyDiv w:val="1"/>
      <w:marLeft w:val="0"/>
      <w:marRight w:val="0"/>
      <w:marTop w:val="0"/>
      <w:marBottom w:val="0"/>
      <w:divBdr>
        <w:top w:val="none" w:sz="0" w:space="0" w:color="auto"/>
        <w:left w:val="none" w:sz="0" w:space="0" w:color="auto"/>
        <w:bottom w:val="none" w:sz="0" w:space="0" w:color="auto"/>
        <w:right w:val="none" w:sz="0" w:space="0" w:color="auto"/>
      </w:divBdr>
    </w:div>
    <w:div w:id="742533009">
      <w:bodyDiv w:val="1"/>
      <w:marLeft w:val="0"/>
      <w:marRight w:val="0"/>
      <w:marTop w:val="0"/>
      <w:marBottom w:val="0"/>
      <w:divBdr>
        <w:top w:val="none" w:sz="0" w:space="0" w:color="auto"/>
        <w:left w:val="none" w:sz="0" w:space="0" w:color="auto"/>
        <w:bottom w:val="none" w:sz="0" w:space="0" w:color="auto"/>
        <w:right w:val="none" w:sz="0" w:space="0" w:color="auto"/>
      </w:divBdr>
    </w:div>
    <w:div w:id="742987156">
      <w:bodyDiv w:val="1"/>
      <w:marLeft w:val="0"/>
      <w:marRight w:val="0"/>
      <w:marTop w:val="0"/>
      <w:marBottom w:val="0"/>
      <w:divBdr>
        <w:top w:val="none" w:sz="0" w:space="0" w:color="auto"/>
        <w:left w:val="none" w:sz="0" w:space="0" w:color="auto"/>
        <w:bottom w:val="none" w:sz="0" w:space="0" w:color="auto"/>
        <w:right w:val="none" w:sz="0" w:space="0" w:color="auto"/>
      </w:divBdr>
    </w:div>
    <w:div w:id="743064130">
      <w:bodyDiv w:val="1"/>
      <w:marLeft w:val="0"/>
      <w:marRight w:val="0"/>
      <w:marTop w:val="0"/>
      <w:marBottom w:val="0"/>
      <w:divBdr>
        <w:top w:val="none" w:sz="0" w:space="0" w:color="auto"/>
        <w:left w:val="none" w:sz="0" w:space="0" w:color="auto"/>
        <w:bottom w:val="none" w:sz="0" w:space="0" w:color="auto"/>
        <w:right w:val="none" w:sz="0" w:space="0" w:color="auto"/>
      </w:divBdr>
    </w:div>
    <w:div w:id="747002730">
      <w:bodyDiv w:val="1"/>
      <w:marLeft w:val="0"/>
      <w:marRight w:val="0"/>
      <w:marTop w:val="0"/>
      <w:marBottom w:val="0"/>
      <w:divBdr>
        <w:top w:val="none" w:sz="0" w:space="0" w:color="auto"/>
        <w:left w:val="none" w:sz="0" w:space="0" w:color="auto"/>
        <w:bottom w:val="none" w:sz="0" w:space="0" w:color="auto"/>
        <w:right w:val="none" w:sz="0" w:space="0" w:color="auto"/>
      </w:divBdr>
      <w:divsChild>
        <w:div w:id="34043886">
          <w:marLeft w:val="480"/>
          <w:marRight w:val="0"/>
          <w:marTop w:val="0"/>
          <w:marBottom w:val="0"/>
          <w:divBdr>
            <w:top w:val="none" w:sz="0" w:space="0" w:color="auto"/>
            <w:left w:val="none" w:sz="0" w:space="0" w:color="auto"/>
            <w:bottom w:val="none" w:sz="0" w:space="0" w:color="auto"/>
            <w:right w:val="none" w:sz="0" w:space="0" w:color="auto"/>
          </w:divBdr>
        </w:div>
        <w:div w:id="121925504">
          <w:marLeft w:val="480"/>
          <w:marRight w:val="0"/>
          <w:marTop w:val="0"/>
          <w:marBottom w:val="0"/>
          <w:divBdr>
            <w:top w:val="none" w:sz="0" w:space="0" w:color="auto"/>
            <w:left w:val="none" w:sz="0" w:space="0" w:color="auto"/>
            <w:bottom w:val="none" w:sz="0" w:space="0" w:color="auto"/>
            <w:right w:val="none" w:sz="0" w:space="0" w:color="auto"/>
          </w:divBdr>
        </w:div>
        <w:div w:id="124279720">
          <w:marLeft w:val="480"/>
          <w:marRight w:val="0"/>
          <w:marTop w:val="0"/>
          <w:marBottom w:val="0"/>
          <w:divBdr>
            <w:top w:val="none" w:sz="0" w:space="0" w:color="auto"/>
            <w:left w:val="none" w:sz="0" w:space="0" w:color="auto"/>
            <w:bottom w:val="none" w:sz="0" w:space="0" w:color="auto"/>
            <w:right w:val="none" w:sz="0" w:space="0" w:color="auto"/>
          </w:divBdr>
        </w:div>
        <w:div w:id="144319253">
          <w:marLeft w:val="480"/>
          <w:marRight w:val="0"/>
          <w:marTop w:val="0"/>
          <w:marBottom w:val="0"/>
          <w:divBdr>
            <w:top w:val="none" w:sz="0" w:space="0" w:color="auto"/>
            <w:left w:val="none" w:sz="0" w:space="0" w:color="auto"/>
            <w:bottom w:val="none" w:sz="0" w:space="0" w:color="auto"/>
            <w:right w:val="none" w:sz="0" w:space="0" w:color="auto"/>
          </w:divBdr>
        </w:div>
        <w:div w:id="221018612">
          <w:marLeft w:val="480"/>
          <w:marRight w:val="0"/>
          <w:marTop w:val="0"/>
          <w:marBottom w:val="0"/>
          <w:divBdr>
            <w:top w:val="none" w:sz="0" w:space="0" w:color="auto"/>
            <w:left w:val="none" w:sz="0" w:space="0" w:color="auto"/>
            <w:bottom w:val="none" w:sz="0" w:space="0" w:color="auto"/>
            <w:right w:val="none" w:sz="0" w:space="0" w:color="auto"/>
          </w:divBdr>
        </w:div>
        <w:div w:id="247422475">
          <w:marLeft w:val="480"/>
          <w:marRight w:val="0"/>
          <w:marTop w:val="0"/>
          <w:marBottom w:val="0"/>
          <w:divBdr>
            <w:top w:val="none" w:sz="0" w:space="0" w:color="auto"/>
            <w:left w:val="none" w:sz="0" w:space="0" w:color="auto"/>
            <w:bottom w:val="none" w:sz="0" w:space="0" w:color="auto"/>
            <w:right w:val="none" w:sz="0" w:space="0" w:color="auto"/>
          </w:divBdr>
        </w:div>
        <w:div w:id="262149221">
          <w:marLeft w:val="480"/>
          <w:marRight w:val="0"/>
          <w:marTop w:val="0"/>
          <w:marBottom w:val="0"/>
          <w:divBdr>
            <w:top w:val="none" w:sz="0" w:space="0" w:color="auto"/>
            <w:left w:val="none" w:sz="0" w:space="0" w:color="auto"/>
            <w:bottom w:val="none" w:sz="0" w:space="0" w:color="auto"/>
            <w:right w:val="none" w:sz="0" w:space="0" w:color="auto"/>
          </w:divBdr>
        </w:div>
        <w:div w:id="306865437">
          <w:marLeft w:val="480"/>
          <w:marRight w:val="0"/>
          <w:marTop w:val="0"/>
          <w:marBottom w:val="0"/>
          <w:divBdr>
            <w:top w:val="none" w:sz="0" w:space="0" w:color="auto"/>
            <w:left w:val="none" w:sz="0" w:space="0" w:color="auto"/>
            <w:bottom w:val="none" w:sz="0" w:space="0" w:color="auto"/>
            <w:right w:val="none" w:sz="0" w:space="0" w:color="auto"/>
          </w:divBdr>
        </w:div>
        <w:div w:id="473766354">
          <w:marLeft w:val="480"/>
          <w:marRight w:val="0"/>
          <w:marTop w:val="0"/>
          <w:marBottom w:val="0"/>
          <w:divBdr>
            <w:top w:val="none" w:sz="0" w:space="0" w:color="auto"/>
            <w:left w:val="none" w:sz="0" w:space="0" w:color="auto"/>
            <w:bottom w:val="none" w:sz="0" w:space="0" w:color="auto"/>
            <w:right w:val="none" w:sz="0" w:space="0" w:color="auto"/>
          </w:divBdr>
        </w:div>
        <w:div w:id="480117997">
          <w:marLeft w:val="480"/>
          <w:marRight w:val="0"/>
          <w:marTop w:val="0"/>
          <w:marBottom w:val="0"/>
          <w:divBdr>
            <w:top w:val="none" w:sz="0" w:space="0" w:color="auto"/>
            <w:left w:val="none" w:sz="0" w:space="0" w:color="auto"/>
            <w:bottom w:val="none" w:sz="0" w:space="0" w:color="auto"/>
            <w:right w:val="none" w:sz="0" w:space="0" w:color="auto"/>
          </w:divBdr>
        </w:div>
        <w:div w:id="519664087">
          <w:marLeft w:val="480"/>
          <w:marRight w:val="0"/>
          <w:marTop w:val="0"/>
          <w:marBottom w:val="0"/>
          <w:divBdr>
            <w:top w:val="none" w:sz="0" w:space="0" w:color="auto"/>
            <w:left w:val="none" w:sz="0" w:space="0" w:color="auto"/>
            <w:bottom w:val="none" w:sz="0" w:space="0" w:color="auto"/>
            <w:right w:val="none" w:sz="0" w:space="0" w:color="auto"/>
          </w:divBdr>
        </w:div>
        <w:div w:id="797190128">
          <w:marLeft w:val="480"/>
          <w:marRight w:val="0"/>
          <w:marTop w:val="0"/>
          <w:marBottom w:val="0"/>
          <w:divBdr>
            <w:top w:val="none" w:sz="0" w:space="0" w:color="auto"/>
            <w:left w:val="none" w:sz="0" w:space="0" w:color="auto"/>
            <w:bottom w:val="none" w:sz="0" w:space="0" w:color="auto"/>
            <w:right w:val="none" w:sz="0" w:space="0" w:color="auto"/>
          </w:divBdr>
        </w:div>
        <w:div w:id="906957502">
          <w:marLeft w:val="480"/>
          <w:marRight w:val="0"/>
          <w:marTop w:val="0"/>
          <w:marBottom w:val="0"/>
          <w:divBdr>
            <w:top w:val="none" w:sz="0" w:space="0" w:color="auto"/>
            <w:left w:val="none" w:sz="0" w:space="0" w:color="auto"/>
            <w:bottom w:val="none" w:sz="0" w:space="0" w:color="auto"/>
            <w:right w:val="none" w:sz="0" w:space="0" w:color="auto"/>
          </w:divBdr>
        </w:div>
        <w:div w:id="935481644">
          <w:marLeft w:val="480"/>
          <w:marRight w:val="0"/>
          <w:marTop w:val="0"/>
          <w:marBottom w:val="0"/>
          <w:divBdr>
            <w:top w:val="none" w:sz="0" w:space="0" w:color="auto"/>
            <w:left w:val="none" w:sz="0" w:space="0" w:color="auto"/>
            <w:bottom w:val="none" w:sz="0" w:space="0" w:color="auto"/>
            <w:right w:val="none" w:sz="0" w:space="0" w:color="auto"/>
          </w:divBdr>
        </w:div>
        <w:div w:id="936519124">
          <w:marLeft w:val="480"/>
          <w:marRight w:val="0"/>
          <w:marTop w:val="0"/>
          <w:marBottom w:val="0"/>
          <w:divBdr>
            <w:top w:val="none" w:sz="0" w:space="0" w:color="auto"/>
            <w:left w:val="none" w:sz="0" w:space="0" w:color="auto"/>
            <w:bottom w:val="none" w:sz="0" w:space="0" w:color="auto"/>
            <w:right w:val="none" w:sz="0" w:space="0" w:color="auto"/>
          </w:divBdr>
        </w:div>
        <w:div w:id="1089498739">
          <w:marLeft w:val="480"/>
          <w:marRight w:val="0"/>
          <w:marTop w:val="0"/>
          <w:marBottom w:val="0"/>
          <w:divBdr>
            <w:top w:val="none" w:sz="0" w:space="0" w:color="auto"/>
            <w:left w:val="none" w:sz="0" w:space="0" w:color="auto"/>
            <w:bottom w:val="none" w:sz="0" w:space="0" w:color="auto"/>
            <w:right w:val="none" w:sz="0" w:space="0" w:color="auto"/>
          </w:divBdr>
        </w:div>
        <w:div w:id="1124693178">
          <w:marLeft w:val="480"/>
          <w:marRight w:val="0"/>
          <w:marTop w:val="0"/>
          <w:marBottom w:val="0"/>
          <w:divBdr>
            <w:top w:val="none" w:sz="0" w:space="0" w:color="auto"/>
            <w:left w:val="none" w:sz="0" w:space="0" w:color="auto"/>
            <w:bottom w:val="none" w:sz="0" w:space="0" w:color="auto"/>
            <w:right w:val="none" w:sz="0" w:space="0" w:color="auto"/>
          </w:divBdr>
        </w:div>
        <w:div w:id="1150364357">
          <w:marLeft w:val="480"/>
          <w:marRight w:val="0"/>
          <w:marTop w:val="0"/>
          <w:marBottom w:val="0"/>
          <w:divBdr>
            <w:top w:val="none" w:sz="0" w:space="0" w:color="auto"/>
            <w:left w:val="none" w:sz="0" w:space="0" w:color="auto"/>
            <w:bottom w:val="none" w:sz="0" w:space="0" w:color="auto"/>
            <w:right w:val="none" w:sz="0" w:space="0" w:color="auto"/>
          </w:divBdr>
        </w:div>
        <w:div w:id="1300725435">
          <w:marLeft w:val="480"/>
          <w:marRight w:val="0"/>
          <w:marTop w:val="0"/>
          <w:marBottom w:val="0"/>
          <w:divBdr>
            <w:top w:val="none" w:sz="0" w:space="0" w:color="auto"/>
            <w:left w:val="none" w:sz="0" w:space="0" w:color="auto"/>
            <w:bottom w:val="none" w:sz="0" w:space="0" w:color="auto"/>
            <w:right w:val="none" w:sz="0" w:space="0" w:color="auto"/>
          </w:divBdr>
        </w:div>
        <w:div w:id="1333070422">
          <w:marLeft w:val="480"/>
          <w:marRight w:val="0"/>
          <w:marTop w:val="0"/>
          <w:marBottom w:val="0"/>
          <w:divBdr>
            <w:top w:val="none" w:sz="0" w:space="0" w:color="auto"/>
            <w:left w:val="none" w:sz="0" w:space="0" w:color="auto"/>
            <w:bottom w:val="none" w:sz="0" w:space="0" w:color="auto"/>
            <w:right w:val="none" w:sz="0" w:space="0" w:color="auto"/>
          </w:divBdr>
        </w:div>
        <w:div w:id="1436974754">
          <w:marLeft w:val="480"/>
          <w:marRight w:val="0"/>
          <w:marTop w:val="0"/>
          <w:marBottom w:val="0"/>
          <w:divBdr>
            <w:top w:val="none" w:sz="0" w:space="0" w:color="auto"/>
            <w:left w:val="none" w:sz="0" w:space="0" w:color="auto"/>
            <w:bottom w:val="none" w:sz="0" w:space="0" w:color="auto"/>
            <w:right w:val="none" w:sz="0" w:space="0" w:color="auto"/>
          </w:divBdr>
        </w:div>
        <w:div w:id="1482312889">
          <w:marLeft w:val="480"/>
          <w:marRight w:val="0"/>
          <w:marTop w:val="0"/>
          <w:marBottom w:val="0"/>
          <w:divBdr>
            <w:top w:val="none" w:sz="0" w:space="0" w:color="auto"/>
            <w:left w:val="none" w:sz="0" w:space="0" w:color="auto"/>
            <w:bottom w:val="none" w:sz="0" w:space="0" w:color="auto"/>
            <w:right w:val="none" w:sz="0" w:space="0" w:color="auto"/>
          </w:divBdr>
        </w:div>
        <w:div w:id="1565676648">
          <w:marLeft w:val="480"/>
          <w:marRight w:val="0"/>
          <w:marTop w:val="0"/>
          <w:marBottom w:val="0"/>
          <w:divBdr>
            <w:top w:val="none" w:sz="0" w:space="0" w:color="auto"/>
            <w:left w:val="none" w:sz="0" w:space="0" w:color="auto"/>
            <w:bottom w:val="none" w:sz="0" w:space="0" w:color="auto"/>
            <w:right w:val="none" w:sz="0" w:space="0" w:color="auto"/>
          </w:divBdr>
        </w:div>
        <w:div w:id="1577474509">
          <w:marLeft w:val="480"/>
          <w:marRight w:val="0"/>
          <w:marTop w:val="0"/>
          <w:marBottom w:val="0"/>
          <w:divBdr>
            <w:top w:val="none" w:sz="0" w:space="0" w:color="auto"/>
            <w:left w:val="none" w:sz="0" w:space="0" w:color="auto"/>
            <w:bottom w:val="none" w:sz="0" w:space="0" w:color="auto"/>
            <w:right w:val="none" w:sz="0" w:space="0" w:color="auto"/>
          </w:divBdr>
        </w:div>
        <w:div w:id="1666667693">
          <w:marLeft w:val="480"/>
          <w:marRight w:val="0"/>
          <w:marTop w:val="0"/>
          <w:marBottom w:val="0"/>
          <w:divBdr>
            <w:top w:val="none" w:sz="0" w:space="0" w:color="auto"/>
            <w:left w:val="none" w:sz="0" w:space="0" w:color="auto"/>
            <w:bottom w:val="none" w:sz="0" w:space="0" w:color="auto"/>
            <w:right w:val="none" w:sz="0" w:space="0" w:color="auto"/>
          </w:divBdr>
        </w:div>
        <w:div w:id="1700274270">
          <w:marLeft w:val="480"/>
          <w:marRight w:val="0"/>
          <w:marTop w:val="0"/>
          <w:marBottom w:val="0"/>
          <w:divBdr>
            <w:top w:val="none" w:sz="0" w:space="0" w:color="auto"/>
            <w:left w:val="none" w:sz="0" w:space="0" w:color="auto"/>
            <w:bottom w:val="none" w:sz="0" w:space="0" w:color="auto"/>
            <w:right w:val="none" w:sz="0" w:space="0" w:color="auto"/>
          </w:divBdr>
        </w:div>
        <w:div w:id="1732263668">
          <w:marLeft w:val="480"/>
          <w:marRight w:val="0"/>
          <w:marTop w:val="0"/>
          <w:marBottom w:val="0"/>
          <w:divBdr>
            <w:top w:val="none" w:sz="0" w:space="0" w:color="auto"/>
            <w:left w:val="none" w:sz="0" w:space="0" w:color="auto"/>
            <w:bottom w:val="none" w:sz="0" w:space="0" w:color="auto"/>
            <w:right w:val="none" w:sz="0" w:space="0" w:color="auto"/>
          </w:divBdr>
        </w:div>
        <w:div w:id="1733306253">
          <w:marLeft w:val="480"/>
          <w:marRight w:val="0"/>
          <w:marTop w:val="0"/>
          <w:marBottom w:val="0"/>
          <w:divBdr>
            <w:top w:val="none" w:sz="0" w:space="0" w:color="auto"/>
            <w:left w:val="none" w:sz="0" w:space="0" w:color="auto"/>
            <w:bottom w:val="none" w:sz="0" w:space="0" w:color="auto"/>
            <w:right w:val="none" w:sz="0" w:space="0" w:color="auto"/>
          </w:divBdr>
        </w:div>
        <w:div w:id="1742562893">
          <w:marLeft w:val="480"/>
          <w:marRight w:val="0"/>
          <w:marTop w:val="0"/>
          <w:marBottom w:val="0"/>
          <w:divBdr>
            <w:top w:val="none" w:sz="0" w:space="0" w:color="auto"/>
            <w:left w:val="none" w:sz="0" w:space="0" w:color="auto"/>
            <w:bottom w:val="none" w:sz="0" w:space="0" w:color="auto"/>
            <w:right w:val="none" w:sz="0" w:space="0" w:color="auto"/>
          </w:divBdr>
        </w:div>
        <w:div w:id="1866751515">
          <w:marLeft w:val="480"/>
          <w:marRight w:val="0"/>
          <w:marTop w:val="0"/>
          <w:marBottom w:val="0"/>
          <w:divBdr>
            <w:top w:val="none" w:sz="0" w:space="0" w:color="auto"/>
            <w:left w:val="none" w:sz="0" w:space="0" w:color="auto"/>
            <w:bottom w:val="none" w:sz="0" w:space="0" w:color="auto"/>
            <w:right w:val="none" w:sz="0" w:space="0" w:color="auto"/>
          </w:divBdr>
        </w:div>
        <w:div w:id="1950813008">
          <w:marLeft w:val="480"/>
          <w:marRight w:val="0"/>
          <w:marTop w:val="0"/>
          <w:marBottom w:val="0"/>
          <w:divBdr>
            <w:top w:val="none" w:sz="0" w:space="0" w:color="auto"/>
            <w:left w:val="none" w:sz="0" w:space="0" w:color="auto"/>
            <w:bottom w:val="none" w:sz="0" w:space="0" w:color="auto"/>
            <w:right w:val="none" w:sz="0" w:space="0" w:color="auto"/>
          </w:divBdr>
        </w:div>
        <w:div w:id="1998684135">
          <w:marLeft w:val="480"/>
          <w:marRight w:val="0"/>
          <w:marTop w:val="0"/>
          <w:marBottom w:val="0"/>
          <w:divBdr>
            <w:top w:val="none" w:sz="0" w:space="0" w:color="auto"/>
            <w:left w:val="none" w:sz="0" w:space="0" w:color="auto"/>
            <w:bottom w:val="none" w:sz="0" w:space="0" w:color="auto"/>
            <w:right w:val="none" w:sz="0" w:space="0" w:color="auto"/>
          </w:divBdr>
        </w:div>
      </w:divsChild>
    </w:div>
    <w:div w:id="748776213">
      <w:bodyDiv w:val="1"/>
      <w:marLeft w:val="0"/>
      <w:marRight w:val="0"/>
      <w:marTop w:val="0"/>
      <w:marBottom w:val="0"/>
      <w:divBdr>
        <w:top w:val="none" w:sz="0" w:space="0" w:color="auto"/>
        <w:left w:val="none" w:sz="0" w:space="0" w:color="auto"/>
        <w:bottom w:val="none" w:sz="0" w:space="0" w:color="auto"/>
        <w:right w:val="none" w:sz="0" w:space="0" w:color="auto"/>
      </w:divBdr>
    </w:div>
    <w:div w:id="749039814">
      <w:bodyDiv w:val="1"/>
      <w:marLeft w:val="0"/>
      <w:marRight w:val="0"/>
      <w:marTop w:val="0"/>
      <w:marBottom w:val="0"/>
      <w:divBdr>
        <w:top w:val="none" w:sz="0" w:space="0" w:color="auto"/>
        <w:left w:val="none" w:sz="0" w:space="0" w:color="auto"/>
        <w:bottom w:val="none" w:sz="0" w:space="0" w:color="auto"/>
        <w:right w:val="none" w:sz="0" w:space="0" w:color="auto"/>
      </w:divBdr>
    </w:div>
    <w:div w:id="751659905">
      <w:bodyDiv w:val="1"/>
      <w:marLeft w:val="0"/>
      <w:marRight w:val="0"/>
      <w:marTop w:val="0"/>
      <w:marBottom w:val="0"/>
      <w:divBdr>
        <w:top w:val="none" w:sz="0" w:space="0" w:color="auto"/>
        <w:left w:val="none" w:sz="0" w:space="0" w:color="auto"/>
        <w:bottom w:val="none" w:sz="0" w:space="0" w:color="auto"/>
        <w:right w:val="none" w:sz="0" w:space="0" w:color="auto"/>
      </w:divBdr>
    </w:div>
    <w:div w:id="751968904">
      <w:bodyDiv w:val="1"/>
      <w:marLeft w:val="0"/>
      <w:marRight w:val="0"/>
      <w:marTop w:val="0"/>
      <w:marBottom w:val="0"/>
      <w:divBdr>
        <w:top w:val="none" w:sz="0" w:space="0" w:color="auto"/>
        <w:left w:val="none" w:sz="0" w:space="0" w:color="auto"/>
        <w:bottom w:val="none" w:sz="0" w:space="0" w:color="auto"/>
        <w:right w:val="none" w:sz="0" w:space="0" w:color="auto"/>
      </w:divBdr>
      <w:divsChild>
        <w:div w:id="15353197">
          <w:marLeft w:val="480"/>
          <w:marRight w:val="0"/>
          <w:marTop w:val="0"/>
          <w:marBottom w:val="0"/>
          <w:divBdr>
            <w:top w:val="none" w:sz="0" w:space="0" w:color="auto"/>
            <w:left w:val="none" w:sz="0" w:space="0" w:color="auto"/>
            <w:bottom w:val="none" w:sz="0" w:space="0" w:color="auto"/>
            <w:right w:val="none" w:sz="0" w:space="0" w:color="auto"/>
          </w:divBdr>
        </w:div>
        <w:div w:id="61029910">
          <w:marLeft w:val="480"/>
          <w:marRight w:val="0"/>
          <w:marTop w:val="0"/>
          <w:marBottom w:val="0"/>
          <w:divBdr>
            <w:top w:val="none" w:sz="0" w:space="0" w:color="auto"/>
            <w:left w:val="none" w:sz="0" w:space="0" w:color="auto"/>
            <w:bottom w:val="none" w:sz="0" w:space="0" w:color="auto"/>
            <w:right w:val="none" w:sz="0" w:space="0" w:color="auto"/>
          </w:divBdr>
        </w:div>
        <w:div w:id="183518162">
          <w:marLeft w:val="480"/>
          <w:marRight w:val="0"/>
          <w:marTop w:val="0"/>
          <w:marBottom w:val="0"/>
          <w:divBdr>
            <w:top w:val="none" w:sz="0" w:space="0" w:color="auto"/>
            <w:left w:val="none" w:sz="0" w:space="0" w:color="auto"/>
            <w:bottom w:val="none" w:sz="0" w:space="0" w:color="auto"/>
            <w:right w:val="none" w:sz="0" w:space="0" w:color="auto"/>
          </w:divBdr>
        </w:div>
        <w:div w:id="186140143">
          <w:marLeft w:val="480"/>
          <w:marRight w:val="0"/>
          <w:marTop w:val="0"/>
          <w:marBottom w:val="0"/>
          <w:divBdr>
            <w:top w:val="none" w:sz="0" w:space="0" w:color="auto"/>
            <w:left w:val="none" w:sz="0" w:space="0" w:color="auto"/>
            <w:bottom w:val="none" w:sz="0" w:space="0" w:color="auto"/>
            <w:right w:val="none" w:sz="0" w:space="0" w:color="auto"/>
          </w:divBdr>
        </w:div>
        <w:div w:id="192422943">
          <w:marLeft w:val="480"/>
          <w:marRight w:val="0"/>
          <w:marTop w:val="0"/>
          <w:marBottom w:val="0"/>
          <w:divBdr>
            <w:top w:val="none" w:sz="0" w:space="0" w:color="auto"/>
            <w:left w:val="none" w:sz="0" w:space="0" w:color="auto"/>
            <w:bottom w:val="none" w:sz="0" w:space="0" w:color="auto"/>
            <w:right w:val="none" w:sz="0" w:space="0" w:color="auto"/>
          </w:divBdr>
        </w:div>
        <w:div w:id="193157486">
          <w:marLeft w:val="480"/>
          <w:marRight w:val="0"/>
          <w:marTop w:val="0"/>
          <w:marBottom w:val="0"/>
          <w:divBdr>
            <w:top w:val="none" w:sz="0" w:space="0" w:color="auto"/>
            <w:left w:val="none" w:sz="0" w:space="0" w:color="auto"/>
            <w:bottom w:val="none" w:sz="0" w:space="0" w:color="auto"/>
            <w:right w:val="none" w:sz="0" w:space="0" w:color="auto"/>
          </w:divBdr>
        </w:div>
        <w:div w:id="234436816">
          <w:marLeft w:val="480"/>
          <w:marRight w:val="0"/>
          <w:marTop w:val="0"/>
          <w:marBottom w:val="0"/>
          <w:divBdr>
            <w:top w:val="none" w:sz="0" w:space="0" w:color="auto"/>
            <w:left w:val="none" w:sz="0" w:space="0" w:color="auto"/>
            <w:bottom w:val="none" w:sz="0" w:space="0" w:color="auto"/>
            <w:right w:val="none" w:sz="0" w:space="0" w:color="auto"/>
          </w:divBdr>
        </w:div>
        <w:div w:id="348944559">
          <w:marLeft w:val="480"/>
          <w:marRight w:val="0"/>
          <w:marTop w:val="0"/>
          <w:marBottom w:val="0"/>
          <w:divBdr>
            <w:top w:val="none" w:sz="0" w:space="0" w:color="auto"/>
            <w:left w:val="none" w:sz="0" w:space="0" w:color="auto"/>
            <w:bottom w:val="none" w:sz="0" w:space="0" w:color="auto"/>
            <w:right w:val="none" w:sz="0" w:space="0" w:color="auto"/>
          </w:divBdr>
        </w:div>
        <w:div w:id="439254294">
          <w:marLeft w:val="480"/>
          <w:marRight w:val="0"/>
          <w:marTop w:val="0"/>
          <w:marBottom w:val="0"/>
          <w:divBdr>
            <w:top w:val="none" w:sz="0" w:space="0" w:color="auto"/>
            <w:left w:val="none" w:sz="0" w:space="0" w:color="auto"/>
            <w:bottom w:val="none" w:sz="0" w:space="0" w:color="auto"/>
            <w:right w:val="none" w:sz="0" w:space="0" w:color="auto"/>
          </w:divBdr>
        </w:div>
        <w:div w:id="441073963">
          <w:marLeft w:val="480"/>
          <w:marRight w:val="0"/>
          <w:marTop w:val="0"/>
          <w:marBottom w:val="0"/>
          <w:divBdr>
            <w:top w:val="none" w:sz="0" w:space="0" w:color="auto"/>
            <w:left w:val="none" w:sz="0" w:space="0" w:color="auto"/>
            <w:bottom w:val="none" w:sz="0" w:space="0" w:color="auto"/>
            <w:right w:val="none" w:sz="0" w:space="0" w:color="auto"/>
          </w:divBdr>
        </w:div>
        <w:div w:id="499930153">
          <w:marLeft w:val="480"/>
          <w:marRight w:val="0"/>
          <w:marTop w:val="0"/>
          <w:marBottom w:val="0"/>
          <w:divBdr>
            <w:top w:val="none" w:sz="0" w:space="0" w:color="auto"/>
            <w:left w:val="none" w:sz="0" w:space="0" w:color="auto"/>
            <w:bottom w:val="none" w:sz="0" w:space="0" w:color="auto"/>
            <w:right w:val="none" w:sz="0" w:space="0" w:color="auto"/>
          </w:divBdr>
        </w:div>
        <w:div w:id="735011986">
          <w:marLeft w:val="480"/>
          <w:marRight w:val="0"/>
          <w:marTop w:val="0"/>
          <w:marBottom w:val="0"/>
          <w:divBdr>
            <w:top w:val="none" w:sz="0" w:space="0" w:color="auto"/>
            <w:left w:val="none" w:sz="0" w:space="0" w:color="auto"/>
            <w:bottom w:val="none" w:sz="0" w:space="0" w:color="auto"/>
            <w:right w:val="none" w:sz="0" w:space="0" w:color="auto"/>
          </w:divBdr>
        </w:div>
        <w:div w:id="766771757">
          <w:marLeft w:val="480"/>
          <w:marRight w:val="0"/>
          <w:marTop w:val="0"/>
          <w:marBottom w:val="0"/>
          <w:divBdr>
            <w:top w:val="none" w:sz="0" w:space="0" w:color="auto"/>
            <w:left w:val="none" w:sz="0" w:space="0" w:color="auto"/>
            <w:bottom w:val="none" w:sz="0" w:space="0" w:color="auto"/>
            <w:right w:val="none" w:sz="0" w:space="0" w:color="auto"/>
          </w:divBdr>
        </w:div>
        <w:div w:id="779647708">
          <w:marLeft w:val="480"/>
          <w:marRight w:val="0"/>
          <w:marTop w:val="0"/>
          <w:marBottom w:val="0"/>
          <w:divBdr>
            <w:top w:val="none" w:sz="0" w:space="0" w:color="auto"/>
            <w:left w:val="none" w:sz="0" w:space="0" w:color="auto"/>
            <w:bottom w:val="none" w:sz="0" w:space="0" w:color="auto"/>
            <w:right w:val="none" w:sz="0" w:space="0" w:color="auto"/>
          </w:divBdr>
        </w:div>
        <w:div w:id="780613176">
          <w:marLeft w:val="480"/>
          <w:marRight w:val="0"/>
          <w:marTop w:val="0"/>
          <w:marBottom w:val="0"/>
          <w:divBdr>
            <w:top w:val="none" w:sz="0" w:space="0" w:color="auto"/>
            <w:left w:val="none" w:sz="0" w:space="0" w:color="auto"/>
            <w:bottom w:val="none" w:sz="0" w:space="0" w:color="auto"/>
            <w:right w:val="none" w:sz="0" w:space="0" w:color="auto"/>
          </w:divBdr>
        </w:div>
        <w:div w:id="785195140">
          <w:marLeft w:val="480"/>
          <w:marRight w:val="0"/>
          <w:marTop w:val="0"/>
          <w:marBottom w:val="0"/>
          <w:divBdr>
            <w:top w:val="none" w:sz="0" w:space="0" w:color="auto"/>
            <w:left w:val="none" w:sz="0" w:space="0" w:color="auto"/>
            <w:bottom w:val="none" w:sz="0" w:space="0" w:color="auto"/>
            <w:right w:val="none" w:sz="0" w:space="0" w:color="auto"/>
          </w:divBdr>
        </w:div>
        <w:div w:id="1015225304">
          <w:marLeft w:val="480"/>
          <w:marRight w:val="0"/>
          <w:marTop w:val="0"/>
          <w:marBottom w:val="0"/>
          <w:divBdr>
            <w:top w:val="none" w:sz="0" w:space="0" w:color="auto"/>
            <w:left w:val="none" w:sz="0" w:space="0" w:color="auto"/>
            <w:bottom w:val="none" w:sz="0" w:space="0" w:color="auto"/>
            <w:right w:val="none" w:sz="0" w:space="0" w:color="auto"/>
          </w:divBdr>
        </w:div>
        <w:div w:id="1229995539">
          <w:marLeft w:val="480"/>
          <w:marRight w:val="0"/>
          <w:marTop w:val="0"/>
          <w:marBottom w:val="0"/>
          <w:divBdr>
            <w:top w:val="none" w:sz="0" w:space="0" w:color="auto"/>
            <w:left w:val="none" w:sz="0" w:space="0" w:color="auto"/>
            <w:bottom w:val="none" w:sz="0" w:space="0" w:color="auto"/>
            <w:right w:val="none" w:sz="0" w:space="0" w:color="auto"/>
          </w:divBdr>
        </w:div>
        <w:div w:id="1279751428">
          <w:marLeft w:val="480"/>
          <w:marRight w:val="0"/>
          <w:marTop w:val="0"/>
          <w:marBottom w:val="0"/>
          <w:divBdr>
            <w:top w:val="none" w:sz="0" w:space="0" w:color="auto"/>
            <w:left w:val="none" w:sz="0" w:space="0" w:color="auto"/>
            <w:bottom w:val="none" w:sz="0" w:space="0" w:color="auto"/>
            <w:right w:val="none" w:sz="0" w:space="0" w:color="auto"/>
          </w:divBdr>
        </w:div>
        <w:div w:id="1292127963">
          <w:marLeft w:val="480"/>
          <w:marRight w:val="0"/>
          <w:marTop w:val="0"/>
          <w:marBottom w:val="0"/>
          <w:divBdr>
            <w:top w:val="none" w:sz="0" w:space="0" w:color="auto"/>
            <w:left w:val="none" w:sz="0" w:space="0" w:color="auto"/>
            <w:bottom w:val="none" w:sz="0" w:space="0" w:color="auto"/>
            <w:right w:val="none" w:sz="0" w:space="0" w:color="auto"/>
          </w:divBdr>
        </w:div>
        <w:div w:id="1326133679">
          <w:marLeft w:val="480"/>
          <w:marRight w:val="0"/>
          <w:marTop w:val="0"/>
          <w:marBottom w:val="0"/>
          <w:divBdr>
            <w:top w:val="none" w:sz="0" w:space="0" w:color="auto"/>
            <w:left w:val="none" w:sz="0" w:space="0" w:color="auto"/>
            <w:bottom w:val="none" w:sz="0" w:space="0" w:color="auto"/>
            <w:right w:val="none" w:sz="0" w:space="0" w:color="auto"/>
          </w:divBdr>
        </w:div>
        <w:div w:id="1329556627">
          <w:marLeft w:val="480"/>
          <w:marRight w:val="0"/>
          <w:marTop w:val="0"/>
          <w:marBottom w:val="0"/>
          <w:divBdr>
            <w:top w:val="none" w:sz="0" w:space="0" w:color="auto"/>
            <w:left w:val="none" w:sz="0" w:space="0" w:color="auto"/>
            <w:bottom w:val="none" w:sz="0" w:space="0" w:color="auto"/>
            <w:right w:val="none" w:sz="0" w:space="0" w:color="auto"/>
          </w:divBdr>
        </w:div>
        <w:div w:id="1373188343">
          <w:marLeft w:val="480"/>
          <w:marRight w:val="0"/>
          <w:marTop w:val="0"/>
          <w:marBottom w:val="0"/>
          <w:divBdr>
            <w:top w:val="none" w:sz="0" w:space="0" w:color="auto"/>
            <w:left w:val="none" w:sz="0" w:space="0" w:color="auto"/>
            <w:bottom w:val="none" w:sz="0" w:space="0" w:color="auto"/>
            <w:right w:val="none" w:sz="0" w:space="0" w:color="auto"/>
          </w:divBdr>
        </w:div>
        <w:div w:id="1386947690">
          <w:marLeft w:val="480"/>
          <w:marRight w:val="0"/>
          <w:marTop w:val="0"/>
          <w:marBottom w:val="0"/>
          <w:divBdr>
            <w:top w:val="none" w:sz="0" w:space="0" w:color="auto"/>
            <w:left w:val="none" w:sz="0" w:space="0" w:color="auto"/>
            <w:bottom w:val="none" w:sz="0" w:space="0" w:color="auto"/>
            <w:right w:val="none" w:sz="0" w:space="0" w:color="auto"/>
          </w:divBdr>
        </w:div>
        <w:div w:id="1664622239">
          <w:marLeft w:val="480"/>
          <w:marRight w:val="0"/>
          <w:marTop w:val="0"/>
          <w:marBottom w:val="0"/>
          <w:divBdr>
            <w:top w:val="none" w:sz="0" w:space="0" w:color="auto"/>
            <w:left w:val="none" w:sz="0" w:space="0" w:color="auto"/>
            <w:bottom w:val="none" w:sz="0" w:space="0" w:color="auto"/>
            <w:right w:val="none" w:sz="0" w:space="0" w:color="auto"/>
          </w:divBdr>
        </w:div>
        <w:div w:id="1810512139">
          <w:marLeft w:val="480"/>
          <w:marRight w:val="0"/>
          <w:marTop w:val="0"/>
          <w:marBottom w:val="0"/>
          <w:divBdr>
            <w:top w:val="none" w:sz="0" w:space="0" w:color="auto"/>
            <w:left w:val="none" w:sz="0" w:space="0" w:color="auto"/>
            <w:bottom w:val="none" w:sz="0" w:space="0" w:color="auto"/>
            <w:right w:val="none" w:sz="0" w:space="0" w:color="auto"/>
          </w:divBdr>
        </w:div>
        <w:div w:id="1884756826">
          <w:marLeft w:val="480"/>
          <w:marRight w:val="0"/>
          <w:marTop w:val="0"/>
          <w:marBottom w:val="0"/>
          <w:divBdr>
            <w:top w:val="none" w:sz="0" w:space="0" w:color="auto"/>
            <w:left w:val="none" w:sz="0" w:space="0" w:color="auto"/>
            <w:bottom w:val="none" w:sz="0" w:space="0" w:color="auto"/>
            <w:right w:val="none" w:sz="0" w:space="0" w:color="auto"/>
          </w:divBdr>
        </w:div>
        <w:div w:id="1970742997">
          <w:marLeft w:val="480"/>
          <w:marRight w:val="0"/>
          <w:marTop w:val="0"/>
          <w:marBottom w:val="0"/>
          <w:divBdr>
            <w:top w:val="none" w:sz="0" w:space="0" w:color="auto"/>
            <w:left w:val="none" w:sz="0" w:space="0" w:color="auto"/>
            <w:bottom w:val="none" w:sz="0" w:space="0" w:color="auto"/>
            <w:right w:val="none" w:sz="0" w:space="0" w:color="auto"/>
          </w:divBdr>
        </w:div>
        <w:div w:id="1979795186">
          <w:marLeft w:val="480"/>
          <w:marRight w:val="0"/>
          <w:marTop w:val="0"/>
          <w:marBottom w:val="0"/>
          <w:divBdr>
            <w:top w:val="none" w:sz="0" w:space="0" w:color="auto"/>
            <w:left w:val="none" w:sz="0" w:space="0" w:color="auto"/>
            <w:bottom w:val="none" w:sz="0" w:space="0" w:color="auto"/>
            <w:right w:val="none" w:sz="0" w:space="0" w:color="auto"/>
          </w:divBdr>
        </w:div>
        <w:div w:id="1993293021">
          <w:marLeft w:val="480"/>
          <w:marRight w:val="0"/>
          <w:marTop w:val="0"/>
          <w:marBottom w:val="0"/>
          <w:divBdr>
            <w:top w:val="none" w:sz="0" w:space="0" w:color="auto"/>
            <w:left w:val="none" w:sz="0" w:space="0" w:color="auto"/>
            <w:bottom w:val="none" w:sz="0" w:space="0" w:color="auto"/>
            <w:right w:val="none" w:sz="0" w:space="0" w:color="auto"/>
          </w:divBdr>
        </w:div>
        <w:div w:id="2025130900">
          <w:marLeft w:val="480"/>
          <w:marRight w:val="0"/>
          <w:marTop w:val="0"/>
          <w:marBottom w:val="0"/>
          <w:divBdr>
            <w:top w:val="none" w:sz="0" w:space="0" w:color="auto"/>
            <w:left w:val="none" w:sz="0" w:space="0" w:color="auto"/>
            <w:bottom w:val="none" w:sz="0" w:space="0" w:color="auto"/>
            <w:right w:val="none" w:sz="0" w:space="0" w:color="auto"/>
          </w:divBdr>
        </w:div>
        <w:div w:id="2039156995">
          <w:marLeft w:val="480"/>
          <w:marRight w:val="0"/>
          <w:marTop w:val="0"/>
          <w:marBottom w:val="0"/>
          <w:divBdr>
            <w:top w:val="none" w:sz="0" w:space="0" w:color="auto"/>
            <w:left w:val="none" w:sz="0" w:space="0" w:color="auto"/>
            <w:bottom w:val="none" w:sz="0" w:space="0" w:color="auto"/>
            <w:right w:val="none" w:sz="0" w:space="0" w:color="auto"/>
          </w:divBdr>
        </w:div>
      </w:divsChild>
    </w:div>
    <w:div w:id="753431950">
      <w:bodyDiv w:val="1"/>
      <w:marLeft w:val="0"/>
      <w:marRight w:val="0"/>
      <w:marTop w:val="0"/>
      <w:marBottom w:val="0"/>
      <w:divBdr>
        <w:top w:val="none" w:sz="0" w:space="0" w:color="auto"/>
        <w:left w:val="none" w:sz="0" w:space="0" w:color="auto"/>
        <w:bottom w:val="none" w:sz="0" w:space="0" w:color="auto"/>
        <w:right w:val="none" w:sz="0" w:space="0" w:color="auto"/>
      </w:divBdr>
    </w:div>
    <w:div w:id="753744505">
      <w:bodyDiv w:val="1"/>
      <w:marLeft w:val="0"/>
      <w:marRight w:val="0"/>
      <w:marTop w:val="0"/>
      <w:marBottom w:val="0"/>
      <w:divBdr>
        <w:top w:val="none" w:sz="0" w:space="0" w:color="auto"/>
        <w:left w:val="none" w:sz="0" w:space="0" w:color="auto"/>
        <w:bottom w:val="none" w:sz="0" w:space="0" w:color="auto"/>
        <w:right w:val="none" w:sz="0" w:space="0" w:color="auto"/>
      </w:divBdr>
    </w:div>
    <w:div w:id="755176020">
      <w:bodyDiv w:val="1"/>
      <w:marLeft w:val="0"/>
      <w:marRight w:val="0"/>
      <w:marTop w:val="0"/>
      <w:marBottom w:val="0"/>
      <w:divBdr>
        <w:top w:val="none" w:sz="0" w:space="0" w:color="auto"/>
        <w:left w:val="none" w:sz="0" w:space="0" w:color="auto"/>
        <w:bottom w:val="none" w:sz="0" w:space="0" w:color="auto"/>
        <w:right w:val="none" w:sz="0" w:space="0" w:color="auto"/>
      </w:divBdr>
    </w:div>
    <w:div w:id="757674702">
      <w:bodyDiv w:val="1"/>
      <w:marLeft w:val="0"/>
      <w:marRight w:val="0"/>
      <w:marTop w:val="0"/>
      <w:marBottom w:val="0"/>
      <w:divBdr>
        <w:top w:val="none" w:sz="0" w:space="0" w:color="auto"/>
        <w:left w:val="none" w:sz="0" w:space="0" w:color="auto"/>
        <w:bottom w:val="none" w:sz="0" w:space="0" w:color="auto"/>
        <w:right w:val="none" w:sz="0" w:space="0" w:color="auto"/>
      </w:divBdr>
    </w:div>
    <w:div w:id="757948555">
      <w:bodyDiv w:val="1"/>
      <w:marLeft w:val="0"/>
      <w:marRight w:val="0"/>
      <w:marTop w:val="0"/>
      <w:marBottom w:val="0"/>
      <w:divBdr>
        <w:top w:val="none" w:sz="0" w:space="0" w:color="auto"/>
        <w:left w:val="none" w:sz="0" w:space="0" w:color="auto"/>
        <w:bottom w:val="none" w:sz="0" w:space="0" w:color="auto"/>
        <w:right w:val="none" w:sz="0" w:space="0" w:color="auto"/>
      </w:divBdr>
      <w:divsChild>
        <w:div w:id="5983749">
          <w:marLeft w:val="480"/>
          <w:marRight w:val="0"/>
          <w:marTop w:val="0"/>
          <w:marBottom w:val="0"/>
          <w:divBdr>
            <w:top w:val="none" w:sz="0" w:space="0" w:color="auto"/>
            <w:left w:val="none" w:sz="0" w:space="0" w:color="auto"/>
            <w:bottom w:val="none" w:sz="0" w:space="0" w:color="auto"/>
            <w:right w:val="none" w:sz="0" w:space="0" w:color="auto"/>
          </w:divBdr>
        </w:div>
        <w:div w:id="150879181">
          <w:marLeft w:val="480"/>
          <w:marRight w:val="0"/>
          <w:marTop w:val="0"/>
          <w:marBottom w:val="0"/>
          <w:divBdr>
            <w:top w:val="none" w:sz="0" w:space="0" w:color="auto"/>
            <w:left w:val="none" w:sz="0" w:space="0" w:color="auto"/>
            <w:bottom w:val="none" w:sz="0" w:space="0" w:color="auto"/>
            <w:right w:val="none" w:sz="0" w:space="0" w:color="auto"/>
          </w:divBdr>
        </w:div>
        <w:div w:id="157769409">
          <w:marLeft w:val="480"/>
          <w:marRight w:val="0"/>
          <w:marTop w:val="0"/>
          <w:marBottom w:val="0"/>
          <w:divBdr>
            <w:top w:val="none" w:sz="0" w:space="0" w:color="auto"/>
            <w:left w:val="none" w:sz="0" w:space="0" w:color="auto"/>
            <w:bottom w:val="none" w:sz="0" w:space="0" w:color="auto"/>
            <w:right w:val="none" w:sz="0" w:space="0" w:color="auto"/>
          </w:divBdr>
        </w:div>
        <w:div w:id="179467148">
          <w:marLeft w:val="480"/>
          <w:marRight w:val="0"/>
          <w:marTop w:val="0"/>
          <w:marBottom w:val="0"/>
          <w:divBdr>
            <w:top w:val="none" w:sz="0" w:space="0" w:color="auto"/>
            <w:left w:val="none" w:sz="0" w:space="0" w:color="auto"/>
            <w:bottom w:val="none" w:sz="0" w:space="0" w:color="auto"/>
            <w:right w:val="none" w:sz="0" w:space="0" w:color="auto"/>
          </w:divBdr>
        </w:div>
        <w:div w:id="264581020">
          <w:marLeft w:val="480"/>
          <w:marRight w:val="0"/>
          <w:marTop w:val="0"/>
          <w:marBottom w:val="0"/>
          <w:divBdr>
            <w:top w:val="none" w:sz="0" w:space="0" w:color="auto"/>
            <w:left w:val="none" w:sz="0" w:space="0" w:color="auto"/>
            <w:bottom w:val="none" w:sz="0" w:space="0" w:color="auto"/>
            <w:right w:val="none" w:sz="0" w:space="0" w:color="auto"/>
          </w:divBdr>
        </w:div>
        <w:div w:id="268856814">
          <w:marLeft w:val="480"/>
          <w:marRight w:val="0"/>
          <w:marTop w:val="0"/>
          <w:marBottom w:val="0"/>
          <w:divBdr>
            <w:top w:val="none" w:sz="0" w:space="0" w:color="auto"/>
            <w:left w:val="none" w:sz="0" w:space="0" w:color="auto"/>
            <w:bottom w:val="none" w:sz="0" w:space="0" w:color="auto"/>
            <w:right w:val="none" w:sz="0" w:space="0" w:color="auto"/>
          </w:divBdr>
        </w:div>
        <w:div w:id="278756568">
          <w:marLeft w:val="480"/>
          <w:marRight w:val="0"/>
          <w:marTop w:val="0"/>
          <w:marBottom w:val="0"/>
          <w:divBdr>
            <w:top w:val="none" w:sz="0" w:space="0" w:color="auto"/>
            <w:left w:val="none" w:sz="0" w:space="0" w:color="auto"/>
            <w:bottom w:val="none" w:sz="0" w:space="0" w:color="auto"/>
            <w:right w:val="none" w:sz="0" w:space="0" w:color="auto"/>
          </w:divBdr>
        </w:div>
        <w:div w:id="403141105">
          <w:marLeft w:val="480"/>
          <w:marRight w:val="0"/>
          <w:marTop w:val="0"/>
          <w:marBottom w:val="0"/>
          <w:divBdr>
            <w:top w:val="none" w:sz="0" w:space="0" w:color="auto"/>
            <w:left w:val="none" w:sz="0" w:space="0" w:color="auto"/>
            <w:bottom w:val="none" w:sz="0" w:space="0" w:color="auto"/>
            <w:right w:val="none" w:sz="0" w:space="0" w:color="auto"/>
          </w:divBdr>
        </w:div>
        <w:div w:id="733969792">
          <w:marLeft w:val="480"/>
          <w:marRight w:val="0"/>
          <w:marTop w:val="0"/>
          <w:marBottom w:val="0"/>
          <w:divBdr>
            <w:top w:val="none" w:sz="0" w:space="0" w:color="auto"/>
            <w:left w:val="none" w:sz="0" w:space="0" w:color="auto"/>
            <w:bottom w:val="none" w:sz="0" w:space="0" w:color="auto"/>
            <w:right w:val="none" w:sz="0" w:space="0" w:color="auto"/>
          </w:divBdr>
        </w:div>
        <w:div w:id="750390390">
          <w:marLeft w:val="480"/>
          <w:marRight w:val="0"/>
          <w:marTop w:val="0"/>
          <w:marBottom w:val="0"/>
          <w:divBdr>
            <w:top w:val="none" w:sz="0" w:space="0" w:color="auto"/>
            <w:left w:val="none" w:sz="0" w:space="0" w:color="auto"/>
            <w:bottom w:val="none" w:sz="0" w:space="0" w:color="auto"/>
            <w:right w:val="none" w:sz="0" w:space="0" w:color="auto"/>
          </w:divBdr>
        </w:div>
        <w:div w:id="936327223">
          <w:marLeft w:val="480"/>
          <w:marRight w:val="0"/>
          <w:marTop w:val="0"/>
          <w:marBottom w:val="0"/>
          <w:divBdr>
            <w:top w:val="none" w:sz="0" w:space="0" w:color="auto"/>
            <w:left w:val="none" w:sz="0" w:space="0" w:color="auto"/>
            <w:bottom w:val="none" w:sz="0" w:space="0" w:color="auto"/>
            <w:right w:val="none" w:sz="0" w:space="0" w:color="auto"/>
          </w:divBdr>
        </w:div>
        <w:div w:id="940652000">
          <w:marLeft w:val="480"/>
          <w:marRight w:val="0"/>
          <w:marTop w:val="0"/>
          <w:marBottom w:val="0"/>
          <w:divBdr>
            <w:top w:val="none" w:sz="0" w:space="0" w:color="auto"/>
            <w:left w:val="none" w:sz="0" w:space="0" w:color="auto"/>
            <w:bottom w:val="none" w:sz="0" w:space="0" w:color="auto"/>
            <w:right w:val="none" w:sz="0" w:space="0" w:color="auto"/>
          </w:divBdr>
        </w:div>
        <w:div w:id="1029840946">
          <w:marLeft w:val="480"/>
          <w:marRight w:val="0"/>
          <w:marTop w:val="0"/>
          <w:marBottom w:val="0"/>
          <w:divBdr>
            <w:top w:val="none" w:sz="0" w:space="0" w:color="auto"/>
            <w:left w:val="none" w:sz="0" w:space="0" w:color="auto"/>
            <w:bottom w:val="none" w:sz="0" w:space="0" w:color="auto"/>
            <w:right w:val="none" w:sz="0" w:space="0" w:color="auto"/>
          </w:divBdr>
        </w:div>
        <w:div w:id="1035809305">
          <w:marLeft w:val="480"/>
          <w:marRight w:val="0"/>
          <w:marTop w:val="0"/>
          <w:marBottom w:val="0"/>
          <w:divBdr>
            <w:top w:val="none" w:sz="0" w:space="0" w:color="auto"/>
            <w:left w:val="none" w:sz="0" w:space="0" w:color="auto"/>
            <w:bottom w:val="none" w:sz="0" w:space="0" w:color="auto"/>
            <w:right w:val="none" w:sz="0" w:space="0" w:color="auto"/>
          </w:divBdr>
        </w:div>
        <w:div w:id="1201674894">
          <w:marLeft w:val="480"/>
          <w:marRight w:val="0"/>
          <w:marTop w:val="0"/>
          <w:marBottom w:val="0"/>
          <w:divBdr>
            <w:top w:val="none" w:sz="0" w:space="0" w:color="auto"/>
            <w:left w:val="none" w:sz="0" w:space="0" w:color="auto"/>
            <w:bottom w:val="none" w:sz="0" w:space="0" w:color="auto"/>
            <w:right w:val="none" w:sz="0" w:space="0" w:color="auto"/>
          </w:divBdr>
        </w:div>
        <w:div w:id="1268465561">
          <w:marLeft w:val="480"/>
          <w:marRight w:val="0"/>
          <w:marTop w:val="0"/>
          <w:marBottom w:val="0"/>
          <w:divBdr>
            <w:top w:val="none" w:sz="0" w:space="0" w:color="auto"/>
            <w:left w:val="none" w:sz="0" w:space="0" w:color="auto"/>
            <w:bottom w:val="none" w:sz="0" w:space="0" w:color="auto"/>
            <w:right w:val="none" w:sz="0" w:space="0" w:color="auto"/>
          </w:divBdr>
        </w:div>
        <w:div w:id="1286809738">
          <w:marLeft w:val="480"/>
          <w:marRight w:val="0"/>
          <w:marTop w:val="0"/>
          <w:marBottom w:val="0"/>
          <w:divBdr>
            <w:top w:val="none" w:sz="0" w:space="0" w:color="auto"/>
            <w:left w:val="none" w:sz="0" w:space="0" w:color="auto"/>
            <w:bottom w:val="none" w:sz="0" w:space="0" w:color="auto"/>
            <w:right w:val="none" w:sz="0" w:space="0" w:color="auto"/>
          </w:divBdr>
        </w:div>
        <w:div w:id="1620798329">
          <w:marLeft w:val="480"/>
          <w:marRight w:val="0"/>
          <w:marTop w:val="0"/>
          <w:marBottom w:val="0"/>
          <w:divBdr>
            <w:top w:val="none" w:sz="0" w:space="0" w:color="auto"/>
            <w:left w:val="none" w:sz="0" w:space="0" w:color="auto"/>
            <w:bottom w:val="none" w:sz="0" w:space="0" w:color="auto"/>
            <w:right w:val="none" w:sz="0" w:space="0" w:color="auto"/>
          </w:divBdr>
        </w:div>
        <w:div w:id="1626277377">
          <w:marLeft w:val="480"/>
          <w:marRight w:val="0"/>
          <w:marTop w:val="0"/>
          <w:marBottom w:val="0"/>
          <w:divBdr>
            <w:top w:val="none" w:sz="0" w:space="0" w:color="auto"/>
            <w:left w:val="none" w:sz="0" w:space="0" w:color="auto"/>
            <w:bottom w:val="none" w:sz="0" w:space="0" w:color="auto"/>
            <w:right w:val="none" w:sz="0" w:space="0" w:color="auto"/>
          </w:divBdr>
        </w:div>
        <w:div w:id="1753896374">
          <w:marLeft w:val="480"/>
          <w:marRight w:val="0"/>
          <w:marTop w:val="0"/>
          <w:marBottom w:val="0"/>
          <w:divBdr>
            <w:top w:val="none" w:sz="0" w:space="0" w:color="auto"/>
            <w:left w:val="none" w:sz="0" w:space="0" w:color="auto"/>
            <w:bottom w:val="none" w:sz="0" w:space="0" w:color="auto"/>
            <w:right w:val="none" w:sz="0" w:space="0" w:color="auto"/>
          </w:divBdr>
        </w:div>
        <w:div w:id="1811508087">
          <w:marLeft w:val="480"/>
          <w:marRight w:val="0"/>
          <w:marTop w:val="0"/>
          <w:marBottom w:val="0"/>
          <w:divBdr>
            <w:top w:val="none" w:sz="0" w:space="0" w:color="auto"/>
            <w:left w:val="none" w:sz="0" w:space="0" w:color="auto"/>
            <w:bottom w:val="none" w:sz="0" w:space="0" w:color="auto"/>
            <w:right w:val="none" w:sz="0" w:space="0" w:color="auto"/>
          </w:divBdr>
        </w:div>
        <w:div w:id="1864783048">
          <w:marLeft w:val="480"/>
          <w:marRight w:val="0"/>
          <w:marTop w:val="0"/>
          <w:marBottom w:val="0"/>
          <w:divBdr>
            <w:top w:val="none" w:sz="0" w:space="0" w:color="auto"/>
            <w:left w:val="none" w:sz="0" w:space="0" w:color="auto"/>
            <w:bottom w:val="none" w:sz="0" w:space="0" w:color="auto"/>
            <w:right w:val="none" w:sz="0" w:space="0" w:color="auto"/>
          </w:divBdr>
        </w:div>
        <w:div w:id="1960986505">
          <w:marLeft w:val="480"/>
          <w:marRight w:val="0"/>
          <w:marTop w:val="0"/>
          <w:marBottom w:val="0"/>
          <w:divBdr>
            <w:top w:val="none" w:sz="0" w:space="0" w:color="auto"/>
            <w:left w:val="none" w:sz="0" w:space="0" w:color="auto"/>
            <w:bottom w:val="none" w:sz="0" w:space="0" w:color="auto"/>
            <w:right w:val="none" w:sz="0" w:space="0" w:color="auto"/>
          </w:divBdr>
        </w:div>
        <w:div w:id="2015380510">
          <w:marLeft w:val="480"/>
          <w:marRight w:val="0"/>
          <w:marTop w:val="0"/>
          <w:marBottom w:val="0"/>
          <w:divBdr>
            <w:top w:val="none" w:sz="0" w:space="0" w:color="auto"/>
            <w:left w:val="none" w:sz="0" w:space="0" w:color="auto"/>
            <w:bottom w:val="none" w:sz="0" w:space="0" w:color="auto"/>
            <w:right w:val="none" w:sz="0" w:space="0" w:color="auto"/>
          </w:divBdr>
        </w:div>
        <w:div w:id="2129665374">
          <w:marLeft w:val="480"/>
          <w:marRight w:val="0"/>
          <w:marTop w:val="0"/>
          <w:marBottom w:val="0"/>
          <w:divBdr>
            <w:top w:val="none" w:sz="0" w:space="0" w:color="auto"/>
            <w:left w:val="none" w:sz="0" w:space="0" w:color="auto"/>
            <w:bottom w:val="none" w:sz="0" w:space="0" w:color="auto"/>
            <w:right w:val="none" w:sz="0" w:space="0" w:color="auto"/>
          </w:divBdr>
        </w:div>
      </w:divsChild>
    </w:div>
    <w:div w:id="759259456">
      <w:bodyDiv w:val="1"/>
      <w:marLeft w:val="0"/>
      <w:marRight w:val="0"/>
      <w:marTop w:val="0"/>
      <w:marBottom w:val="0"/>
      <w:divBdr>
        <w:top w:val="none" w:sz="0" w:space="0" w:color="auto"/>
        <w:left w:val="none" w:sz="0" w:space="0" w:color="auto"/>
        <w:bottom w:val="none" w:sz="0" w:space="0" w:color="auto"/>
        <w:right w:val="none" w:sz="0" w:space="0" w:color="auto"/>
      </w:divBdr>
    </w:div>
    <w:div w:id="759830679">
      <w:bodyDiv w:val="1"/>
      <w:marLeft w:val="0"/>
      <w:marRight w:val="0"/>
      <w:marTop w:val="0"/>
      <w:marBottom w:val="0"/>
      <w:divBdr>
        <w:top w:val="none" w:sz="0" w:space="0" w:color="auto"/>
        <w:left w:val="none" w:sz="0" w:space="0" w:color="auto"/>
        <w:bottom w:val="none" w:sz="0" w:space="0" w:color="auto"/>
        <w:right w:val="none" w:sz="0" w:space="0" w:color="auto"/>
      </w:divBdr>
      <w:divsChild>
        <w:div w:id="14505929">
          <w:marLeft w:val="480"/>
          <w:marRight w:val="0"/>
          <w:marTop w:val="0"/>
          <w:marBottom w:val="0"/>
          <w:divBdr>
            <w:top w:val="none" w:sz="0" w:space="0" w:color="auto"/>
            <w:left w:val="none" w:sz="0" w:space="0" w:color="auto"/>
            <w:bottom w:val="none" w:sz="0" w:space="0" w:color="auto"/>
            <w:right w:val="none" w:sz="0" w:space="0" w:color="auto"/>
          </w:divBdr>
        </w:div>
        <w:div w:id="161700223">
          <w:marLeft w:val="480"/>
          <w:marRight w:val="0"/>
          <w:marTop w:val="0"/>
          <w:marBottom w:val="0"/>
          <w:divBdr>
            <w:top w:val="none" w:sz="0" w:space="0" w:color="auto"/>
            <w:left w:val="none" w:sz="0" w:space="0" w:color="auto"/>
            <w:bottom w:val="none" w:sz="0" w:space="0" w:color="auto"/>
            <w:right w:val="none" w:sz="0" w:space="0" w:color="auto"/>
          </w:divBdr>
        </w:div>
        <w:div w:id="216626827">
          <w:marLeft w:val="480"/>
          <w:marRight w:val="0"/>
          <w:marTop w:val="0"/>
          <w:marBottom w:val="0"/>
          <w:divBdr>
            <w:top w:val="none" w:sz="0" w:space="0" w:color="auto"/>
            <w:left w:val="none" w:sz="0" w:space="0" w:color="auto"/>
            <w:bottom w:val="none" w:sz="0" w:space="0" w:color="auto"/>
            <w:right w:val="none" w:sz="0" w:space="0" w:color="auto"/>
          </w:divBdr>
        </w:div>
        <w:div w:id="276647432">
          <w:marLeft w:val="480"/>
          <w:marRight w:val="0"/>
          <w:marTop w:val="0"/>
          <w:marBottom w:val="0"/>
          <w:divBdr>
            <w:top w:val="none" w:sz="0" w:space="0" w:color="auto"/>
            <w:left w:val="none" w:sz="0" w:space="0" w:color="auto"/>
            <w:bottom w:val="none" w:sz="0" w:space="0" w:color="auto"/>
            <w:right w:val="none" w:sz="0" w:space="0" w:color="auto"/>
          </w:divBdr>
        </w:div>
        <w:div w:id="333142675">
          <w:marLeft w:val="480"/>
          <w:marRight w:val="0"/>
          <w:marTop w:val="0"/>
          <w:marBottom w:val="0"/>
          <w:divBdr>
            <w:top w:val="none" w:sz="0" w:space="0" w:color="auto"/>
            <w:left w:val="none" w:sz="0" w:space="0" w:color="auto"/>
            <w:bottom w:val="none" w:sz="0" w:space="0" w:color="auto"/>
            <w:right w:val="none" w:sz="0" w:space="0" w:color="auto"/>
          </w:divBdr>
        </w:div>
        <w:div w:id="345865856">
          <w:marLeft w:val="480"/>
          <w:marRight w:val="0"/>
          <w:marTop w:val="0"/>
          <w:marBottom w:val="0"/>
          <w:divBdr>
            <w:top w:val="none" w:sz="0" w:space="0" w:color="auto"/>
            <w:left w:val="none" w:sz="0" w:space="0" w:color="auto"/>
            <w:bottom w:val="none" w:sz="0" w:space="0" w:color="auto"/>
            <w:right w:val="none" w:sz="0" w:space="0" w:color="auto"/>
          </w:divBdr>
        </w:div>
        <w:div w:id="407114220">
          <w:marLeft w:val="480"/>
          <w:marRight w:val="0"/>
          <w:marTop w:val="0"/>
          <w:marBottom w:val="0"/>
          <w:divBdr>
            <w:top w:val="none" w:sz="0" w:space="0" w:color="auto"/>
            <w:left w:val="none" w:sz="0" w:space="0" w:color="auto"/>
            <w:bottom w:val="none" w:sz="0" w:space="0" w:color="auto"/>
            <w:right w:val="none" w:sz="0" w:space="0" w:color="auto"/>
          </w:divBdr>
        </w:div>
        <w:div w:id="412631690">
          <w:marLeft w:val="480"/>
          <w:marRight w:val="0"/>
          <w:marTop w:val="0"/>
          <w:marBottom w:val="0"/>
          <w:divBdr>
            <w:top w:val="none" w:sz="0" w:space="0" w:color="auto"/>
            <w:left w:val="none" w:sz="0" w:space="0" w:color="auto"/>
            <w:bottom w:val="none" w:sz="0" w:space="0" w:color="auto"/>
            <w:right w:val="none" w:sz="0" w:space="0" w:color="auto"/>
          </w:divBdr>
        </w:div>
        <w:div w:id="438911795">
          <w:marLeft w:val="480"/>
          <w:marRight w:val="0"/>
          <w:marTop w:val="0"/>
          <w:marBottom w:val="0"/>
          <w:divBdr>
            <w:top w:val="none" w:sz="0" w:space="0" w:color="auto"/>
            <w:left w:val="none" w:sz="0" w:space="0" w:color="auto"/>
            <w:bottom w:val="none" w:sz="0" w:space="0" w:color="auto"/>
            <w:right w:val="none" w:sz="0" w:space="0" w:color="auto"/>
          </w:divBdr>
        </w:div>
        <w:div w:id="681980434">
          <w:marLeft w:val="480"/>
          <w:marRight w:val="0"/>
          <w:marTop w:val="0"/>
          <w:marBottom w:val="0"/>
          <w:divBdr>
            <w:top w:val="none" w:sz="0" w:space="0" w:color="auto"/>
            <w:left w:val="none" w:sz="0" w:space="0" w:color="auto"/>
            <w:bottom w:val="none" w:sz="0" w:space="0" w:color="auto"/>
            <w:right w:val="none" w:sz="0" w:space="0" w:color="auto"/>
          </w:divBdr>
        </w:div>
        <w:div w:id="692926904">
          <w:marLeft w:val="480"/>
          <w:marRight w:val="0"/>
          <w:marTop w:val="0"/>
          <w:marBottom w:val="0"/>
          <w:divBdr>
            <w:top w:val="none" w:sz="0" w:space="0" w:color="auto"/>
            <w:left w:val="none" w:sz="0" w:space="0" w:color="auto"/>
            <w:bottom w:val="none" w:sz="0" w:space="0" w:color="auto"/>
            <w:right w:val="none" w:sz="0" w:space="0" w:color="auto"/>
          </w:divBdr>
        </w:div>
        <w:div w:id="707217957">
          <w:marLeft w:val="480"/>
          <w:marRight w:val="0"/>
          <w:marTop w:val="0"/>
          <w:marBottom w:val="0"/>
          <w:divBdr>
            <w:top w:val="none" w:sz="0" w:space="0" w:color="auto"/>
            <w:left w:val="none" w:sz="0" w:space="0" w:color="auto"/>
            <w:bottom w:val="none" w:sz="0" w:space="0" w:color="auto"/>
            <w:right w:val="none" w:sz="0" w:space="0" w:color="auto"/>
          </w:divBdr>
        </w:div>
        <w:div w:id="942566052">
          <w:marLeft w:val="480"/>
          <w:marRight w:val="0"/>
          <w:marTop w:val="0"/>
          <w:marBottom w:val="0"/>
          <w:divBdr>
            <w:top w:val="none" w:sz="0" w:space="0" w:color="auto"/>
            <w:left w:val="none" w:sz="0" w:space="0" w:color="auto"/>
            <w:bottom w:val="none" w:sz="0" w:space="0" w:color="auto"/>
            <w:right w:val="none" w:sz="0" w:space="0" w:color="auto"/>
          </w:divBdr>
        </w:div>
        <w:div w:id="953905558">
          <w:marLeft w:val="480"/>
          <w:marRight w:val="0"/>
          <w:marTop w:val="0"/>
          <w:marBottom w:val="0"/>
          <w:divBdr>
            <w:top w:val="none" w:sz="0" w:space="0" w:color="auto"/>
            <w:left w:val="none" w:sz="0" w:space="0" w:color="auto"/>
            <w:bottom w:val="none" w:sz="0" w:space="0" w:color="auto"/>
            <w:right w:val="none" w:sz="0" w:space="0" w:color="auto"/>
          </w:divBdr>
        </w:div>
        <w:div w:id="1095203504">
          <w:marLeft w:val="480"/>
          <w:marRight w:val="0"/>
          <w:marTop w:val="0"/>
          <w:marBottom w:val="0"/>
          <w:divBdr>
            <w:top w:val="none" w:sz="0" w:space="0" w:color="auto"/>
            <w:left w:val="none" w:sz="0" w:space="0" w:color="auto"/>
            <w:bottom w:val="none" w:sz="0" w:space="0" w:color="auto"/>
            <w:right w:val="none" w:sz="0" w:space="0" w:color="auto"/>
          </w:divBdr>
        </w:div>
        <w:div w:id="1125080447">
          <w:marLeft w:val="480"/>
          <w:marRight w:val="0"/>
          <w:marTop w:val="0"/>
          <w:marBottom w:val="0"/>
          <w:divBdr>
            <w:top w:val="none" w:sz="0" w:space="0" w:color="auto"/>
            <w:left w:val="none" w:sz="0" w:space="0" w:color="auto"/>
            <w:bottom w:val="none" w:sz="0" w:space="0" w:color="auto"/>
            <w:right w:val="none" w:sz="0" w:space="0" w:color="auto"/>
          </w:divBdr>
        </w:div>
        <w:div w:id="1367220728">
          <w:marLeft w:val="480"/>
          <w:marRight w:val="0"/>
          <w:marTop w:val="0"/>
          <w:marBottom w:val="0"/>
          <w:divBdr>
            <w:top w:val="none" w:sz="0" w:space="0" w:color="auto"/>
            <w:left w:val="none" w:sz="0" w:space="0" w:color="auto"/>
            <w:bottom w:val="none" w:sz="0" w:space="0" w:color="auto"/>
            <w:right w:val="none" w:sz="0" w:space="0" w:color="auto"/>
          </w:divBdr>
        </w:div>
        <w:div w:id="1445806398">
          <w:marLeft w:val="480"/>
          <w:marRight w:val="0"/>
          <w:marTop w:val="0"/>
          <w:marBottom w:val="0"/>
          <w:divBdr>
            <w:top w:val="none" w:sz="0" w:space="0" w:color="auto"/>
            <w:left w:val="none" w:sz="0" w:space="0" w:color="auto"/>
            <w:bottom w:val="none" w:sz="0" w:space="0" w:color="auto"/>
            <w:right w:val="none" w:sz="0" w:space="0" w:color="auto"/>
          </w:divBdr>
        </w:div>
        <w:div w:id="1484925741">
          <w:marLeft w:val="480"/>
          <w:marRight w:val="0"/>
          <w:marTop w:val="0"/>
          <w:marBottom w:val="0"/>
          <w:divBdr>
            <w:top w:val="none" w:sz="0" w:space="0" w:color="auto"/>
            <w:left w:val="none" w:sz="0" w:space="0" w:color="auto"/>
            <w:bottom w:val="none" w:sz="0" w:space="0" w:color="auto"/>
            <w:right w:val="none" w:sz="0" w:space="0" w:color="auto"/>
          </w:divBdr>
        </w:div>
        <w:div w:id="1550460024">
          <w:marLeft w:val="480"/>
          <w:marRight w:val="0"/>
          <w:marTop w:val="0"/>
          <w:marBottom w:val="0"/>
          <w:divBdr>
            <w:top w:val="none" w:sz="0" w:space="0" w:color="auto"/>
            <w:left w:val="none" w:sz="0" w:space="0" w:color="auto"/>
            <w:bottom w:val="none" w:sz="0" w:space="0" w:color="auto"/>
            <w:right w:val="none" w:sz="0" w:space="0" w:color="auto"/>
          </w:divBdr>
        </w:div>
        <w:div w:id="1585531323">
          <w:marLeft w:val="480"/>
          <w:marRight w:val="0"/>
          <w:marTop w:val="0"/>
          <w:marBottom w:val="0"/>
          <w:divBdr>
            <w:top w:val="none" w:sz="0" w:space="0" w:color="auto"/>
            <w:left w:val="none" w:sz="0" w:space="0" w:color="auto"/>
            <w:bottom w:val="none" w:sz="0" w:space="0" w:color="auto"/>
            <w:right w:val="none" w:sz="0" w:space="0" w:color="auto"/>
          </w:divBdr>
        </w:div>
        <w:div w:id="1593707612">
          <w:marLeft w:val="480"/>
          <w:marRight w:val="0"/>
          <w:marTop w:val="0"/>
          <w:marBottom w:val="0"/>
          <w:divBdr>
            <w:top w:val="none" w:sz="0" w:space="0" w:color="auto"/>
            <w:left w:val="none" w:sz="0" w:space="0" w:color="auto"/>
            <w:bottom w:val="none" w:sz="0" w:space="0" w:color="auto"/>
            <w:right w:val="none" w:sz="0" w:space="0" w:color="auto"/>
          </w:divBdr>
        </w:div>
        <w:div w:id="1603222456">
          <w:marLeft w:val="480"/>
          <w:marRight w:val="0"/>
          <w:marTop w:val="0"/>
          <w:marBottom w:val="0"/>
          <w:divBdr>
            <w:top w:val="none" w:sz="0" w:space="0" w:color="auto"/>
            <w:left w:val="none" w:sz="0" w:space="0" w:color="auto"/>
            <w:bottom w:val="none" w:sz="0" w:space="0" w:color="auto"/>
            <w:right w:val="none" w:sz="0" w:space="0" w:color="auto"/>
          </w:divBdr>
        </w:div>
        <w:div w:id="1680162316">
          <w:marLeft w:val="480"/>
          <w:marRight w:val="0"/>
          <w:marTop w:val="0"/>
          <w:marBottom w:val="0"/>
          <w:divBdr>
            <w:top w:val="none" w:sz="0" w:space="0" w:color="auto"/>
            <w:left w:val="none" w:sz="0" w:space="0" w:color="auto"/>
            <w:bottom w:val="none" w:sz="0" w:space="0" w:color="auto"/>
            <w:right w:val="none" w:sz="0" w:space="0" w:color="auto"/>
          </w:divBdr>
        </w:div>
        <w:div w:id="1730038248">
          <w:marLeft w:val="480"/>
          <w:marRight w:val="0"/>
          <w:marTop w:val="0"/>
          <w:marBottom w:val="0"/>
          <w:divBdr>
            <w:top w:val="none" w:sz="0" w:space="0" w:color="auto"/>
            <w:left w:val="none" w:sz="0" w:space="0" w:color="auto"/>
            <w:bottom w:val="none" w:sz="0" w:space="0" w:color="auto"/>
            <w:right w:val="none" w:sz="0" w:space="0" w:color="auto"/>
          </w:divBdr>
        </w:div>
        <w:div w:id="1739934868">
          <w:marLeft w:val="480"/>
          <w:marRight w:val="0"/>
          <w:marTop w:val="0"/>
          <w:marBottom w:val="0"/>
          <w:divBdr>
            <w:top w:val="none" w:sz="0" w:space="0" w:color="auto"/>
            <w:left w:val="none" w:sz="0" w:space="0" w:color="auto"/>
            <w:bottom w:val="none" w:sz="0" w:space="0" w:color="auto"/>
            <w:right w:val="none" w:sz="0" w:space="0" w:color="auto"/>
          </w:divBdr>
        </w:div>
        <w:div w:id="1750618709">
          <w:marLeft w:val="480"/>
          <w:marRight w:val="0"/>
          <w:marTop w:val="0"/>
          <w:marBottom w:val="0"/>
          <w:divBdr>
            <w:top w:val="none" w:sz="0" w:space="0" w:color="auto"/>
            <w:left w:val="none" w:sz="0" w:space="0" w:color="auto"/>
            <w:bottom w:val="none" w:sz="0" w:space="0" w:color="auto"/>
            <w:right w:val="none" w:sz="0" w:space="0" w:color="auto"/>
          </w:divBdr>
        </w:div>
        <w:div w:id="1791705404">
          <w:marLeft w:val="480"/>
          <w:marRight w:val="0"/>
          <w:marTop w:val="0"/>
          <w:marBottom w:val="0"/>
          <w:divBdr>
            <w:top w:val="none" w:sz="0" w:space="0" w:color="auto"/>
            <w:left w:val="none" w:sz="0" w:space="0" w:color="auto"/>
            <w:bottom w:val="none" w:sz="0" w:space="0" w:color="auto"/>
            <w:right w:val="none" w:sz="0" w:space="0" w:color="auto"/>
          </w:divBdr>
        </w:div>
        <w:div w:id="1810437492">
          <w:marLeft w:val="480"/>
          <w:marRight w:val="0"/>
          <w:marTop w:val="0"/>
          <w:marBottom w:val="0"/>
          <w:divBdr>
            <w:top w:val="none" w:sz="0" w:space="0" w:color="auto"/>
            <w:left w:val="none" w:sz="0" w:space="0" w:color="auto"/>
            <w:bottom w:val="none" w:sz="0" w:space="0" w:color="auto"/>
            <w:right w:val="none" w:sz="0" w:space="0" w:color="auto"/>
          </w:divBdr>
        </w:div>
        <w:div w:id="1934586949">
          <w:marLeft w:val="480"/>
          <w:marRight w:val="0"/>
          <w:marTop w:val="0"/>
          <w:marBottom w:val="0"/>
          <w:divBdr>
            <w:top w:val="none" w:sz="0" w:space="0" w:color="auto"/>
            <w:left w:val="none" w:sz="0" w:space="0" w:color="auto"/>
            <w:bottom w:val="none" w:sz="0" w:space="0" w:color="auto"/>
            <w:right w:val="none" w:sz="0" w:space="0" w:color="auto"/>
          </w:divBdr>
        </w:div>
        <w:div w:id="1968273731">
          <w:marLeft w:val="480"/>
          <w:marRight w:val="0"/>
          <w:marTop w:val="0"/>
          <w:marBottom w:val="0"/>
          <w:divBdr>
            <w:top w:val="none" w:sz="0" w:space="0" w:color="auto"/>
            <w:left w:val="none" w:sz="0" w:space="0" w:color="auto"/>
            <w:bottom w:val="none" w:sz="0" w:space="0" w:color="auto"/>
            <w:right w:val="none" w:sz="0" w:space="0" w:color="auto"/>
          </w:divBdr>
        </w:div>
        <w:div w:id="2093776650">
          <w:marLeft w:val="480"/>
          <w:marRight w:val="0"/>
          <w:marTop w:val="0"/>
          <w:marBottom w:val="0"/>
          <w:divBdr>
            <w:top w:val="none" w:sz="0" w:space="0" w:color="auto"/>
            <w:left w:val="none" w:sz="0" w:space="0" w:color="auto"/>
            <w:bottom w:val="none" w:sz="0" w:space="0" w:color="auto"/>
            <w:right w:val="none" w:sz="0" w:space="0" w:color="auto"/>
          </w:divBdr>
        </w:div>
        <w:div w:id="2127458348">
          <w:marLeft w:val="480"/>
          <w:marRight w:val="0"/>
          <w:marTop w:val="0"/>
          <w:marBottom w:val="0"/>
          <w:divBdr>
            <w:top w:val="none" w:sz="0" w:space="0" w:color="auto"/>
            <w:left w:val="none" w:sz="0" w:space="0" w:color="auto"/>
            <w:bottom w:val="none" w:sz="0" w:space="0" w:color="auto"/>
            <w:right w:val="none" w:sz="0" w:space="0" w:color="auto"/>
          </w:divBdr>
        </w:div>
      </w:divsChild>
    </w:div>
    <w:div w:id="761536285">
      <w:bodyDiv w:val="1"/>
      <w:marLeft w:val="0"/>
      <w:marRight w:val="0"/>
      <w:marTop w:val="0"/>
      <w:marBottom w:val="0"/>
      <w:divBdr>
        <w:top w:val="none" w:sz="0" w:space="0" w:color="auto"/>
        <w:left w:val="none" w:sz="0" w:space="0" w:color="auto"/>
        <w:bottom w:val="none" w:sz="0" w:space="0" w:color="auto"/>
        <w:right w:val="none" w:sz="0" w:space="0" w:color="auto"/>
      </w:divBdr>
    </w:div>
    <w:div w:id="762721444">
      <w:bodyDiv w:val="1"/>
      <w:marLeft w:val="0"/>
      <w:marRight w:val="0"/>
      <w:marTop w:val="0"/>
      <w:marBottom w:val="0"/>
      <w:divBdr>
        <w:top w:val="none" w:sz="0" w:space="0" w:color="auto"/>
        <w:left w:val="none" w:sz="0" w:space="0" w:color="auto"/>
        <w:bottom w:val="none" w:sz="0" w:space="0" w:color="auto"/>
        <w:right w:val="none" w:sz="0" w:space="0" w:color="auto"/>
      </w:divBdr>
    </w:div>
    <w:div w:id="763113725">
      <w:bodyDiv w:val="1"/>
      <w:marLeft w:val="0"/>
      <w:marRight w:val="0"/>
      <w:marTop w:val="0"/>
      <w:marBottom w:val="0"/>
      <w:divBdr>
        <w:top w:val="none" w:sz="0" w:space="0" w:color="auto"/>
        <w:left w:val="none" w:sz="0" w:space="0" w:color="auto"/>
        <w:bottom w:val="none" w:sz="0" w:space="0" w:color="auto"/>
        <w:right w:val="none" w:sz="0" w:space="0" w:color="auto"/>
      </w:divBdr>
    </w:div>
    <w:div w:id="764693724">
      <w:bodyDiv w:val="1"/>
      <w:marLeft w:val="0"/>
      <w:marRight w:val="0"/>
      <w:marTop w:val="0"/>
      <w:marBottom w:val="0"/>
      <w:divBdr>
        <w:top w:val="none" w:sz="0" w:space="0" w:color="auto"/>
        <w:left w:val="none" w:sz="0" w:space="0" w:color="auto"/>
        <w:bottom w:val="none" w:sz="0" w:space="0" w:color="auto"/>
        <w:right w:val="none" w:sz="0" w:space="0" w:color="auto"/>
      </w:divBdr>
    </w:div>
    <w:div w:id="764806989">
      <w:bodyDiv w:val="1"/>
      <w:marLeft w:val="0"/>
      <w:marRight w:val="0"/>
      <w:marTop w:val="0"/>
      <w:marBottom w:val="0"/>
      <w:divBdr>
        <w:top w:val="none" w:sz="0" w:space="0" w:color="auto"/>
        <w:left w:val="none" w:sz="0" w:space="0" w:color="auto"/>
        <w:bottom w:val="none" w:sz="0" w:space="0" w:color="auto"/>
        <w:right w:val="none" w:sz="0" w:space="0" w:color="auto"/>
      </w:divBdr>
    </w:div>
    <w:div w:id="766582917">
      <w:bodyDiv w:val="1"/>
      <w:marLeft w:val="0"/>
      <w:marRight w:val="0"/>
      <w:marTop w:val="0"/>
      <w:marBottom w:val="0"/>
      <w:divBdr>
        <w:top w:val="none" w:sz="0" w:space="0" w:color="auto"/>
        <w:left w:val="none" w:sz="0" w:space="0" w:color="auto"/>
        <w:bottom w:val="none" w:sz="0" w:space="0" w:color="auto"/>
        <w:right w:val="none" w:sz="0" w:space="0" w:color="auto"/>
      </w:divBdr>
      <w:divsChild>
        <w:div w:id="1520115">
          <w:marLeft w:val="480"/>
          <w:marRight w:val="0"/>
          <w:marTop w:val="0"/>
          <w:marBottom w:val="0"/>
          <w:divBdr>
            <w:top w:val="none" w:sz="0" w:space="0" w:color="auto"/>
            <w:left w:val="none" w:sz="0" w:space="0" w:color="auto"/>
            <w:bottom w:val="none" w:sz="0" w:space="0" w:color="auto"/>
            <w:right w:val="none" w:sz="0" w:space="0" w:color="auto"/>
          </w:divBdr>
        </w:div>
        <w:div w:id="100340083">
          <w:marLeft w:val="480"/>
          <w:marRight w:val="0"/>
          <w:marTop w:val="0"/>
          <w:marBottom w:val="0"/>
          <w:divBdr>
            <w:top w:val="none" w:sz="0" w:space="0" w:color="auto"/>
            <w:left w:val="none" w:sz="0" w:space="0" w:color="auto"/>
            <w:bottom w:val="none" w:sz="0" w:space="0" w:color="auto"/>
            <w:right w:val="none" w:sz="0" w:space="0" w:color="auto"/>
          </w:divBdr>
        </w:div>
        <w:div w:id="486479296">
          <w:marLeft w:val="480"/>
          <w:marRight w:val="0"/>
          <w:marTop w:val="0"/>
          <w:marBottom w:val="0"/>
          <w:divBdr>
            <w:top w:val="none" w:sz="0" w:space="0" w:color="auto"/>
            <w:left w:val="none" w:sz="0" w:space="0" w:color="auto"/>
            <w:bottom w:val="none" w:sz="0" w:space="0" w:color="auto"/>
            <w:right w:val="none" w:sz="0" w:space="0" w:color="auto"/>
          </w:divBdr>
        </w:div>
        <w:div w:id="611981496">
          <w:marLeft w:val="480"/>
          <w:marRight w:val="0"/>
          <w:marTop w:val="0"/>
          <w:marBottom w:val="0"/>
          <w:divBdr>
            <w:top w:val="none" w:sz="0" w:space="0" w:color="auto"/>
            <w:left w:val="none" w:sz="0" w:space="0" w:color="auto"/>
            <w:bottom w:val="none" w:sz="0" w:space="0" w:color="auto"/>
            <w:right w:val="none" w:sz="0" w:space="0" w:color="auto"/>
          </w:divBdr>
        </w:div>
        <w:div w:id="706610728">
          <w:marLeft w:val="480"/>
          <w:marRight w:val="0"/>
          <w:marTop w:val="0"/>
          <w:marBottom w:val="0"/>
          <w:divBdr>
            <w:top w:val="none" w:sz="0" w:space="0" w:color="auto"/>
            <w:left w:val="none" w:sz="0" w:space="0" w:color="auto"/>
            <w:bottom w:val="none" w:sz="0" w:space="0" w:color="auto"/>
            <w:right w:val="none" w:sz="0" w:space="0" w:color="auto"/>
          </w:divBdr>
        </w:div>
        <w:div w:id="1331905721">
          <w:marLeft w:val="480"/>
          <w:marRight w:val="0"/>
          <w:marTop w:val="0"/>
          <w:marBottom w:val="0"/>
          <w:divBdr>
            <w:top w:val="none" w:sz="0" w:space="0" w:color="auto"/>
            <w:left w:val="none" w:sz="0" w:space="0" w:color="auto"/>
            <w:bottom w:val="none" w:sz="0" w:space="0" w:color="auto"/>
            <w:right w:val="none" w:sz="0" w:space="0" w:color="auto"/>
          </w:divBdr>
        </w:div>
        <w:div w:id="1506937755">
          <w:marLeft w:val="480"/>
          <w:marRight w:val="0"/>
          <w:marTop w:val="0"/>
          <w:marBottom w:val="0"/>
          <w:divBdr>
            <w:top w:val="none" w:sz="0" w:space="0" w:color="auto"/>
            <w:left w:val="none" w:sz="0" w:space="0" w:color="auto"/>
            <w:bottom w:val="none" w:sz="0" w:space="0" w:color="auto"/>
            <w:right w:val="none" w:sz="0" w:space="0" w:color="auto"/>
          </w:divBdr>
        </w:div>
        <w:div w:id="1550800529">
          <w:marLeft w:val="480"/>
          <w:marRight w:val="0"/>
          <w:marTop w:val="0"/>
          <w:marBottom w:val="0"/>
          <w:divBdr>
            <w:top w:val="none" w:sz="0" w:space="0" w:color="auto"/>
            <w:left w:val="none" w:sz="0" w:space="0" w:color="auto"/>
            <w:bottom w:val="none" w:sz="0" w:space="0" w:color="auto"/>
            <w:right w:val="none" w:sz="0" w:space="0" w:color="auto"/>
          </w:divBdr>
        </w:div>
      </w:divsChild>
    </w:div>
    <w:div w:id="766656516">
      <w:bodyDiv w:val="1"/>
      <w:marLeft w:val="0"/>
      <w:marRight w:val="0"/>
      <w:marTop w:val="0"/>
      <w:marBottom w:val="0"/>
      <w:divBdr>
        <w:top w:val="none" w:sz="0" w:space="0" w:color="auto"/>
        <w:left w:val="none" w:sz="0" w:space="0" w:color="auto"/>
        <w:bottom w:val="none" w:sz="0" w:space="0" w:color="auto"/>
        <w:right w:val="none" w:sz="0" w:space="0" w:color="auto"/>
      </w:divBdr>
    </w:div>
    <w:div w:id="767703082">
      <w:bodyDiv w:val="1"/>
      <w:marLeft w:val="0"/>
      <w:marRight w:val="0"/>
      <w:marTop w:val="0"/>
      <w:marBottom w:val="0"/>
      <w:divBdr>
        <w:top w:val="none" w:sz="0" w:space="0" w:color="auto"/>
        <w:left w:val="none" w:sz="0" w:space="0" w:color="auto"/>
        <w:bottom w:val="none" w:sz="0" w:space="0" w:color="auto"/>
        <w:right w:val="none" w:sz="0" w:space="0" w:color="auto"/>
      </w:divBdr>
    </w:div>
    <w:div w:id="769621397">
      <w:bodyDiv w:val="1"/>
      <w:marLeft w:val="0"/>
      <w:marRight w:val="0"/>
      <w:marTop w:val="0"/>
      <w:marBottom w:val="0"/>
      <w:divBdr>
        <w:top w:val="none" w:sz="0" w:space="0" w:color="auto"/>
        <w:left w:val="none" w:sz="0" w:space="0" w:color="auto"/>
        <w:bottom w:val="none" w:sz="0" w:space="0" w:color="auto"/>
        <w:right w:val="none" w:sz="0" w:space="0" w:color="auto"/>
      </w:divBdr>
    </w:div>
    <w:div w:id="770205207">
      <w:bodyDiv w:val="1"/>
      <w:marLeft w:val="0"/>
      <w:marRight w:val="0"/>
      <w:marTop w:val="0"/>
      <w:marBottom w:val="0"/>
      <w:divBdr>
        <w:top w:val="none" w:sz="0" w:space="0" w:color="auto"/>
        <w:left w:val="none" w:sz="0" w:space="0" w:color="auto"/>
        <w:bottom w:val="none" w:sz="0" w:space="0" w:color="auto"/>
        <w:right w:val="none" w:sz="0" w:space="0" w:color="auto"/>
      </w:divBdr>
      <w:divsChild>
        <w:div w:id="23334168">
          <w:marLeft w:val="480"/>
          <w:marRight w:val="0"/>
          <w:marTop w:val="0"/>
          <w:marBottom w:val="0"/>
          <w:divBdr>
            <w:top w:val="none" w:sz="0" w:space="0" w:color="auto"/>
            <w:left w:val="none" w:sz="0" w:space="0" w:color="auto"/>
            <w:bottom w:val="none" w:sz="0" w:space="0" w:color="auto"/>
            <w:right w:val="none" w:sz="0" w:space="0" w:color="auto"/>
          </w:divBdr>
        </w:div>
        <w:div w:id="72090118">
          <w:marLeft w:val="480"/>
          <w:marRight w:val="0"/>
          <w:marTop w:val="0"/>
          <w:marBottom w:val="0"/>
          <w:divBdr>
            <w:top w:val="none" w:sz="0" w:space="0" w:color="auto"/>
            <w:left w:val="none" w:sz="0" w:space="0" w:color="auto"/>
            <w:bottom w:val="none" w:sz="0" w:space="0" w:color="auto"/>
            <w:right w:val="none" w:sz="0" w:space="0" w:color="auto"/>
          </w:divBdr>
        </w:div>
        <w:div w:id="79376140">
          <w:marLeft w:val="480"/>
          <w:marRight w:val="0"/>
          <w:marTop w:val="0"/>
          <w:marBottom w:val="0"/>
          <w:divBdr>
            <w:top w:val="none" w:sz="0" w:space="0" w:color="auto"/>
            <w:left w:val="none" w:sz="0" w:space="0" w:color="auto"/>
            <w:bottom w:val="none" w:sz="0" w:space="0" w:color="auto"/>
            <w:right w:val="none" w:sz="0" w:space="0" w:color="auto"/>
          </w:divBdr>
        </w:div>
        <w:div w:id="284164236">
          <w:marLeft w:val="480"/>
          <w:marRight w:val="0"/>
          <w:marTop w:val="0"/>
          <w:marBottom w:val="0"/>
          <w:divBdr>
            <w:top w:val="none" w:sz="0" w:space="0" w:color="auto"/>
            <w:left w:val="none" w:sz="0" w:space="0" w:color="auto"/>
            <w:bottom w:val="none" w:sz="0" w:space="0" w:color="auto"/>
            <w:right w:val="none" w:sz="0" w:space="0" w:color="auto"/>
          </w:divBdr>
        </w:div>
        <w:div w:id="334457628">
          <w:marLeft w:val="480"/>
          <w:marRight w:val="0"/>
          <w:marTop w:val="0"/>
          <w:marBottom w:val="0"/>
          <w:divBdr>
            <w:top w:val="none" w:sz="0" w:space="0" w:color="auto"/>
            <w:left w:val="none" w:sz="0" w:space="0" w:color="auto"/>
            <w:bottom w:val="none" w:sz="0" w:space="0" w:color="auto"/>
            <w:right w:val="none" w:sz="0" w:space="0" w:color="auto"/>
          </w:divBdr>
        </w:div>
        <w:div w:id="374040090">
          <w:marLeft w:val="480"/>
          <w:marRight w:val="0"/>
          <w:marTop w:val="0"/>
          <w:marBottom w:val="0"/>
          <w:divBdr>
            <w:top w:val="none" w:sz="0" w:space="0" w:color="auto"/>
            <w:left w:val="none" w:sz="0" w:space="0" w:color="auto"/>
            <w:bottom w:val="none" w:sz="0" w:space="0" w:color="auto"/>
            <w:right w:val="none" w:sz="0" w:space="0" w:color="auto"/>
          </w:divBdr>
        </w:div>
        <w:div w:id="425466540">
          <w:marLeft w:val="480"/>
          <w:marRight w:val="0"/>
          <w:marTop w:val="0"/>
          <w:marBottom w:val="0"/>
          <w:divBdr>
            <w:top w:val="none" w:sz="0" w:space="0" w:color="auto"/>
            <w:left w:val="none" w:sz="0" w:space="0" w:color="auto"/>
            <w:bottom w:val="none" w:sz="0" w:space="0" w:color="auto"/>
            <w:right w:val="none" w:sz="0" w:space="0" w:color="auto"/>
          </w:divBdr>
        </w:div>
        <w:div w:id="501818262">
          <w:marLeft w:val="480"/>
          <w:marRight w:val="0"/>
          <w:marTop w:val="0"/>
          <w:marBottom w:val="0"/>
          <w:divBdr>
            <w:top w:val="none" w:sz="0" w:space="0" w:color="auto"/>
            <w:left w:val="none" w:sz="0" w:space="0" w:color="auto"/>
            <w:bottom w:val="none" w:sz="0" w:space="0" w:color="auto"/>
            <w:right w:val="none" w:sz="0" w:space="0" w:color="auto"/>
          </w:divBdr>
        </w:div>
        <w:div w:id="541021507">
          <w:marLeft w:val="480"/>
          <w:marRight w:val="0"/>
          <w:marTop w:val="0"/>
          <w:marBottom w:val="0"/>
          <w:divBdr>
            <w:top w:val="none" w:sz="0" w:space="0" w:color="auto"/>
            <w:left w:val="none" w:sz="0" w:space="0" w:color="auto"/>
            <w:bottom w:val="none" w:sz="0" w:space="0" w:color="auto"/>
            <w:right w:val="none" w:sz="0" w:space="0" w:color="auto"/>
          </w:divBdr>
        </w:div>
        <w:div w:id="589856736">
          <w:marLeft w:val="480"/>
          <w:marRight w:val="0"/>
          <w:marTop w:val="0"/>
          <w:marBottom w:val="0"/>
          <w:divBdr>
            <w:top w:val="none" w:sz="0" w:space="0" w:color="auto"/>
            <w:left w:val="none" w:sz="0" w:space="0" w:color="auto"/>
            <w:bottom w:val="none" w:sz="0" w:space="0" w:color="auto"/>
            <w:right w:val="none" w:sz="0" w:space="0" w:color="auto"/>
          </w:divBdr>
        </w:div>
        <w:div w:id="726342131">
          <w:marLeft w:val="480"/>
          <w:marRight w:val="0"/>
          <w:marTop w:val="0"/>
          <w:marBottom w:val="0"/>
          <w:divBdr>
            <w:top w:val="none" w:sz="0" w:space="0" w:color="auto"/>
            <w:left w:val="none" w:sz="0" w:space="0" w:color="auto"/>
            <w:bottom w:val="none" w:sz="0" w:space="0" w:color="auto"/>
            <w:right w:val="none" w:sz="0" w:space="0" w:color="auto"/>
          </w:divBdr>
        </w:div>
        <w:div w:id="877547416">
          <w:marLeft w:val="480"/>
          <w:marRight w:val="0"/>
          <w:marTop w:val="0"/>
          <w:marBottom w:val="0"/>
          <w:divBdr>
            <w:top w:val="none" w:sz="0" w:space="0" w:color="auto"/>
            <w:left w:val="none" w:sz="0" w:space="0" w:color="auto"/>
            <w:bottom w:val="none" w:sz="0" w:space="0" w:color="auto"/>
            <w:right w:val="none" w:sz="0" w:space="0" w:color="auto"/>
          </w:divBdr>
        </w:div>
        <w:div w:id="898592526">
          <w:marLeft w:val="480"/>
          <w:marRight w:val="0"/>
          <w:marTop w:val="0"/>
          <w:marBottom w:val="0"/>
          <w:divBdr>
            <w:top w:val="none" w:sz="0" w:space="0" w:color="auto"/>
            <w:left w:val="none" w:sz="0" w:space="0" w:color="auto"/>
            <w:bottom w:val="none" w:sz="0" w:space="0" w:color="auto"/>
            <w:right w:val="none" w:sz="0" w:space="0" w:color="auto"/>
          </w:divBdr>
        </w:div>
        <w:div w:id="939947355">
          <w:marLeft w:val="480"/>
          <w:marRight w:val="0"/>
          <w:marTop w:val="0"/>
          <w:marBottom w:val="0"/>
          <w:divBdr>
            <w:top w:val="none" w:sz="0" w:space="0" w:color="auto"/>
            <w:left w:val="none" w:sz="0" w:space="0" w:color="auto"/>
            <w:bottom w:val="none" w:sz="0" w:space="0" w:color="auto"/>
            <w:right w:val="none" w:sz="0" w:space="0" w:color="auto"/>
          </w:divBdr>
        </w:div>
        <w:div w:id="941188987">
          <w:marLeft w:val="480"/>
          <w:marRight w:val="0"/>
          <w:marTop w:val="0"/>
          <w:marBottom w:val="0"/>
          <w:divBdr>
            <w:top w:val="none" w:sz="0" w:space="0" w:color="auto"/>
            <w:left w:val="none" w:sz="0" w:space="0" w:color="auto"/>
            <w:bottom w:val="none" w:sz="0" w:space="0" w:color="auto"/>
            <w:right w:val="none" w:sz="0" w:space="0" w:color="auto"/>
          </w:divBdr>
        </w:div>
        <w:div w:id="999500821">
          <w:marLeft w:val="480"/>
          <w:marRight w:val="0"/>
          <w:marTop w:val="0"/>
          <w:marBottom w:val="0"/>
          <w:divBdr>
            <w:top w:val="none" w:sz="0" w:space="0" w:color="auto"/>
            <w:left w:val="none" w:sz="0" w:space="0" w:color="auto"/>
            <w:bottom w:val="none" w:sz="0" w:space="0" w:color="auto"/>
            <w:right w:val="none" w:sz="0" w:space="0" w:color="auto"/>
          </w:divBdr>
        </w:div>
        <w:div w:id="1047029736">
          <w:marLeft w:val="480"/>
          <w:marRight w:val="0"/>
          <w:marTop w:val="0"/>
          <w:marBottom w:val="0"/>
          <w:divBdr>
            <w:top w:val="none" w:sz="0" w:space="0" w:color="auto"/>
            <w:left w:val="none" w:sz="0" w:space="0" w:color="auto"/>
            <w:bottom w:val="none" w:sz="0" w:space="0" w:color="auto"/>
            <w:right w:val="none" w:sz="0" w:space="0" w:color="auto"/>
          </w:divBdr>
        </w:div>
        <w:div w:id="1048072857">
          <w:marLeft w:val="480"/>
          <w:marRight w:val="0"/>
          <w:marTop w:val="0"/>
          <w:marBottom w:val="0"/>
          <w:divBdr>
            <w:top w:val="none" w:sz="0" w:space="0" w:color="auto"/>
            <w:left w:val="none" w:sz="0" w:space="0" w:color="auto"/>
            <w:bottom w:val="none" w:sz="0" w:space="0" w:color="auto"/>
            <w:right w:val="none" w:sz="0" w:space="0" w:color="auto"/>
          </w:divBdr>
        </w:div>
        <w:div w:id="1069154533">
          <w:marLeft w:val="480"/>
          <w:marRight w:val="0"/>
          <w:marTop w:val="0"/>
          <w:marBottom w:val="0"/>
          <w:divBdr>
            <w:top w:val="none" w:sz="0" w:space="0" w:color="auto"/>
            <w:left w:val="none" w:sz="0" w:space="0" w:color="auto"/>
            <w:bottom w:val="none" w:sz="0" w:space="0" w:color="auto"/>
            <w:right w:val="none" w:sz="0" w:space="0" w:color="auto"/>
          </w:divBdr>
        </w:div>
        <w:div w:id="1185905957">
          <w:marLeft w:val="480"/>
          <w:marRight w:val="0"/>
          <w:marTop w:val="0"/>
          <w:marBottom w:val="0"/>
          <w:divBdr>
            <w:top w:val="none" w:sz="0" w:space="0" w:color="auto"/>
            <w:left w:val="none" w:sz="0" w:space="0" w:color="auto"/>
            <w:bottom w:val="none" w:sz="0" w:space="0" w:color="auto"/>
            <w:right w:val="none" w:sz="0" w:space="0" w:color="auto"/>
          </w:divBdr>
        </w:div>
        <w:div w:id="1208958293">
          <w:marLeft w:val="480"/>
          <w:marRight w:val="0"/>
          <w:marTop w:val="0"/>
          <w:marBottom w:val="0"/>
          <w:divBdr>
            <w:top w:val="none" w:sz="0" w:space="0" w:color="auto"/>
            <w:left w:val="none" w:sz="0" w:space="0" w:color="auto"/>
            <w:bottom w:val="none" w:sz="0" w:space="0" w:color="auto"/>
            <w:right w:val="none" w:sz="0" w:space="0" w:color="auto"/>
          </w:divBdr>
        </w:div>
        <w:div w:id="1428771485">
          <w:marLeft w:val="480"/>
          <w:marRight w:val="0"/>
          <w:marTop w:val="0"/>
          <w:marBottom w:val="0"/>
          <w:divBdr>
            <w:top w:val="none" w:sz="0" w:space="0" w:color="auto"/>
            <w:left w:val="none" w:sz="0" w:space="0" w:color="auto"/>
            <w:bottom w:val="none" w:sz="0" w:space="0" w:color="auto"/>
            <w:right w:val="none" w:sz="0" w:space="0" w:color="auto"/>
          </w:divBdr>
        </w:div>
        <w:div w:id="1449276022">
          <w:marLeft w:val="480"/>
          <w:marRight w:val="0"/>
          <w:marTop w:val="0"/>
          <w:marBottom w:val="0"/>
          <w:divBdr>
            <w:top w:val="none" w:sz="0" w:space="0" w:color="auto"/>
            <w:left w:val="none" w:sz="0" w:space="0" w:color="auto"/>
            <w:bottom w:val="none" w:sz="0" w:space="0" w:color="auto"/>
            <w:right w:val="none" w:sz="0" w:space="0" w:color="auto"/>
          </w:divBdr>
        </w:div>
        <w:div w:id="1464303466">
          <w:marLeft w:val="480"/>
          <w:marRight w:val="0"/>
          <w:marTop w:val="0"/>
          <w:marBottom w:val="0"/>
          <w:divBdr>
            <w:top w:val="none" w:sz="0" w:space="0" w:color="auto"/>
            <w:left w:val="none" w:sz="0" w:space="0" w:color="auto"/>
            <w:bottom w:val="none" w:sz="0" w:space="0" w:color="auto"/>
            <w:right w:val="none" w:sz="0" w:space="0" w:color="auto"/>
          </w:divBdr>
        </w:div>
        <w:div w:id="1542355592">
          <w:marLeft w:val="480"/>
          <w:marRight w:val="0"/>
          <w:marTop w:val="0"/>
          <w:marBottom w:val="0"/>
          <w:divBdr>
            <w:top w:val="none" w:sz="0" w:space="0" w:color="auto"/>
            <w:left w:val="none" w:sz="0" w:space="0" w:color="auto"/>
            <w:bottom w:val="none" w:sz="0" w:space="0" w:color="auto"/>
            <w:right w:val="none" w:sz="0" w:space="0" w:color="auto"/>
          </w:divBdr>
        </w:div>
        <w:div w:id="1615669060">
          <w:marLeft w:val="480"/>
          <w:marRight w:val="0"/>
          <w:marTop w:val="0"/>
          <w:marBottom w:val="0"/>
          <w:divBdr>
            <w:top w:val="none" w:sz="0" w:space="0" w:color="auto"/>
            <w:left w:val="none" w:sz="0" w:space="0" w:color="auto"/>
            <w:bottom w:val="none" w:sz="0" w:space="0" w:color="auto"/>
            <w:right w:val="none" w:sz="0" w:space="0" w:color="auto"/>
          </w:divBdr>
        </w:div>
        <w:div w:id="1691908806">
          <w:marLeft w:val="480"/>
          <w:marRight w:val="0"/>
          <w:marTop w:val="0"/>
          <w:marBottom w:val="0"/>
          <w:divBdr>
            <w:top w:val="none" w:sz="0" w:space="0" w:color="auto"/>
            <w:left w:val="none" w:sz="0" w:space="0" w:color="auto"/>
            <w:bottom w:val="none" w:sz="0" w:space="0" w:color="auto"/>
            <w:right w:val="none" w:sz="0" w:space="0" w:color="auto"/>
          </w:divBdr>
        </w:div>
        <w:div w:id="1726643692">
          <w:marLeft w:val="480"/>
          <w:marRight w:val="0"/>
          <w:marTop w:val="0"/>
          <w:marBottom w:val="0"/>
          <w:divBdr>
            <w:top w:val="none" w:sz="0" w:space="0" w:color="auto"/>
            <w:left w:val="none" w:sz="0" w:space="0" w:color="auto"/>
            <w:bottom w:val="none" w:sz="0" w:space="0" w:color="auto"/>
            <w:right w:val="none" w:sz="0" w:space="0" w:color="auto"/>
          </w:divBdr>
        </w:div>
        <w:div w:id="1856310804">
          <w:marLeft w:val="480"/>
          <w:marRight w:val="0"/>
          <w:marTop w:val="0"/>
          <w:marBottom w:val="0"/>
          <w:divBdr>
            <w:top w:val="none" w:sz="0" w:space="0" w:color="auto"/>
            <w:left w:val="none" w:sz="0" w:space="0" w:color="auto"/>
            <w:bottom w:val="none" w:sz="0" w:space="0" w:color="auto"/>
            <w:right w:val="none" w:sz="0" w:space="0" w:color="auto"/>
          </w:divBdr>
        </w:div>
        <w:div w:id="1879590284">
          <w:marLeft w:val="480"/>
          <w:marRight w:val="0"/>
          <w:marTop w:val="0"/>
          <w:marBottom w:val="0"/>
          <w:divBdr>
            <w:top w:val="none" w:sz="0" w:space="0" w:color="auto"/>
            <w:left w:val="none" w:sz="0" w:space="0" w:color="auto"/>
            <w:bottom w:val="none" w:sz="0" w:space="0" w:color="auto"/>
            <w:right w:val="none" w:sz="0" w:space="0" w:color="auto"/>
          </w:divBdr>
        </w:div>
        <w:div w:id="1880782622">
          <w:marLeft w:val="480"/>
          <w:marRight w:val="0"/>
          <w:marTop w:val="0"/>
          <w:marBottom w:val="0"/>
          <w:divBdr>
            <w:top w:val="none" w:sz="0" w:space="0" w:color="auto"/>
            <w:left w:val="none" w:sz="0" w:space="0" w:color="auto"/>
            <w:bottom w:val="none" w:sz="0" w:space="0" w:color="auto"/>
            <w:right w:val="none" w:sz="0" w:space="0" w:color="auto"/>
          </w:divBdr>
        </w:div>
        <w:div w:id="1965886283">
          <w:marLeft w:val="480"/>
          <w:marRight w:val="0"/>
          <w:marTop w:val="0"/>
          <w:marBottom w:val="0"/>
          <w:divBdr>
            <w:top w:val="none" w:sz="0" w:space="0" w:color="auto"/>
            <w:left w:val="none" w:sz="0" w:space="0" w:color="auto"/>
            <w:bottom w:val="none" w:sz="0" w:space="0" w:color="auto"/>
            <w:right w:val="none" w:sz="0" w:space="0" w:color="auto"/>
          </w:divBdr>
        </w:div>
        <w:div w:id="1978560216">
          <w:marLeft w:val="480"/>
          <w:marRight w:val="0"/>
          <w:marTop w:val="0"/>
          <w:marBottom w:val="0"/>
          <w:divBdr>
            <w:top w:val="none" w:sz="0" w:space="0" w:color="auto"/>
            <w:left w:val="none" w:sz="0" w:space="0" w:color="auto"/>
            <w:bottom w:val="none" w:sz="0" w:space="0" w:color="auto"/>
            <w:right w:val="none" w:sz="0" w:space="0" w:color="auto"/>
          </w:divBdr>
        </w:div>
        <w:div w:id="2097440360">
          <w:marLeft w:val="480"/>
          <w:marRight w:val="0"/>
          <w:marTop w:val="0"/>
          <w:marBottom w:val="0"/>
          <w:divBdr>
            <w:top w:val="none" w:sz="0" w:space="0" w:color="auto"/>
            <w:left w:val="none" w:sz="0" w:space="0" w:color="auto"/>
            <w:bottom w:val="none" w:sz="0" w:space="0" w:color="auto"/>
            <w:right w:val="none" w:sz="0" w:space="0" w:color="auto"/>
          </w:divBdr>
        </w:div>
        <w:div w:id="2116366214">
          <w:marLeft w:val="480"/>
          <w:marRight w:val="0"/>
          <w:marTop w:val="0"/>
          <w:marBottom w:val="0"/>
          <w:divBdr>
            <w:top w:val="none" w:sz="0" w:space="0" w:color="auto"/>
            <w:left w:val="none" w:sz="0" w:space="0" w:color="auto"/>
            <w:bottom w:val="none" w:sz="0" w:space="0" w:color="auto"/>
            <w:right w:val="none" w:sz="0" w:space="0" w:color="auto"/>
          </w:divBdr>
        </w:div>
      </w:divsChild>
    </w:div>
    <w:div w:id="773094365">
      <w:bodyDiv w:val="1"/>
      <w:marLeft w:val="0"/>
      <w:marRight w:val="0"/>
      <w:marTop w:val="0"/>
      <w:marBottom w:val="0"/>
      <w:divBdr>
        <w:top w:val="none" w:sz="0" w:space="0" w:color="auto"/>
        <w:left w:val="none" w:sz="0" w:space="0" w:color="auto"/>
        <w:bottom w:val="none" w:sz="0" w:space="0" w:color="auto"/>
        <w:right w:val="none" w:sz="0" w:space="0" w:color="auto"/>
      </w:divBdr>
    </w:div>
    <w:div w:id="775369885">
      <w:bodyDiv w:val="1"/>
      <w:marLeft w:val="0"/>
      <w:marRight w:val="0"/>
      <w:marTop w:val="0"/>
      <w:marBottom w:val="0"/>
      <w:divBdr>
        <w:top w:val="none" w:sz="0" w:space="0" w:color="auto"/>
        <w:left w:val="none" w:sz="0" w:space="0" w:color="auto"/>
        <w:bottom w:val="none" w:sz="0" w:space="0" w:color="auto"/>
        <w:right w:val="none" w:sz="0" w:space="0" w:color="auto"/>
      </w:divBdr>
    </w:div>
    <w:div w:id="776602409">
      <w:bodyDiv w:val="1"/>
      <w:marLeft w:val="0"/>
      <w:marRight w:val="0"/>
      <w:marTop w:val="0"/>
      <w:marBottom w:val="0"/>
      <w:divBdr>
        <w:top w:val="none" w:sz="0" w:space="0" w:color="auto"/>
        <w:left w:val="none" w:sz="0" w:space="0" w:color="auto"/>
        <w:bottom w:val="none" w:sz="0" w:space="0" w:color="auto"/>
        <w:right w:val="none" w:sz="0" w:space="0" w:color="auto"/>
      </w:divBdr>
    </w:div>
    <w:div w:id="777142078">
      <w:bodyDiv w:val="1"/>
      <w:marLeft w:val="0"/>
      <w:marRight w:val="0"/>
      <w:marTop w:val="0"/>
      <w:marBottom w:val="0"/>
      <w:divBdr>
        <w:top w:val="none" w:sz="0" w:space="0" w:color="auto"/>
        <w:left w:val="none" w:sz="0" w:space="0" w:color="auto"/>
        <w:bottom w:val="none" w:sz="0" w:space="0" w:color="auto"/>
        <w:right w:val="none" w:sz="0" w:space="0" w:color="auto"/>
      </w:divBdr>
    </w:div>
    <w:div w:id="780762505">
      <w:bodyDiv w:val="1"/>
      <w:marLeft w:val="0"/>
      <w:marRight w:val="0"/>
      <w:marTop w:val="0"/>
      <w:marBottom w:val="0"/>
      <w:divBdr>
        <w:top w:val="none" w:sz="0" w:space="0" w:color="auto"/>
        <w:left w:val="none" w:sz="0" w:space="0" w:color="auto"/>
        <w:bottom w:val="none" w:sz="0" w:space="0" w:color="auto"/>
        <w:right w:val="none" w:sz="0" w:space="0" w:color="auto"/>
      </w:divBdr>
    </w:div>
    <w:div w:id="781848454">
      <w:bodyDiv w:val="1"/>
      <w:marLeft w:val="0"/>
      <w:marRight w:val="0"/>
      <w:marTop w:val="0"/>
      <w:marBottom w:val="0"/>
      <w:divBdr>
        <w:top w:val="none" w:sz="0" w:space="0" w:color="auto"/>
        <w:left w:val="none" w:sz="0" w:space="0" w:color="auto"/>
        <w:bottom w:val="none" w:sz="0" w:space="0" w:color="auto"/>
        <w:right w:val="none" w:sz="0" w:space="0" w:color="auto"/>
      </w:divBdr>
    </w:div>
    <w:div w:id="782728525">
      <w:bodyDiv w:val="1"/>
      <w:marLeft w:val="0"/>
      <w:marRight w:val="0"/>
      <w:marTop w:val="0"/>
      <w:marBottom w:val="0"/>
      <w:divBdr>
        <w:top w:val="none" w:sz="0" w:space="0" w:color="auto"/>
        <w:left w:val="none" w:sz="0" w:space="0" w:color="auto"/>
        <w:bottom w:val="none" w:sz="0" w:space="0" w:color="auto"/>
        <w:right w:val="none" w:sz="0" w:space="0" w:color="auto"/>
      </w:divBdr>
    </w:div>
    <w:div w:id="783498969">
      <w:bodyDiv w:val="1"/>
      <w:marLeft w:val="0"/>
      <w:marRight w:val="0"/>
      <w:marTop w:val="0"/>
      <w:marBottom w:val="0"/>
      <w:divBdr>
        <w:top w:val="none" w:sz="0" w:space="0" w:color="auto"/>
        <w:left w:val="none" w:sz="0" w:space="0" w:color="auto"/>
        <w:bottom w:val="none" w:sz="0" w:space="0" w:color="auto"/>
        <w:right w:val="none" w:sz="0" w:space="0" w:color="auto"/>
      </w:divBdr>
      <w:divsChild>
        <w:div w:id="77168434">
          <w:marLeft w:val="480"/>
          <w:marRight w:val="0"/>
          <w:marTop w:val="0"/>
          <w:marBottom w:val="0"/>
          <w:divBdr>
            <w:top w:val="none" w:sz="0" w:space="0" w:color="auto"/>
            <w:left w:val="none" w:sz="0" w:space="0" w:color="auto"/>
            <w:bottom w:val="none" w:sz="0" w:space="0" w:color="auto"/>
            <w:right w:val="none" w:sz="0" w:space="0" w:color="auto"/>
          </w:divBdr>
        </w:div>
        <w:div w:id="84806571">
          <w:marLeft w:val="480"/>
          <w:marRight w:val="0"/>
          <w:marTop w:val="0"/>
          <w:marBottom w:val="0"/>
          <w:divBdr>
            <w:top w:val="none" w:sz="0" w:space="0" w:color="auto"/>
            <w:left w:val="none" w:sz="0" w:space="0" w:color="auto"/>
            <w:bottom w:val="none" w:sz="0" w:space="0" w:color="auto"/>
            <w:right w:val="none" w:sz="0" w:space="0" w:color="auto"/>
          </w:divBdr>
        </w:div>
        <w:div w:id="156967254">
          <w:marLeft w:val="480"/>
          <w:marRight w:val="0"/>
          <w:marTop w:val="0"/>
          <w:marBottom w:val="0"/>
          <w:divBdr>
            <w:top w:val="none" w:sz="0" w:space="0" w:color="auto"/>
            <w:left w:val="none" w:sz="0" w:space="0" w:color="auto"/>
            <w:bottom w:val="none" w:sz="0" w:space="0" w:color="auto"/>
            <w:right w:val="none" w:sz="0" w:space="0" w:color="auto"/>
          </w:divBdr>
        </w:div>
        <w:div w:id="168062636">
          <w:marLeft w:val="480"/>
          <w:marRight w:val="0"/>
          <w:marTop w:val="0"/>
          <w:marBottom w:val="0"/>
          <w:divBdr>
            <w:top w:val="none" w:sz="0" w:space="0" w:color="auto"/>
            <w:left w:val="none" w:sz="0" w:space="0" w:color="auto"/>
            <w:bottom w:val="none" w:sz="0" w:space="0" w:color="auto"/>
            <w:right w:val="none" w:sz="0" w:space="0" w:color="auto"/>
          </w:divBdr>
        </w:div>
        <w:div w:id="184634467">
          <w:marLeft w:val="480"/>
          <w:marRight w:val="0"/>
          <w:marTop w:val="0"/>
          <w:marBottom w:val="0"/>
          <w:divBdr>
            <w:top w:val="none" w:sz="0" w:space="0" w:color="auto"/>
            <w:left w:val="none" w:sz="0" w:space="0" w:color="auto"/>
            <w:bottom w:val="none" w:sz="0" w:space="0" w:color="auto"/>
            <w:right w:val="none" w:sz="0" w:space="0" w:color="auto"/>
          </w:divBdr>
        </w:div>
        <w:div w:id="341200622">
          <w:marLeft w:val="480"/>
          <w:marRight w:val="0"/>
          <w:marTop w:val="0"/>
          <w:marBottom w:val="0"/>
          <w:divBdr>
            <w:top w:val="none" w:sz="0" w:space="0" w:color="auto"/>
            <w:left w:val="none" w:sz="0" w:space="0" w:color="auto"/>
            <w:bottom w:val="none" w:sz="0" w:space="0" w:color="auto"/>
            <w:right w:val="none" w:sz="0" w:space="0" w:color="auto"/>
          </w:divBdr>
        </w:div>
        <w:div w:id="373163329">
          <w:marLeft w:val="480"/>
          <w:marRight w:val="0"/>
          <w:marTop w:val="0"/>
          <w:marBottom w:val="0"/>
          <w:divBdr>
            <w:top w:val="none" w:sz="0" w:space="0" w:color="auto"/>
            <w:left w:val="none" w:sz="0" w:space="0" w:color="auto"/>
            <w:bottom w:val="none" w:sz="0" w:space="0" w:color="auto"/>
            <w:right w:val="none" w:sz="0" w:space="0" w:color="auto"/>
          </w:divBdr>
        </w:div>
        <w:div w:id="679893926">
          <w:marLeft w:val="480"/>
          <w:marRight w:val="0"/>
          <w:marTop w:val="0"/>
          <w:marBottom w:val="0"/>
          <w:divBdr>
            <w:top w:val="none" w:sz="0" w:space="0" w:color="auto"/>
            <w:left w:val="none" w:sz="0" w:space="0" w:color="auto"/>
            <w:bottom w:val="none" w:sz="0" w:space="0" w:color="auto"/>
            <w:right w:val="none" w:sz="0" w:space="0" w:color="auto"/>
          </w:divBdr>
        </w:div>
        <w:div w:id="901410892">
          <w:marLeft w:val="480"/>
          <w:marRight w:val="0"/>
          <w:marTop w:val="0"/>
          <w:marBottom w:val="0"/>
          <w:divBdr>
            <w:top w:val="none" w:sz="0" w:space="0" w:color="auto"/>
            <w:left w:val="none" w:sz="0" w:space="0" w:color="auto"/>
            <w:bottom w:val="none" w:sz="0" w:space="0" w:color="auto"/>
            <w:right w:val="none" w:sz="0" w:space="0" w:color="auto"/>
          </w:divBdr>
        </w:div>
        <w:div w:id="1054234910">
          <w:marLeft w:val="480"/>
          <w:marRight w:val="0"/>
          <w:marTop w:val="0"/>
          <w:marBottom w:val="0"/>
          <w:divBdr>
            <w:top w:val="none" w:sz="0" w:space="0" w:color="auto"/>
            <w:left w:val="none" w:sz="0" w:space="0" w:color="auto"/>
            <w:bottom w:val="none" w:sz="0" w:space="0" w:color="auto"/>
            <w:right w:val="none" w:sz="0" w:space="0" w:color="auto"/>
          </w:divBdr>
        </w:div>
        <w:div w:id="1081216262">
          <w:marLeft w:val="480"/>
          <w:marRight w:val="0"/>
          <w:marTop w:val="0"/>
          <w:marBottom w:val="0"/>
          <w:divBdr>
            <w:top w:val="none" w:sz="0" w:space="0" w:color="auto"/>
            <w:left w:val="none" w:sz="0" w:space="0" w:color="auto"/>
            <w:bottom w:val="none" w:sz="0" w:space="0" w:color="auto"/>
            <w:right w:val="none" w:sz="0" w:space="0" w:color="auto"/>
          </w:divBdr>
        </w:div>
        <w:div w:id="1153717316">
          <w:marLeft w:val="480"/>
          <w:marRight w:val="0"/>
          <w:marTop w:val="0"/>
          <w:marBottom w:val="0"/>
          <w:divBdr>
            <w:top w:val="none" w:sz="0" w:space="0" w:color="auto"/>
            <w:left w:val="none" w:sz="0" w:space="0" w:color="auto"/>
            <w:bottom w:val="none" w:sz="0" w:space="0" w:color="auto"/>
            <w:right w:val="none" w:sz="0" w:space="0" w:color="auto"/>
          </w:divBdr>
        </w:div>
        <w:div w:id="1165129489">
          <w:marLeft w:val="480"/>
          <w:marRight w:val="0"/>
          <w:marTop w:val="0"/>
          <w:marBottom w:val="0"/>
          <w:divBdr>
            <w:top w:val="none" w:sz="0" w:space="0" w:color="auto"/>
            <w:left w:val="none" w:sz="0" w:space="0" w:color="auto"/>
            <w:bottom w:val="none" w:sz="0" w:space="0" w:color="auto"/>
            <w:right w:val="none" w:sz="0" w:space="0" w:color="auto"/>
          </w:divBdr>
        </w:div>
        <w:div w:id="1199927005">
          <w:marLeft w:val="480"/>
          <w:marRight w:val="0"/>
          <w:marTop w:val="0"/>
          <w:marBottom w:val="0"/>
          <w:divBdr>
            <w:top w:val="none" w:sz="0" w:space="0" w:color="auto"/>
            <w:left w:val="none" w:sz="0" w:space="0" w:color="auto"/>
            <w:bottom w:val="none" w:sz="0" w:space="0" w:color="auto"/>
            <w:right w:val="none" w:sz="0" w:space="0" w:color="auto"/>
          </w:divBdr>
        </w:div>
        <w:div w:id="1236747969">
          <w:marLeft w:val="480"/>
          <w:marRight w:val="0"/>
          <w:marTop w:val="0"/>
          <w:marBottom w:val="0"/>
          <w:divBdr>
            <w:top w:val="none" w:sz="0" w:space="0" w:color="auto"/>
            <w:left w:val="none" w:sz="0" w:space="0" w:color="auto"/>
            <w:bottom w:val="none" w:sz="0" w:space="0" w:color="auto"/>
            <w:right w:val="none" w:sz="0" w:space="0" w:color="auto"/>
          </w:divBdr>
        </w:div>
        <w:div w:id="1335184040">
          <w:marLeft w:val="480"/>
          <w:marRight w:val="0"/>
          <w:marTop w:val="0"/>
          <w:marBottom w:val="0"/>
          <w:divBdr>
            <w:top w:val="none" w:sz="0" w:space="0" w:color="auto"/>
            <w:left w:val="none" w:sz="0" w:space="0" w:color="auto"/>
            <w:bottom w:val="none" w:sz="0" w:space="0" w:color="auto"/>
            <w:right w:val="none" w:sz="0" w:space="0" w:color="auto"/>
          </w:divBdr>
        </w:div>
        <w:div w:id="1356035312">
          <w:marLeft w:val="480"/>
          <w:marRight w:val="0"/>
          <w:marTop w:val="0"/>
          <w:marBottom w:val="0"/>
          <w:divBdr>
            <w:top w:val="none" w:sz="0" w:space="0" w:color="auto"/>
            <w:left w:val="none" w:sz="0" w:space="0" w:color="auto"/>
            <w:bottom w:val="none" w:sz="0" w:space="0" w:color="auto"/>
            <w:right w:val="none" w:sz="0" w:space="0" w:color="auto"/>
          </w:divBdr>
        </w:div>
        <w:div w:id="1364399780">
          <w:marLeft w:val="480"/>
          <w:marRight w:val="0"/>
          <w:marTop w:val="0"/>
          <w:marBottom w:val="0"/>
          <w:divBdr>
            <w:top w:val="none" w:sz="0" w:space="0" w:color="auto"/>
            <w:left w:val="none" w:sz="0" w:space="0" w:color="auto"/>
            <w:bottom w:val="none" w:sz="0" w:space="0" w:color="auto"/>
            <w:right w:val="none" w:sz="0" w:space="0" w:color="auto"/>
          </w:divBdr>
        </w:div>
        <w:div w:id="1460224634">
          <w:marLeft w:val="480"/>
          <w:marRight w:val="0"/>
          <w:marTop w:val="0"/>
          <w:marBottom w:val="0"/>
          <w:divBdr>
            <w:top w:val="none" w:sz="0" w:space="0" w:color="auto"/>
            <w:left w:val="none" w:sz="0" w:space="0" w:color="auto"/>
            <w:bottom w:val="none" w:sz="0" w:space="0" w:color="auto"/>
            <w:right w:val="none" w:sz="0" w:space="0" w:color="auto"/>
          </w:divBdr>
        </w:div>
        <w:div w:id="1469205064">
          <w:marLeft w:val="480"/>
          <w:marRight w:val="0"/>
          <w:marTop w:val="0"/>
          <w:marBottom w:val="0"/>
          <w:divBdr>
            <w:top w:val="none" w:sz="0" w:space="0" w:color="auto"/>
            <w:left w:val="none" w:sz="0" w:space="0" w:color="auto"/>
            <w:bottom w:val="none" w:sz="0" w:space="0" w:color="auto"/>
            <w:right w:val="none" w:sz="0" w:space="0" w:color="auto"/>
          </w:divBdr>
        </w:div>
        <w:div w:id="1502964692">
          <w:marLeft w:val="480"/>
          <w:marRight w:val="0"/>
          <w:marTop w:val="0"/>
          <w:marBottom w:val="0"/>
          <w:divBdr>
            <w:top w:val="none" w:sz="0" w:space="0" w:color="auto"/>
            <w:left w:val="none" w:sz="0" w:space="0" w:color="auto"/>
            <w:bottom w:val="none" w:sz="0" w:space="0" w:color="auto"/>
            <w:right w:val="none" w:sz="0" w:space="0" w:color="auto"/>
          </w:divBdr>
        </w:div>
        <w:div w:id="1531340215">
          <w:marLeft w:val="480"/>
          <w:marRight w:val="0"/>
          <w:marTop w:val="0"/>
          <w:marBottom w:val="0"/>
          <w:divBdr>
            <w:top w:val="none" w:sz="0" w:space="0" w:color="auto"/>
            <w:left w:val="none" w:sz="0" w:space="0" w:color="auto"/>
            <w:bottom w:val="none" w:sz="0" w:space="0" w:color="auto"/>
            <w:right w:val="none" w:sz="0" w:space="0" w:color="auto"/>
          </w:divBdr>
        </w:div>
        <w:div w:id="1537543526">
          <w:marLeft w:val="480"/>
          <w:marRight w:val="0"/>
          <w:marTop w:val="0"/>
          <w:marBottom w:val="0"/>
          <w:divBdr>
            <w:top w:val="none" w:sz="0" w:space="0" w:color="auto"/>
            <w:left w:val="none" w:sz="0" w:space="0" w:color="auto"/>
            <w:bottom w:val="none" w:sz="0" w:space="0" w:color="auto"/>
            <w:right w:val="none" w:sz="0" w:space="0" w:color="auto"/>
          </w:divBdr>
        </w:div>
        <w:div w:id="1564752939">
          <w:marLeft w:val="480"/>
          <w:marRight w:val="0"/>
          <w:marTop w:val="0"/>
          <w:marBottom w:val="0"/>
          <w:divBdr>
            <w:top w:val="none" w:sz="0" w:space="0" w:color="auto"/>
            <w:left w:val="none" w:sz="0" w:space="0" w:color="auto"/>
            <w:bottom w:val="none" w:sz="0" w:space="0" w:color="auto"/>
            <w:right w:val="none" w:sz="0" w:space="0" w:color="auto"/>
          </w:divBdr>
        </w:div>
        <w:div w:id="1587300006">
          <w:marLeft w:val="480"/>
          <w:marRight w:val="0"/>
          <w:marTop w:val="0"/>
          <w:marBottom w:val="0"/>
          <w:divBdr>
            <w:top w:val="none" w:sz="0" w:space="0" w:color="auto"/>
            <w:left w:val="none" w:sz="0" w:space="0" w:color="auto"/>
            <w:bottom w:val="none" w:sz="0" w:space="0" w:color="auto"/>
            <w:right w:val="none" w:sz="0" w:space="0" w:color="auto"/>
          </w:divBdr>
        </w:div>
        <w:div w:id="1622491048">
          <w:marLeft w:val="480"/>
          <w:marRight w:val="0"/>
          <w:marTop w:val="0"/>
          <w:marBottom w:val="0"/>
          <w:divBdr>
            <w:top w:val="none" w:sz="0" w:space="0" w:color="auto"/>
            <w:left w:val="none" w:sz="0" w:space="0" w:color="auto"/>
            <w:bottom w:val="none" w:sz="0" w:space="0" w:color="auto"/>
            <w:right w:val="none" w:sz="0" w:space="0" w:color="auto"/>
          </w:divBdr>
        </w:div>
        <w:div w:id="1744403888">
          <w:marLeft w:val="480"/>
          <w:marRight w:val="0"/>
          <w:marTop w:val="0"/>
          <w:marBottom w:val="0"/>
          <w:divBdr>
            <w:top w:val="none" w:sz="0" w:space="0" w:color="auto"/>
            <w:left w:val="none" w:sz="0" w:space="0" w:color="auto"/>
            <w:bottom w:val="none" w:sz="0" w:space="0" w:color="auto"/>
            <w:right w:val="none" w:sz="0" w:space="0" w:color="auto"/>
          </w:divBdr>
        </w:div>
        <w:div w:id="1749503042">
          <w:marLeft w:val="480"/>
          <w:marRight w:val="0"/>
          <w:marTop w:val="0"/>
          <w:marBottom w:val="0"/>
          <w:divBdr>
            <w:top w:val="none" w:sz="0" w:space="0" w:color="auto"/>
            <w:left w:val="none" w:sz="0" w:space="0" w:color="auto"/>
            <w:bottom w:val="none" w:sz="0" w:space="0" w:color="auto"/>
            <w:right w:val="none" w:sz="0" w:space="0" w:color="auto"/>
          </w:divBdr>
        </w:div>
        <w:div w:id="1763061663">
          <w:marLeft w:val="480"/>
          <w:marRight w:val="0"/>
          <w:marTop w:val="0"/>
          <w:marBottom w:val="0"/>
          <w:divBdr>
            <w:top w:val="none" w:sz="0" w:space="0" w:color="auto"/>
            <w:left w:val="none" w:sz="0" w:space="0" w:color="auto"/>
            <w:bottom w:val="none" w:sz="0" w:space="0" w:color="auto"/>
            <w:right w:val="none" w:sz="0" w:space="0" w:color="auto"/>
          </w:divBdr>
        </w:div>
        <w:div w:id="1820921214">
          <w:marLeft w:val="480"/>
          <w:marRight w:val="0"/>
          <w:marTop w:val="0"/>
          <w:marBottom w:val="0"/>
          <w:divBdr>
            <w:top w:val="none" w:sz="0" w:space="0" w:color="auto"/>
            <w:left w:val="none" w:sz="0" w:space="0" w:color="auto"/>
            <w:bottom w:val="none" w:sz="0" w:space="0" w:color="auto"/>
            <w:right w:val="none" w:sz="0" w:space="0" w:color="auto"/>
          </w:divBdr>
        </w:div>
        <w:div w:id="1864400042">
          <w:marLeft w:val="480"/>
          <w:marRight w:val="0"/>
          <w:marTop w:val="0"/>
          <w:marBottom w:val="0"/>
          <w:divBdr>
            <w:top w:val="none" w:sz="0" w:space="0" w:color="auto"/>
            <w:left w:val="none" w:sz="0" w:space="0" w:color="auto"/>
            <w:bottom w:val="none" w:sz="0" w:space="0" w:color="auto"/>
            <w:right w:val="none" w:sz="0" w:space="0" w:color="auto"/>
          </w:divBdr>
        </w:div>
        <w:div w:id="1939827738">
          <w:marLeft w:val="480"/>
          <w:marRight w:val="0"/>
          <w:marTop w:val="0"/>
          <w:marBottom w:val="0"/>
          <w:divBdr>
            <w:top w:val="none" w:sz="0" w:space="0" w:color="auto"/>
            <w:left w:val="none" w:sz="0" w:space="0" w:color="auto"/>
            <w:bottom w:val="none" w:sz="0" w:space="0" w:color="auto"/>
            <w:right w:val="none" w:sz="0" w:space="0" w:color="auto"/>
          </w:divBdr>
        </w:div>
        <w:div w:id="2038657319">
          <w:marLeft w:val="480"/>
          <w:marRight w:val="0"/>
          <w:marTop w:val="0"/>
          <w:marBottom w:val="0"/>
          <w:divBdr>
            <w:top w:val="none" w:sz="0" w:space="0" w:color="auto"/>
            <w:left w:val="none" w:sz="0" w:space="0" w:color="auto"/>
            <w:bottom w:val="none" w:sz="0" w:space="0" w:color="auto"/>
            <w:right w:val="none" w:sz="0" w:space="0" w:color="auto"/>
          </w:divBdr>
        </w:div>
        <w:div w:id="2110150353">
          <w:marLeft w:val="480"/>
          <w:marRight w:val="0"/>
          <w:marTop w:val="0"/>
          <w:marBottom w:val="0"/>
          <w:divBdr>
            <w:top w:val="none" w:sz="0" w:space="0" w:color="auto"/>
            <w:left w:val="none" w:sz="0" w:space="0" w:color="auto"/>
            <w:bottom w:val="none" w:sz="0" w:space="0" w:color="auto"/>
            <w:right w:val="none" w:sz="0" w:space="0" w:color="auto"/>
          </w:divBdr>
        </w:div>
        <w:div w:id="2122911970">
          <w:marLeft w:val="480"/>
          <w:marRight w:val="0"/>
          <w:marTop w:val="0"/>
          <w:marBottom w:val="0"/>
          <w:divBdr>
            <w:top w:val="none" w:sz="0" w:space="0" w:color="auto"/>
            <w:left w:val="none" w:sz="0" w:space="0" w:color="auto"/>
            <w:bottom w:val="none" w:sz="0" w:space="0" w:color="auto"/>
            <w:right w:val="none" w:sz="0" w:space="0" w:color="auto"/>
          </w:divBdr>
        </w:div>
        <w:div w:id="2124497087">
          <w:marLeft w:val="480"/>
          <w:marRight w:val="0"/>
          <w:marTop w:val="0"/>
          <w:marBottom w:val="0"/>
          <w:divBdr>
            <w:top w:val="none" w:sz="0" w:space="0" w:color="auto"/>
            <w:left w:val="none" w:sz="0" w:space="0" w:color="auto"/>
            <w:bottom w:val="none" w:sz="0" w:space="0" w:color="auto"/>
            <w:right w:val="none" w:sz="0" w:space="0" w:color="auto"/>
          </w:divBdr>
        </w:div>
      </w:divsChild>
    </w:div>
    <w:div w:id="784427591">
      <w:bodyDiv w:val="1"/>
      <w:marLeft w:val="0"/>
      <w:marRight w:val="0"/>
      <w:marTop w:val="0"/>
      <w:marBottom w:val="0"/>
      <w:divBdr>
        <w:top w:val="none" w:sz="0" w:space="0" w:color="auto"/>
        <w:left w:val="none" w:sz="0" w:space="0" w:color="auto"/>
        <w:bottom w:val="none" w:sz="0" w:space="0" w:color="auto"/>
        <w:right w:val="none" w:sz="0" w:space="0" w:color="auto"/>
      </w:divBdr>
    </w:div>
    <w:div w:id="784809912">
      <w:bodyDiv w:val="1"/>
      <w:marLeft w:val="0"/>
      <w:marRight w:val="0"/>
      <w:marTop w:val="0"/>
      <w:marBottom w:val="0"/>
      <w:divBdr>
        <w:top w:val="none" w:sz="0" w:space="0" w:color="auto"/>
        <w:left w:val="none" w:sz="0" w:space="0" w:color="auto"/>
        <w:bottom w:val="none" w:sz="0" w:space="0" w:color="auto"/>
        <w:right w:val="none" w:sz="0" w:space="0" w:color="auto"/>
      </w:divBdr>
    </w:div>
    <w:div w:id="786967709">
      <w:bodyDiv w:val="1"/>
      <w:marLeft w:val="0"/>
      <w:marRight w:val="0"/>
      <w:marTop w:val="0"/>
      <w:marBottom w:val="0"/>
      <w:divBdr>
        <w:top w:val="none" w:sz="0" w:space="0" w:color="auto"/>
        <w:left w:val="none" w:sz="0" w:space="0" w:color="auto"/>
        <w:bottom w:val="none" w:sz="0" w:space="0" w:color="auto"/>
        <w:right w:val="none" w:sz="0" w:space="0" w:color="auto"/>
      </w:divBdr>
    </w:div>
    <w:div w:id="788233960">
      <w:bodyDiv w:val="1"/>
      <w:marLeft w:val="0"/>
      <w:marRight w:val="0"/>
      <w:marTop w:val="0"/>
      <w:marBottom w:val="0"/>
      <w:divBdr>
        <w:top w:val="none" w:sz="0" w:space="0" w:color="auto"/>
        <w:left w:val="none" w:sz="0" w:space="0" w:color="auto"/>
        <w:bottom w:val="none" w:sz="0" w:space="0" w:color="auto"/>
        <w:right w:val="none" w:sz="0" w:space="0" w:color="auto"/>
      </w:divBdr>
    </w:div>
    <w:div w:id="789737879">
      <w:bodyDiv w:val="1"/>
      <w:marLeft w:val="0"/>
      <w:marRight w:val="0"/>
      <w:marTop w:val="0"/>
      <w:marBottom w:val="0"/>
      <w:divBdr>
        <w:top w:val="none" w:sz="0" w:space="0" w:color="auto"/>
        <w:left w:val="none" w:sz="0" w:space="0" w:color="auto"/>
        <w:bottom w:val="none" w:sz="0" w:space="0" w:color="auto"/>
        <w:right w:val="none" w:sz="0" w:space="0" w:color="auto"/>
      </w:divBdr>
    </w:div>
    <w:div w:id="790242356">
      <w:bodyDiv w:val="1"/>
      <w:marLeft w:val="0"/>
      <w:marRight w:val="0"/>
      <w:marTop w:val="0"/>
      <w:marBottom w:val="0"/>
      <w:divBdr>
        <w:top w:val="none" w:sz="0" w:space="0" w:color="auto"/>
        <w:left w:val="none" w:sz="0" w:space="0" w:color="auto"/>
        <w:bottom w:val="none" w:sz="0" w:space="0" w:color="auto"/>
        <w:right w:val="none" w:sz="0" w:space="0" w:color="auto"/>
      </w:divBdr>
      <w:divsChild>
        <w:div w:id="44840963">
          <w:marLeft w:val="480"/>
          <w:marRight w:val="0"/>
          <w:marTop w:val="0"/>
          <w:marBottom w:val="0"/>
          <w:divBdr>
            <w:top w:val="none" w:sz="0" w:space="0" w:color="auto"/>
            <w:left w:val="none" w:sz="0" w:space="0" w:color="auto"/>
            <w:bottom w:val="none" w:sz="0" w:space="0" w:color="auto"/>
            <w:right w:val="none" w:sz="0" w:space="0" w:color="auto"/>
          </w:divBdr>
        </w:div>
        <w:div w:id="117066866">
          <w:marLeft w:val="480"/>
          <w:marRight w:val="0"/>
          <w:marTop w:val="0"/>
          <w:marBottom w:val="0"/>
          <w:divBdr>
            <w:top w:val="none" w:sz="0" w:space="0" w:color="auto"/>
            <w:left w:val="none" w:sz="0" w:space="0" w:color="auto"/>
            <w:bottom w:val="none" w:sz="0" w:space="0" w:color="auto"/>
            <w:right w:val="none" w:sz="0" w:space="0" w:color="auto"/>
          </w:divBdr>
        </w:div>
        <w:div w:id="161745324">
          <w:marLeft w:val="480"/>
          <w:marRight w:val="0"/>
          <w:marTop w:val="0"/>
          <w:marBottom w:val="0"/>
          <w:divBdr>
            <w:top w:val="none" w:sz="0" w:space="0" w:color="auto"/>
            <w:left w:val="none" w:sz="0" w:space="0" w:color="auto"/>
            <w:bottom w:val="none" w:sz="0" w:space="0" w:color="auto"/>
            <w:right w:val="none" w:sz="0" w:space="0" w:color="auto"/>
          </w:divBdr>
        </w:div>
        <w:div w:id="185217902">
          <w:marLeft w:val="480"/>
          <w:marRight w:val="0"/>
          <w:marTop w:val="0"/>
          <w:marBottom w:val="0"/>
          <w:divBdr>
            <w:top w:val="none" w:sz="0" w:space="0" w:color="auto"/>
            <w:left w:val="none" w:sz="0" w:space="0" w:color="auto"/>
            <w:bottom w:val="none" w:sz="0" w:space="0" w:color="auto"/>
            <w:right w:val="none" w:sz="0" w:space="0" w:color="auto"/>
          </w:divBdr>
        </w:div>
        <w:div w:id="189419337">
          <w:marLeft w:val="480"/>
          <w:marRight w:val="0"/>
          <w:marTop w:val="0"/>
          <w:marBottom w:val="0"/>
          <w:divBdr>
            <w:top w:val="none" w:sz="0" w:space="0" w:color="auto"/>
            <w:left w:val="none" w:sz="0" w:space="0" w:color="auto"/>
            <w:bottom w:val="none" w:sz="0" w:space="0" w:color="auto"/>
            <w:right w:val="none" w:sz="0" w:space="0" w:color="auto"/>
          </w:divBdr>
        </w:div>
        <w:div w:id="247541763">
          <w:marLeft w:val="480"/>
          <w:marRight w:val="0"/>
          <w:marTop w:val="0"/>
          <w:marBottom w:val="0"/>
          <w:divBdr>
            <w:top w:val="none" w:sz="0" w:space="0" w:color="auto"/>
            <w:left w:val="none" w:sz="0" w:space="0" w:color="auto"/>
            <w:bottom w:val="none" w:sz="0" w:space="0" w:color="auto"/>
            <w:right w:val="none" w:sz="0" w:space="0" w:color="auto"/>
          </w:divBdr>
        </w:div>
        <w:div w:id="263415512">
          <w:marLeft w:val="480"/>
          <w:marRight w:val="0"/>
          <w:marTop w:val="0"/>
          <w:marBottom w:val="0"/>
          <w:divBdr>
            <w:top w:val="none" w:sz="0" w:space="0" w:color="auto"/>
            <w:left w:val="none" w:sz="0" w:space="0" w:color="auto"/>
            <w:bottom w:val="none" w:sz="0" w:space="0" w:color="auto"/>
            <w:right w:val="none" w:sz="0" w:space="0" w:color="auto"/>
          </w:divBdr>
        </w:div>
        <w:div w:id="268511444">
          <w:marLeft w:val="480"/>
          <w:marRight w:val="0"/>
          <w:marTop w:val="0"/>
          <w:marBottom w:val="0"/>
          <w:divBdr>
            <w:top w:val="none" w:sz="0" w:space="0" w:color="auto"/>
            <w:left w:val="none" w:sz="0" w:space="0" w:color="auto"/>
            <w:bottom w:val="none" w:sz="0" w:space="0" w:color="auto"/>
            <w:right w:val="none" w:sz="0" w:space="0" w:color="auto"/>
          </w:divBdr>
        </w:div>
        <w:div w:id="331686888">
          <w:marLeft w:val="480"/>
          <w:marRight w:val="0"/>
          <w:marTop w:val="0"/>
          <w:marBottom w:val="0"/>
          <w:divBdr>
            <w:top w:val="none" w:sz="0" w:space="0" w:color="auto"/>
            <w:left w:val="none" w:sz="0" w:space="0" w:color="auto"/>
            <w:bottom w:val="none" w:sz="0" w:space="0" w:color="auto"/>
            <w:right w:val="none" w:sz="0" w:space="0" w:color="auto"/>
          </w:divBdr>
        </w:div>
        <w:div w:id="380986630">
          <w:marLeft w:val="480"/>
          <w:marRight w:val="0"/>
          <w:marTop w:val="0"/>
          <w:marBottom w:val="0"/>
          <w:divBdr>
            <w:top w:val="none" w:sz="0" w:space="0" w:color="auto"/>
            <w:left w:val="none" w:sz="0" w:space="0" w:color="auto"/>
            <w:bottom w:val="none" w:sz="0" w:space="0" w:color="auto"/>
            <w:right w:val="none" w:sz="0" w:space="0" w:color="auto"/>
          </w:divBdr>
        </w:div>
        <w:div w:id="402916442">
          <w:marLeft w:val="480"/>
          <w:marRight w:val="0"/>
          <w:marTop w:val="0"/>
          <w:marBottom w:val="0"/>
          <w:divBdr>
            <w:top w:val="none" w:sz="0" w:space="0" w:color="auto"/>
            <w:left w:val="none" w:sz="0" w:space="0" w:color="auto"/>
            <w:bottom w:val="none" w:sz="0" w:space="0" w:color="auto"/>
            <w:right w:val="none" w:sz="0" w:space="0" w:color="auto"/>
          </w:divBdr>
        </w:div>
        <w:div w:id="410590402">
          <w:marLeft w:val="480"/>
          <w:marRight w:val="0"/>
          <w:marTop w:val="0"/>
          <w:marBottom w:val="0"/>
          <w:divBdr>
            <w:top w:val="none" w:sz="0" w:space="0" w:color="auto"/>
            <w:left w:val="none" w:sz="0" w:space="0" w:color="auto"/>
            <w:bottom w:val="none" w:sz="0" w:space="0" w:color="auto"/>
            <w:right w:val="none" w:sz="0" w:space="0" w:color="auto"/>
          </w:divBdr>
        </w:div>
        <w:div w:id="685643776">
          <w:marLeft w:val="480"/>
          <w:marRight w:val="0"/>
          <w:marTop w:val="0"/>
          <w:marBottom w:val="0"/>
          <w:divBdr>
            <w:top w:val="none" w:sz="0" w:space="0" w:color="auto"/>
            <w:left w:val="none" w:sz="0" w:space="0" w:color="auto"/>
            <w:bottom w:val="none" w:sz="0" w:space="0" w:color="auto"/>
            <w:right w:val="none" w:sz="0" w:space="0" w:color="auto"/>
          </w:divBdr>
        </w:div>
        <w:div w:id="819659754">
          <w:marLeft w:val="480"/>
          <w:marRight w:val="0"/>
          <w:marTop w:val="0"/>
          <w:marBottom w:val="0"/>
          <w:divBdr>
            <w:top w:val="none" w:sz="0" w:space="0" w:color="auto"/>
            <w:left w:val="none" w:sz="0" w:space="0" w:color="auto"/>
            <w:bottom w:val="none" w:sz="0" w:space="0" w:color="auto"/>
            <w:right w:val="none" w:sz="0" w:space="0" w:color="auto"/>
          </w:divBdr>
        </w:div>
        <w:div w:id="876625937">
          <w:marLeft w:val="480"/>
          <w:marRight w:val="0"/>
          <w:marTop w:val="0"/>
          <w:marBottom w:val="0"/>
          <w:divBdr>
            <w:top w:val="none" w:sz="0" w:space="0" w:color="auto"/>
            <w:left w:val="none" w:sz="0" w:space="0" w:color="auto"/>
            <w:bottom w:val="none" w:sz="0" w:space="0" w:color="auto"/>
            <w:right w:val="none" w:sz="0" w:space="0" w:color="auto"/>
          </w:divBdr>
        </w:div>
        <w:div w:id="910890629">
          <w:marLeft w:val="480"/>
          <w:marRight w:val="0"/>
          <w:marTop w:val="0"/>
          <w:marBottom w:val="0"/>
          <w:divBdr>
            <w:top w:val="none" w:sz="0" w:space="0" w:color="auto"/>
            <w:left w:val="none" w:sz="0" w:space="0" w:color="auto"/>
            <w:bottom w:val="none" w:sz="0" w:space="0" w:color="auto"/>
            <w:right w:val="none" w:sz="0" w:space="0" w:color="auto"/>
          </w:divBdr>
        </w:div>
        <w:div w:id="1135103807">
          <w:marLeft w:val="480"/>
          <w:marRight w:val="0"/>
          <w:marTop w:val="0"/>
          <w:marBottom w:val="0"/>
          <w:divBdr>
            <w:top w:val="none" w:sz="0" w:space="0" w:color="auto"/>
            <w:left w:val="none" w:sz="0" w:space="0" w:color="auto"/>
            <w:bottom w:val="none" w:sz="0" w:space="0" w:color="auto"/>
            <w:right w:val="none" w:sz="0" w:space="0" w:color="auto"/>
          </w:divBdr>
        </w:div>
        <w:div w:id="1144157633">
          <w:marLeft w:val="480"/>
          <w:marRight w:val="0"/>
          <w:marTop w:val="0"/>
          <w:marBottom w:val="0"/>
          <w:divBdr>
            <w:top w:val="none" w:sz="0" w:space="0" w:color="auto"/>
            <w:left w:val="none" w:sz="0" w:space="0" w:color="auto"/>
            <w:bottom w:val="none" w:sz="0" w:space="0" w:color="auto"/>
            <w:right w:val="none" w:sz="0" w:space="0" w:color="auto"/>
          </w:divBdr>
        </w:div>
        <w:div w:id="1172143187">
          <w:marLeft w:val="480"/>
          <w:marRight w:val="0"/>
          <w:marTop w:val="0"/>
          <w:marBottom w:val="0"/>
          <w:divBdr>
            <w:top w:val="none" w:sz="0" w:space="0" w:color="auto"/>
            <w:left w:val="none" w:sz="0" w:space="0" w:color="auto"/>
            <w:bottom w:val="none" w:sz="0" w:space="0" w:color="auto"/>
            <w:right w:val="none" w:sz="0" w:space="0" w:color="auto"/>
          </w:divBdr>
        </w:div>
        <w:div w:id="1210147577">
          <w:marLeft w:val="480"/>
          <w:marRight w:val="0"/>
          <w:marTop w:val="0"/>
          <w:marBottom w:val="0"/>
          <w:divBdr>
            <w:top w:val="none" w:sz="0" w:space="0" w:color="auto"/>
            <w:left w:val="none" w:sz="0" w:space="0" w:color="auto"/>
            <w:bottom w:val="none" w:sz="0" w:space="0" w:color="auto"/>
            <w:right w:val="none" w:sz="0" w:space="0" w:color="auto"/>
          </w:divBdr>
        </w:div>
        <w:div w:id="1455904412">
          <w:marLeft w:val="480"/>
          <w:marRight w:val="0"/>
          <w:marTop w:val="0"/>
          <w:marBottom w:val="0"/>
          <w:divBdr>
            <w:top w:val="none" w:sz="0" w:space="0" w:color="auto"/>
            <w:left w:val="none" w:sz="0" w:space="0" w:color="auto"/>
            <w:bottom w:val="none" w:sz="0" w:space="0" w:color="auto"/>
            <w:right w:val="none" w:sz="0" w:space="0" w:color="auto"/>
          </w:divBdr>
        </w:div>
        <w:div w:id="1466387404">
          <w:marLeft w:val="480"/>
          <w:marRight w:val="0"/>
          <w:marTop w:val="0"/>
          <w:marBottom w:val="0"/>
          <w:divBdr>
            <w:top w:val="none" w:sz="0" w:space="0" w:color="auto"/>
            <w:left w:val="none" w:sz="0" w:space="0" w:color="auto"/>
            <w:bottom w:val="none" w:sz="0" w:space="0" w:color="auto"/>
            <w:right w:val="none" w:sz="0" w:space="0" w:color="auto"/>
          </w:divBdr>
        </w:div>
        <w:div w:id="1641768248">
          <w:marLeft w:val="480"/>
          <w:marRight w:val="0"/>
          <w:marTop w:val="0"/>
          <w:marBottom w:val="0"/>
          <w:divBdr>
            <w:top w:val="none" w:sz="0" w:space="0" w:color="auto"/>
            <w:left w:val="none" w:sz="0" w:space="0" w:color="auto"/>
            <w:bottom w:val="none" w:sz="0" w:space="0" w:color="auto"/>
            <w:right w:val="none" w:sz="0" w:space="0" w:color="auto"/>
          </w:divBdr>
        </w:div>
        <w:div w:id="1692485477">
          <w:marLeft w:val="480"/>
          <w:marRight w:val="0"/>
          <w:marTop w:val="0"/>
          <w:marBottom w:val="0"/>
          <w:divBdr>
            <w:top w:val="none" w:sz="0" w:space="0" w:color="auto"/>
            <w:left w:val="none" w:sz="0" w:space="0" w:color="auto"/>
            <w:bottom w:val="none" w:sz="0" w:space="0" w:color="auto"/>
            <w:right w:val="none" w:sz="0" w:space="0" w:color="auto"/>
          </w:divBdr>
        </w:div>
        <w:div w:id="1769155670">
          <w:marLeft w:val="480"/>
          <w:marRight w:val="0"/>
          <w:marTop w:val="0"/>
          <w:marBottom w:val="0"/>
          <w:divBdr>
            <w:top w:val="none" w:sz="0" w:space="0" w:color="auto"/>
            <w:left w:val="none" w:sz="0" w:space="0" w:color="auto"/>
            <w:bottom w:val="none" w:sz="0" w:space="0" w:color="auto"/>
            <w:right w:val="none" w:sz="0" w:space="0" w:color="auto"/>
          </w:divBdr>
        </w:div>
        <w:div w:id="1824858002">
          <w:marLeft w:val="480"/>
          <w:marRight w:val="0"/>
          <w:marTop w:val="0"/>
          <w:marBottom w:val="0"/>
          <w:divBdr>
            <w:top w:val="none" w:sz="0" w:space="0" w:color="auto"/>
            <w:left w:val="none" w:sz="0" w:space="0" w:color="auto"/>
            <w:bottom w:val="none" w:sz="0" w:space="0" w:color="auto"/>
            <w:right w:val="none" w:sz="0" w:space="0" w:color="auto"/>
          </w:divBdr>
        </w:div>
        <w:div w:id="1908103014">
          <w:marLeft w:val="480"/>
          <w:marRight w:val="0"/>
          <w:marTop w:val="0"/>
          <w:marBottom w:val="0"/>
          <w:divBdr>
            <w:top w:val="none" w:sz="0" w:space="0" w:color="auto"/>
            <w:left w:val="none" w:sz="0" w:space="0" w:color="auto"/>
            <w:bottom w:val="none" w:sz="0" w:space="0" w:color="auto"/>
            <w:right w:val="none" w:sz="0" w:space="0" w:color="auto"/>
          </w:divBdr>
        </w:div>
        <w:div w:id="1919167965">
          <w:marLeft w:val="480"/>
          <w:marRight w:val="0"/>
          <w:marTop w:val="0"/>
          <w:marBottom w:val="0"/>
          <w:divBdr>
            <w:top w:val="none" w:sz="0" w:space="0" w:color="auto"/>
            <w:left w:val="none" w:sz="0" w:space="0" w:color="auto"/>
            <w:bottom w:val="none" w:sz="0" w:space="0" w:color="auto"/>
            <w:right w:val="none" w:sz="0" w:space="0" w:color="auto"/>
          </w:divBdr>
        </w:div>
        <w:div w:id="1958023626">
          <w:marLeft w:val="480"/>
          <w:marRight w:val="0"/>
          <w:marTop w:val="0"/>
          <w:marBottom w:val="0"/>
          <w:divBdr>
            <w:top w:val="none" w:sz="0" w:space="0" w:color="auto"/>
            <w:left w:val="none" w:sz="0" w:space="0" w:color="auto"/>
            <w:bottom w:val="none" w:sz="0" w:space="0" w:color="auto"/>
            <w:right w:val="none" w:sz="0" w:space="0" w:color="auto"/>
          </w:divBdr>
        </w:div>
        <w:div w:id="2062050800">
          <w:marLeft w:val="480"/>
          <w:marRight w:val="0"/>
          <w:marTop w:val="0"/>
          <w:marBottom w:val="0"/>
          <w:divBdr>
            <w:top w:val="none" w:sz="0" w:space="0" w:color="auto"/>
            <w:left w:val="none" w:sz="0" w:space="0" w:color="auto"/>
            <w:bottom w:val="none" w:sz="0" w:space="0" w:color="auto"/>
            <w:right w:val="none" w:sz="0" w:space="0" w:color="auto"/>
          </w:divBdr>
        </w:div>
      </w:divsChild>
    </w:div>
    <w:div w:id="790899151">
      <w:bodyDiv w:val="1"/>
      <w:marLeft w:val="0"/>
      <w:marRight w:val="0"/>
      <w:marTop w:val="0"/>
      <w:marBottom w:val="0"/>
      <w:divBdr>
        <w:top w:val="none" w:sz="0" w:space="0" w:color="auto"/>
        <w:left w:val="none" w:sz="0" w:space="0" w:color="auto"/>
        <w:bottom w:val="none" w:sz="0" w:space="0" w:color="auto"/>
        <w:right w:val="none" w:sz="0" w:space="0" w:color="auto"/>
      </w:divBdr>
    </w:div>
    <w:div w:id="794762851">
      <w:bodyDiv w:val="1"/>
      <w:marLeft w:val="0"/>
      <w:marRight w:val="0"/>
      <w:marTop w:val="0"/>
      <w:marBottom w:val="0"/>
      <w:divBdr>
        <w:top w:val="none" w:sz="0" w:space="0" w:color="auto"/>
        <w:left w:val="none" w:sz="0" w:space="0" w:color="auto"/>
        <w:bottom w:val="none" w:sz="0" w:space="0" w:color="auto"/>
        <w:right w:val="none" w:sz="0" w:space="0" w:color="auto"/>
      </w:divBdr>
    </w:div>
    <w:div w:id="796680484">
      <w:bodyDiv w:val="1"/>
      <w:marLeft w:val="0"/>
      <w:marRight w:val="0"/>
      <w:marTop w:val="0"/>
      <w:marBottom w:val="0"/>
      <w:divBdr>
        <w:top w:val="none" w:sz="0" w:space="0" w:color="auto"/>
        <w:left w:val="none" w:sz="0" w:space="0" w:color="auto"/>
        <w:bottom w:val="none" w:sz="0" w:space="0" w:color="auto"/>
        <w:right w:val="none" w:sz="0" w:space="0" w:color="auto"/>
      </w:divBdr>
    </w:div>
    <w:div w:id="798105599">
      <w:bodyDiv w:val="1"/>
      <w:marLeft w:val="0"/>
      <w:marRight w:val="0"/>
      <w:marTop w:val="0"/>
      <w:marBottom w:val="0"/>
      <w:divBdr>
        <w:top w:val="none" w:sz="0" w:space="0" w:color="auto"/>
        <w:left w:val="none" w:sz="0" w:space="0" w:color="auto"/>
        <w:bottom w:val="none" w:sz="0" w:space="0" w:color="auto"/>
        <w:right w:val="none" w:sz="0" w:space="0" w:color="auto"/>
      </w:divBdr>
    </w:div>
    <w:div w:id="800195391">
      <w:bodyDiv w:val="1"/>
      <w:marLeft w:val="0"/>
      <w:marRight w:val="0"/>
      <w:marTop w:val="0"/>
      <w:marBottom w:val="0"/>
      <w:divBdr>
        <w:top w:val="none" w:sz="0" w:space="0" w:color="auto"/>
        <w:left w:val="none" w:sz="0" w:space="0" w:color="auto"/>
        <w:bottom w:val="none" w:sz="0" w:space="0" w:color="auto"/>
        <w:right w:val="none" w:sz="0" w:space="0" w:color="auto"/>
      </w:divBdr>
    </w:div>
    <w:div w:id="800420456">
      <w:bodyDiv w:val="1"/>
      <w:marLeft w:val="0"/>
      <w:marRight w:val="0"/>
      <w:marTop w:val="0"/>
      <w:marBottom w:val="0"/>
      <w:divBdr>
        <w:top w:val="none" w:sz="0" w:space="0" w:color="auto"/>
        <w:left w:val="none" w:sz="0" w:space="0" w:color="auto"/>
        <w:bottom w:val="none" w:sz="0" w:space="0" w:color="auto"/>
        <w:right w:val="none" w:sz="0" w:space="0" w:color="auto"/>
      </w:divBdr>
    </w:div>
    <w:div w:id="801970925">
      <w:bodyDiv w:val="1"/>
      <w:marLeft w:val="0"/>
      <w:marRight w:val="0"/>
      <w:marTop w:val="0"/>
      <w:marBottom w:val="0"/>
      <w:divBdr>
        <w:top w:val="none" w:sz="0" w:space="0" w:color="auto"/>
        <w:left w:val="none" w:sz="0" w:space="0" w:color="auto"/>
        <w:bottom w:val="none" w:sz="0" w:space="0" w:color="auto"/>
        <w:right w:val="none" w:sz="0" w:space="0" w:color="auto"/>
      </w:divBdr>
    </w:div>
    <w:div w:id="803422673">
      <w:bodyDiv w:val="1"/>
      <w:marLeft w:val="0"/>
      <w:marRight w:val="0"/>
      <w:marTop w:val="0"/>
      <w:marBottom w:val="0"/>
      <w:divBdr>
        <w:top w:val="none" w:sz="0" w:space="0" w:color="auto"/>
        <w:left w:val="none" w:sz="0" w:space="0" w:color="auto"/>
        <w:bottom w:val="none" w:sz="0" w:space="0" w:color="auto"/>
        <w:right w:val="none" w:sz="0" w:space="0" w:color="auto"/>
      </w:divBdr>
      <w:divsChild>
        <w:div w:id="5520725">
          <w:marLeft w:val="480"/>
          <w:marRight w:val="0"/>
          <w:marTop w:val="0"/>
          <w:marBottom w:val="0"/>
          <w:divBdr>
            <w:top w:val="none" w:sz="0" w:space="0" w:color="auto"/>
            <w:left w:val="none" w:sz="0" w:space="0" w:color="auto"/>
            <w:bottom w:val="none" w:sz="0" w:space="0" w:color="auto"/>
            <w:right w:val="none" w:sz="0" w:space="0" w:color="auto"/>
          </w:divBdr>
        </w:div>
        <w:div w:id="193151788">
          <w:marLeft w:val="480"/>
          <w:marRight w:val="0"/>
          <w:marTop w:val="0"/>
          <w:marBottom w:val="0"/>
          <w:divBdr>
            <w:top w:val="none" w:sz="0" w:space="0" w:color="auto"/>
            <w:left w:val="none" w:sz="0" w:space="0" w:color="auto"/>
            <w:bottom w:val="none" w:sz="0" w:space="0" w:color="auto"/>
            <w:right w:val="none" w:sz="0" w:space="0" w:color="auto"/>
          </w:divBdr>
        </w:div>
        <w:div w:id="404301050">
          <w:marLeft w:val="480"/>
          <w:marRight w:val="0"/>
          <w:marTop w:val="0"/>
          <w:marBottom w:val="0"/>
          <w:divBdr>
            <w:top w:val="none" w:sz="0" w:space="0" w:color="auto"/>
            <w:left w:val="none" w:sz="0" w:space="0" w:color="auto"/>
            <w:bottom w:val="none" w:sz="0" w:space="0" w:color="auto"/>
            <w:right w:val="none" w:sz="0" w:space="0" w:color="auto"/>
          </w:divBdr>
        </w:div>
        <w:div w:id="483469646">
          <w:marLeft w:val="480"/>
          <w:marRight w:val="0"/>
          <w:marTop w:val="0"/>
          <w:marBottom w:val="0"/>
          <w:divBdr>
            <w:top w:val="none" w:sz="0" w:space="0" w:color="auto"/>
            <w:left w:val="none" w:sz="0" w:space="0" w:color="auto"/>
            <w:bottom w:val="none" w:sz="0" w:space="0" w:color="auto"/>
            <w:right w:val="none" w:sz="0" w:space="0" w:color="auto"/>
          </w:divBdr>
        </w:div>
        <w:div w:id="603852074">
          <w:marLeft w:val="480"/>
          <w:marRight w:val="0"/>
          <w:marTop w:val="0"/>
          <w:marBottom w:val="0"/>
          <w:divBdr>
            <w:top w:val="none" w:sz="0" w:space="0" w:color="auto"/>
            <w:left w:val="none" w:sz="0" w:space="0" w:color="auto"/>
            <w:bottom w:val="none" w:sz="0" w:space="0" w:color="auto"/>
            <w:right w:val="none" w:sz="0" w:space="0" w:color="auto"/>
          </w:divBdr>
        </w:div>
        <w:div w:id="730466495">
          <w:marLeft w:val="480"/>
          <w:marRight w:val="0"/>
          <w:marTop w:val="0"/>
          <w:marBottom w:val="0"/>
          <w:divBdr>
            <w:top w:val="none" w:sz="0" w:space="0" w:color="auto"/>
            <w:left w:val="none" w:sz="0" w:space="0" w:color="auto"/>
            <w:bottom w:val="none" w:sz="0" w:space="0" w:color="auto"/>
            <w:right w:val="none" w:sz="0" w:space="0" w:color="auto"/>
          </w:divBdr>
        </w:div>
        <w:div w:id="879393987">
          <w:marLeft w:val="480"/>
          <w:marRight w:val="0"/>
          <w:marTop w:val="0"/>
          <w:marBottom w:val="0"/>
          <w:divBdr>
            <w:top w:val="none" w:sz="0" w:space="0" w:color="auto"/>
            <w:left w:val="none" w:sz="0" w:space="0" w:color="auto"/>
            <w:bottom w:val="none" w:sz="0" w:space="0" w:color="auto"/>
            <w:right w:val="none" w:sz="0" w:space="0" w:color="auto"/>
          </w:divBdr>
        </w:div>
        <w:div w:id="925384809">
          <w:marLeft w:val="480"/>
          <w:marRight w:val="0"/>
          <w:marTop w:val="0"/>
          <w:marBottom w:val="0"/>
          <w:divBdr>
            <w:top w:val="none" w:sz="0" w:space="0" w:color="auto"/>
            <w:left w:val="none" w:sz="0" w:space="0" w:color="auto"/>
            <w:bottom w:val="none" w:sz="0" w:space="0" w:color="auto"/>
            <w:right w:val="none" w:sz="0" w:space="0" w:color="auto"/>
          </w:divBdr>
        </w:div>
        <w:div w:id="944456583">
          <w:marLeft w:val="480"/>
          <w:marRight w:val="0"/>
          <w:marTop w:val="0"/>
          <w:marBottom w:val="0"/>
          <w:divBdr>
            <w:top w:val="none" w:sz="0" w:space="0" w:color="auto"/>
            <w:left w:val="none" w:sz="0" w:space="0" w:color="auto"/>
            <w:bottom w:val="none" w:sz="0" w:space="0" w:color="auto"/>
            <w:right w:val="none" w:sz="0" w:space="0" w:color="auto"/>
          </w:divBdr>
        </w:div>
        <w:div w:id="967318782">
          <w:marLeft w:val="480"/>
          <w:marRight w:val="0"/>
          <w:marTop w:val="0"/>
          <w:marBottom w:val="0"/>
          <w:divBdr>
            <w:top w:val="none" w:sz="0" w:space="0" w:color="auto"/>
            <w:left w:val="none" w:sz="0" w:space="0" w:color="auto"/>
            <w:bottom w:val="none" w:sz="0" w:space="0" w:color="auto"/>
            <w:right w:val="none" w:sz="0" w:space="0" w:color="auto"/>
          </w:divBdr>
        </w:div>
        <w:div w:id="976488895">
          <w:marLeft w:val="480"/>
          <w:marRight w:val="0"/>
          <w:marTop w:val="0"/>
          <w:marBottom w:val="0"/>
          <w:divBdr>
            <w:top w:val="none" w:sz="0" w:space="0" w:color="auto"/>
            <w:left w:val="none" w:sz="0" w:space="0" w:color="auto"/>
            <w:bottom w:val="none" w:sz="0" w:space="0" w:color="auto"/>
            <w:right w:val="none" w:sz="0" w:space="0" w:color="auto"/>
          </w:divBdr>
        </w:div>
        <w:div w:id="989478842">
          <w:marLeft w:val="480"/>
          <w:marRight w:val="0"/>
          <w:marTop w:val="0"/>
          <w:marBottom w:val="0"/>
          <w:divBdr>
            <w:top w:val="none" w:sz="0" w:space="0" w:color="auto"/>
            <w:left w:val="none" w:sz="0" w:space="0" w:color="auto"/>
            <w:bottom w:val="none" w:sz="0" w:space="0" w:color="auto"/>
            <w:right w:val="none" w:sz="0" w:space="0" w:color="auto"/>
          </w:divBdr>
        </w:div>
        <w:div w:id="1010723095">
          <w:marLeft w:val="480"/>
          <w:marRight w:val="0"/>
          <w:marTop w:val="0"/>
          <w:marBottom w:val="0"/>
          <w:divBdr>
            <w:top w:val="none" w:sz="0" w:space="0" w:color="auto"/>
            <w:left w:val="none" w:sz="0" w:space="0" w:color="auto"/>
            <w:bottom w:val="none" w:sz="0" w:space="0" w:color="auto"/>
            <w:right w:val="none" w:sz="0" w:space="0" w:color="auto"/>
          </w:divBdr>
        </w:div>
        <w:div w:id="1052002013">
          <w:marLeft w:val="480"/>
          <w:marRight w:val="0"/>
          <w:marTop w:val="0"/>
          <w:marBottom w:val="0"/>
          <w:divBdr>
            <w:top w:val="none" w:sz="0" w:space="0" w:color="auto"/>
            <w:left w:val="none" w:sz="0" w:space="0" w:color="auto"/>
            <w:bottom w:val="none" w:sz="0" w:space="0" w:color="auto"/>
            <w:right w:val="none" w:sz="0" w:space="0" w:color="auto"/>
          </w:divBdr>
        </w:div>
        <w:div w:id="1088577432">
          <w:marLeft w:val="480"/>
          <w:marRight w:val="0"/>
          <w:marTop w:val="0"/>
          <w:marBottom w:val="0"/>
          <w:divBdr>
            <w:top w:val="none" w:sz="0" w:space="0" w:color="auto"/>
            <w:left w:val="none" w:sz="0" w:space="0" w:color="auto"/>
            <w:bottom w:val="none" w:sz="0" w:space="0" w:color="auto"/>
            <w:right w:val="none" w:sz="0" w:space="0" w:color="auto"/>
          </w:divBdr>
        </w:div>
        <w:div w:id="1134180065">
          <w:marLeft w:val="480"/>
          <w:marRight w:val="0"/>
          <w:marTop w:val="0"/>
          <w:marBottom w:val="0"/>
          <w:divBdr>
            <w:top w:val="none" w:sz="0" w:space="0" w:color="auto"/>
            <w:left w:val="none" w:sz="0" w:space="0" w:color="auto"/>
            <w:bottom w:val="none" w:sz="0" w:space="0" w:color="auto"/>
            <w:right w:val="none" w:sz="0" w:space="0" w:color="auto"/>
          </w:divBdr>
        </w:div>
        <w:div w:id="1221940687">
          <w:marLeft w:val="480"/>
          <w:marRight w:val="0"/>
          <w:marTop w:val="0"/>
          <w:marBottom w:val="0"/>
          <w:divBdr>
            <w:top w:val="none" w:sz="0" w:space="0" w:color="auto"/>
            <w:left w:val="none" w:sz="0" w:space="0" w:color="auto"/>
            <w:bottom w:val="none" w:sz="0" w:space="0" w:color="auto"/>
            <w:right w:val="none" w:sz="0" w:space="0" w:color="auto"/>
          </w:divBdr>
        </w:div>
        <w:div w:id="1251698236">
          <w:marLeft w:val="480"/>
          <w:marRight w:val="0"/>
          <w:marTop w:val="0"/>
          <w:marBottom w:val="0"/>
          <w:divBdr>
            <w:top w:val="none" w:sz="0" w:space="0" w:color="auto"/>
            <w:left w:val="none" w:sz="0" w:space="0" w:color="auto"/>
            <w:bottom w:val="none" w:sz="0" w:space="0" w:color="auto"/>
            <w:right w:val="none" w:sz="0" w:space="0" w:color="auto"/>
          </w:divBdr>
        </w:div>
        <w:div w:id="1407460862">
          <w:marLeft w:val="480"/>
          <w:marRight w:val="0"/>
          <w:marTop w:val="0"/>
          <w:marBottom w:val="0"/>
          <w:divBdr>
            <w:top w:val="none" w:sz="0" w:space="0" w:color="auto"/>
            <w:left w:val="none" w:sz="0" w:space="0" w:color="auto"/>
            <w:bottom w:val="none" w:sz="0" w:space="0" w:color="auto"/>
            <w:right w:val="none" w:sz="0" w:space="0" w:color="auto"/>
          </w:divBdr>
        </w:div>
        <w:div w:id="1426465137">
          <w:marLeft w:val="480"/>
          <w:marRight w:val="0"/>
          <w:marTop w:val="0"/>
          <w:marBottom w:val="0"/>
          <w:divBdr>
            <w:top w:val="none" w:sz="0" w:space="0" w:color="auto"/>
            <w:left w:val="none" w:sz="0" w:space="0" w:color="auto"/>
            <w:bottom w:val="none" w:sz="0" w:space="0" w:color="auto"/>
            <w:right w:val="none" w:sz="0" w:space="0" w:color="auto"/>
          </w:divBdr>
        </w:div>
        <w:div w:id="1428228155">
          <w:marLeft w:val="480"/>
          <w:marRight w:val="0"/>
          <w:marTop w:val="0"/>
          <w:marBottom w:val="0"/>
          <w:divBdr>
            <w:top w:val="none" w:sz="0" w:space="0" w:color="auto"/>
            <w:left w:val="none" w:sz="0" w:space="0" w:color="auto"/>
            <w:bottom w:val="none" w:sz="0" w:space="0" w:color="auto"/>
            <w:right w:val="none" w:sz="0" w:space="0" w:color="auto"/>
          </w:divBdr>
        </w:div>
        <w:div w:id="1446927581">
          <w:marLeft w:val="480"/>
          <w:marRight w:val="0"/>
          <w:marTop w:val="0"/>
          <w:marBottom w:val="0"/>
          <w:divBdr>
            <w:top w:val="none" w:sz="0" w:space="0" w:color="auto"/>
            <w:left w:val="none" w:sz="0" w:space="0" w:color="auto"/>
            <w:bottom w:val="none" w:sz="0" w:space="0" w:color="auto"/>
            <w:right w:val="none" w:sz="0" w:space="0" w:color="auto"/>
          </w:divBdr>
        </w:div>
        <w:div w:id="1514302100">
          <w:marLeft w:val="480"/>
          <w:marRight w:val="0"/>
          <w:marTop w:val="0"/>
          <w:marBottom w:val="0"/>
          <w:divBdr>
            <w:top w:val="none" w:sz="0" w:space="0" w:color="auto"/>
            <w:left w:val="none" w:sz="0" w:space="0" w:color="auto"/>
            <w:bottom w:val="none" w:sz="0" w:space="0" w:color="auto"/>
            <w:right w:val="none" w:sz="0" w:space="0" w:color="auto"/>
          </w:divBdr>
        </w:div>
        <w:div w:id="1613588250">
          <w:marLeft w:val="480"/>
          <w:marRight w:val="0"/>
          <w:marTop w:val="0"/>
          <w:marBottom w:val="0"/>
          <w:divBdr>
            <w:top w:val="none" w:sz="0" w:space="0" w:color="auto"/>
            <w:left w:val="none" w:sz="0" w:space="0" w:color="auto"/>
            <w:bottom w:val="none" w:sz="0" w:space="0" w:color="auto"/>
            <w:right w:val="none" w:sz="0" w:space="0" w:color="auto"/>
          </w:divBdr>
        </w:div>
        <w:div w:id="1636791666">
          <w:marLeft w:val="480"/>
          <w:marRight w:val="0"/>
          <w:marTop w:val="0"/>
          <w:marBottom w:val="0"/>
          <w:divBdr>
            <w:top w:val="none" w:sz="0" w:space="0" w:color="auto"/>
            <w:left w:val="none" w:sz="0" w:space="0" w:color="auto"/>
            <w:bottom w:val="none" w:sz="0" w:space="0" w:color="auto"/>
            <w:right w:val="none" w:sz="0" w:space="0" w:color="auto"/>
          </w:divBdr>
        </w:div>
        <w:div w:id="1673795492">
          <w:marLeft w:val="480"/>
          <w:marRight w:val="0"/>
          <w:marTop w:val="0"/>
          <w:marBottom w:val="0"/>
          <w:divBdr>
            <w:top w:val="none" w:sz="0" w:space="0" w:color="auto"/>
            <w:left w:val="none" w:sz="0" w:space="0" w:color="auto"/>
            <w:bottom w:val="none" w:sz="0" w:space="0" w:color="auto"/>
            <w:right w:val="none" w:sz="0" w:space="0" w:color="auto"/>
          </w:divBdr>
        </w:div>
        <w:div w:id="1709573460">
          <w:marLeft w:val="480"/>
          <w:marRight w:val="0"/>
          <w:marTop w:val="0"/>
          <w:marBottom w:val="0"/>
          <w:divBdr>
            <w:top w:val="none" w:sz="0" w:space="0" w:color="auto"/>
            <w:left w:val="none" w:sz="0" w:space="0" w:color="auto"/>
            <w:bottom w:val="none" w:sz="0" w:space="0" w:color="auto"/>
            <w:right w:val="none" w:sz="0" w:space="0" w:color="auto"/>
          </w:divBdr>
        </w:div>
        <w:div w:id="1711803346">
          <w:marLeft w:val="480"/>
          <w:marRight w:val="0"/>
          <w:marTop w:val="0"/>
          <w:marBottom w:val="0"/>
          <w:divBdr>
            <w:top w:val="none" w:sz="0" w:space="0" w:color="auto"/>
            <w:left w:val="none" w:sz="0" w:space="0" w:color="auto"/>
            <w:bottom w:val="none" w:sz="0" w:space="0" w:color="auto"/>
            <w:right w:val="none" w:sz="0" w:space="0" w:color="auto"/>
          </w:divBdr>
        </w:div>
        <w:div w:id="1828129454">
          <w:marLeft w:val="480"/>
          <w:marRight w:val="0"/>
          <w:marTop w:val="0"/>
          <w:marBottom w:val="0"/>
          <w:divBdr>
            <w:top w:val="none" w:sz="0" w:space="0" w:color="auto"/>
            <w:left w:val="none" w:sz="0" w:space="0" w:color="auto"/>
            <w:bottom w:val="none" w:sz="0" w:space="0" w:color="auto"/>
            <w:right w:val="none" w:sz="0" w:space="0" w:color="auto"/>
          </w:divBdr>
        </w:div>
        <w:div w:id="1921594811">
          <w:marLeft w:val="480"/>
          <w:marRight w:val="0"/>
          <w:marTop w:val="0"/>
          <w:marBottom w:val="0"/>
          <w:divBdr>
            <w:top w:val="none" w:sz="0" w:space="0" w:color="auto"/>
            <w:left w:val="none" w:sz="0" w:space="0" w:color="auto"/>
            <w:bottom w:val="none" w:sz="0" w:space="0" w:color="auto"/>
            <w:right w:val="none" w:sz="0" w:space="0" w:color="auto"/>
          </w:divBdr>
        </w:div>
        <w:div w:id="2058315923">
          <w:marLeft w:val="480"/>
          <w:marRight w:val="0"/>
          <w:marTop w:val="0"/>
          <w:marBottom w:val="0"/>
          <w:divBdr>
            <w:top w:val="none" w:sz="0" w:space="0" w:color="auto"/>
            <w:left w:val="none" w:sz="0" w:space="0" w:color="auto"/>
            <w:bottom w:val="none" w:sz="0" w:space="0" w:color="auto"/>
            <w:right w:val="none" w:sz="0" w:space="0" w:color="auto"/>
          </w:divBdr>
        </w:div>
        <w:div w:id="2079595808">
          <w:marLeft w:val="480"/>
          <w:marRight w:val="0"/>
          <w:marTop w:val="0"/>
          <w:marBottom w:val="0"/>
          <w:divBdr>
            <w:top w:val="none" w:sz="0" w:space="0" w:color="auto"/>
            <w:left w:val="none" w:sz="0" w:space="0" w:color="auto"/>
            <w:bottom w:val="none" w:sz="0" w:space="0" w:color="auto"/>
            <w:right w:val="none" w:sz="0" w:space="0" w:color="auto"/>
          </w:divBdr>
        </w:div>
      </w:divsChild>
    </w:div>
    <w:div w:id="805392247">
      <w:bodyDiv w:val="1"/>
      <w:marLeft w:val="0"/>
      <w:marRight w:val="0"/>
      <w:marTop w:val="0"/>
      <w:marBottom w:val="0"/>
      <w:divBdr>
        <w:top w:val="none" w:sz="0" w:space="0" w:color="auto"/>
        <w:left w:val="none" w:sz="0" w:space="0" w:color="auto"/>
        <w:bottom w:val="none" w:sz="0" w:space="0" w:color="auto"/>
        <w:right w:val="none" w:sz="0" w:space="0" w:color="auto"/>
      </w:divBdr>
    </w:div>
    <w:div w:id="808203367">
      <w:bodyDiv w:val="1"/>
      <w:marLeft w:val="0"/>
      <w:marRight w:val="0"/>
      <w:marTop w:val="0"/>
      <w:marBottom w:val="0"/>
      <w:divBdr>
        <w:top w:val="none" w:sz="0" w:space="0" w:color="auto"/>
        <w:left w:val="none" w:sz="0" w:space="0" w:color="auto"/>
        <w:bottom w:val="none" w:sz="0" w:space="0" w:color="auto"/>
        <w:right w:val="none" w:sz="0" w:space="0" w:color="auto"/>
      </w:divBdr>
      <w:divsChild>
        <w:div w:id="11878287">
          <w:marLeft w:val="480"/>
          <w:marRight w:val="0"/>
          <w:marTop w:val="0"/>
          <w:marBottom w:val="0"/>
          <w:divBdr>
            <w:top w:val="none" w:sz="0" w:space="0" w:color="auto"/>
            <w:left w:val="none" w:sz="0" w:space="0" w:color="auto"/>
            <w:bottom w:val="none" w:sz="0" w:space="0" w:color="auto"/>
            <w:right w:val="none" w:sz="0" w:space="0" w:color="auto"/>
          </w:divBdr>
        </w:div>
        <w:div w:id="53938303">
          <w:marLeft w:val="480"/>
          <w:marRight w:val="0"/>
          <w:marTop w:val="0"/>
          <w:marBottom w:val="0"/>
          <w:divBdr>
            <w:top w:val="none" w:sz="0" w:space="0" w:color="auto"/>
            <w:left w:val="none" w:sz="0" w:space="0" w:color="auto"/>
            <w:bottom w:val="none" w:sz="0" w:space="0" w:color="auto"/>
            <w:right w:val="none" w:sz="0" w:space="0" w:color="auto"/>
          </w:divBdr>
        </w:div>
        <w:div w:id="222955647">
          <w:marLeft w:val="480"/>
          <w:marRight w:val="0"/>
          <w:marTop w:val="0"/>
          <w:marBottom w:val="0"/>
          <w:divBdr>
            <w:top w:val="none" w:sz="0" w:space="0" w:color="auto"/>
            <w:left w:val="none" w:sz="0" w:space="0" w:color="auto"/>
            <w:bottom w:val="none" w:sz="0" w:space="0" w:color="auto"/>
            <w:right w:val="none" w:sz="0" w:space="0" w:color="auto"/>
          </w:divBdr>
        </w:div>
        <w:div w:id="367535357">
          <w:marLeft w:val="480"/>
          <w:marRight w:val="0"/>
          <w:marTop w:val="0"/>
          <w:marBottom w:val="0"/>
          <w:divBdr>
            <w:top w:val="none" w:sz="0" w:space="0" w:color="auto"/>
            <w:left w:val="none" w:sz="0" w:space="0" w:color="auto"/>
            <w:bottom w:val="none" w:sz="0" w:space="0" w:color="auto"/>
            <w:right w:val="none" w:sz="0" w:space="0" w:color="auto"/>
          </w:divBdr>
        </w:div>
        <w:div w:id="450515944">
          <w:marLeft w:val="480"/>
          <w:marRight w:val="0"/>
          <w:marTop w:val="0"/>
          <w:marBottom w:val="0"/>
          <w:divBdr>
            <w:top w:val="none" w:sz="0" w:space="0" w:color="auto"/>
            <w:left w:val="none" w:sz="0" w:space="0" w:color="auto"/>
            <w:bottom w:val="none" w:sz="0" w:space="0" w:color="auto"/>
            <w:right w:val="none" w:sz="0" w:space="0" w:color="auto"/>
          </w:divBdr>
        </w:div>
        <w:div w:id="463238742">
          <w:marLeft w:val="480"/>
          <w:marRight w:val="0"/>
          <w:marTop w:val="0"/>
          <w:marBottom w:val="0"/>
          <w:divBdr>
            <w:top w:val="none" w:sz="0" w:space="0" w:color="auto"/>
            <w:left w:val="none" w:sz="0" w:space="0" w:color="auto"/>
            <w:bottom w:val="none" w:sz="0" w:space="0" w:color="auto"/>
            <w:right w:val="none" w:sz="0" w:space="0" w:color="auto"/>
          </w:divBdr>
        </w:div>
        <w:div w:id="477695933">
          <w:marLeft w:val="480"/>
          <w:marRight w:val="0"/>
          <w:marTop w:val="0"/>
          <w:marBottom w:val="0"/>
          <w:divBdr>
            <w:top w:val="none" w:sz="0" w:space="0" w:color="auto"/>
            <w:left w:val="none" w:sz="0" w:space="0" w:color="auto"/>
            <w:bottom w:val="none" w:sz="0" w:space="0" w:color="auto"/>
            <w:right w:val="none" w:sz="0" w:space="0" w:color="auto"/>
          </w:divBdr>
        </w:div>
        <w:div w:id="556015116">
          <w:marLeft w:val="480"/>
          <w:marRight w:val="0"/>
          <w:marTop w:val="0"/>
          <w:marBottom w:val="0"/>
          <w:divBdr>
            <w:top w:val="none" w:sz="0" w:space="0" w:color="auto"/>
            <w:left w:val="none" w:sz="0" w:space="0" w:color="auto"/>
            <w:bottom w:val="none" w:sz="0" w:space="0" w:color="auto"/>
            <w:right w:val="none" w:sz="0" w:space="0" w:color="auto"/>
          </w:divBdr>
        </w:div>
        <w:div w:id="591162228">
          <w:marLeft w:val="480"/>
          <w:marRight w:val="0"/>
          <w:marTop w:val="0"/>
          <w:marBottom w:val="0"/>
          <w:divBdr>
            <w:top w:val="none" w:sz="0" w:space="0" w:color="auto"/>
            <w:left w:val="none" w:sz="0" w:space="0" w:color="auto"/>
            <w:bottom w:val="none" w:sz="0" w:space="0" w:color="auto"/>
            <w:right w:val="none" w:sz="0" w:space="0" w:color="auto"/>
          </w:divBdr>
        </w:div>
        <w:div w:id="645471862">
          <w:marLeft w:val="480"/>
          <w:marRight w:val="0"/>
          <w:marTop w:val="0"/>
          <w:marBottom w:val="0"/>
          <w:divBdr>
            <w:top w:val="none" w:sz="0" w:space="0" w:color="auto"/>
            <w:left w:val="none" w:sz="0" w:space="0" w:color="auto"/>
            <w:bottom w:val="none" w:sz="0" w:space="0" w:color="auto"/>
            <w:right w:val="none" w:sz="0" w:space="0" w:color="auto"/>
          </w:divBdr>
        </w:div>
        <w:div w:id="675496451">
          <w:marLeft w:val="480"/>
          <w:marRight w:val="0"/>
          <w:marTop w:val="0"/>
          <w:marBottom w:val="0"/>
          <w:divBdr>
            <w:top w:val="none" w:sz="0" w:space="0" w:color="auto"/>
            <w:left w:val="none" w:sz="0" w:space="0" w:color="auto"/>
            <w:bottom w:val="none" w:sz="0" w:space="0" w:color="auto"/>
            <w:right w:val="none" w:sz="0" w:space="0" w:color="auto"/>
          </w:divBdr>
        </w:div>
        <w:div w:id="693070718">
          <w:marLeft w:val="480"/>
          <w:marRight w:val="0"/>
          <w:marTop w:val="0"/>
          <w:marBottom w:val="0"/>
          <w:divBdr>
            <w:top w:val="none" w:sz="0" w:space="0" w:color="auto"/>
            <w:left w:val="none" w:sz="0" w:space="0" w:color="auto"/>
            <w:bottom w:val="none" w:sz="0" w:space="0" w:color="auto"/>
            <w:right w:val="none" w:sz="0" w:space="0" w:color="auto"/>
          </w:divBdr>
        </w:div>
        <w:div w:id="700782411">
          <w:marLeft w:val="480"/>
          <w:marRight w:val="0"/>
          <w:marTop w:val="0"/>
          <w:marBottom w:val="0"/>
          <w:divBdr>
            <w:top w:val="none" w:sz="0" w:space="0" w:color="auto"/>
            <w:left w:val="none" w:sz="0" w:space="0" w:color="auto"/>
            <w:bottom w:val="none" w:sz="0" w:space="0" w:color="auto"/>
            <w:right w:val="none" w:sz="0" w:space="0" w:color="auto"/>
          </w:divBdr>
        </w:div>
        <w:div w:id="703485846">
          <w:marLeft w:val="480"/>
          <w:marRight w:val="0"/>
          <w:marTop w:val="0"/>
          <w:marBottom w:val="0"/>
          <w:divBdr>
            <w:top w:val="none" w:sz="0" w:space="0" w:color="auto"/>
            <w:left w:val="none" w:sz="0" w:space="0" w:color="auto"/>
            <w:bottom w:val="none" w:sz="0" w:space="0" w:color="auto"/>
            <w:right w:val="none" w:sz="0" w:space="0" w:color="auto"/>
          </w:divBdr>
        </w:div>
        <w:div w:id="709576475">
          <w:marLeft w:val="480"/>
          <w:marRight w:val="0"/>
          <w:marTop w:val="0"/>
          <w:marBottom w:val="0"/>
          <w:divBdr>
            <w:top w:val="none" w:sz="0" w:space="0" w:color="auto"/>
            <w:left w:val="none" w:sz="0" w:space="0" w:color="auto"/>
            <w:bottom w:val="none" w:sz="0" w:space="0" w:color="auto"/>
            <w:right w:val="none" w:sz="0" w:space="0" w:color="auto"/>
          </w:divBdr>
        </w:div>
        <w:div w:id="748504427">
          <w:marLeft w:val="480"/>
          <w:marRight w:val="0"/>
          <w:marTop w:val="0"/>
          <w:marBottom w:val="0"/>
          <w:divBdr>
            <w:top w:val="none" w:sz="0" w:space="0" w:color="auto"/>
            <w:left w:val="none" w:sz="0" w:space="0" w:color="auto"/>
            <w:bottom w:val="none" w:sz="0" w:space="0" w:color="auto"/>
            <w:right w:val="none" w:sz="0" w:space="0" w:color="auto"/>
          </w:divBdr>
        </w:div>
        <w:div w:id="993724229">
          <w:marLeft w:val="480"/>
          <w:marRight w:val="0"/>
          <w:marTop w:val="0"/>
          <w:marBottom w:val="0"/>
          <w:divBdr>
            <w:top w:val="none" w:sz="0" w:space="0" w:color="auto"/>
            <w:left w:val="none" w:sz="0" w:space="0" w:color="auto"/>
            <w:bottom w:val="none" w:sz="0" w:space="0" w:color="auto"/>
            <w:right w:val="none" w:sz="0" w:space="0" w:color="auto"/>
          </w:divBdr>
        </w:div>
        <w:div w:id="996613550">
          <w:marLeft w:val="480"/>
          <w:marRight w:val="0"/>
          <w:marTop w:val="0"/>
          <w:marBottom w:val="0"/>
          <w:divBdr>
            <w:top w:val="none" w:sz="0" w:space="0" w:color="auto"/>
            <w:left w:val="none" w:sz="0" w:space="0" w:color="auto"/>
            <w:bottom w:val="none" w:sz="0" w:space="0" w:color="auto"/>
            <w:right w:val="none" w:sz="0" w:space="0" w:color="auto"/>
          </w:divBdr>
        </w:div>
        <w:div w:id="1003364467">
          <w:marLeft w:val="480"/>
          <w:marRight w:val="0"/>
          <w:marTop w:val="0"/>
          <w:marBottom w:val="0"/>
          <w:divBdr>
            <w:top w:val="none" w:sz="0" w:space="0" w:color="auto"/>
            <w:left w:val="none" w:sz="0" w:space="0" w:color="auto"/>
            <w:bottom w:val="none" w:sz="0" w:space="0" w:color="auto"/>
            <w:right w:val="none" w:sz="0" w:space="0" w:color="auto"/>
          </w:divBdr>
        </w:div>
        <w:div w:id="1007562153">
          <w:marLeft w:val="480"/>
          <w:marRight w:val="0"/>
          <w:marTop w:val="0"/>
          <w:marBottom w:val="0"/>
          <w:divBdr>
            <w:top w:val="none" w:sz="0" w:space="0" w:color="auto"/>
            <w:left w:val="none" w:sz="0" w:space="0" w:color="auto"/>
            <w:bottom w:val="none" w:sz="0" w:space="0" w:color="auto"/>
            <w:right w:val="none" w:sz="0" w:space="0" w:color="auto"/>
          </w:divBdr>
        </w:div>
        <w:div w:id="1142699859">
          <w:marLeft w:val="480"/>
          <w:marRight w:val="0"/>
          <w:marTop w:val="0"/>
          <w:marBottom w:val="0"/>
          <w:divBdr>
            <w:top w:val="none" w:sz="0" w:space="0" w:color="auto"/>
            <w:left w:val="none" w:sz="0" w:space="0" w:color="auto"/>
            <w:bottom w:val="none" w:sz="0" w:space="0" w:color="auto"/>
            <w:right w:val="none" w:sz="0" w:space="0" w:color="auto"/>
          </w:divBdr>
        </w:div>
        <w:div w:id="1176768890">
          <w:marLeft w:val="480"/>
          <w:marRight w:val="0"/>
          <w:marTop w:val="0"/>
          <w:marBottom w:val="0"/>
          <w:divBdr>
            <w:top w:val="none" w:sz="0" w:space="0" w:color="auto"/>
            <w:left w:val="none" w:sz="0" w:space="0" w:color="auto"/>
            <w:bottom w:val="none" w:sz="0" w:space="0" w:color="auto"/>
            <w:right w:val="none" w:sz="0" w:space="0" w:color="auto"/>
          </w:divBdr>
        </w:div>
        <w:div w:id="1177303861">
          <w:marLeft w:val="480"/>
          <w:marRight w:val="0"/>
          <w:marTop w:val="0"/>
          <w:marBottom w:val="0"/>
          <w:divBdr>
            <w:top w:val="none" w:sz="0" w:space="0" w:color="auto"/>
            <w:left w:val="none" w:sz="0" w:space="0" w:color="auto"/>
            <w:bottom w:val="none" w:sz="0" w:space="0" w:color="auto"/>
            <w:right w:val="none" w:sz="0" w:space="0" w:color="auto"/>
          </w:divBdr>
        </w:div>
        <w:div w:id="1209489155">
          <w:marLeft w:val="480"/>
          <w:marRight w:val="0"/>
          <w:marTop w:val="0"/>
          <w:marBottom w:val="0"/>
          <w:divBdr>
            <w:top w:val="none" w:sz="0" w:space="0" w:color="auto"/>
            <w:left w:val="none" w:sz="0" w:space="0" w:color="auto"/>
            <w:bottom w:val="none" w:sz="0" w:space="0" w:color="auto"/>
            <w:right w:val="none" w:sz="0" w:space="0" w:color="auto"/>
          </w:divBdr>
        </w:div>
        <w:div w:id="1324356040">
          <w:marLeft w:val="480"/>
          <w:marRight w:val="0"/>
          <w:marTop w:val="0"/>
          <w:marBottom w:val="0"/>
          <w:divBdr>
            <w:top w:val="none" w:sz="0" w:space="0" w:color="auto"/>
            <w:left w:val="none" w:sz="0" w:space="0" w:color="auto"/>
            <w:bottom w:val="none" w:sz="0" w:space="0" w:color="auto"/>
            <w:right w:val="none" w:sz="0" w:space="0" w:color="auto"/>
          </w:divBdr>
        </w:div>
        <w:div w:id="1325089416">
          <w:marLeft w:val="480"/>
          <w:marRight w:val="0"/>
          <w:marTop w:val="0"/>
          <w:marBottom w:val="0"/>
          <w:divBdr>
            <w:top w:val="none" w:sz="0" w:space="0" w:color="auto"/>
            <w:left w:val="none" w:sz="0" w:space="0" w:color="auto"/>
            <w:bottom w:val="none" w:sz="0" w:space="0" w:color="auto"/>
            <w:right w:val="none" w:sz="0" w:space="0" w:color="auto"/>
          </w:divBdr>
        </w:div>
        <w:div w:id="1333604661">
          <w:marLeft w:val="480"/>
          <w:marRight w:val="0"/>
          <w:marTop w:val="0"/>
          <w:marBottom w:val="0"/>
          <w:divBdr>
            <w:top w:val="none" w:sz="0" w:space="0" w:color="auto"/>
            <w:left w:val="none" w:sz="0" w:space="0" w:color="auto"/>
            <w:bottom w:val="none" w:sz="0" w:space="0" w:color="auto"/>
            <w:right w:val="none" w:sz="0" w:space="0" w:color="auto"/>
          </w:divBdr>
        </w:div>
        <w:div w:id="1347438262">
          <w:marLeft w:val="480"/>
          <w:marRight w:val="0"/>
          <w:marTop w:val="0"/>
          <w:marBottom w:val="0"/>
          <w:divBdr>
            <w:top w:val="none" w:sz="0" w:space="0" w:color="auto"/>
            <w:left w:val="none" w:sz="0" w:space="0" w:color="auto"/>
            <w:bottom w:val="none" w:sz="0" w:space="0" w:color="auto"/>
            <w:right w:val="none" w:sz="0" w:space="0" w:color="auto"/>
          </w:divBdr>
        </w:div>
        <w:div w:id="1380086202">
          <w:marLeft w:val="480"/>
          <w:marRight w:val="0"/>
          <w:marTop w:val="0"/>
          <w:marBottom w:val="0"/>
          <w:divBdr>
            <w:top w:val="none" w:sz="0" w:space="0" w:color="auto"/>
            <w:left w:val="none" w:sz="0" w:space="0" w:color="auto"/>
            <w:bottom w:val="none" w:sz="0" w:space="0" w:color="auto"/>
            <w:right w:val="none" w:sz="0" w:space="0" w:color="auto"/>
          </w:divBdr>
        </w:div>
        <w:div w:id="1524368819">
          <w:marLeft w:val="480"/>
          <w:marRight w:val="0"/>
          <w:marTop w:val="0"/>
          <w:marBottom w:val="0"/>
          <w:divBdr>
            <w:top w:val="none" w:sz="0" w:space="0" w:color="auto"/>
            <w:left w:val="none" w:sz="0" w:space="0" w:color="auto"/>
            <w:bottom w:val="none" w:sz="0" w:space="0" w:color="auto"/>
            <w:right w:val="none" w:sz="0" w:space="0" w:color="auto"/>
          </w:divBdr>
        </w:div>
        <w:div w:id="1671759836">
          <w:marLeft w:val="480"/>
          <w:marRight w:val="0"/>
          <w:marTop w:val="0"/>
          <w:marBottom w:val="0"/>
          <w:divBdr>
            <w:top w:val="none" w:sz="0" w:space="0" w:color="auto"/>
            <w:left w:val="none" w:sz="0" w:space="0" w:color="auto"/>
            <w:bottom w:val="none" w:sz="0" w:space="0" w:color="auto"/>
            <w:right w:val="none" w:sz="0" w:space="0" w:color="auto"/>
          </w:divBdr>
        </w:div>
        <w:div w:id="1712538840">
          <w:marLeft w:val="480"/>
          <w:marRight w:val="0"/>
          <w:marTop w:val="0"/>
          <w:marBottom w:val="0"/>
          <w:divBdr>
            <w:top w:val="none" w:sz="0" w:space="0" w:color="auto"/>
            <w:left w:val="none" w:sz="0" w:space="0" w:color="auto"/>
            <w:bottom w:val="none" w:sz="0" w:space="0" w:color="auto"/>
            <w:right w:val="none" w:sz="0" w:space="0" w:color="auto"/>
          </w:divBdr>
        </w:div>
        <w:div w:id="1773621332">
          <w:marLeft w:val="480"/>
          <w:marRight w:val="0"/>
          <w:marTop w:val="0"/>
          <w:marBottom w:val="0"/>
          <w:divBdr>
            <w:top w:val="none" w:sz="0" w:space="0" w:color="auto"/>
            <w:left w:val="none" w:sz="0" w:space="0" w:color="auto"/>
            <w:bottom w:val="none" w:sz="0" w:space="0" w:color="auto"/>
            <w:right w:val="none" w:sz="0" w:space="0" w:color="auto"/>
          </w:divBdr>
        </w:div>
        <w:div w:id="1799034522">
          <w:marLeft w:val="480"/>
          <w:marRight w:val="0"/>
          <w:marTop w:val="0"/>
          <w:marBottom w:val="0"/>
          <w:divBdr>
            <w:top w:val="none" w:sz="0" w:space="0" w:color="auto"/>
            <w:left w:val="none" w:sz="0" w:space="0" w:color="auto"/>
            <w:bottom w:val="none" w:sz="0" w:space="0" w:color="auto"/>
            <w:right w:val="none" w:sz="0" w:space="0" w:color="auto"/>
          </w:divBdr>
        </w:div>
        <w:div w:id="1826822943">
          <w:marLeft w:val="480"/>
          <w:marRight w:val="0"/>
          <w:marTop w:val="0"/>
          <w:marBottom w:val="0"/>
          <w:divBdr>
            <w:top w:val="none" w:sz="0" w:space="0" w:color="auto"/>
            <w:left w:val="none" w:sz="0" w:space="0" w:color="auto"/>
            <w:bottom w:val="none" w:sz="0" w:space="0" w:color="auto"/>
            <w:right w:val="none" w:sz="0" w:space="0" w:color="auto"/>
          </w:divBdr>
        </w:div>
        <w:div w:id="2055419020">
          <w:marLeft w:val="480"/>
          <w:marRight w:val="0"/>
          <w:marTop w:val="0"/>
          <w:marBottom w:val="0"/>
          <w:divBdr>
            <w:top w:val="none" w:sz="0" w:space="0" w:color="auto"/>
            <w:left w:val="none" w:sz="0" w:space="0" w:color="auto"/>
            <w:bottom w:val="none" w:sz="0" w:space="0" w:color="auto"/>
            <w:right w:val="none" w:sz="0" w:space="0" w:color="auto"/>
          </w:divBdr>
        </w:div>
        <w:div w:id="2127263485">
          <w:marLeft w:val="480"/>
          <w:marRight w:val="0"/>
          <w:marTop w:val="0"/>
          <w:marBottom w:val="0"/>
          <w:divBdr>
            <w:top w:val="none" w:sz="0" w:space="0" w:color="auto"/>
            <w:left w:val="none" w:sz="0" w:space="0" w:color="auto"/>
            <w:bottom w:val="none" w:sz="0" w:space="0" w:color="auto"/>
            <w:right w:val="none" w:sz="0" w:space="0" w:color="auto"/>
          </w:divBdr>
        </w:div>
      </w:divsChild>
    </w:div>
    <w:div w:id="810632220">
      <w:bodyDiv w:val="1"/>
      <w:marLeft w:val="0"/>
      <w:marRight w:val="0"/>
      <w:marTop w:val="0"/>
      <w:marBottom w:val="0"/>
      <w:divBdr>
        <w:top w:val="none" w:sz="0" w:space="0" w:color="auto"/>
        <w:left w:val="none" w:sz="0" w:space="0" w:color="auto"/>
        <w:bottom w:val="none" w:sz="0" w:space="0" w:color="auto"/>
        <w:right w:val="none" w:sz="0" w:space="0" w:color="auto"/>
      </w:divBdr>
    </w:div>
    <w:div w:id="813183016">
      <w:bodyDiv w:val="1"/>
      <w:marLeft w:val="0"/>
      <w:marRight w:val="0"/>
      <w:marTop w:val="0"/>
      <w:marBottom w:val="0"/>
      <w:divBdr>
        <w:top w:val="none" w:sz="0" w:space="0" w:color="auto"/>
        <w:left w:val="none" w:sz="0" w:space="0" w:color="auto"/>
        <w:bottom w:val="none" w:sz="0" w:space="0" w:color="auto"/>
        <w:right w:val="none" w:sz="0" w:space="0" w:color="auto"/>
      </w:divBdr>
    </w:div>
    <w:div w:id="813451155">
      <w:bodyDiv w:val="1"/>
      <w:marLeft w:val="0"/>
      <w:marRight w:val="0"/>
      <w:marTop w:val="0"/>
      <w:marBottom w:val="0"/>
      <w:divBdr>
        <w:top w:val="none" w:sz="0" w:space="0" w:color="auto"/>
        <w:left w:val="none" w:sz="0" w:space="0" w:color="auto"/>
        <w:bottom w:val="none" w:sz="0" w:space="0" w:color="auto"/>
        <w:right w:val="none" w:sz="0" w:space="0" w:color="auto"/>
      </w:divBdr>
    </w:div>
    <w:div w:id="815562749">
      <w:bodyDiv w:val="1"/>
      <w:marLeft w:val="0"/>
      <w:marRight w:val="0"/>
      <w:marTop w:val="0"/>
      <w:marBottom w:val="0"/>
      <w:divBdr>
        <w:top w:val="none" w:sz="0" w:space="0" w:color="auto"/>
        <w:left w:val="none" w:sz="0" w:space="0" w:color="auto"/>
        <w:bottom w:val="none" w:sz="0" w:space="0" w:color="auto"/>
        <w:right w:val="none" w:sz="0" w:space="0" w:color="auto"/>
      </w:divBdr>
    </w:div>
    <w:div w:id="815757969">
      <w:bodyDiv w:val="1"/>
      <w:marLeft w:val="0"/>
      <w:marRight w:val="0"/>
      <w:marTop w:val="0"/>
      <w:marBottom w:val="0"/>
      <w:divBdr>
        <w:top w:val="none" w:sz="0" w:space="0" w:color="auto"/>
        <w:left w:val="none" w:sz="0" w:space="0" w:color="auto"/>
        <w:bottom w:val="none" w:sz="0" w:space="0" w:color="auto"/>
        <w:right w:val="none" w:sz="0" w:space="0" w:color="auto"/>
      </w:divBdr>
      <w:divsChild>
        <w:div w:id="29767891">
          <w:marLeft w:val="480"/>
          <w:marRight w:val="0"/>
          <w:marTop w:val="0"/>
          <w:marBottom w:val="0"/>
          <w:divBdr>
            <w:top w:val="none" w:sz="0" w:space="0" w:color="auto"/>
            <w:left w:val="none" w:sz="0" w:space="0" w:color="auto"/>
            <w:bottom w:val="none" w:sz="0" w:space="0" w:color="auto"/>
            <w:right w:val="none" w:sz="0" w:space="0" w:color="auto"/>
          </w:divBdr>
        </w:div>
        <w:div w:id="84234085">
          <w:marLeft w:val="480"/>
          <w:marRight w:val="0"/>
          <w:marTop w:val="0"/>
          <w:marBottom w:val="0"/>
          <w:divBdr>
            <w:top w:val="none" w:sz="0" w:space="0" w:color="auto"/>
            <w:left w:val="none" w:sz="0" w:space="0" w:color="auto"/>
            <w:bottom w:val="none" w:sz="0" w:space="0" w:color="auto"/>
            <w:right w:val="none" w:sz="0" w:space="0" w:color="auto"/>
          </w:divBdr>
        </w:div>
        <w:div w:id="220866345">
          <w:marLeft w:val="480"/>
          <w:marRight w:val="0"/>
          <w:marTop w:val="0"/>
          <w:marBottom w:val="0"/>
          <w:divBdr>
            <w:top w:val="none" w:sz="0" w:space="0" w:color="auto"/>
            <w:left w:val="none" w:sz="0" w:space="0" w:color="auto"/>
            <w:bottom w:val="none" w:sz="0" w:space="0" w:color="auto"/>
            <w:right w:val="none" w:sz="0" w:space="0" w:color="auto"/>
          </w:divBdr>
        </w:div>
        <w:div w:id="248462751">
          <w:marLeft w:val="480"/>
          <w:marRight w:val="0"/>
          <w:marTop w:val="0"/>
          <w:marBottom w:val="0"/>
          <w:divBdr>
            <w:top w:val="none" w:sz="0" w:space="0" w:color="auto"/>
            <w:left w:val="none" w:sz="0" w:space="0" w:color="auto"/>
            <w:bottom w:val="none" w:sz="0" w:space="0" w:color="auto"/>
            <w:right w:val="none" w:sz="0" w:space="0" w:color="auto"/>
          </w:divBdr>
        </w:div>
        <w:div w:id="376516079">
          <w:marLeft w:val="480"/>
          <w:marRight w:val="0"/>
          <w:marTop w:val="0"/>
          <w:marBottom w:val="0"/>
          <w:divBdr>
            <w:top w:val="none" w:sz="0" w:space="0" w:color="auto"/>
            <w:left w:val="none" w:sz="0" w:space="0" w:color="auto"/>
            <w:bottom w:val="none" w:sz="0" w:space="0" w:color="auto"/>
            <w:right w:val="none" w:sz="0" w:space="0" w:color="auto"/>
          </w:divBdr>
        </w:div>
        <w:div w:id="388921369">
          <w:marLeft w:val="480"/>
          <w:marRight w:val="0"/>
          <w:marTop w:val="0"/>
          <w:marBottom w:val="0"/>
          <w:divBdr>
            <w:top w:val="none" w:sz="0" w:space="0" w:color="auto"/>
            <w:left w:val="none" w:sz="0" w:space="0" w:color="auto"/>
            <w:bottom w:val="none" w:sz="0" w:space="0" w:color="auto"/>
            <w:right w:val="none" w:sz="0" w:space="0" w:color="auto"/>
          </w:divBdr>
        </w:div>
        <w:div w:id="409229602">
          <w:marLeft w:val="480"/>
          <w:marRight w:val="0"/>
          <w:marTop w:val="0"/>
          <w:marBottom w:val="0"/>
          <w:divBdr>
            <w:top w:val="none" w:sz="0" w:space="0" w:color="auto"/>
            <w:left w:val="none" w:sz="0" w:space="0" w:color="auto"/>
            <w:bottom w:val="none" w:sz="0" w:space="0" w:color="auto"/>
            <w:right w:val="none" w:sz="0" w:space="0" w:color="auto"/>
          </w:divBdr>
        </w:div>
        <w:div w:id="418646827">
          <w:marLeft w:val="480"/>
          <w:marRight w:val="0"/>
          <w:marTop w:val="0"/>
          <w:marBottom w:val="0"/>
          <w:divBdr>
            <w:top w:val="none" w:sz="0" w:space="0" w:color="auto"/>
            <w:left w:val="none" w:sz="0" w:space="0" w:color="auto"/>
            <w:bottom w:val="none" w:sz="0" w:space="0" w:color="auto"/>
            <w:right w:val="none" w:sz="0" w:space="0" w:color="auto"/>
          </w:divBdr>
        </w:div>
        <w:div w:id="481511070">
          <w:marLeft w:val="480"/>
          <w:marRight w:val="0"/>
          <w:marTop w:val="0"/>
          <w:marBottom w:val="0"/>
          <w:divBdr>
            <w:top w:val="none" w:sz="0" w:space="0" w:color="auto"/>
            <w:left w:val="none" w:sz="0" w:space="0" w:color="auto"/>
            <w:bottom w:val="none" w:sz="0" w:space="0" w:color="auto"/>
            <w:right w:val="none" w:sz="0" w:space="0" w:color="auto"/>
          </w:divBdr>
        </w:div>
        <w:div w:id="583033970">
          <w:marLeft w:val="480"/>
          <w:marRight w:val="0"/>
          <w:marTop w:val="0"/>
          <w:marBottom w:val="0"/>
          <w:divBdr>
            <w:top w:val="none" w:sz="0" w:space="0" w:color="auto"/>
            <w:left w:val="none" w:sz="0" w:space="0" w:color="auto"/>
            <w:bottom w:val="none" w:sz="0" w:space="0" w:color="auto"/>
            <w:right w:val="none" w:sz="0" w:space="0" w:color="auto"/>
          </w:divBdr>
        </w:div>
        <w:div w:id="607859015">
          <w:marLeft w:val="480"/>
          <w:marRight w:val="0"/>
          <w:marTop w:val="0"/>
          <w:marBottom w:val="0"/>
          <w:divBdr>
            <w:top w:val="none" w:sz="0" w:space="0" w:color="auto"/>
            <w:left w:val="none" w:sz="0" w:space="0" w:color="auto"/>
            <w:bottom w:val="none" w:sz="0" w:space="0" w:color="auto"/>
            <w:right w:val="none" w:sz="0" w:space="0" w:color="auto"/>
          </w:divBdr>
        </w:div>
        <w:div w:id="645159218">
          <w:marLeft w:val="480"/>
          <w:marRight w:val="0"/>
          <w:marTop w:val="0"/>
          <w:marBottom w:val="0"/>
          <w:divBdr>
            <w:top w:val="none" w:sz="0" w:space="0" w:color="auto"/>
            <w:left w:val="none" w:sz="0" w:space="0" w:color="auto"/>
            <w:bottom w:val="none" w:sz="0" w:space="0" w:color="auto"/>
            <w:right w:val="none" w:sz="0" w:space="0" w:color="auto"/>
          </w:divBdr>
        </w:div>
        <w:div w:id="874777322">
          <w:marLeft w:val="480"/>
          <w:marRight w:val="0"/>
          <w:marTop w:val="0"/>
          <w:marBottom w:val="0"/>
          <w:divBdr>
            <w:top w:val="none" w:sz="0" w:space="0" w:color="auto"/>
            <w:left w:val="none" w:sz="0" w:space="0" w:color="auto"/>
            <w:bottom w:val="none" w:sz="0" w:space="0" w:color="auto"/>
            <w:right w:val="none" w:sz="0" w:space="0" w:color="auto"/>
          </w:divBdr>
        </w:div>
        <w:div w:id="909849336">
          <w:marLeft w:val="480"/>
          <w:marRight w:val="0"/>
          <w:marTop w:val="0"/>
          <w:marBottom w:val="0"/>
          <w:divBdr>
            <w:top w:val="none" w:sz="0" w:space="0" w:color="auto"/>
            <w:left w:val="none" w:sz="0" w:space="0" w:color="auto"/>
            <w:bottom w:val="none" w:sz="0" w:space="0" w:color="auto"/>
            <w:right w:val="none" w:sz="0" w:space="0" w:color="auto"/>
          </w:divBdr>
        </w:div>
        <w:div w:id="1051730447">
          <w:marLeft w:val="480"/>
          <w:marRight w:val="0"/>
          <w:marTop w:val="0"/>
          <w:marBottom w:val="0"/>
          <w:divBdr>
            <w:top w:val="none" w:sz="0" w:space="0" w:color="auto"/>
            <w:left w:val="none" w:sz="0" w:space="0" w:color="auto"/>
            <w:bottom w:val="none" w:sz="0" w:space="0" w:color="auto"/>
            <w:right w:val="none" w:sz="0" w:space="0" w:color="auto"/>
          </w:divBdr>
        </w:div>
        <w:div w:id="1140225531">
          <w:marLeft w:val="480"/>
          <w:marRight w:val="0"/>
          <w:marTop w:val="0"/>
          <w:marBottom w:val="0"/>
          <w:divBdr>
            <w:top w:val="none" w:sz="0" w:space="0" w:color="auto"/>
            <w:left w:val="none" w:sz="0" w:space="0" w:color="auto"/>
            <w:bottom w:val="none" w:sz="0" w:space="0" w:color="auto"/>
            <w:right w:val="none" w:sz="0" w:space="0" w:color="auto"/>
          </w:divBdr>
        </w:div>
        <w:div w:id="1177619087">
          <w:marLeft w:val="480"/>
          <w:marRight w:val="0"/>
          <w:marTop w:val="0"/>
          <w:marBottom w:val="0"/>
          <w:divBdr>
            <w:top w:val="none" w:sz="0" w:space="0" w:color="auto"/>
            <w:left w:val="none" w:sz="0" w:space="0" w:color="auto"/>
            <w:bottom w:val="none" w:sz="0" w:space="0" w:color="auto"/>
            <w:right w:val="none" w:sz="0" w:space="0" w:color="auto"/>
          </w:divBdr>
        </w:div>
        <w:div w:id="1192648574">
          <w:marLeft w:val="480"/>
          <w:marRight w:val="0"/>
          <w:marTop w:val="0"/>
          <w:marBottom w:val="0"/>
          <w:divBdr>
            <w:top w:val="none" w:sz="0" w:space="0" w:color="auto"/>
            <w:left w:val="none" w:sz="0" w:space="0" w:color="auto"/>
            <w:bottom w:val="none" w:sz="0" w:space="0" w:color="auto"/>
            <w:right w:val="none" w:sz="0" w:space="0" w:color="auto"/>
          </w:divBdr>
        </w:div>
        <w:div w:id="1202747326">
          <w:marLeft w:val="480"/>
          <w:marRight w:val="0"/>
          <w:marTop w:val="0"/>
          <w:marBottom w:val="0"/>
          <w:divBdr>
            <w:top w:val="none" w:sz="0" w:space="0" w:color="auto"/>
            <w:left w:val="none" w:sz="0" w:space="0" w:color="auto"/>
            <w:bottom w:val="none" w:sz="0" w:space="0" w:color="auto"/>
            <w:right w:val="none" w:sz="0" w:space="0" w:color="auto"/>
          </w:divBdr>
        </w:div>
        <w:div w:id="1266377480">
          <w:marLeft w:val="480"/>
          <w:marRight w:val="0"/>
          <w:marTop w:val="0"/>
          <w:marBottom w:val="0"/>
          <w:divBdr>
            <w:top w:val="none" w:sz="0" w:space="0" w:color="auto"/>
            <w:left w:val="none" w:sz="0" w:space="0" w:color="auto"/>
            <w:bottom w:val="none" w:sz="0" w:space="0" w:color="auto"/>
            <w:right w:val="none" w:sz="0" w:space="0" w:color="auto"/>
          </w:divBdr>
        </w:div>
        <w:div w:id="1276793027">
          <w:marLeft w:val="480"/>
          <w:marRight w:val="0"/>
          <w:marTop w:val="0"/>
          <w:marBottom w:val="0"/>
          <w:divBdr>
            <w:top w:val="none" w:sz="0" w:space="0" w:color="auto"/>
            <w:left w:val="none" w:sz="0" w:space="0" w:color="auto"/>
            <w:bottom w:val="none" w:sz="0" w:space="0" w:color="auto"/>
            <w:right w:val="none" w:sz="0" w:space="0" w:color="auto"/>
          </w:divBdr>
        </w:div>
        <w:div w:id="1321273809">
          <w:marLeft w:val="480"/>
          <w:marRight w:val="0"/>
          <w:marTop w:val="0"/>
          <w:marBottom w:val="0"/>
          <w:divBdr>
            <w:top w:val="none" w:sz="0" w:space="0" w:color="auto"/>
            <w:left w:val="none" w:sz="0" w:space="0" w:color="auto"/>
            <w:bottom w:val="none" w:sz="0" w:space="0" w:color="auto"/>
            <w:right w:val="none" w:sz="0" w:space="0" w:color="auto"/>
          </w:divBdr>
        </w:div>
        <w:div w:id="1331181201">
          <w:marLeft w:val="480"/>
          <w:marRight w:val="0"/>
          <w:marTop w:val="0"/>
          <w:marBottom w:val="0"/>
          <w:divBdr>
            <w:top w:val="none" w:sz="0" w:space="0" w:color="auto"/>
            <w:left w:val="none" w:sz="0" w:space="0" w:color="auto"/>
            <w:bottom w:val="none" w:sz="0" w:space="0" w:color="auto"/>
            <w:right w:val="none" w:sz="0" w:space="0" w:color="auto"/>
          </w:divBdr>
        </w:div>
        <w:div w:id="1360738220">
          <w:marLeft w:val="480"/>
          <w:marRight w:val="0"/>
          <w:marTop w:val="0"/>
          <w:marBottom w:val="0"/>
          <w:divBdr>
            <w:top w:val="none" w:sz="0" w:space="0" w:color="auto"/>
            <w:left w:val="none" w:sz="0" w:space="0" w:color="auto"/>
            <w:bottom w:val="none" w:sz="0" w:space="0" w:color="auto"/>
            <w:right w:val="none" w:sz="0" w:space="0" w:color="auto"/>
          </w:divBdr>
        </w:div>
        <w:div w:id="1395469170">
          <w:marLeft w:val="480"/>
          <w:marRight w:val="0"/>
          <w:marTop w:val="0"/>
          <w:marBottom w:val="0"/>
          <w:divBdr>
            <w:top w:val="none" w:sz="0" w:space="0" w:color="auto"/>
            <w:left w:val="none" w:sz="0" w:space="0" w:color="auto"/>
            <w:bottom w:val="none" w:sz="0" w:space="0" w:color="auto"/>
            <w:right w:val="none" w:sz="0" w:space="0" w:color="auto"/>
          </w:divBdr>
        </w:div>
        <w:div w:id="1408109396">
          <w:marLeft w:val="480"/>
          <w:marRight w:val="0"/>
          <w:marTop w:val="0"/>
          <w:marBottom w:val="0"/>
          <w:divBdr>
            <w:top w:val="none" w:sz="0" w:space="0" w:color="auto"/>
            <w:left w:val="none" w:sz="0" w:space="0" w:color="auto"/>
            <w:bottom w:val="none" w:sz="0" w:space="0" w:color="auto"/>
            <w:right w:val="none" w:sz="0" w:space="0" w:color="auto"/>
          </w:divBdr>
        </w:div>
        <w:div w:id="1591574087">
          <w:marLeft w:val="480"/>
          <w:marRight w:val="0"/>
          <w:marTop w:val="0"/>
          <w:marBottom w:val="0"/>
          <w:divBdr>
            <w:top w:val="none" w:sz="0" w:space="0" w:color="auto"/>
            <w:left w:val="none" w:sz="0" w:space="0" w:color="auto"/>
            <w:bottom w:val="none" w:sz="0" w:space="0" w:color="auto"/>
            <w:right w:val="none" w:sz="0" w:space="0" w:color="auto"/>
          </w:divBdr>
        </w:div>
        <w:div w:id="1634753860">
          <w:marLeft w:val="480"/>
          <w:marRight w:val="0"/>
          <w:marTop w:val="0"/>
          <w:marBottom w:val="0"/>
          <w:divBdr>
            <w:top w:val="none" w:sz="0" w:space="0" w:color="auto"/>
            <w:left w:val="none" w:sz="0" w:space="0" w:color="auto"/>
            <w:bottom w:val="none" w:sz="0" w:space="0" w:color="auto"/>
            <w:right w:val="none" w:sz="0" w:space="0" w:color="auto"/>
          </w:divBdr>
        </w:div>
        <w:div w:id="1689062803">
          <w:marLeft w:val="480"/>
          <w:marRight w:val="0"/>
          <w:marTop w:val="0"/>
          <w:marBottom w:val="0"/>
          <w:divBdr>
            <w:top w:val="none" w:sz="0" w:space="0" w:color="auto"/>
            <w:left w:val="none" w:sz="0" w:space="0" w:color="auto"/>
            <w:bottom w:val="none" w:sz="0" w:space="0" w:color="auto"/>
            <w:right w:val="none" w:sz="0" w:space="0" w:color="auto"/>
          </w:divBdr>
        </w:div>
        <w:div w:id="1800801568">
          <w:marLeft w:val="480"/>
          <w:marRight w:val="0"/>
          <w:marTop w:val="0"/>
          <w:marBottom w:val="0"/>
          <w:divBdr>
            <w:top w:val="none" w:sz="0" w:space="0" w:color="auto"/>
            <w:left w:val="none" w:sz="0" w:space="0" w:color="auto"/>
            <w:bottom w:val="none" w:sz="0" w:space="0" w:color="auto"/>
            <w:right w:val="none" w:sz="0" w:space="0" w:color="auto"/>
          </w:divBdr>
        </w:div>
        <w:div w:id="1863398170">
          <w:marLeft w:val="480"/>
          <w:marRight w:val="0"/>
          <w:marTop w:val="0"/>
          <w:marBottom w:val="0"/>
          <w:divBdr>
            <w:top w:val="none" w:sz="0" w:space="0" w:color="auto"/>
            <w:left w:val="none" w:sz="0" w:space="0" w:color="auto"/>
            <w:bottom w:val="none" w:sz="0" w:space="0" w:color="auto"/>
            <w:right w:val="none" w:sz="0" w:space="0" w:color="auto"/>
          </w:divBdr>
        </w:div>
        <w:div w:id="1974944944">
          <w:marLeft w:val="480"/>
          <w:marRight w:val="0"/>
          <w:marTop w:val="0"/>
          <w:marBottom w:val="0"/>
          <w:divBdr>
            <w:top w:val="none" w:sz="0" w:space="0" w:color="auto"/>
            <w:left w:val="none" w:sz="0" w:space="0" w:color="auto"/>
            <w:bottom w:val="none" w:sz="0" w:space="0" w:color="auto"/>
            <w:right w:val="none" w:sz="0" w:space="0" w:color="auto"/>
          </w:divBdr>
        </w:div>
        <w:div w:id="1998997199">
          <w:marLeft w:val="480"/>
          <w:marRight w:val="0"/>
          <w:marTop w:val="0"/>
          <w:marBottom w:val="0"/>
          <w:divBdr>
            <w:top w:val="none" w:sz="0" w:space="0" w:color="auto"/>
            <w:left w:val="none" w:sz="0" w:space="0" w:color="auto"/>
            <w:bottom w:val="none" w:sz="0" w:space="0" w:color="auto"/>
            <w:right w:val="none" w:sz="0" w:space="0" w:color="auto"/>
          </w:divBdr>
        </w:div>
        <w:div w:id="2017658376">
          <w:marLeft w:val="480"/>
          <w:marRight w:val="0"/>
          <w:marTop w:val="0"/>
          <w:marBottom w:val="0"/>
          <w:divBdr>
            <w:top w:val="none" w:sz="0" w:space="0" w:color="auto"/>
            <w:left w:val="none" w:sz="0" w:space="0" w:color="auto"/>
            <w:bottom w:val="none" w:sz="0" w:space="0" w:color="auto"/>
            <w:right w:val="none" w:sz="0" w:space="0" w:color="auto"/>
          </w:divBdr>
        </w:div>
        <w:div w:id="2128505450">
          <w:marLeft w:val="480"/>
          <w:marRight w:val="0"/>
          <w:marTop w:val="0"/>
          <w:marBottom w:val="0"/>
          <w:divBdr>
            <w:top w:val="none" w:sz="0" w:space="0" w:color="auto"/>
            <w:left w:val="none" w:sz="0" w:space="0" w:color="auto"/>
            <w:bottom w:val="none" w:sz="0" w:space="0" w:color="auto"/>
            <w:right w:val="none" w:sz="0" w:space="0" w:color="auto"/>
          </w:divBdr>
        </w:div>
      </w:divsChild>
    </w:div>
    <w:div w:id="817186529">
      <w:bodyDiv w:val="1"/>
      <w:marLeft w:val="0"/>
      <w:marRight w:val="0"/>
      <w:marTop w:val="0"/>
      <w:marBottom w:val="0"/>
      <w:divBdr>
        <w:top w:val="none" w:sz="0" w:space="0" w:color="auto"/>
        <w:left w:val="none" w:sz="0" w:space="0" w:color="auto"/>
        <w:bottom w:val="none" w:sz="0" w:space="0" w:color="auto"/>
        <w:right w:val="none" w:sz="0" w:space="0" w:color="auto"/>
      </w:divBdr>
    </w:div>
    <w:div w:id="817265527">
      <w:bodyDiv w:val="1"/>
      <w:marLeft w:val="0"/>
      <w:marRight w:val="0"/>
      <w:marTop w:val="0"/>
      <w:marBottom w:val="0"/>
      <w:divBdr>
        <w:top w:val="none" w:sz="0" w:space="0" w:color="auto"/>
        <w:left w:val="none" w:sz="0" w:space="0" w:color="auto"/>
        <w:bottom w:val="none" w:sz="0" w:space="0" w:color="auto"/>
        <w:right w:val="none" w:sz="0" w:space="0" w:color="auto"/>
      </w:divBdr>
      <w:divsChild>
        <w:div w:id="29035678">
          <w:marLeft w:val="480"/>
          <w:marRight w:val="0"/>
          <w:marTop w:val="0"/>
          <w:marBottom w:val="0"/>
          <w:divBdr>
            <w:top w:val="none" w:sz="0" w:space="0" w:color="auto"/>
            <w:left w:val="none" w:sz="0" w:space="0" w:color="auto"/>
            <w:bottom w:val="none" w:sz="0" w:space="0" w:color="auto"/>
            <w:right w:val="none" w:sz="0" w:space="0" w:color="auto"/>
          </w:divBdr>
        </w:div>
        <w:div w:id="52507909">
          <w:marLeft w:val="480"/>
          <w:marRight w:val="0"/>
          <w:marTop w:val="0"/>
          <w:marBottom w:val="0"/>
          <w:divBdr>
            <w:top w:val="none" w:sz="0" w:space="0" w:color="auto"/>
            <w:left w:val="none" w:sz="0" w:space="0" w:color="auto"/>
            <w:bottom w:val="none" w:sz="0" w:space="0" w:color="auto"/>
            <w:right w:val="none" w:sz="0" w:space="0" w:color="auto"/>
          </w:divBdr>
        </w:div>
        <w:div w:id="73548909">
          <w:marLeft w:val="480"/>
          <w:marRight w:val="0"/>
          <w:marTop w:val="0"/>
          <w:marBottom w:val="0"/>
          <w:divBdr>
            <w:top w:val="none" w:sz="0" w:space="0" w:color="auto"/>
            <w:left w:val="none" w:sz="0" w:space="0" w:color="auto"/>
            <w:bottom w:val="none" w:sz="0" w:space="0" w:color="auto"/>
            <w:right w:val="none" w:sz="0" w:space="0" w:color="auto"/>
          </w:divBdr>
        </w:div>
        <w:div w:id="176312946">
          <w:marLeft w:val="480"/>
          <w:marRight w:val="0"/>
          <w:marTop w:val="0"/>
          <w:marBottom w:val="0"/>
          <w:divBdr>
            <w:top w:val="none" w:sz="0" w:space="0" w:color="auto"/>
            <w:left w:val="none" w:sz="0" w:space="0" w:color="auto"/>
            <w:bottom w:val="none" w:sz="0" w:space="0" w:color="auto"/>
            <w:right w:val="none" w:sz="0" w:space="0" w:color="auto"/>
          </w:divBdr>
        </w:div>
        <w:div w:id="183593058">
          <w:marLeft w:val="480"/>
          <w:marRight w:val="0"/>
          <w:marTop w:val="0"/>
          <w:marBottom w:val="0"/>
          <w:divBdr>
            <w:top w:val="none" w:sz="0" w:space="0" w:color="auto"/>
            <w:left w:val="none" w:sz="0" w:space="0" w:color="auto"/>
            <w:bottom w:val="none" w:sz="0" w:space="0" w:color="auto"/>
            <w:right w:val="none" w:sz="0" w:space="0" w:color="auto"/>
          </w:divBdr>
        </w:div>
        <w:div w:id="256597829">
          <w:marLeft w:val="480"/>
          <w:marRight w:val="0"/>
          <w:marTop w:val="0"/>
          <w:marBottom w:val="0"/>
          <w:divBdr>
            <w:top w:val="none" w:sz="0" w:space="0" w:color="auto"/>
            <w:left w:val="none" w:sz="0" w:space="0" w:color="auto"/>
            <w:bottom w:val="none" w:sz="0" w:space="0" w:color="auto"/>
            <w:right w:val="none" w:sz="0" w:space="0" w:color="auto"/>
          </w:divBdr>
        </w:div>
        <w:div w:id="259604141">
          <w:marLeft w:val="480"/>
          <w:marRight w:val="0"/>
          <w:marTop w:val="0"/>
          <w:marBottom w:val="0"/>
          <w:divBdr>
            <w:top w:val="none" w:sz="0" w:space="0" w:color="auto"/>
            <w:left w:val="none" w:sz="0" w:space="0" w:color="auto"/>
            <w:bottom w:val="none" w:sz="0" w:space="0" w:color="auto"/>
            <w:right w:val="none" w:sz="0" w:space="0" w:color="auto"/>
          </w:divBdr>
        </w:div>
        <w:div w:id="321274791">
          <w:marLeft w:val="480"/>
          <w:marRight w:val="0"/>
          <w:marTop w:val="0"/>
          <w:marBottom w:val="0"/>
          <w:divBdr>
            <w:top w:val="none" w:sz="0" w:space="0" w:color="auto"/>
            <w:left w:val="none" w:sz="0" w:space="0" w:color="auto"/>
            <w:bottom w:val="none" w:sz="0" w:space="0" w:color="auto"/>
            <w:right w:val="none" w:sz="0" w:space="0" w:color="auto"/>
          </w:divBdr>
        </w:div>
        <w:div w:id="361130419">
          <w:marLeft w:val="480"/>
          <w:marRight w:val="0"/>
          <w:marTop w:val="0"/>
          <w:marBottom w:val="0"/>
          <w:divBdr>
            <w:top w:val="none" w:sz="0" w:space="0" w:color="auto"/>
            <w:left w:val="none" w:sz="0" w:space="0" w:color="auto"/>
            <w:bottom w:val="none" w:sz="0" w:space="0" w:color="auto"/>
            <w:right w:val="none" w:sz="0" w:space="0" w:color="auto"/>
          </w:divBdr>
        </w:div>
        <w:div w:id="377823591">
          <w:marLeft w:val="480"/>
          <w:marRight w:val="0"/>
          <w:marTop w:val="0"/>
          <w:marBottom w:val="0"/>
          <w:divBdr>
            <w:top w:val="none" w:sz="0" w:space="0" w:color="auto"/>
            <w:left w:val="none" w:sz="0" w:space="0" w:color="auto"/>
            <w:bottom w:val="none" w:sz="0" w:space="0" w:color="auto"/>
            <w:right w:val="none" w:sz="0" w:space="0" w:color="auto"/>
          </w:divBdr>
        </w:div>
        <w:div w:id="401608355">
          <w:marLeft w:val="480"/>
          <w:marRight w:val="0"/>
          <w:marTop w:val="0"/>
          <w:marBottom w:val="0"/>
          <w:divBdr>
            <w:top w:val="none" w:sz="0" w:space="0" w:color="auto"/>
            <w:left w:val="none" w:sz="0" w:space="0" w:color="auto"/>
            <w:bottom w:val="none" w:sz="0" w:space="0" w:color="auto"/>
            <w:right w:val="none" w:sz="0" w:space="0" w:color="auto"/>
          </w:divBdr>
        </w:div>
        <w:div w:id="425423733">
          <w:marLeft w:val="480"/>
          <w:marRight w:val="0"/>
          <w:marTop w:val="0"/>
          <w:marBottom w:val="0"/>
          <w:divBdr>
            <w:top w:val="none" w:sz="0" w:space="0" w:color="auto"/>
            <w:left w:val="none" w:sz="0" w:space="0" w:color="auto"/>
            <w:bottom w:val="none" w:sz="0" w:space="0" w:color="auto"/>
            <w:right w:val="none" w:sz="0" w:space="0" w:color="auto"/>
          </w:divBdr>
        </w:div>
        <w:div w:id="566959203">
          <w:marLeft w:val="480"/>
          <w:marRight w:val="0"/>
          <w:marTop w:val="0"/>
          <w:marBottom w:val="0"/>
          <w:divBdr>
            <w:top w:val="none" w:sz="0" w:space="0" w:color="auto"/>
            <w:left w:val="none" w:sz="0" w:space="0" w:color="auto"/>
            <w:bottom w:val="none" w:sz="0" w:space="0" w:color="auto"/>
            <w:right w:val="none" w:sz="0" w:space="0" w:color="auto"/>
          </w:divBdr>
        </w:div>
        <w:div w:id="584534598">
          <w:marLeft w:val="480"/>
          <w:marRight w:val="0"/>
          <w:marTop w:val="0"/>
          <w:marBottom w:val="0"/>
          <w:divBdr>
            <w:top w:val="none" w:sz="0" w:space="0" w:color="auto"/>
            <w:left w:val="none" w:sz="0" w:space="0" w:color="auto"/>
            <w:bottom w:val="none" w:sz="0" w:space="0" w:color="auto"/>
            <w:right w:val="none" w:sz="0" w:space="0" w:color="auto"/>
          </w:divBdr>
        </w:div>
        <w:div w:id="655114187">
          <w:marLeft w:val="480"/>
          <w:marRight w:val="0"/>
          <w:marTop w:val="0"/>
          <w:marBottom w:val="0"/>
          <w:divBdr>
            <w:top w:val="none" w:sz="0" w:space="0" w:color="auto"/>
            <w:left w:val="none" w:sz="0" w:space="0" w:color="auto"/>
            <w:bottom w:val="none" w:sz="0" w:space="0" w:color="auto"/>
            <w:right w:val="none" w:sz="0" w:space="0" w:color="auto"/>
          </w:divBdr>
        </w:div>
        <w:div w:id="671833986">
          <w:marLeft w:val="480"/>
          <w:marRight w:val="0"/>
          <w:marTop w:val="0"/>
          <w:marBottom w:val="0"/>
          <w:divBdr>
            <w:top w:val="none" w:sz="0" w:space="0" w:color="auto"/>
            <w:left w:val="none" w:sz="0" w:space="0" w:color="auto"/>
            <w:bottom w:val="none" w:sz="0" w:space="0" w:color="auto"/>
            <w:right w:val="none" w:sz="0" w:space="0" w:color="auto"/>
          </w:divBdr>
        </w:div>
        <w:div w:id="817889444">
          <w:marLeft w:val="480"/>
          <w:marRight w:val="0"/>
          <w:marTop w:val="0"/>
          <w:marBottom w:val="0"/>
          <w:divBdr>
            <w:top w:val="none" w:sz="0" w:space="0" w:color="auto"/>
            <w:left w:val="none" w:sz="0" w:space="0" w:color="auto"/>
            <w:bottom w:val="none" w:sz="0" w:space="0" w:color="auto"/>
            <w:right w:val="none" w:sz="0" w:space="0" w:color="auto"/>
          </w:divBdr>
        </w:div>
        <w:div w:id="997340396">
          <w:marLeft w:val="480"/>
          <w:marRight w:val="0"/>
          <w:marTop w:val="0"/>
          <w:marBottom w:val="0"/>
          <w:divBdr>
            <w:top w:val="none" w:sz="0" w:space="0" w:color="auto"/>
            <w:left w:val="none" w:sz="0" w:space="0" w:color="auto"/>
            <w:bottom w:val="none" w:sz="0" w:space="0" w:color="auto"/>
            <w:right w:val="none" w:sz="0" w:space="0" w:color="auto"/>
          </w:divBdr>
        </w:div>
        <w:div w:id="1032420761">
          <w:marLeft w:val="480"/>
          <w:marRight w:val="0"/>
          <w:marTop w:val="0"/>
          <w:marBottom w:val="0"/>
          <w:divBdr>
            <w:top w:val="none" w:sz="0" w:space="0" w:color="auto"/>
            <w:left w:val="none" w:sz="0" w:space="0" w:color="auto"/>
            <w:bottom w:val="none" w:sz="0" w:space="0" w:color="auto"/>
            <w:right w:val="none" w:sz="0" w:space="0" w:color="auto"/>
          </w:divBdr>
        </w:div>
        <w:div w:id="1103304459">
          <w:marLeft w:val="480"/>
          <w:marRight w:val="0"/>
          <w:marTop w:val="0"/>
          <w:marBottom w:val="0"/>
          <w:divBdr>
            <w:top w:val="none" w:sz="0" w:space="0" w:color="auto"/>
            <w:left w:val="none" w:sz="0" w:space="0" w:color="auto"/>
            <w:bottom w:val="none" w:sz="0" w:space="0" w:color="auto"/>
            <w:right w:val="none" w:sz="0" w:space="0" w:color="auto"/>
          </w:divBdr>
        </w:div>
        <w:div w:id="1127431364">
          <w:marLeft w:val="480"/>
          <w:marRight w:val="0"/>
          <w:marTop w:val="0"/>
          <w:marBottom w:val="0"/>
          <w:divBdr>
            <w:top w:val="none" w:sz="0" w:space="0" w:color="auto"/>
            <w:left w:val="none" w:sz="0" w:space="0" w:color="auto"/>
            <w:bottom w:val="none" w:sz="0" w:space="0" w:color="auto"/>
            <w:right w:val="none" w:sz="0" w:space="0" w:color="auto"/>
          </w:divBdr>
        </w:div>
        <w:div w:id="1264268612">
          <w:marLeft w:val="480"/>
          <w:marRight w:val="0"/>
          <w:marTop w:val="0"/>
          <w:marBottom w:val="0"/>
          <w:divBdr>
            <w:top w:val="none" w:sz="0" w:space="0" w:color="auto"/>
            <w:left w:val="none" w:sz="0" w:space="0" w:color="auto"/>
            <w:bottom w:val="none" w:sz="0" w:space="0" w:color="auto"/>
            <w:right w:val="none" w:sz="0" w:space="0" w:color="auto"/>
          </w:divBdr>
        </w:div>
        <w:div w:id="1326667893">
          <w:marLeft w:val="480"/>
          <w:marRight w:val="0"/>
          <w:marTop w:val="0"/>
          <w:marBottom w:val="0"/>
          <w:divBdr>
            <w:top w:val="none" w:sz="0" w:space="0" w:color="auto"/>
            <w:left w:val="none" w:sz="0" w:space="0" w:color="auto"/>
            <w:bottom w:val="none" w:sz="0" w:space="0" w:color="auto"/>
            <w:right w:val="none" w:sz="0" w:space="0" w:color="auto"/>
          </w:divBdr>
        </w:div>
        <w:div w:id="1330018650">
          <w:marLeft w:val="480"/>
          <w:marRight w:val="0"/>
          <w:marTop w:val="0"/>
          <w:marBottom w:val="0"/>
          <w:divBdr>
            <w:top w:val="none" w:sz="0" w:space="0" w:color="auto"/>
            <w:left w:val="none" w:sz="0" w:space="0" w:color="auto"/>
            <w:bottom w:val="none" w:sz="0" w:space="0" w:color="auto"/>
            <w:right w:val="none" w:sz="0" w:space="0" w:color="auto"/>
          </w:divBdr>
        </w:div>
        <w:div w:id="1508982387">
          <w:marLeft w:val="480"/>
          <w:marRight w:val="0"/>
          <w:marTop w:val="0"/>
          <w:marBottom w:val="0"/>
          <w:divBdr>
            <w:top w:val="none" w:sz="0" w:space="0" w:color="auto"/>
            <w:left w:val="none" w:sz="0" w:space="0" w:color="auto"/>
            <w:bottom w:val="none" w:sz="0" w:space="0" w:color="auto"/>
            <w:right w:val="none" w:sz="0" w:space="0" w:color="auto"/>
          </w:divBdr>
        </w:div>
        <w:div w:id="1556236232">
          <w:marLeft w:val="480"/>
          <w:marRight w:val="0"/>
          <w:marTop w:val="0"/>
          <w:marBottom w:val="0"/>
          <w:divBdr>
            <w:top w:val="none" w:sz="0" w:space="0" w:color="auto"/>
            <w:left w:val="none" w:sz="0" w:space="0" w:color="auto"/>
            <w:bottom w:val="none" w:sz="0" w:space="0" w:color="auto"/>
            <w:right w:val="none" w:sz="0" w:space="0" w:color="auto"/>
          </w:divBdr>
        </w:div>
        <w:div w:id="1611356505">
          <w:marLeft w:val="480"/>
          <w:marRight w:val="0"/>
          <w:marTop w:val="0"/>
          <w:marBottom w:val="0"/>
          <w:divBdr>
            <w:top w:val="none" w:sz="0" w:space="0" w:color="auto"/>
            <w:left w:val="none" w:sz="0" w:space="0" w:color="auto"/>
            <w:bottom w:val="none" w:sz="0" w:space="0" w:color="auto"/>
            <w:right w:val="none" w:sz="0" w:space="0" w:color="auto"/>
          </w:divBdr>
        </w:div>
        <w:div w:id="1621305561">
          <w:marLeft w:val="480"/>
          <w:marRight w:val="0"/>
          <w:marTop w:val="0"/>
          <w:marBottom w:val="0"/>
          <w:divBdr>
            <w:top w:val="none" w:sz="0" w:space="0" w:color="auto"/>
            <w:left w:val="none" w:sz="0" w:space="0" w:color="auto"/>
            <w:bottom w:val="none" w:sz="0" w:space="0" w:color="auto"/>
            <w:right w:val="none" w:sz="0" w:space="0" w:color="auto"/>
          </w:divBdr>
        </w:div>
        <w:div w:id="1754862509">
          <w:marLeft w:val="480"/>
          <w:marRight w:val="0"/>
          <w:marTop w:val="0"/>
          <w:marBottom w:val="0"/>
          <w:divBdr>
            <w:top w:val="none" w:sz="0" w:space="0" w:color="auto"/>
            <w:left w:val="none" w:sz="0" w:space="0" w:color="auto"/>
            <w:bottom w:val="none" w:sz="0" w:space="0" w:color="auto"/>
            <w:right w:val="none" w:sz="0" w:space="0" w:color="auto"/>
          </w:divBdr>
        </w:div>
        <w:div w:id="1816289543">
          <w:marLeft w:val="480"/>
          <w:marRight w:val="0"/>
          <w:marTop w:val="0"/>
          <w:marBottom w:val="0"/>
          <w:divBdr>
            <w:top w:val="none" w:sz="0" w:space="0" w:color="auto"/>
            <w:left w:val="none" w:sz="0" w:space="0" w:color="auto"/>
            <w:bottom w:val="none" w:sz="0" w:space="0" w:color="auto"/>
            <w:right w:val="none" w:sz="0" w:space="0" w:color="auto"/>
          </w:divBdr>
        </w:div>
        <w:div w:id="1824154293">
          <w:marLeft w:val="480"/>
          <w:marRight w:val="0"/>
          <w:marTop w:val="0"/>
          <w:marBottom w:val="0"/>
          <w:divBdr>
            <w:top w:val="none" w:sz="0" w:space="0" w:color="auto"/>
            <w:left w:val="none" w:sz="0" w:space="0" w:color="auto"/>
            <w:bottom w:val="none" w:sz="0" w:space="0" w:color="auto"/>
            <w:right w:val="none" w:sz="0" w:space="0" w:color="auto"/>
          </w:divBdr>
        </w:div>
        <w:div w:id="2014405707">
          <w:marLeft w:val="480"/>
          <w:marRight w:val="0"/>
          <w:marTop w:val="0"/>
          <w:marBottom w:val="0"/>
          <w:divBdr>
            <w:top w:val="none" w:sz="0" w:space="0" w:color="auto"/>
            <w:left w:val="none" w:sz="0" w:space="0" w:color="auto"/>
            <w:bottom w:val="none" w:sz="0" w:space="0" w:color="auto"/>
            <w:right w:val="none" w:sz="0" w:space="0" w:color="auto"/>
          </w:divBdr>
        </w:div>
        <w:div w:id="2095861011">
          <w:marLeft w:val="480"/>
          <w:marRight w:val="0"/>
          <w:marTop w:val="0"/>
          <w:marBottom w:val="0"/>
          <w:divBdr>
            <w:top w:val="none" w:sz="0" w:space="0" w:color="auto"/>
            <w:left w:val="none" w:sz="0" w:space="0" w:color="auto"/>
            <w:bottom w:val="none" w:sz="0" w:space="0" w:color="auto"/>
            <w:right w:val="none" w:sz="0" w:space="0" w:color="auto"/>
          </w:divBdr>
        </w:div>
      </w:divsChild>
    </w:div>
    <w:div w:id="822938955">
      <w:bodyDiv w:val="1"/>
      <w:marLeft w:val="0"/>
      <w:marRight w:val="0"/>
      <w:marTop w:val="0"/>
      <w:marBottom w:val="0"/>
      <w:divBdr>
        <w:top w:val="none" w:sz="0" w:space="0" w:color="auto"/>
        <w:left w:val="none" w:sz="0" w:space="0" w:color="auto"/>
        <w:bottom w:val="none" w:sz="0" w:space="0" w:color="auto"/>
        <w:right w:val="none" w:sz="0" w:space="0" w:color="auto"/>
      </w:divBdr>
    </w:div>
    <w:div w:id="823545586">
      <w:bodyDiv w:val="1"/>
      <w:marLeft w:val="0"/>
      <w:marRight w:val="0"/>
      <w:marTop w:val="0"/>
      <w:marBottom w:val="0"/>
      <w:divBdr>
        <w:top w:val="none" w:sz="0" w:space="0" w:color="auto"/>
        <w:left w:val="none" w:sz="0" w:space="0" w:color="auto"/>
        <w:bottom w:val="none" w:sz="0" w:space="0" w:color="auto"/>
        <w:right w:val="none" w:sz="0" w:space="0" w:color="auto"/>
      </w:divBdr>
    </w:div>
    <w:div w:id="828248783">
      <w:bodyDiv w:val="1"/>
      <w:marLeft w:val="0"/>
      <w:marRight w:val="0"/>
      <w:marTop w:val="0"/>
      <w:marBottom w:val="0"/>
      <w:divBdr>
        <w:top w:val="none" w:sz="0" w:space="0" w:color="auto"/>
        <w:left w:val="none" w:sz="0" w:space="0" w:color="auto"/>
        <w:bottom w:val="none" w:sz="0" w:space="0" w:color="auto"/>
        <w:right w:val="none" w:sz="0" w:space="0" w:color="auto"/>
      </w:divBdr>
    </w:div>
    <w:div w:id="829171276">
      <w:bodyDiv w:val="1"/>
      <w:marLeft w:val="0"/>
      <w:marRight w:val="0"/>
      <w:marTop w:val="0"/>
      <w:marBottom w:val="0"/>
      <w:divBdr>
        <w:top w:val="none" w:sz="0" w:space="0" w:color="auto"/>
        <w:left w:val="none" w:sz="0" w:space="0" w:color="auto"/>
        <w:bottom w:val="none" w:sz="0" w:space="0" w:color="auto"/>
        <w:right w:val="none" w:sz="0" w:space="0" w:color="auto"/>
      </w:divBdr>
    </w:div>
    <w:div w:id="829640796">
      <w:bodyDiv w:val="1"/>
      <w:marLeft w:val="0"/>
      <w:marRight w:val="0"/>
      <w:marTop w:val="0"/>
      <w:marBottom w:val="0"/>
      <w:divBdr>
        <w:top w:val="none" w:sz="0" w:space="0" w:color="auto"/>
        <w:left w:val="none" w:sz="0" w:space="0" w:color="auto"/>
        <w:bottom w:val="none" w:sz="0" w:space="0" w:color="auto"/>
        <w:right w:val="none" w:sz="0" w:space="0" w:color="auto"/>
      </w:divBdr>
    </w:div>
    <w:div w:id="831798677">
      <w:bodyDiv w:val="1"/>
      <w:marLeft w:val="0"/>
      <w:marRight w:val="0"/>
      <w:marTop w:val="0"/>
      <w:marBottom w:val="0"/>
      <w:divBdr>
        <w:top w:val="none" w:sz="0" w:space="0" w:color="auto"/>
        <w:left w:val="none" w:sz="0" w:space="0" w:color="auto"/>
        <w:bottom w:val="none" w:sz="0" w:space="0" w:color="auto"/>
        <w:right w:val="none" w:sz="0" w:space="0" w:color="auto"/>
      </w:divBdr>
    </w:div>
    <w:div w:id="831995330">
      <w:bodyDiv w:val="1"/>
      <w:marLeft w:val="0"/>
      <w:marRight w:val="0"/>
      <w:marTop w:val="0"/>
      <w:marBottom w:val="0"/>
      <w:divBdr>
        <w:top w:val="none" w:sz="0" w:space="0" w:color="auto"/>
        <w:left w:val="none" w:sz="0" w:space="0" w:color="auto"/>
        <w:bottom w:val="none" w:sz="0" w:space="0" w:color="auto"/>
        <w:right w:val="none" w:sz="0" w:space="0" w:color="auto"/>
      </w:divBdr>
      <w:divsChild>
        <w:div w:id="35275185">
          <w:marLeft w:val="480"/>
          <w:marRight w:val="0"/>
          <w:marTop w:val="0"/>
          <w:marBottom w:val="0"/>
          <w:divBdr>
            <w:top w:val="none" w:sz="0" w:space="0" w:color="auto"/>
            <w:left w:val="none" w:sz="0" w:space="0" w:color="auto"/>
            <w:bottom w:val="none" w:sz="0" w:space="0" w:color="auto"/>
            <w:right w:val="none" w:sz="0" w:space="0" w:color="auto"/>
          </w:divBdr>
        </w:div>
        <w:div w:id="44451567">
          <w:marLeft w:val="480"/>
          <w:marRight w:val="0"/>
          <w:marTop w:val="0"/>
          <w:marBottom w:val="0"/>
          <w:divBdr>
            <w:top w:val="none" w:sz="0" w:space="0" w:color="auto"/>
            <w:left w:val="none" w:sz="0" w:space="0" w:color="auto"/>
            <w:bottom w:val="none" w:sz="0" w:space="0" w:color="auto"/>
            <w:right w:val="none" w:sz="0" w:space="0" w:color="auto"/>
          </w:divBdr>
        </w:div>
        <w:div w:id="71707039">
          <w:marLeft w:val="480"/>
          <w:marRight w:val="0"/>
          <w:marTop w:val="0"/>
          <w:marBottom w:val="0"/>
          <w:divBdr>
            <w:top w:val="none" w:sz="0" w:space="0" w:color="auto"/>
            <w:left w:val="none" w:sz="0" w:space="0" w:color="auto"/>
            <w:bottom w:val="none" w:sz="0" w:space="0" w:color="auto"/>
            <w:right w:val="none" w:sz="0" w:space="0" w:color="auto"/>
          </w:divBdr>
        </w:div>
        <w:div w:id="90929163">
          <w:marLeft w:val="480"/>
          <w:marRight w:val="0"/>
          <w:marTop w:val="0"/>
          <w:marBottom w:val="0"/>
          <w:divBdr>
            <w:top w:val="none" w:sz="0" w:space="0" w:color="auto"/>
            <w:left w:val="none" w:sz="0" w:space="0" w:color="auto"/>
            <w:bottom w:val="none" w:sz="0" w:space="0" w:color="auto"/>
            <w:right w:val="none" w:sz="0" w:space="0" w:color="auto"/>
          </w:divBdr>
        </w:div>
        <w:div w:id="91055122">
          <w:marLeft w:val="480"/>
          <w:marRight w:val="0"/>
          <w:marTop w:val="0"/>
          <w:marBottom w:val="0"/>
          <w:divBdr>
            <w:top w:val="none" w:sz="0" w:space="0" w:color="auto"/>
            <w:left w:val="none" w:sz="0" w:space="0" w:color="auto"/>
            <w:bottom w:val="none" w:sz="0" w:space="0" w:color="auto"/>
            <w:right w:val="none" w:sz="0" w:space="0" w:color="auto"/>
          </w:divBdr>
        </w:div>
        <w:div w:id="111020307">
          <w:marLeft w:val="480"/>
          <w:marRight w:val="0"/>
          <w:marTop w:val="0"/>
          <w:marBottom w:val="0"/>
          <w:divBdr>
            <w:top w:val="none" w:sz="0" w:space="0" w:color="auto"/>
            <w:left w:val="none" w:sz="0" w:space="0" w:color="auto"/>
            <w:bottom w:val="none" w:sz="0" w:space="0" w:color="auto"/>
            <w:right w:val="none" w:sz="0" w:space="0" w:color="auto"/>
          </w:divBdr>
        </w:div>
        <w:div w:id="189219562">
          <w:marLeft w:val="480"/>
          <w:marRight w:val="0"/>
          <w:marTop w:val="0"/>
          <w:marBottom w:val="0"/>
          <w:divBdr>
            <w:top w:val="none" w:sz="0" w:space="0" w:color="auto"/>
            <w:left w:val="none" w:sz="0" w:space="0" w:color="auto"/>
            <w:bottom w:val="none" w:sz="0" w:space="0" w:color="auto"/>
            <w:right w:val="none" w:sz="0" w:space="0" w:color="auto"/>
          </w:divBdr>
        </w:div>
        <w:div w:id="223371845">
          <w:marLeft w:val="480"/>
          <w:marRight w:val="0"/>
          <w:marTop w:val="0"/>
          <w:marBottom w:val="0"/>
          <w:divBdr>
            <w:top w:val="none" w:sz="0" w:space="0" w:color="auto"/>
            <w:left w:val="none" w:sz="0" w:space="0" w:color="auto"/>
            <w:bottom w:val="none" w:sz="0" w:space="0" w:color="auto"/>
            <w:right w:val="none" w:sz="0" w:space="0" w:color="auto"/>
          </w:divBdr>
        </w:div>
        <w:div w:id="328098520">
          <w:marLeft w:val="480"/>
          <w:marRight w:val="0"/>
          <w:marTop w:val="0"/>
          <w:marBottom w:val="0"/>
          <w:divBdr>
            <w:top w:val="none" w:sz="0" w:space="0" w:color="auto"/>
            <w:left w:val="none" w:sz="0" w:space="0" w:color="auto"/>
            <w:bottom w:val="none" w:sz="0" w:space="0" w:color="auto"/>
            <w:right w:val="none" w:sz="0" w:space="0" w:color="auto"/>
          </w:divBdr>
        </w:div>
        <w:div w:id="352414797">
          <w:marLeft w:val="480"/>
          <w:marRight w:val="0"/>
          <w:marTop w:val="0"/>
          <w:marBottom w:val="0"/>
          <w:divBdr>
            <w:top w:val="none" w:sz="0" w:space="0" w:color="auto"/>
            <w:left w:val="none" w:sz="0" w:space="0" w:color="auto"/>
            <w:bottom w:val="none" w:sz="0" w:space="0" w:color="auto"/>
            <w:right w:val="none" w:sz="0" w:space="0" w:color="auto"/>
          </w:divBdr>
        </w:div>
        <w:div w:id="501818615">
          <w:marLeft w:val="480"/>
          <w:marRight w:val="0"/>
          <w:marTop w:val="0"/>
          <w:marBottom w:val="0"/>
          <w:divBdr>
            <w:top w:val="none" w:sz="0" w:space="0" w:color="auto"/>
            <w:left w:val="none" w:sz="0" w:space="0" w:color="auto"/>
            <w:bottom w:val="none" w:sz="0" w:space="0" w:color="auto"/>
            <w:right w:val="none" w:sz="0" w:space="0" w:color="auto"/>
          </w:divBdr>
        </w:div>
        <w:div w:id="554392513">
          <w:marLeft w:val="480"/>
          <w:marRight w:val="0"/>
          <w:marTop w:val="0"/>
          <w:marBottom w:val="0"/>
          <w:divBdr>
            <w:top w:val="none" w:sz="0" w:space="0" w:color="auto"/>
            <w:left w:val="none" w:sz="0" w:space="0" w:color="auto"/>
            <w:bottom w:val="none" w:sz="0" w:space="0" w:color="auto"/>
            <w:right w:val="none" w:sz="0" w:space="0" w:color="auto"/>
          </w:divBdr>
        </w:div>
        <w:div w:id="627513886">
          <w:marLeft w:val="480"/>
          <w:marRight w:val="0"/>
          <w:marTop w:val="0"/>
          <w:marBottom w:val="0"/>
          <w:divBdr>
            <w:top w:val="none" w:sz="0" w:space="0" w:color="auto"/>
            <w:left w:val="none" w:sz="0" w:space="0" w:color="auto"/>
            <w:bottom w:val="none" w:sz="0" w:space="0" w:color="auto"/>
            <w:right w:val="none" w:sz="0" w:space="0" w:color="auto"/>
          </w:divBdr>
        </w:div>
        <w:div w:id="764767111">
          <w:marLeft w:val="480"/>
          <w:marRight w:val="0"/>
          <w:marTop w:val="0"/>
          <w:marBottom w:val="0"/>
          <w:divBdr>
            <w:top w:val="none" w:sz="0" w:space="0" w:color="auto"/>
            <w:left w:val="none" w:sz="0" w:space="0" w:color="auto"/>
            <w:bottom w:val="none" w:sz="0" w:space="0" w:color="auto"/>
            <w:right w:val="none" w:sz="0" w:space="0" w:color="auto"/>
          </w:divBdr>
        </w:div>
        <w:div w:id="855074044">
          <w:marLeft w:val="480"/>
          <w:marRight w:val="0"/>
          <w:marTop w:val="0"/>
          <w:marBottom w:val="0"/>
          <w:divBdr>
            <w:top w:val="none" w:sz="0" w:space="0" w:color="auto"/>
            <w:left w:val="none" w:sz="0" w:space="0" w:color="auto"/>
            <w:bottom w:val="none" w:sz="0" w:space="0" w:color="auto"/>
            <w:right w:val="none" w:sz="0" w:space="0" w:color="auto"/>
          </w:divBdr>
        </w:div>
        <w:div w:id="930816847">
          <w:marLeft w:val="480"/>
          <w:marRight w:val="0"/>
          <w:marTop w:val="0"/>
          <w:marBottom w:val="0"/>
          <w:divBdr>
            <w:top w:val="none" w:sz="0" w:space="0" w:color="auto"/>
            <w:left w:val="none" w:sz="0" w:space="0" w:color="auto"/>
            <w:bottom w:val="none" w:sz="0" w:space="0" w:color="auto"/>
            <w:right w:val="none" w:sz="0" w:space="0" w:color="auto"/>
          </w:divBdr>
        </w:div>
        <w:div w:id="1010566690">
          <w:marLeft w:val="480"/>
          <w:marRight w:val="0"/>
          <w:marTop w:val="0"/>
          <w:marBottom w:val="0"/>
          <w:divBdr>
            <w:top w:val="none" w:sz="0" w:space="0" w:color="auto"/>
            <w:left w:val="none" w:sz="0" w:space="0" w:color="auto"/>
            <w:bottom w:val="none" w:sz="0" w:space="0" w:color="auto"/>
            <w:right w:val="none" w:sz="0" w:space="0" w:color="auto"/>
          </w:divBdr>
        </w:div>
        <w:div w:id="1042052474">
          <w:marLeft w:val="480"/>
          <w:marRight w:val="0"/>
          <w:marTop w:val="0"/>
          <w:marBottom w:val="0"/>
          <w:divBdr>
            <w:top w:val="none" w:sz="0" w:space="0" w:color="auto"/>
            <w:left w:val="none" w:sz="0" w:space="0" w:color="auto"/>
            <w:bottom w:val="none" w:sz="0" w:space="0" w:color="auto"/>
            <w:right w:val="none" w:sz="0" w:space="0" w:color="auto"/>
          </w:divBdr>
        </w:div>
        <w:div w:id="1064183701">
          <w:marLeft w:val="480"/>
          <w:marRight w:val="0"/>
          <w:marTop w:val="0"/>
          <w:marBottom w:val="0"/>
          <w:divBdr>
            <w:top w:val="none" w:sz="0" w:space="0" w:color="auto"/>
            <w:left w:val="none" w:sz="0" w:space="0" w:color="auto"/>
            <w:bottom w:val="none" w:sz="0" w:space="0" w:color="auto"/>
            <w:right w:val="none" w:sz="0" w:space="0" w:color="auto"/>
          </w:divBdr>
        </w:div>
        <w:div w:id="1110200081">
          <w:marLeft w:val="480"/>
          <w:marRight w:val="0"/>
          <w:marTop w:val="0"/>
          <w:marBottom w:val="0"/>
          <w:divBdr>
            <w:top w:val="none" w:sz="0" w:space="0" w:color="auto"/>
            <w:left w:val="none" w:sz="0" w:space="0" w:color="auto"/>
            <w:bottom w:val="none" w:sz="0" w:space="0" w:color="auto"/>
            <w:right w:val="none" w:sz="0" w:space="0" w:color="auto"/>
          </w:divBdr>
        </w:div>
        <w:div w:id="1179155421">
          <w:marLeft w:val="480"/>
          <w:marRight w:val="0"/>
          <w:marTop w:val="0"/>
          <w:marBottom w:val="0"/>
          <w:divBdr>
            <w:top w:val="none" w:sz="0" w:space="0" w:color="auto"/>
            <w:left w:val="none" w:sz="0" w:space="0" w:color="auto"/>
            <w:bottom w:val="none" w:sz="0" w:space="0" w:color="auto"/>
            <w:right w:val="none" w:sz="0" w:space="0" w:color="auto"/>
          </w:divBdr>
        </w:div>
        <w:div w:id="1225989034">
          <w:marLeft w:val="480"/>
          <w:marRight w:val="0"/>
          <w:marTop w:val="0"/>
          <w:marBottom w:val="0"/>
          <w:divBdr>
            <w:top w:val="none" w:sz="0" w:space="0" w:color="auto"/>
            <w:left w:val="none" w:sz="0" w:space="0" w:color="auto"/>
            <w:bottom w:val="none" w:sz="0" w:space="0" w:color="auto"/>
            <w:right w:val="none" w:sz="0" w:space="0" w:color="auto"/>
          </w:divBdr>
        </w:div>
        <w:div w:id="1243485302">
          <w:marLeft w:val="480"/>
          <w:marRight w:val="0"/>
          <w:marTop w:val="0"/>
          <w:marBottom w:val="0"/>
          <w:divBdr>
            <w:top w:val="none" w:sz="0" w:space="0" w:color="auto"/>
            <w:left w:val="none" w:sz="0" w:space="0" w:color="auto"/>
            <w:bottom w:val="none" w:sz="0" w:space="0" w:color="auto"/>
            <w:right w:val="none" w:sz="0" w:space="0" w:color="auto"/>
          </w:divBdr>
        </w:div>
        <w:div w:id="1254512303">
          <w:marLeft w:val="480"/>
          <w:marRight w:val="0"/>
          <w:marTop w:val="0"/>
          <w:marBottom w:val="0"/>
          <w:divBdr>
            <w:top w:val="none" w:sz="0" w:space="0" w:color="auto"/>
            <w:left w:val="none" w:sz="0" w:space="0" w:color="auto"/>
            <w:bottom w:val="none" w:sz="0" w:space="0" w:color="auto"/>
            <w:right w:val="none" w:sz="0" w:space="0" w:color="auto"/>
          </w:divBdr>
        </w:div>
        <w:div w:id="1351032282">
          <w:marLeft w:val="480"/>
          <w:marRight w:val="0"/>
          <w:marTop w:val="0"/>
          <w:marBottom w:val="0"/>
          <w:divBdr>
            <w:top w:val="none" w:sz="0" w:space="0" w:color="auto"/>
            <w:left w:val="none" w:sz="0" w:space="0" w:color="auto"/>
            <w:bottom w:val="none" w:sz="0" w:space="0" w:color="auto"/>
            <w:right w:val="none" w:sz="0" w:space="0" w:color="auto"/>
          </w:divBdr>
        </w:div>
        <w:div w:id="1373387303">
          <w:marLeft w:val="480"/>
          <w:marRight w:val="0"/>
          <w:marTop w:val="0"/>
          <w:marBottom w:val="0"/>
          <w:divBdr>
            <w:top w:val="none" w:sz="0" w:space="0" w:color="auto"/>
            <w:left w:val="none" w:sz="0" w:space="0" w:color="auto"/>
            <w:bottom w:val="none" w:sz="0" w:space="0" w:color="auto"/>
            <w:right w:val="none" w:sz="0" w:space="0" w:color="auto"/>
          </w:divBdr>
        </w:div>
        <w:div w:id="1504054411">
          <w:marLeft w:val="480"/>
          <w:marRight w:val="0"/>
          <w:marTop w:val="0"/>
          <w:marBottom w:val="0"/>
          <w:divBdr>
            <w:top w:val="none" w:sz="0" w:space="0" w:color="auto"/>
            <w:left w:val="none" w:sz="0" w:space="0" w:color="auto"/>
            <w:bottom w:val="none" w:sz="0" w:space="0" w:color="auto"/>
            <w:right w:val="none" w:sz="0" w:space="0" w:color="auto"/>
          </w:divBdr>
        </w:div>
        <w:div w:id="1556116040">
          <w:marLeft w:val="480"/>
          <w:marRight w:val="0"/>
          <w:marTop w:val="0"/>
          <w:marBottom w:val="0"/>
          <w:divBdr>
            <w:top w:val="none" w:sz="0" w:space="0" w:color="auto"/>
            <w:left w:val="none" w:sz="0" w:space="0" w:color="auto"/>
            <w:bottom w:val="none" w:sz="0" w:space="0" w:color="auto"/>
            <w:right w:val="none" w:sz="0" w:space="0" w:color="auto"/>
          </w:divBdr>
        </w:div>
        <w:div w:id="1596086285">
          <w:marLeft w:val="480"/>
          <w:marRight w:val="0"/>
          <w:marTop w:val="0"/>
          <w:marBottom w:val="0"/>
          <w:divBdr>
            <w:top w:val="none" w:sz="0" w:space="0" w:color="auto"/>
            <w:left w:val="none" w:sz="0" w:space="0" w:color="auto"/>
            <w:bottom w:val="none" w:sz="0" w:space="0" w:color="auto"/>
            <w:right w:val="none" w:sz="0" w:space="0" w:color="auto"/>
          </w:divBdr>
        </w:div>
        <w:div w:id="1689596529">
          <w:marLeft w:val="480"/>
          <w:marRight w:val="0"/>
          <w:marTop w:val="0"/>
          <w:marBottom w:val="0"/>
          <w:divBdr>
            <w:top w:val="none" w:sz="0" w:space="0" w:color="auto"/>
            <w:left w:val="none" w:sz="0" w:space="0" w:color="auto"/>
            <w:bottom w:val="none" w:sz="0" w:space="0" w:color="auto"/>
            <w:right w:val="none" w:sz="0" w:space="0" w:color="auto"/>
          </w:divBdr>
        </w:div>
        <w:div w:id="1698121106">
          <w:marLeft w:val="480"/>
          <w:marRight w:val="0"/>
          <w:marTop w:val="0"/>
          <w:marBottom w:val="0"/>
          <w:divBdr>
            <w:top w:val="none" w:sz="0" w:space="0" w:color="auto"/>
            <w:left w:val="none" w:sz="0" w:space="0" w:color="auto"/>
            <w:bottom w:val="none" w:sz="0" w:space="0" w:color="auto"/>
            <w:right w:val="none" w:sz="0" w:space="0" w:color="auto"/>
          </w:divBdr>
        </w:div>
        <w:div w:id="1715737534">
          <w:marLeft w:val="480"/>
          <w:marRight w:val="0"/>
          <w:marTop w:val="0"/>
          <w:marBottom w:val="0"/>
          <w:divBdr>
            <w:top w:val="none" w:sz="0" w:space="0" w:color="auto"/>
            <w:left w:val="none" w:sz="0" w:space="0" w:color="auto"/>
            <w:bottom w:val="none" w:sz="0" w:space="0" w:color="auto"/>
            <w:right w:val="none" w:sz="0" w:space="0" w:color="auto"/>
          </w:divBdr>
        </w:div>
        <w:div w:id="1792631298">
          <w:marLeft w:val="480"/>
          <w:marRight w:val="0"/>
          <w:marTop w:val="0"/>
          <w:marBottom w:val="0"/>
          <w:divBdr>
            <w:top w:val="none" w:sz="0" w:space="0" w:color="auto"/>
            <w:left w:val="none" w:sz="0" w:space="0" w:color="auto"/>
            <w:bottom w:val="none" w:sz="0" w:space="0" w:color="auto"/>
            <w:right w:val="none" w:sz="0" w:space="0" w:color="auto"/>
          </w:divBdr>
        </w:div>
        <w:div w:id="1822386515">
          <w:marLeft w:val="480"/>
          <w:marRight w:val="0"/>
          <w:marTop w:val="0"/>
          <w:marBottom w:val="0"/>
          <w:divBdr>
            <w:top w:val="none" w:sz="0" w:space="0" w:color="auto"/>
            <w:left w:val="none" w:sz="0" w:space="0" w:color="auto"/>
            <w:bottom w:val="none" w:sz="0" w:space="0" w:color="auto"/>
            <w:right w:val="none" w:sz="0" w:space="0" w:color="auto"/>
          </w:divBdr>
        </w:div>
        <w:div w:id="1988627450">
          <w:marLeft w:val="480"/>
          <w:marRight w:val="0"/>
          <w:marTop w:val="0"/>
          <w:marBottom w:val="0"/>
          <w:divBdr>
            <w:top w:val="none" w:sz="0" w:space="0" w:color="auto"/>
            <w:left w:val="none" w:sz="0" w:space="0" w:color="auto"/>
            <w:bottom w:val="none" w:sz="0" w:space="0" w:color="auto"/>
            <w:right w:val="none" w:sz="0" w:space="0" w:color="auto"/>
          </w:divBdr>
        </w:div>
        <w:div w:id="2004623702">
          <w:marLeft w:val="480"/>
          <w:marRight w:val="0"/>
          <w:marTop w:val="0"/>
          <w:marBottom w:val="0"/>
          <w:divBdr>
            <w:top w:val="none" w:sz="0" w:space="0" w:color="auto"/>
            <w:left w:val="none" w:sz="0" w:space="0" w:color="auto"/>
            <w:bottom w:val="none" w:sz="0" w:space="0" w:color="auto"/>
            <w:right w:val="none" w:sz="0" w:space="0" w:color="auto"/>
          </w:divBdr>
        </w:div>
      </w:divsChild>
    </w:div>
    <w:div w:id="834490238">
      <w:bodyDiv w:val="1"/>
      <w:marLeft w:val="0"/>
      <w:marRight w:val="0"/>
      <w:marTop w:val="0"/>
      <w:marBottom w:val="0"/>
      <w:divBdr>
        <w:top w:val="none" w:sz="0" w:space="0" w:color="auto"/>
        <w:left w:val="none" w:sz="0" w:space="0" w:color="auto"/>
        <w:bottom w:val="none" w:sz="0" w:space="0" w:color="auto"/>
        <w:right w:val="none" w:sz="0" w:space="0" w:color="auto"/>
      </w:divBdr>
    </w:div>
    <w:div w:id="834682882">
      <w:bodyDiv w:val="1"/>
      <w:marLeft w:val="0"/>
      <w:marRight w:val="0"/>
      <w:marTop w:val="0"/>
      <w:marBottom w:val="0"/>
      <w:divBdr>
        <w:top w:val="none" w:sz="0" w:space="0" w:color="auto"/>
        <w:left w:val="none" w:sz="0" w:space="0" w:color="auto"/>
        <w:bottom w:val="none" w:sz="0" w:space="0" w:color="auto"/>
        <w:right w:val="none" w:sz="0" w:space="0" w:color="auto"/>
      </w:divBdr>
    </w:div>
    <w:div w:id="835731228">
      <w:bodyDiv w:val="1"/>
      <w:marLeft w:val="0"/>
      <w:marRight w:val="0"/>
      <w:marTop w:val="0"/>
      <w:marBottom w:val="0"/>
      <w:divBdr>
        <w:top w:val="none" w:sz="0" w:space="0" w:color="auto"/>
        <w:left w:val="none" w:sz="0" w:space="0" w:color="auto"/>
        <w:bottom w:val="none" w:sz="0" w:space="0" w:color="auto"/>
        <w:right w:val="none" w:sz="0" w:space="0" w:color="auto"/>
      </w:divBdr>
    </w:div>
    <w:div w:id="838931362">
      <w:bodyDiv w:val="1"/>
      <w:marLeft w:val="0"/>
      <w:marRight w:val="0"/>
      <w:marTop w:val="0"/>
      <w:marBottom w:val="0"/>
      <w:divBdr>
        <w:top w:val="none" w:sz="0" w:space="0" w:color="auto"/>
        <w:left w:val="none" w:sz="0" w:space="0" w:color="auto"/>
        <w:bottom w:val="none" w:sz="0" w:space="0" w:color="auto"/>
        <w:right w:val="none" w:sz="0" w:space="0" w:color="auto"/>
      </w:divBdr>
    </w:div>
    <w:div w:id="839155466">
      <w:bodyDiv w:val="1"/>
      <w:marLeft w:val="0"/>
      <w:marRight w:val="0"/>
      <w:marTop w:val="0"/>
      <w:marBottom w:val="0"/>
      <w:divBdr>
        <w:top w:val="none" w:sz="0" w:space="0" w:color="auto"/>
        <w:left w:val="none" w:sz="0" w:space="0" w:color="auto"/>
        <w:bottom w:val="none" w:sz="0" w:space="0" w:color="auto"/>
        <w:right w:val="none" w:sz="0" w:space="0" w:color="auto"/>
      </w:divBdr>
      <w:divsChild>
        <w:div w:id="10957652">
          <w:marLeft w:val="480"/>
          <w:marRight w:val="0"/>
          <w:marTop w:val="0"/>
          <w:marBottom w:val="0"/>
          <w:divBdr>
            <w:top w:val="none" w:sz="0" w:space="0" w:color="auto"/>
            <w:left w:val="none" w:sz="0" w:space="0" w:color="auto"/>
            <w:bottom w:val="none" w:sz="0" w:space="0" w:color="auto"/>
            <w:right w:val="none" w:sz="0" w:space="0" w:color="auto"/>
          </w:divBdr>
        </w:div>
        <w:div w:id="177625480">
          <w:marLeft w:val="480"/>
          <w:marRight w:val="0"/>
          <w:marTop w:val="0"/>
          <w:marBottom w:val="0"/>
          <w:divBdr>
            <w:top w:val="none" w:sz="0" w:space="0" w:color="auto"/>
            <w:left w:val="none" w:sz="0" w:space="0" w:color="auto"/>
            <w:bottom w:val="none" w:sz="0" w:space="0" w:color="auto"/>
            <w:right w:val="none" w:sz="0" w:space="0" w:color="auto"/>
          </w:divBdr>
        </w:div>
        <w:div w:id="220480792">
          <w:marLeft w:val="480"/>
          <w:marRight w:val="0"/>
          <w:marTop w:val="0"/>
          <w:marBottom w:val="0"/>
          <w:divBdr>
            <w:top w:val="none" w:sz="0" w:space="0" w:color="auto"/>
            <w:left w:val="none" w:sz="0" w:space="0" w:color="auto"/>
            <w:bottom w:val="none" w:sz="0" w:space="0" w:color="auto"/>
            <w:right w:val="none" w:sz="0" w:space="0" w:color="auto"/>
          </w:divBdr>
        </w:div>
        <w:div w:id="250357216">
          <w:marLeft w:val="480"/>
          <w:marRight w:val="0"/>
          <w:marTop w:val="0"/>
          <w:marBottom w:val="0"/>
          <w:divBdr>
            <w:top w:val="none" w:sz="0" w:space="0" w:color="auto"/>
            <w:left w:val="none" w:sz="0" w:space="0" w:color="auto"/>
            <w:bottom w:val="none" w:sz="0" w:space="0" w:color="auto"/>
            <w:right w:val="none" w:sz="0" w:space="0" w:color="auto"/>
          </w:divBdr>
        </w:div>
        <w:div w:id="251208441">
          <w:marLeft w:val="480"/>
          <w:marRight w:val="0"/>
          <w:marTop w:val="0"/>
          <w:marBottom w:val="0"/>
          <w:divBdr>
            <w:top w:val="none" w:sz="0" w:space="0" w:color="auto"/>
            <w:left w:val="none" w:sz="0" w:space="0" w:color="auto"/>
            <w:bottom w:val="none" w:sz="0" w:space="0" w:color="auto"/>
            <w:right w:val="none" w:sz="0" w:space="0" w:color="auto"/>
          </w:divBdr>
        </w:div>
        <w:div w:id="347024033">
          <w:marLeft w:val="480"/>
          <w:marRight w:val="0"/>
          <w:marTop w:val="0"/>
          <w:marBottom w:val="0"/>
          <w:divBdr>
            <w:top w:val="none" w:sz="0" w:space="0" w:color="auto"/>
            <w:left w:val="none" w:sz="0" w:space="0" w:color="auto"/>
            <w:bottom w:val="none" w:sz="0" w:space="0" w:color="auto"/>
            <w:right w:val="none" w:sz="0" w:space="0" w:color="auto"/>
          </w:divBdr>
        </w:div>
        <w:div w:id="430395514">
          <w:marLeft w:val="480"/>
          <w:marRight w:val="0"/>
          <w:marTop w:val="0"/>
          <w:marBottom w:val="0"/>
          <w:divBdr>
            <w:top w:val="none" w:sz="0" w:space="0" w:color="auto"/>
            <w:left w:val="none" w:sz="0" w:space="0" w:color="auto"/>
            <w:bottom w:val="none" w:sz="0" w:space="0" w:color="auto"/>
            <w:right w:val="none" w:sz="0" w:space="0" w:color="auto"/>
          </w:divBdr>
        </w:div>
        <w:div w:id="465777636">
          <w:marLeft w:val="480"/>
          <w:marRight w:val="0"/>
          <w:marTop w:val="0"/>
          <w:marBottom w:val="0"/>
          <w:divBdr>
            <w:top w:val="none" w:sz="0" w:space="0" w:color="auto"/>
            <w:left w:val="none" w:sz="0" w:space="0" w:color="auto"/>
            <w:bottom w:val="none" w:sz="0" w:space="0" w:color="auto"/>
            <w:right w:val="none" w:sz="0" w:space="0" w:color="auto"/>
          </w:divBdr>
        </w:div>
        <w:div w:id="577322382">
          <w:marLeft w:val="480"/>
          <w:marRight w:val="0"/>
          <w:marTop w:val="0"/>
          <w:marBottom w:val="0"/>
          <w:divBdr>
            <w:top w:val="none" w:sz="0" w:space="0" w:color="auto"/>
            <w:left w:val="none" w:sz="0" w:space="0" w:color="auto"/>
            <w:bottom w:val="none" w:sz="0" w:space="0" w:color="auto"/>
            <w:right w:val="none" w:sz="0" w:space="0" w:color="auto"/>
          </w:divBdr>
        </w:div>
        <w:div w:id="634485347">
          <w:marLeft w:val="480"/>
          <w:marRight w:val="0"/>
          <w:marTop w:val="0"/>
          <w:marBottom w:val="0"/>
          <w:divBdr>
            <w:top w:val="none" w:sz="0" w:space="0" w:color="auto"/>
            <w:left w:val="none" w:sz="0" w:space="0" w:color="auto"/>
            <w:bottom w:val="none" w:sz="0" w:space="0" w:color="auto"/>
            <w:right w:val="none" w:sz="0" w:space="0" w:color="auto"/>
          </w:divBdr>
        </w:div>
        <w:div w:id="707728069">
          <w:marLeft w:val="480"/>
          <w:marRight w:val="0"/>
          <w:marTop w:val="0"/>
          <w:marBottom w:val="0"/>
          <w:divBdr>
            <w:top w:val="none" w:sz="0" w:space="0" w:color="auto"/>
            <w:left w:val="none" w:sz="0" w:space="0" w:color="auto"/>
            <w:bottom w:val="none" w:sz="0" w:space="0" w:color="auto"/>
            <w:right w:val="none" w:sz="0" w:space="0" w:color="auto"/>
          </w:divBdr>
        </w:div>
        <w:div w:id="743449478">
          <w:marLeft w:val="480"/>
          <w:marRight w:val="0"/>
          <w:marTop w:val="0"/>
          <w:marBottom w:val="0"/>
          <w:divBdr>
            <w:top w:val="none" w:sz="0" w:space="0" w:color="auto"/>
            <w:left w:val="none" w:sz="0" w:space="0" w:color="auto"/>
            <w:bottom w:val="none" w:sz="0" w:space="0" w:color="auto"/>
            <w:right w:val="none" w:sz="0" w:space="0" w:color="auto"/>
          </w:divBdr>
        </w:div>
        <w:div w:id="792603394">
          <w:marLeft w:val="480"/>
          <w:marRight w:val="0"/>
          <w:marTop w:val="0"/>
          <w:marBottom w:val="0"/>
          <w:divBdr>
            <w:top w:val="none" w:sz="0" w:space="0" w:color="auto"/>
            <w:left w:val="none" w:sz="0" w:space="0" w:color="auto"/>
            <w:bottom w:val="none" w:sz="0" w:space="0" w:color="auto"/>
            <w:right w:val="none" w:sz="0" w:space="0" w:color="auto"/>
          </w:divBdr>
        </w:div>
        <w:div w:id="806239011">
          <w:marLeft w:val="480"/>
          <w:marRight w:val="0"/>
          <w:marTop w:val="0"/>
          <w:marBottom w:val="0"/>
          <w:divBdr>
            <w:top w:val="none" w:sz="0" w:space="0" w:color="auto"/>
            <w:left w:val="none" w:sz="0" w:space="0" w:color="auto"/>
            <w:bottom w:val="none" w:sz="0" w:space="0" w:color="auto"/>
            <w:right w:val="none" w:sz="0" w:space="0" w:color="auto"/>
          </w:divBdr>
        </w:div>
        <w:div w:id="1010565923">
          <w:marLeft w:val="480"/>
          <w:marRight w:val="0"/>
          <w:marTop w:val="0"/>
          <w:marBottom w:val="0"/>
          <w:divBdr>
            <w:top w:val="none" w:sz="0" w:space="0" w:color="auto"/>
            <w:left w:val="none" w:sz="0" w:space="0" w:color="auto"/>
            <w:bottom w:val="none" w:sz="0" w:space="0" w:color="auto"/>
            <w:right w:val="none" w:sz="0" w:space="0" w:color="auto"/>
          </w:divBdr>
        </w:div>
        <w:div w:id="1024789409">
          <w:marLeft w:val="480"/>
          <w:marRight w:val="0"/>
          <w:marTop w:val="0"/>
          <w:marBottom w:val="0"/>
          <w:divBdr>
            <w:top w:val="none" w:sz="0" w:space="0" w:color="auto"/>
            <w:left w:val="none" w:sz="0" w:space="0" w:color="auto"/>
            <w:bottom w:val="none" w:sz="0" w:space="0" w:color="auto"/>
            <w:right w:val="none" w:sz="0" w:space="0" w:color="auto"/>
          </w:divBdr>
        </w:div>
        <w:div w:id="1107889903">
          <w:marLeft w:val="480"/>
          <w:marRight w:val="0"/>
          <w:marTop w:val="0"/>
          <w:marBottom w:val="0"/>
          <w:divBdr>
            <w:top w:val="none" w:sz="0" w:space="0" w:color="auto"/>
            <w:left w:val="none" w:sz="0" w:space="0" w:color="auto"/>
            <w:bottom w:val="none" w:sz="0" w:space="0" w:color="auto"/>
            <w:right w:val="none" w:sz="0" w:space="0" w:color="auto"/>
          </w:divBdr>
        </w:div>
        <w:div w:id="1134178798">
          <w:marLeft w:val="480"/>
          <w:marRight w:val="0"/>
          <w:marTop w:val="0"/>
          <w:marBottom w:val="0"/>
          <w:divBdr>
            <w:top w:val="none" w:sz="0" w:space="0" w:color="auto"/>
            <w:left w:val="none" w:sz="0" w:space="0" w:color="auto"/>
            <w:bottom w:val="none" w:sz="0" w:space="0" w:color="auto"/>
            <w:right w:val="none" w:sz="0" w:space="0" w:color="auto"/>
          </w:divBdr>
        </w:div>
        <w:div w:id="1146556779">
          <w:marLeft w:val="480"/>
          <w:marRight w:val="0"/>
          <w:marTop w:val="0"/>
          <w:marBottom w:val="0"/>
          <w:divBdr>
            <w:top w:val="none" w:sz="0" w:space="0" w:color="auto"/>
            <w:left w:val="none" w:sz="0" w:space="0" w:color="auto"/>
            <w:bottom w:val="none" w:sz="0" w:space="0" w:color="auto"/>
            <w:right w:val="none" w:sz="0" w:space="0" w:color="auto"/>
          </w:divBdr>
        </w:div>
        <w:div w:id="1180505119">
          <w:marLeft w:val="480"/>
          <w:marRight w:val="0"/>
          <w:marTop w:val="0"/>
          <w:marBottom w:val="0"/>
          <w:divBdr>
            <w:top w:val="none" w:sz="0" w:space="0" w:color="auto"/>
            <w:left w:val="none" w:sz="0" w:space="0" w:color="auto"/>
            <w:bottom w:val="none" w:sz="0" w:space="0" w:color="auto"/>
            <w:right w:val="none" w:sz="0" w:space="0" w:color="auto"/>
          </w:divBdr>
        </w:div>
        <w:div w:id="1181237403">
          <w:marLeft w:val="480"/>
          <w:marRight w:val="0"/>
          <w:marTop w:val="0"/>
          <w:marBottom w:val="0"/>
          <w:divBdr>
            <w:top w:val="none" w:sz="0" w:space="0" w:color="auto"/>
            <w:left w:val="none" w:sz="0" w:space="0" w:color="auto"/>
            <w:bottom w:val="none" w:sz="0" w:space="0" w:color="auto"/>
            <w:right w:val="none" w:sz="0" w:space="0" w:color="auto"/>
          </w:divBdr>
        </w:div>
        <w:div w:id="1222793807">
          <w:marLeft w:val="480"/>
          <w:marRight w:val="0"/>
          <w:marTop w:val="0"/>
          <w:marBottom w:val="0"/>
          <w:divBdr>
            <w:top w:val="none" w:sz="0" w:space="0" w:color="auto"/>
            <w:left w:val="none" w:sz="0" w:space="0" w:color="auto"/>
            <w:bottom w:val="none" w:sz="0" w:space="0" w:color="auto"/>
            <w:right w:val="none" w:sz="0" w:space="0" w:color="auto"/>
          </w:divBdr>
        </w:div>
        <w:div w:id="1291207695">
          <w:marLeft w:val="480"/>
          <w:marRight w:val="0"/>
          <w:marTop w:val="0"/>
          <w:marBottom w:val="0"/>
          <w:divBdr>
            <w:top w:val="none" w:sz="0" w:space="0" w:color="auto"/>
            <w:left w:val="none" w:sz="0" w:space="0" w:color="auto"/>
            <w:bottom w:val="none" w:sz="0" w:space="0" w:color="auto"/>
            <w:right w:val="none" w:sz="0" w:space="0" w:color="auto"/>
          </w:divBdr>
        </w:div>
        <w:div w:id="1360543127">
          <w:marLeft w:val="480"/>
          <w:marRight w:val="0"/>
          <w:marTop w:val="0"/>
          <w:marBottom w:val="0"/>
          <w:divBdr>
            <w:top w:val="none" w:sz="0" w:space="0" w:color="auto"/>
            <w:left w:val="none" w:sz="0" w:space="0" w:color="auto"/>
            <w:bottom w:val="none" w:sz="0" w:space="0" w:color="auto"/>
            <w:right w:val="none" w:sz="0" w:space="0" w:color="auto"/>
          </w:divBdr>
        </w:div>
        <w:div w:id="1372801799">
          <w:marLeft w:val="480"/>
          <w:marRight w:val="0"/>
          <w:marTop w:val="0"/>
          <w:marBottom w:val="0"/>
          <w:divBdr>
            <w:top w:val="none" w:sz="0" w:space="0" w:color="auto"/>
            <w:left w:val="none" w:sz="0" w:space="0" w:color="auto"/>
            <w:bottom w:val="none" w:sz="0" w:space="0" w:color="auto"/>
            <w:right w:val="none" w:sz="0" w:space="0" w:color="auto"/>
          </w:divBdr>
        </w:div>
        <w:div w:id="1378705698">
          <w:marLeft w:val="480"/>
          <w:marRight w:val="0"/>
          <w:marTop w:val="0"/>
          <w:marBottom w:val="0"/>
          <w:divBdr>
            <w:top w:val="none" w:sz="0" w:space="0" w:color="auto"/>
            <w:left w:val="none" w:sz="0" w:space="0" w:color="auto"/>
            <w:bottom w:val="none" w:sz="0" w:space="0" w:color="auto"/>
            <w:right w:val="none" w:sz="0" w:space="0" w:color="auto"/>
          </w:divBdr>
        </w:div>
        <w:div w:id="1402873181">
          <w:marLeft w:val="480"/>
          <w:marRight w:val="0"/>
          <w:marTop w:val="0"/>
          <w:marBottom w:val="0"/>
          <w:divBdr>
            <w:top w:val="none" w:sz="0" w:space="0" w:color="auto"/>
            <w:left w:val="none" w:sz="0" w:space="0" w:color="auto"/>
            <w:bottom w:val="none" w:sz="0" w:space="0" w:color="auto"/>
            <w:right w:val="none" w:sz="0" w:space="0" w:color="auto"/>
          </w:divBdr>
        </w:div>
        <w:div w:id="1458377917">
          <w:marLeft w:val="480"/>
          <w:marRight w:val="0"/>
          <w:marTop w:val="0"/>
          <w:marBottom w:val="0"/>
          <w:divBdr>
            <w:top w:val="none" w:sz="0" w:space="0" w:color="auto"/>
            <w:left w:val="none" w:sz="0" w:space="0" w:color="auto"/>
            <w:bottom w:val="none" w:sz="0" w:space="0" w:color="auto"/>
            <w:right w:val="none" w:sz="0" w:space="0" w:color="auto"/>
          </w:divBdr>
        </w:div>
        <w:div w:id="1509907638">
          <w:marLeft w:val="480"/>
          <w:marRight w:val="0"/>
          <w:marTop w:val="0"/>
          <w:marBottom w:val="0"/>
          <w:divBdr>
            <w:top w:val="none" w:sz="0" w:space="0" w:color="auto"/>
            <w:left w:val="none" w:sz="0" w:space="0" w:color="auto"/>
            <w:bottom w:val="none" w:sz="0" w:space="0" w:color="auto"/>
            <w:right w:val="none" w:sz="0" w:space="0" w:color="auto"/>
          </w:divBdr>
        </w:div>
        <w:div w:id="1559433346">
          <w:marLeft w:val="480"/>
          <w:marRight w:val="0"/>
          <w:marTop w:val="0"/>
          <w:marBottom w:val="0"/>
          <w:divBdr>
            <w:top w:val="none" w:sz="0" w:space="0" w:color="auto"/>
            <w:left w:val="none" w:sz="0" w:space="0" w:color="auto"/>
            <w:bottom w:val="none" w:sz="0" w:space="0" w:color="auto"/>
            <w:right w:val="none" w:sz="0" w:space="0" w:color="auto"/>
          </w:divBdr>
        </w:div>
        <w:div w:id="1618097494">
          <w:marLeft w:val="480"/>
          <w:marRight w:val="0"/>
          <w:marTop w:val="0"/>
          <w:marBottom w:val="0"/>
          <w:divBdr>
            <w:top w:val="none" w:sz="0" w:space="0" w:color="auto"/>
            <w:left w:val="none" w:sz="0" w:space="0" w:color="auto"/>
            <w:bottom w:val="none" w:sz="0" w:space="0" w:color="auto"/>
            <w:right w:val="none" w:sz="0" w:space="0" w:color="auto"/>
          </w:divBdr>
        </w:div>
        <w:div w:id="1625892398">
          <w:marLeft w:val="480"/>
          <w:marRight w:val="0"/>
          <w:marTop w:val="0"/>
          <w:marBottom w:val="0"/>
          <w:divBdr>
            <w:top w:val="none" w:sz="0" w:space="0" w:color="auto"/>
            <w:left w:val="none" w:sz="0" w:space="0" w:color="auto"/>
            <w:bottom w:val="none" w:sz="0" w:space="0" w:color="auto"/>
            <w:right w:val="none" w:sz="0" w:space="0" w:color="auto"/>
          </w:divBdr>
        </w:div>
        <w:div w:id="1631280726">
          <w:marLeft w:val="480"/>
          <w:marRight w:val="0"/>
          <w:marTop w:val="0"/>
          <w:marBottom w:val="0"/>
          <w:divBdr>
            <w:top w:val="none" w:sz="0" w:space="0" w:color="auto"/>
            <w:left w:val="none" w:sz="0" w:space="0" w:color="auto"/>
            <w:bottom w:val="none" w:sz="0" w:space="0" w:color="auto"/>
            <w:right w:val="none" w:sz="0" w:space="0" w:color="auto"/>
          </w:divBdr>
        </w:div>
        <w:div w:id="1794472623">
          <w:marLeft w:val="480"/>
          <w:marRight w:val="0"/>
          <w:marTop w:val="0"/>
          <w:marBottom w:val="0"/>
          <w:divBdr>
            <w:top w:val="none" w:sz="0" w:space="0" w:color="auto"/>
            <w:left w:val="none" w:sz="0" w:space="0" w:color="auto"/>
            <w:bottom w:val="none" w:sz="0" w:space="0" w:color="auto"/>
            <w:right w:val="none" w:sz="0" w:space="0" w:color="auto"/>
          </w:divBdr>
        </w:div>
        <w:div w:id="1922828492">
          <w:marLeft w:val="480"/>
          <w:marRight w:val="0"/>
          <w:marTop w:val="0"/>
          <w:marBottom w:val="0"/>
          <w:divBdr>
            <w:top w:val="none" w:sz="0" w:space="0" w:color="auto"/>
            <w:left w:val="none" w:sz="0" w:space="0" w:color="auto"/>
            <w:bottom w:val="none" w:sz="0" w:space="0" w:color="auto"/>
            <w:right w:val="none" w:sz="0" w:space="0" w:color="auto"/>
          </w:divBdr>
        </w:div>
        <w:div w:id="2037388553">
          <w:marLeft w:val="480"/>
          <w:marRight w:val="0"/>
          <w:marTop w:val="0"/>
          <w:marBottom w:val="0"/>
          <w:divBdr>
            <w:top w:val="none" w:sz="0" w:space="0" w:color="auto"/>
            <w:left w:val="none" w:sz="0" w:space="0" w:color="auto"/>
            <w:bottom w:val="none" w:sz="0" w:space="0" w:color="auto"/>
            <w:right w:val="none" w:sz="0" w:space="0" w:color="auto"/>
          </w:divBdr>
        </w:div>
        <w:div w:id="2041974462">
          <w:marLeft w:val="480"/>
          <w:marRight w:val="0"/>
          <w:marTop w:val="0"/>
          <w:marBottom w:val="0"/>
          <w:divBdr>
            <w:top w:val="none" w:sz="0" w:space="0" w:color="auto"/>
            <w:left w:val="none" w:sz="0" w:space="0" w:color="auto"/>
            <w:bottom w:val="none" w:sz="0" w:space="0" w:color="auto"/>
            <w:right w:val="none" w:sz="0" w:space="0" w:color="auto"/>
          </w:divBdr>
        </w:div>
      </w:divsChild>
    </w:div>
    <w:div w:id="839202500">
      <w:bodyDiv w:val="1"/>
      <w:marLeft w:val="0"/>
      <w:marRight w:val="0"/>
      <w:marTop w:val="0"/>
      <w:marBottom w:val="0"/>
      <w:divBdr>
        <w:top w:val="none" w:sz="0" w:space="0" w:color="auto"/>
        <w:left w:val="none" w:sz="0" w:space="0" w:color="auto"/>
        <w:bottom w:val="none" w:sz="0" w:space="0" w:color="auto"/>
        <w:right w:val="none" w:sz="0" w:space="0" w:color="auto"/>
      </w:divBdr>
    </w:div>
    <w:div w:id="839583360">
      <w:bodyDiv w:val="1"/>
      <w:marLeft w:val="0"/>
      <w:marRight w:val="0"/>
      <w:marTop w:val="0"/>
      <w:marBottom w:val="0"/>
      <w:divBdr>
        <w:top w:val="none" w:sz="0" w:space="0" w:color="auto"/>
        <w:left w:val="none" w:sz="0" w:space="0" w:color="auto"/>
        <w:bottom w:val="none" w:sz="0" w:space="0" w:color="auto"/>
        <w:right w:val="none" w:sz="0" w:space="0" w:color="auto"/>
      </w:divBdr>
    </w:div>
    <w:div w:id="841627546">
      <w:bodyDiv w:val="1"/>
      <w:marLeft w:val="0"/>
      <w:marRight w:val="0"/>
      <w:marTop w:val="0"/>
      <w:marBottom w:val="0"/>
      <w:divBdr>
        <w:top w:val="none" w:sz="0" w:space="0" w:color="auto"/>
        <w:left w:val="none" w:sz="0" w:space="0" w:color="auto"/>
        <w:bottom w:val="none" w:sz="0" w:space="0" w:color="auto"/>
        <w:right w:val="none" w:sz="0" w:space="0" w:color="auto"/>
      </w:divBdr>
    </w:div>
    <w:div w:id="843133763">
      <w:bodyDiv w:val="1"/>
      <w:marLeft w:val="0"/>
      <w:marRight w:val="0"/>
      <w:marTop w:val="0"/>
      <w:marBottom w:val="0"/>
      <w:divBdr>
        <w:top w:val="none" w:sz="0" w:space="0" w:color="auto"/>
        <w:left w:val="none" w:sz="0" w:space="0" w:color="auto"/>
        <w:bottom w:val="none" w:sz="0" w:space="0" w:color="auto"/>
        <w:right w:val="none" w:sz="0" w:space="0" w:color="auto"/>
      </w:divBdr>
      <w:divsChild>
        <w:div w:id="130443840">
          <w:marLeft w:val="480"/>
          <w:marRight w:val="0"/>
          <w:marTop w:val="0"/>
          <w:marBottom w:val="0"/>
          <w:divBdr>
            <w:top w:val="none" w:sz="0" w:space="0" w:color="auto"/>
            <w:left w:val="none" w:sz="0" w:space="0" w:color="auto"/>
            <w:bottom w:val="none" w:sz="0" w:space="0" w:color="auto"/>
            <w:right w:val="none" w:sz="0" w:space="0" w:color="auto"/>
          </w:divBdr>
        </w:div>
        <w:div w:id="150677251">
          <w:marLeft w:val="480"/>
          <w:marRight w:val="0"/>
          <w:marTop w:val="0"/>
          <w:marBottom w:val="0"/>
          <w:divBdr>
            <w:top w:val="none" w:sz="0" w:space="0" w:color="auto"/>
            <w:left w:val="none" w:sz="0" w:space="0" w:color="auto"/>
            <w:bottom w:val="none" w:sz="0" w:space="0" w:color="auto"/>
            <w:right w:val="none" w:sz="0" w:space="0" w:color="auto"/>
          </w:divBdr>
        </w:div>
        <w:div w:id="328140850">
          <w:marLeft w:val="480"/>
          <w:marRight w:val="0"/>
          <w:marTop w:val="0"/>
          <w:marBottom w:val="0"/>
          <w:divBdr>
            <w:top w:val="none" w:sz="0" w:space="0" w:color="auto"/>
            <w:left w:val="none" w:sz="0" w:space="0" w:color="auto"/>
            <w:bottom w:val="none" w:sz="0" w:space="0" w:color="auto"/>
            <w:right w:val="none" w:sz="0" w:space="0" w:color="auto"/>
          </w:divBdr>
        </w:div>
        <w:div w:id="367341830">
          <w:marLeft w:val="480"/>
          <w:marRight w:val="0"/>
          <w:marTop w:val="0"/>
          <w:marBottom w:val="0"/>
          <w:divBdr>
            <w:top w:val="none" w:sz="0" w:space="0" w:color="auto"/>
            <w:left w:val="none" w:sz="0" w:space="0" w:color="auto"/>
            <w:bottom w:val="none" w:sz="0" w:space="0" w:color="auto"/>
            <w:right w:val="none" w:sz="0" w:space="0" w:color="auto"/>
          </w:divBdr>
        </w:div>
        <w:div w:id="382365856">
          <w:marLeft w:val="480"/>
          <w:marRight w:val="0"/>
          <w:marTop w:val="0"/>
          <w:marBottom w:val="0"/>
          <w:divBdr>
            <w:top w:val="none" w:sz="0" w:space="0" w:color="auto"/>
            <w:left w:val="none" w:sz="0" w:space="0" w:color="auto"/>
            <w:bottom w:val="none" w:sz="0" w:space="0" w:color="auto"/>
            <w:right w:val="none" w:sz="0" w:space="0" w:color="auto"/>
          </w:divBdr>
        </w:div>
        <w:div w:id="468744810">
          <w:marLeft w:val="480"/>
          <w:marRight w:val="0"/>
          <w:marTop w:val="0"/>
          <w:marBottom w:val="0"/>
          <w:divBdr>
            <w:top w:val="none" w:sz="0" w:space="0" w:color="auto"/>
            <w:left w:val="none" w:sz="0" w:space="0" w:color="auto"/>
            <w:bottom w:val="none" w:sz="0" w:space="0" w:color="auto"/>
            <w:right w:val="none" w:sz="0" w:space="0" w:color="auto"/>
          </w:divBdr>
        </w:div>
        <w:div w:id="519465382">
          <w:marLeft w:val="480"/>
          <w:marRight w:val="0"/>
          <w:marTop w:val="0"/>
          <w:marBottom w:val="0"/>
          <w:divBdr>
            <w:top w:val="none" w:sz="0" w:space="0" w:color="auto"/>
            <w:left w:val="none" w:sz="0" w:space="0" w:color="auto"/>
            <w:bottom w:val="none" w:sz="0" w:space="0" w:color="auto"/>
            <w:right w:val="none" w:sz="0" w:space="0" w:color="auto"/>
          </w:divBdr>
        </w:div>
        <w:div w:id="553347547">
          <w:marLeft w:val="480"/>
          <w:marRight w:val="0"/>
          <w:marTop w:val="0"/>
          <w:marBottom w:val="0"/>
          <w:divBdr>
            <w:top w:val="none" w:sz="0" w:space="0" w:color="auto"/>
            <w:left w:val="none" w:sz="0" w:space="0" w:color="auto"/>
            <w:bottom w:val="none" w:sz="0" w:space="0" w:color="auto"/>
            <w:right w:val="none" w:sz="0" w:space="0" w:color="auto"/>
          </w:divBdr>
        </w:div>
        <w:div w:id="610284390">
          <w:marLeft w:val="480"/>
          <w:marRight w:val="0"/>
          <w:marTop w:val="0"/>
          <w:marBottom w:val="0"/>
          <w:divBdr>
            <w:top w:val="none" w:sz="0" w:space="0" w:color="auto"/>
            <w:left w:val="none" w:sz="0" w:space="0" w:color="auto"/>
            <w:bottom w:val="none" w:sz="0" w:space="0" w:color="auto"/>
            <w:right w:val="none" w:sz="0" w:space="0" w:color="auto"/>
          </w:divBdr>
        </w:div>
        <w:div w:id="882063588">
          <w:marLeft w:val="480"/>
          <w:marRight w:val="0"/>
          <w:marTop w:val="0"/>
          <w:marBottom w:val="0"/>
          <w:divBdr>
            <w:top w:val="none" w:sz="0" w:space="0" w:color="auto"/>
            <w:left w:val="none" w:sz="0" w:space="0" w:color="auto"/>
            <w:bottom w:val="none" w:sz="0" w:space="0" w:color="auto"/>
            <w:right w:val="none" w:sz="0" w:space="0" w:color="auto"/>
          </w:divBdr>
        </w:div>
        <w:div w:id="900751806">
          <w:marLeft w:val="480"/>
          <w:marRight w:val="0"/>
          <w:marTop w:val="0"/>
          <w:marBottom w:val="0"/>
          <w:divBdr>
            <w:top w:val="none" w:sz="0" w:space="0" w:color="auto"/>
            <w:left w:val="none" w:sz="0" w:space="0" w:color="auto"/>
            <w:bottom w:val="none" w:sz="0" w:space="0" w:color="auto"/>
            <w:right w:val="none" w:sz="0" w:space="0" w:color="auto"/>
          </w:divBdr>
        </w:div>
        <w:div w:id="964122255">
          <w:marLeft w:val="480"/>
          <w:marRight w:val="0"/>
          <w:marTop w:val="0"/>
          <w:marBottom w:val="0"/>
          <w:divBdr>
            <w:top w:val="none" w:sz="0" w:space="0" w:color="auto"/>
            <w:left w:val="none" w:sz="0" w:space="0" w:color="auto"/>
            <w:bottom w:val="none" w:sz="0" w:space="0" w:color="auto"/>
            <w:right w:val="none" w:sz="0" w:space="0" w:color="auto"/>
          </w:divBdr>
        </w:div>
        <w:div w:id="1119177515">
          <w:marLeft w:val="480"/>
          <w:marRight w:val="0"/>
          <w:marTop w:val="0"/>
          <w:marBottom w:val="0"/>
          <w:divBdr>
            <w:top w:val="none" w:sz="0" w:space="0" w:color="auto"/>
            <w:left w:val="none" w:sz="0" w:space="0" w:color="auto"/>
            <w:bottom w:val="none" w:sz="0" w:space="0" w:color="auto"/>
            <w:right w:val="none" w:sz="0" w:space="0" w:color="auto"/>
          </w:divBdr>
        </w:div>
        <w:div w:id="1123694340">
          <w:marLeft w:val="480"/>
          <w:marRight w:val="0"/>
          <w:marTop w:val="0"/>
          <w:marBottom w:val="0"/>
          <w:divBdr>
            <w:top w:val="none" w:sz="0" w:space="0" w:color="auto"/>
            <w:left w:val="none" w:sz="0" w:space="0" w:color="auto"/>
            <w:bottom w:val="none" w:sz="0" w:space="0" w:color="auto"/>
            <w:right w:val="none" w:sz="0" w:space="0" w:color="auto"/>
          </w:divBdr>
        </w:div>
        <w:div w:id="1143425726">
          <w:marLeft w:val="480"/>
          <w:marRight w:val="0"/>
          <w:marTop w:val="0"/>
          <w:marBottom w:val="0"/>
          <w:divBdr>
            <w:top w:val="none" w:sz="0" w:space="0" w:color="auto"/>
            <w:left w:val="none" w:sz="0" w:space="0" w:color="auto"/>
            <w:bottom w:val="none" w:sz="0" w:space="0" w:color="auto"/>
            <w:right w:val="none" w:sz="0" w:space="0" w:color="auto"/>
          </w:divBdr>
        </w:div>
        <w:div w:id="1367684064">
          <w:marLeft w:val="480"/>
          <w:marRight w:val="0"/>
          <w:marTop w:val="0"/>
          <w:marBottom w:val="0"/>
          <w:divBdr>
            <w:top w:val="none" w:sz="0" w:space="0" w:color="auto"/>
            <w:left w:val="none" w:sz="0" w:space="0" w:color="auto"/>
            <w:bottom w:val="none" w:sz="0" w:space="0" w:color="auto"/>
            <w:right w:val="none" w:sz="0" w:space="0" w:color="auto"/>
          </w:divBdr>
        </w:div>
        <w:div w:id="1390034118">
          <w:marLeft w:val="480"/>
          <w:marRight w:val="0"/>
          <w:marTop w:val="0"/>
          <w:marBottom w:val="0"/>
          <w:divBdr>
            <w:top w:val="none" w:sz="0" w:space="0" w:color="auto"/>
            <w:left w:val="none" w:sz="0" w:space="0" w:color="auto"/>
            <w:bottom w:val="none" w:sz="0" w:space="0" w:color="auto"/>
            <w:right w:val="none" w:sz="0" w:space="0" w:color="auto"/>
          </w:divBdr>
        </w:div>
        <w:div w:id="1653438157">
          <w:marLeft w:val="480"/>
          <w:marRight w:val="0"/>
          <w:marTop w:val="0"/>
          <w:marBottom w:val="0"/>
          <w:divBdr>
            <w:top w:val="none" w:sz="0" w:space="0" w:color="auto"/>
            <w:left w:val="none" w:sz="0" w:space="0" w:color="auto"/>
            <w:bottom w:val="none" w:sz="0" w:space="0" w:color="auto"/>
            <w:right w:val="none" w:sz="0" w:space="0" w:color="auto"/>
          </w:divBdr>
        </w:div>
        <w:div w:id="1658342686">
          <w:marLeft w:val="480"/>
          <w:marRight w:val="0"/>
          <w:marTop w:val="0"/>
          <w:marBottom w:val="0"/>
          <w:divBdr>
            <w:top w:val="none" w:sz="0" w:space="0" w:color="auto"/>
            <w:left w:val="none" w:sz="0" w:space="0" w:color="auto"/>
            <w:bottom w:val="none" w:sz="0" w:space="0" w:color="auto"/>
            <w:right w:val="none" w:sz="0" w:space="0" w:color="auto"/>
          </w:divBdr>
        </w:div>
        <w:div w:id="1749308306">
          <w:marLeft w:val="480"/>
          <w:marRight w:val="0"/>
          <w:marTop w:val="0"/>
          <w:marBottom w:val="0"/>
          <w:divBdr>
            <w:top w:val="none" w:sz="0" w:space="0" w:color="auto"/>
            <w:left w:val="none" w:sz="0" w:space="0" w:color="auto"/>
            <w:bottom w:val="none" w:sz="0" w:space="0" w:color="auto"/>
            <w:right w:val="none" w:sz="0" w:space="0" w:color="auto"/>
          </w:divBdr>
        </w:div>
        <w:div w:id="1781413297">
          <w:marLeft w:val="480"/>
          <w:marRight w:val="0"/>
          <w:marTop w:val="0"/>
          <w:marBottom w:val="0"/>
          <w:divBdr>
            <w:top w:val="none" w:sz="0" w:space="0" w:color="auto"/>
            <w:left w:val="none" w:sz="0" w:space="0" w:color="auto"/>
            <w:bottom w:val="none" w:sz="0" w:space="0" w:color="auto"/>
            <w:right w:val="none" w:sz="0" w:space="0" w:color="auto"/>
          </w:divBdr>
        </w:div>
        <w:div w:id="1807821106">
          <w:marLeft w:val="480"/>
          <w:marRight w:val="0"/>
          <w:marTop w:val="0"/>
          <w:marBottom w:val="0"/>
          <w:divBdr>
            <w:top w:val="none" w:sz="0" w:space="0" w:color="auto"/>
            <w:left w:val="none" w:sz="0" w:space="0" w:color="auto"/>
            <w:bottom w:val="none" w:sz="0" w:space="0" w:color="auto"/>
            <w:right w:val="none" w:sz="0" w:space="0" w:color="auto"/>
          </w:divBdr>
        </w:div>
        <w:div w:id="1877816439">
          <w:marLeft w:val="480"/>
          <w:marRight w:val="0"/>
          <w:marTop w:val="0"/>
          <w:marBottom w:val="0"/>
          <w:divBdr>
            <w:top w:val="none" w:sz="0" w:space="0" w:color="auto"/>
            <w:left w:val="none" w:sz="0" w:space="0" w:color="auto"/>
            <w:bottom w:val="none" w:sz="0" w:space="0" w:color="auto"/>
            <w:right w:val="none" w:sz="0" w:space="0" w:color="auto"/>
          </w:divBdr>
        </w:div>
        <w:div w:id="1945267530">
          <w:marLeft w:val="480"/>
          <w:marRight w:val="0"/>
          <w:marTop w:val="0"/>
          <w:marBottom w:val="0"/>
          <w:divBdr>
            <w:top w:val="none" w:sz="0" w:space="0" w:color="auto"/>
            <w:left w:val="none" w:sz="0" w:space="0" w:color="auto"/>
            <w:bottom w:val="none" w:sz="0" w:space="0" w:color="auto"/>
            <w:right w:val="none" w:sz="0" w:space="0" w:color="auto"/>
          </w:divBdr>
        </w:div>
        <w:div w:id="2089692171">
          <w:marLeft w:val="480"/>
          <w:marRight w:val="0"/>
          <w:marTop w:val="0"/>
          <w:marBottom w:val="0"/>
          <w:divBdr>
            <w:top w:val="none" w:sz="0" w:space="0" w:color="auto"/>
            <w:left w:val="none" w:sz="0" w:space="0" w:color="auto"/>
            <w:bottom w:val="none" w:sz="0" w:space="0" w:color="auto"/>
            <w:right w:val="none" w:sz="0" w:space="0" w:color="auto"/>
          </w:divBdr>
        </w:div>
        <w:div w:id="2098555667">
          <w:marLeft w:val="480"/>
          <w:marRight w:val="0"/>
          <w:marTop w:val="0"/>
          <w:marBottom w:val="0"/>
          <w:divBdr>
            <w:top w:val="none" w:sz="0" w:space="0" w:color="auto"/>
            <w:left w:val="none" w:sz="0" w:space="0" w:color="auto"/>
            <w:bottom w:val="none" w:sz="0" w:space="0" w:color="auto"/>
            <w:right w:val="none" w:sz="0" w:space="0" w:color="auto"/>
          </w:divBdr>
        </w:div>
      </w:divsChild>
    </w:div>
    <w:div w:id="843324940">
      <w:bodyDiv w:val="1"/>
      <w:marLeft w:val="0"/>
      <w:marRight w:val="0"/>
      <w:marTop w:val="0"/>
      <w:marBottom w:val="0"/>
      <w:divBdr>
        <w:top w:val="none" w:sz="0" w:space="0" w:color="auto"/>
        <w:left w:val="none" w:sz="0" w:space="0" w:color="auto"/>
        <w:bottom w:val="none" w:sz="0" w:space="0" w:color="auto"/>
        <w:right w:val="none" w:sz="0" w:space="0" w:color="auto"/>
      </w:divBdr>
      <w:divsChild>
        <w:div w:id="37321363">
          <w:marLeft w:val="480"/>
          <w:marRight w:val="0"/>
          <w:marTop w:val="0"/>
          <w:marBottom w:val="0"/>
          <w:divBdr>
            <w:top w:val="none" w:sz="0" w:space="0" w:color="auto"/>
            <w:left w:val="none" w:sz="0" w:space="0" w:color="auto"/>
            <w:bottom w:val="none" w:sz="0" w:space="0" w:color="auto"/>
            <w:right w:val="none" w:sz="0" w:space="0" w:color="auto"/>
          </w:divBdr>
        </w:div>
        <w:div w:id="38558937">
          <w:marLeft w:val="480"/>
          <w:marRight w:val="0"/>
          <w:marTop w:val="0"/>
          <w:marBottom w:val="0"/>
          <w:divBdr>
            <w:top w:val="none" w:sz="0" w:space="0" w:color="auto"/>
            <w:left w:val="none" w:sz="0" w:space="0" w:color="auto"/>
            <w:bottom w:val="none" w:sz="0" w:space="0" w:color="auto"/>
            <w:right w:val="none" w:sz="0" w:space="0" w:color="auto"/>
          </w:divBdr>
        </w:div>
        <w:div w:id="67195002">
          <w:marLeft w:val="480"/>
          <w:marRight w:val="0"/>
          <w:marTop w:val="0"/>
          <w:marBottom w:val="0"/>
          <w:divBdr>
            <w:top w:val="none" w:sz="0" w:space="0" w:color="auto"/>
            <w:left w:val="none" w:sz="0" w:space="0" w:color="auto"/>
            <w:bottom w:val="none" w:sz="0" w:space="0" w:color="auto"/>
            <w:right w:val="none" w:sz="0" w:space="0" w:color="auto"/>
          </w:divBdr>
        </w:div>
        <w:div w:id="148063202">
          <w:marLeft w:val="480"/>
          <w:marRight w:val="0"/>
          <w:marTop w:val="0"/>
          <w:marBottom w:val="0"/>
          <w:divBdr>
            <w:top w:val="none" w:sz="0" w:space="0" w:color="auto"/>
            <w:left w:val="none" w:sz="0" w:space="0" w:color="auto"/>
            <w:bottom w:val="none" w:sz="0" w:space="0" w:color="auto"/>
            <w:right w:val="none" w:sz="0" w:space="0" w:color="auto"/>
          </w:divBdr>
        </w:div>
        <w:div w:id="207647041">
          <w:marLeft w:val="480"/>
          <w:marRight w:val="0"/>
          <w:marTop w:val="0"/>
          <w:marBottom w:val="0"/>
          <w:divBdr>
            <w:top w:val="none" w:sz="0" w:space="0" w:color="auto"/>
            <w:left w:val="none" w:sz="0" w:space="0" w:color="auto"/>
            <w:bottom w:val="none" w:sz="0" w:space="0" w:color="auto"/>
            <w:right w:val="none" w:sz="0" w:space="0" w:color="auto"/>
          </w:divBdr>
        </w:div>
        <w:div w:id="314916349">
          <w:marLeft w:val="480"/>
          <w:marRight w:val="0"/>
          <w:marTop w:val="0"/>
          <w:marBottom w:val="0"/>
          <w:divBdr>
            <w:top w:val="none" w:sz="0" w:space="0" w:color="auto"/>
            <w:left w:val="none" w:sz="0" w:space="0" w:color="auto"/>
            <w:bottom w:val="none" w:sz="0" w:space="0" w:color="auto"/>
            <w:right w:val="none" w:sz="0" w:space="0" w:color="auto"/>
          </w:divBdr>
        </w:div>
        <w:div w:id="420763797">
          <w:marLeft w:val="480"/>
          <w:marRight w:val="0"/>
          <w:marTop w:val="0"/>
          <w:marBottom w:val="0"/>
          <w:divBdr>
            <w:top w:val="none" w:sz="0" w:space="0" w:color="auto"/>
            <w:left w:val="none" w:sz="0" w:space="0" w:color="auto"/>
            <w:bottom w:val="none" w:sz="0" w:space="0" w:color="auto"/>
            <w:right w:val="none" w:sz="0" w:space="0" w:color="auto"/>
          </w:divBdr>
        </w:div>
        <w:div w:id="485823898">
          <w:marLeft w:val="480"/>
          <w:marRight w:val="0"/>
          <w:marTop w:val="0"/>
          <w:marBottom w:val="0"/>
          <w:divBdr>
            <w:top w:val="none" w:sz="0" w:space="0" w:color="auto"/>
            <w:left w:val="none" w:sz="0" w:space="0" w:color="auto"/>
            <w:bottom w:val="none" w:sz="0" w:space="0" w:color="auto"/>
            <w:right w:val="none" w:sz="0" w:space="0" w:color="auto"/>
          </w:divBdr>
        </w:div>
        <w:div w:id="516386984">
          <w:marLeft w:val="480"/>
          <w:marRight w:val="0"/>
          <w:marTop w:val="0"/>
          <w:marBottom w:val="0"/>
          <w:divBdr>
            <w:top w:val="none" w:sz="0" w:space="0" w:color="auto"/>
            <w:left w:val="none" w:sz="0" w:space="0" w:color="auto"/>
            <w:bottom w:val="none" w:sz="0" w:space="0" w:color="auto"/>
            <w:right w:val="none" w:sz="0" w:space="0" w:color="auto"/>
          </w:divBdr>
        </w:div>
        <w:div w:id="538784112">
          <w:marLeft w:val="480"/>
          <w:marRight w:val="0"/>
          <w:marTop w:val="0"/>
          <w:marBottom w:val="0"/>
          <w:divBdr>
            <w:top w:val="none" w:sz="0" w:space="0" w:color="auto"/>
            <w:left w:val="none" w:sz="0" w:space="0" w:color="auto"/>
            <w:bottom w:val="none" w:sz="0" w:space="0" w:color="auto"/>
            <w:right w:val="none" w:sz="0" w:space="0" w:color="auto"/>
          </w:divBdr>
        </w:div>
        <w:div w:id="655189994">
          <w:marLeft w:val="480"/>
          <w:marRight w:val="0"/>
          <w:marTop w:val="0"/>
          <w:marBottom w:val="0"/>
          <w:divBdr>
            <w:top w:val="none" w:sz="0" w:space="0" w:color="auto"/>
            <w:left w:val="none" w:sz="0" w:space="0" w:color="auto"/>
            <w:bottom w:val="none" w:sz="0" w:space="0" w:color="auto"/>
            <w:right w:val="none" w:sz="0" w:space="0" w:color="auto"/>
          </w:divBdr>
        </w:div>
        <w:div w:id="732049832">
          <w:marLeft w:val="480"/>
          <w:marRight w:val="0"/>
          <w:marTop w:val="0"/>
          <w:marBottom w:val="0"/>
          <w:divBdr>
            <w:top w:val="none" w:sz="0" w:space="0" w:color="auto"/>
            <w:left w:val="none" w:sz="0" w:space="0" w:color="auto"/>
            <w:bottom w:val="none" w:sz="0" w:space="0" w:color="auto"/>
            <w:right w:val="none" w:sz="0" w:space="0" w:color="auto"/>
          </w:divBdr>
        </w:div>
        <w:div w:id="836069045">
          <w:marLeft w:val="480"/>
          <w:marRight w:val="0"/>
          <w:marTop w:val="0"/>
          <w:marBottom w:val="0"/>
          <w:divBdr>
            <w:top w:val="none" w:sz="0" w:space="0" w:color="auto"/>
            <w:left w:val="none" w:sz="0" w:space="0" w:color="auto"/>
            <w:bottom w:val="none" w:sz="0" w:space="0" w:color="auto"/>
            <w:right w:val="none" w:sz="0" w:space="0" w:color="auto"/>
          </w:divBdr>
        </w:div>
        <w:div w:id="861939316">
          <w:marLeft w:val="480"/>
          <w:marRight w:val="0"/>
          <w:marTop w:val="0"/>
          <w:marBottom w:val="0"/>
          <w:divBdr>
            <w:top w:val="none" w:sz="0" w:space="0" w:color="auto"/>
            <w:left w:val="none" w:sz="0" w:space="0" w:color="auto"/>
            <w:bottom w:val="none" w:sz="0" w:space="0" w:color="auto"/>
            <w:right w:val="none" w:sz="0" w:space="0" w:color="auto"/>
          </w:divBdr>
        </w:div>
        <w:div w:id="867570515">
          <w:marLeft w:val="480"/>
          <w:marRight w:val="0"/>
          <w:marTop w:val="0"/>
          <w:marBottom w:val="0"/>
          <w:divBdr>
            <w:top w:val="none" w:sz="0" w:space="0" w:color="auto"/>
            <w:left w:val="none" w:sz="0" w:space="0" w:color="auto"/>
            <w:bottom w:val="none" w:sz="0" w:space="0" w:color="auto"/>
            <w:right w:val="none" w:sz="0" w:space="0" w:color="auto"/>
          </w:divBdr>
        </w:div>
        <w:div w:id="874738259">
          <w:marLeft w:val="480"/>
          <w:marRight w:val="0"/>
          <w:marTop w:val="0"/>
          <w:marBottom w:val="0"/>
          <w:divBdr>
            <w:top w:val="none" w:sz="0" w:space="0" w:color="auto"/>
            <w:left w:val="none" w:sz="0" w:space="0" w:color="auto"/>
            <w:bottom w:val="none" w:sz="0" w:space="0" w:color="auto"/>
            <w:right w:val="none" w:sz="0" w:space="0" w:color="auto"/>
          </w:divBdr>
        </w:div>
        <w:div w:id="1148211367">
          <w:marLeft w:val="480"/>
          <w:marRight w:val="0"/>
          <w:marTop w:val="0"/>
          <w:marBottom w:val="0"/>
          <w:divBdr>
            <w:top w:val="none" w:sz="0" w:space="0" w:color="auto"/>
            <w:left w:val="none" w:sz="0" w:space="0" w:color="auto"/>
            <w:bottom w:val="none" w:sz="0" w:space="0" w:color="auto"/>
            <w:right w:val="none" w:sz="0" w:space="0" w:color="auto"/>
          </w:divBdr>
        </w:div>
        <w:div w:id="1373460957">
          <w:marLeft w:val="480"/>
          <w:marRight w:val="0"/>
          <w:marTop w:val="0"/>
          <w:marBottom w:val="0"/>
          <w:divBdr>
            <w:top w:val="none" w:sz="0" w:space="0" w:color="auto"/>
            <w:left w:val="none" w:sz="0" w:space="0" w:color="auto"/>
            <w:bottom w:val="none" w:sz="0" w:space="0" w:color="auto"/>
            <w:right w:val="none" w:sz="0" w:space="0" w:color="auto"/>
          </w:divBdr>
        </w:div>
        <w:div w:id="1525051967">
          <w:marLeft w:val="480"/>
          <w:marRight w:val="0"/>
          <w:marTop w:val="0"/>
          <w:marBottom w:val="0"/>
          <w:divBdr>
            <w:top w:val="none" w:sz="0" w:space="0" w:color="auto"/>
            <w:left w:val="none" w:sz="0" w:space="0" w:color="auto"/>
            <w:bottom w:val="none" w:sz="0" w:space="0" w:color="auto"/>
            <w:right w:val="none" w:sz="0" w:space="0" w:color="auto"/>
          </w:divBdr>
        </w:div>
        <w:div w:id="1542547956">
          <w:marLeft w:val="480"/>
          <w:marRight w:val="0"/>
          <w:marTop w:val="0"/>
          <w:marBottom w:val="0"/>
          <w:divBdr>
            <w:top w:val="none" w:sz="0" w:space="0" w:color="auto"/>
            <w:left w:val="none" w:sz="0" w:space="0" w:color="auto"/>
            <w:bottom w:val="none" w:sz="0" w:space="0" w:color="auto"/>
            <w:right w:val="none" w:sz="0" w:space="0" w:color="auto"/>
          </w:divBdr>
        </w:div>
        <w:div w:id="1571499870">
          <w:marLeft w:val="480"/>
          <w:marRight w:val="0"/>
          <w:marTop w:val="0"/>
          <w:marBottom w:val="0"/>
          <w:divBdr>
            <w:top w:val="none" w:sz="0" w:space="0" w:color="auto"/>
            <w:left w:val="none" w:sz="0" w:space="0" w:color="auto"/>
            <w:bottom w:val="none" w:sz="0" w:space="0" w:color="auto"/>
            <w:right w:val="none" w:sz="0" w:space="0" w:color="auto"/>
          </w:divBdr>
        </w:div>
        <w:div w:id="1580557138">
          <w:marLeft w:val="480"/>
          <w:marRight w:val="0"/>
          <w:marTop w:val="0"/>
          <w:marBottom w:val="0"/>
          <w:divBdr>
            <w:top w:val="none" w:sz="0" w:space="0" w:color="auto"/>
            <w:left w:val="none" w:sz="0" w:space="0" w:color="auto"/>
            <w:bottom w:val="none" w:sz="0" w:space="0" w:color="auto"/>
            <w:right w:val="none" w:sz="0" w:space="0" w:color="auto"/>
          </w:divBdr>
        </w:div>
        <w:div w:id="1591501267">
          <w:marLeft w:val="480"/>
          <w:marRight w:val="0"/>
          <w:marTop w:val="0"/>
          <w:marBottom w:val="0"/>
          <w:divBdr>
            <w:top w:val="none" w:sz="0" w:space="0" w:color="auto"/>
            <w:left w:val="none" w:sz="0" w:space="0" w:color="auto"/>
            <w:bottom w:val="none" w:sz="0" w:space="0" w:color="auto"/>
            <w:right w:val="none" w:sz="0" w:space="0" w:color="auto"/>
          </w:divBdr>
        </w:div>
        <w:div w:id="1645424493">
          <w:marLeft w:val="480"/>
          <w:marRight w:val="0"/>
          <w:marTop w:val="0"/>
          <w:marBottom w:val="0"/>
          <w:divBdr>
            <w:top w:val="none" w:sz="0" w:space="0" w:color="auto"/>
            <w:left w:val="none" w:sz="0" w:space="0" w:color="auto"/>
            <w:bottom w:val="none" w:sz="0" w:space="0" w:color="auto"/>
            <w:right w:val="none" w:sz="0" w:space="0" w:color="auto"/>
          </w:divBdr>
        </w:div>
        <w:div w:id="1666855673">
          <w:marLeft w:val="480"/>
          <w:marRight w:val="0"/>
          <w:marTop w:val="0"/>
          <w:marBottom w:val="0"/>
          <w:divBdr>
            <w:top w:val="none" w:sz="0" w:space="0" w:color="auto"/>
            <w:left w:val="none" w:sz="0" w:space="0" w:color="auto"/>
            <w:bottom w:val="none" w:sz="0" w:space="0" w:color="auto"/>
            <w:right w:val="none" w:sz="0" w:space="0" w:color="auto"/>
          </w:divBdr>
        </w:div>
        <w:div w:id="1697461102">
          <w:marLeft w:val="480"/>
          <w:marRight w:val="0"/>
          <w:marTop w:val="0"/>
          <w:marBottom w:val="0"/>
          <w:divBdr>
            <w:top w:val="none" w:sz="0" w:space="0" w:color="auto"/>
            <w:left w:val="none" w:sz="0" w:space="0" w:color="auto"/>
            <w:bottom w:val="none" w:sz="0" w:space="0" w:color="auto"/>
            <w:right w:val="none" w:sz="0" w:space="0" w:color="auto"/>
          </w:divBdr>
        </w:div>
        <w:div w:id="1780953051">
          <w:marLeft w:val="480"/>
          <w:marRight w:val="0"/>
          <w:marTop w:val="0"/>
          <w:marBottom w:val="0"/>
          <w:divBdr>
            <w:top w:val="none" w:sz="0" w:space="0" w:color="auto"/>
            <w:left w:val="none" w:sz="0" w:space="0" w:color="auto"/>
            <w:bottom w:val="none" w:sz="0" w:space="0" w:color="auto"/>
            <w:right w:val="none" w:sz="0" w:space="0" w:color="auto"/>
          </w:divBdr>
        </w:div>
        <w:div w:id="1789086487">
          <w:marLeft w:val="480"/>
          <w:marRight w:val="0"/>
          <w:marTop w:val="0"/>
          <w:marBottom w:val="0"/>
          <w:divBdr>
            <w:top w:val="none" w:sz="0" w:space="0" w:color="auto"/>
            <w:left w:val="none" w:sz="0" w:space="0" w:color="auto"/>
            <w:bottom w:val="none" w:sz="0" w:space="0" w:color="auto"/>
            <w:right w:val="none" w:sz="0" w:space="0" w:color="auto"/>
          </w:divBdr>
        </w:div>
        <w:div w:id="1887524367">
          <w:marLeft w:val="480"/>
          <w:marRight w:val="0"/>
          <w:marTop w:val="0"/>
          <w:marBottom w:val="0"/>
          <w:divBdr>
            <w:top w:val="none" w:sz="0" w:space="0" w:color="auto"/>
            <w:left w:val="none" w:sz="0" w:space="0" w:color="auto"/>
            <w:bottom w:val="none" w:sz="0" w:space="0" w:color="auto"/>
            <w:right w:val="none" w:sz="0" w:space="0" w:color="auto"/>
          </w:divBdr>
        </w:div>
        <w:div w:id="1900824387">
          <w:marLeft w:val="480"/>
          <w:marRight w:val="0"/>
          <w:marTop w:val="0"/>
          <w:marBottom w:val="0"/>
          <w:divBdr>
            <w:top w:val="none" w:sz="0" w:space="0" w:color="auto"/>
            <w:left w:val="none" w:sz="0" w:space="0" w:color="auto"/>
            <w:bottom w:val="none" w:sz="0" w:space="0" w:color="auto"/>
            <w:right w:val="none" w:sz="0" w:space="0" w:color="auto"/>
          </w:divBdr>
        </w:div>
        <w:div w:id="1930651100">
          <w:marLeft w:val="480"/>
          <w:marRight w:val="0"/>
          <w:marTop w:val="0"/>
          <w:marBottom w:val="0"/>
          <w:divBdr>
            <w:top w:val="none" w:sz="0" w:space="0" w:color="auto"/>
            <w:left w:val="none" w:sz="0" w:space="0" w:color="auto"/>
            <w:bottom w:val="none" w:sz="0" w:space="0" w:color="auto"/>
            <w:right w:val="none" w:sz="0" w:space="0" w:color="auto"/>
          </w:divBdr>
        </w:div>
        <w:div w:id="1957827566">
          <w:marLeft w:val="480"/>
          <w:marRight w:val="0"/>
          <w:marTop w:val="0"/>
          <w:marBottom w:val="0"/>
          <w:divBdr>
            <w:top w:val="none" w:sz="0" w:space="0" w:color="auto"/>
            <w:left w:val="none" w:sz="0" w:space="0" w:color="auto"/>
            <w:bottom w:val="none" w:sz="0" w:space="0" w:color="auto"/>
            <w:right w:val="none" w:sz="0" w:space="0" w:color="auto"/>
          </w:divBdr>
        </w:div>
        <w:div w:id="2055807292">
          <w:marLeft w:val="480"/>
          <w:marRight w:val="0"/>
          <w:marTop w:val="0"/>
          <w:marBottom w:val="0"/>
          <w:divBdr>
            <w:top w:val="none" w:sz="0" w:space="0" w:color="auto"/>
            <w:left w:val="none" w:sz="0" w:space="0" w:color="auto"/>
            <w:bottom w:val="none" w:sz="0" w:space="0" w:color="auto"/>
            <w:right w:val="none" w:sz="0" w:space="0" w:color="auto"/>
          </w:divBdr>
        </w:div>
        <w:div w:id="2097088083">
          <w:marLeft w:val="480"/>
          <w:marRight w:val="0"/>
          <w:marTop w:val="0"/>
          <w:marBottom w:val="0"/>
          <w:divBdr>
            <w:top w:val="none" w:sz="0" w:space="0" w:color="auto"/>
            <w:left w:val="none" w:sz="0" w:space="0" w:color="auto"/>
            <w:bottom w:val="none" w:sz="0" w:space="0" w:color="auto"/>
            <w:right w:val="none" w:sz="0" w:space="0" w:color="auto"/>
          </w:divBdr>
        </w:div>
        <w:div w:id="2101680648">
          <w:marLeft w:val="480"/>
          <w:marRight w:val="0"/>
          <w:marTop w:val="0"/>
          <w:marBottom w:val="0"/>
          <w:divBdr>
            <w:top w:val="none" w:sz="0" w:space="0" w:color="auto"/>
            <w:left w:val="none" w:sz="0" w:space="0" w:color="auto"/>
            <w:bottom w:val="none" w:sz="0" w:space="0" w:color="auto"/>
            <w:right w:val="none" w:sz="0" w:space="0" w:color="auto"/>
          </w:divBdr>
        </w:div>
        <w:div w:id="2116510285">
          <w:marLeft w:val="480"/>
          <w:marRight w:val="0"/>
          <w:marTop w:val="0"/>
          <w:marBottom w:val="0"/>
          <w:divBdr>
            <w:top w:val="none" w:sz="0" w:space="0" w:color="auto"/>
            <w:left w:val="none" w:sz="0" w:space="0" w:color="auto"/>
            <w:bottom w:val="none" w:sz="0" w:space="0" w:color="auto"/>
            <w:right w:val="none" w:sz="0" w:space="0" w:color="auto"/>
          </w:divBdr>
        </w:div>
      </w:divsChild>
    </w:div>
    <w:div w:id="843859655">
      <w:bodyDiv w:val="1"/>
      <w:marLeft w:val="0"/>
      <w:marRight w:val="0"/>
      <w:marTop w:val="0"/>
      <w:marBottom w:val="0"/>
      <w:divBdr>
        <w:top w:val="none" w:sz="0" w:space="0" w:color="auto"/>
        <w:left w:val="none" w:sz="0" w:space="0" w:color="auto"/>
        <w:bottom w:val="none" w:sz="0" w:space="0" w:color="auto"/>
        <w:right w:val="none" w:sz="0" w:space="0" w:color="auto"/>
      </w:divBdr>
      <w:divsChild>
        <w:div w:id="41561189">
          <w:marLeft w:val="480"/>
          <w:marRight w:val="0"/>
          <w:marTop w:val="0"/>
          <w:marBottom w:val="0"/>
          <w:divBdr>
            <w:top w:val="none" w:sz="0" w:space="0" w:color="auto"/>
            <w:left w:val="none" w:sz="0" w:space="0" w:color="auto"/>
            <w:bottom w:val="none" w:sz="0" w:space="0" w:color="auto"/>
            <w:right w:val="none" w:sz="0" w:space="0" w:color="auto"/>
          </w:divBdr>
        </w:div>
        <w:div w:id="51584762">
          <w:marLeft w:val="480"/>
          <w:marRight w:val="0"/>
          <w:marTop w:val="0"/>
          <w:marBottom w:val="0"/>
          <w:divBdr>
            <w:top w:val="none" w:sz="0" w:space="0" w:color="auto"/>
            <w:left w:val="none" w:sz="0" w:space="0" w:color="auto"/>
            <w:bottom w:val="none" w:sz="0" w:space="0" w:color="auto"/>
            <w:right w:val="none" w:sz="0" w:space="0" w:color="auto"/>
          </w:divBdr>
        </w:div>
        <w:div w:id="124007205">
          <w:marLeft w:val="480"/>
          <w:marRight w:val="0"/>
          <w:marTop w:val="0"/>
          <w:marBottom w:val="0"/>
          <w:divBdr>
            <w:top w:val="none" w:sz="0" w:space="0" w:color="auto"/>
            <w:left w:val="none" w:sz="0" w:space="0" w:color="auto"/>
            <w:bottom w:val="none" w:sz="0" w:space="0" w:color="auto"/>
            <w:right w:val="none" w:sz="0" w:space="0" w:color="auto"/>
          </w:divBdr>
        </w:div>
        <w:div w:id="158011178">
          <w:marLeft w:val="480"/>
          <w:marRight w:val="0"/>
          <w:marTop w:val="0"/>
          <w:marBottom w:val="0"/>
          <w:divBdr>
            <w:top w:val="none" w:sz="0" w:space="0" w:color="auto"/>
            <w:left w:val="none" w:sz="0" w:space="0" w:color="auto"/>
            <w:bottom w:val="none" w:sz="0" w:space="0" w:color="auto"/>
            <w:right w:val="none" w:sz="0" w:space="0" w:color="auto"/>
          </w:divBdr>
        </w:div>
        <w:div w:id="197863274">
          <w:marLeft w:val="480"/>
          <w:marRight w:val="0"/>
          <w:marTop w:val="0"/>
          <w:marBottom w:val="0"/>
          <w:divBdr>
            <w:top w:val="none" w:sz="0" w:space="0" w:color="auto"/>
            <w:left w:val="none" w:sz="0" w:space="0" w:color="auto"/>
            <w:bottom w:val="none" w:sz="0" w:space="0" w:color="auto"/>
            <w:right w:val="none" w:sz="0" w:space="0" w:color="auto"/>
          </w:divBdr>
        </w:div>
        <w:div w:id="215704065">
          <w:marLeft w:val="480"/>
          <w:marRight w:val="0"/>
          <w:marTop w:val="0"/>
          <w:marBottom w:val="0"/>
          <w:divBdr>
            <w:top w:val="none" w:sz="0" w:space="0" w:color="auto"/>
            <w:left w:val="none" w:sz="0" w:space="0" w:color="auto"/>
            <w:bottom w:val="none" w:sz="0" w:space="0" w:color="auto"/>
            <w:right w:val="none" w:sz="0" w:space="0" w:color="auto"/>
          </w:divBdr>
        </w:div>
        <w:div w:id="221789747">
          <w:marLeft w:val="480"/>
          <w:marRight w:val="0"/>
          <w:marTop w:val="0"/>
          <w:marBottom w:val="0"/>
          <w:divBdr>
            <w:top w:val="none" w:sz="0" w:space="0" w:color="auto"/>
            <w:left w:val="none" w:sz="0" w:space="0" w:color="auto"/>
            <w:bottom w:val="none" w:sz="0" w:space="0" w:color="auto"/>
            <w:right w:val="none" w:sz="0" w:space="0" w:color="auto"/>
          </w:divBdr>
        </w:div>
        <w:div w:id="375008749">
          <w:marLeft w:val="480"/>
          <w:marRight w:val="0"/>
          <w:marTop w:val="0"/>
          <w:marBottom w:val="0"/>
          <w:divBdr>
            <w:top w:val="none" w:sz="0" w:space="0" w:color="auto"/>
            <w:left w:val="none" w:sz="0" w:space="0" w:color="auto"/>
            <w:bottom w:val="none" w:sz="0" w:space="0" w:color="auto"/>
            <w:right w:val="none" w:sz="0" w:space="0" w:color="auto"/>
          </w:divBdr>
        </w:div>
        <w:div w:id="442962196">
          <w:marLeft w:val="480"/>
          <w:marRight w:val="0"/>
          <w:marTop w:val="0"/>
          <w:marBottom w:val="0"/>
          <w:divBdr>
            <w:top w:val="none" w:sz="0" w:space="0" w:color="auto"/>
            <w:left w:val="none" w:sz="0" w:space="0" w:color="auto"/>
            <w:bottom w:val="none" w:sz="0" w:space="0" w:color="auto"/>
            <w:right w:val="none" w:sz="0" w:space="0" w:color="auto"/>
          </w:divBdr>
        </w:div>
        <w:div w:id="505439031">
          <w:marLeft w:val="480"/>
          <w:marRight w:val="0"/>
          <w:marTop w:val="0"/>
          <w:marBottom w:val="0"/>
          <w:divBdr>
            <w:top w:val="none" w:sz="0" w:space="0" w:color="auto"/>
            <w:left w:val="none" w:sz="0" w:space="0" w:color="auto"/>
            <w:bottom w:val="none" w:sz="0" w:space="0" w:color="auto"/>
            <w:right w:val="none" w:sz="0" w:space="0" w:color="auto"/>
          </w:divBdr>
        </w:div>
        <w:div w:id="539167636">
          <w:marLeft w:val="480"/>
          <w:marRight w:val="0"/>
          <w:marTop w:val="0"/>
          <w:marBottom w:val="0"/>
          <w:divBdr>
            <w:top w:val="none" w:sz="0" w:space="0" w:color="auto"/>
            <w:left w:val="none" w:sz="0" w:space="0" w:color="auto"/>
            <w:bottom w:val="none" w:sz="0" w:space="0" w:color="auto"/>
            <w:right w:val="none" w:sz="0" w:space="0" w:color="auto"/>
          </w:divBdr>
        </w:div>
        <w:div w:id="575474328">
          <w:marLeft w:val="480"/>
          <w:marRight w:val="0"/>
          <w:marTop w:val="0"/>
          <w:marBottom w:val="0"/>
          <w:divBdr>
            <w:top w:val="none" w:sz="0" w:space="0" w:color="auto"/>
            <w:left w:val="none" w:sz="0" w:space="0" w:color="auto"/>
            <w:bottom w:val="none" w:sz="0" w:space="0" w:color="auto"/>
            <w:right w:val="none" w:sz="0" w:space="0" w:color="auto"/>
          </w:divBdr>
        </w:div>
        <w:div w:id="762647193">
          <w:marLeft w:val="480"/>
          <w:marRight w:val="0"/>
          <w:marTop w:val="0"/>
          <w:marBottom w:val="0"/>
          <w:divBdr>
            <w:top w:val="none" w:sz="0" w:space="0" w:color="auto"/>
            <w:left w:val="none" w:sz="0" w:space="0" w:color="auto"/>
            <w:bottom w:val="none" w:sz="0" w:space="0" w:color="auto"/>
            <w:right w:val="none" w:sz="0" w:space="0" w:color="auto"/>
          </w:divBdr>
        </w:div>
        <w:div w:id="913050655">
          <w:marLeft w:val="480"/>
          <w:marRight w:val="0"/>
          <w:marTop w:val="0"/>
          <w:marBottom w:val="0"/>
          <w:divBdr>
            <w:top w:val="none" w:sz="0" w:space="0" w:color="auto"/>
            <w:left w:val="none" w:sz="0" w:space="0" w:color="auto"/>
            <w:bottom w:val="none" w:sz="0" w:space="0" w:color="auto"/>
            <w:right w:val="none" w:sz="0" w:space="0" w:color="auto"/>
          </w:divBdr>
        </w:div>
        <w:div w:id="1145657999">
          <w:marLeft w:val="480"/>
          <w:marRight w:val="0"/>
          <w:marTop w:val="0"/>
          <w:marBottom w:val="0"/>
          <w:divBdr>
            <w:top w:val="none" w:sz="0" w:space="0" w:color="auto"/>
            <w:left w:val="none" w:sz="0" w:space="0" w:color="auto"/>
            <w:bottom w:val="none" w:sz="0" w:space="0" w:color="auto"/>
            <w:right w:val="none" w:sz="0" w:space="0" w:color="auto"/>
          </w:divBdr>
        </w:div>
        <w:div w:id="1256789850">
          <w:marLeft w:val="480"/>
          <w:marRight w:val="0"/>
          <w:marTop w:val="0"/>
          <w:marBottom w:val="0"/>
          <w:divBdr>
            <w:top w:val="none" w:sz="0" w:space="0" w:color="auto"/>
            <w:left w:val="none" w:sz="0" w:space="0" w:color="auto"/>
            <w:bottom w:val="none" w:sz="0" w:space="0" w:color="auto"/>
            <w:right w:val="none" w:sz="0" w:space="0" w:color="auto"/>
          </w:divBdr>
        </w:div>
        <w:div w:id="1465583543">
          <w:marLeft w:val="480"/>
          <w:marRight w:val="0"/>
          <w:marTop w:val="0"/>
          <w:marBottom w:val="0"/>
          <w:divBdr>
            <w:top w:val="none" w:sz="0" w:space="0" w:color="auto"/>
            <w:left w:val="none" w:sz="0" w:space="0" w:color="auto"/>
            <w:bottom w:val="none" w:sz="0" w:space="0" w:color="auto"/>
            <w:right w:val="none" w:sz="0" w:space="0" w:color="auto"/>
          </w:divBdr>
        </w:div>
        <w:div w:id="1514881453">
          <w:marLeft w:val="480"/>
          <w:marRight w:val="0"/>
          <w:marTop w:val="0"/>
          <w:marBottom w:val="0"/>
          <w:divBdr>
            <w:top w:val="none" w:sz="0" w:space="0" w:color="auto"/>
            <w:left w:val="none" w:sz="0" w:space="0" w:color="auto"/>
            <w:bottom w:val="none" w:sz="0" w:space="0" w:color="auto"/>
            <w:right w:val="none" w:sz="0" w:space="0" w:color="auto"/>
          </w:divBdr>
        </w:div>
        <w:div w:id="1521431423">
          <w:marLeft w:val="480"/>
          <w:marRight w:val="0"/>
          <w:marTop w:val="0"/>
          <w:marBottom w:val="0"/>
          <w:divBdr>
            <w:top w:val="none" w:sz="0" w:space="0" w:color="auto"/>
            <w:left w:val="none" w:sz="0" w:space="0" w:color="auto"/>
            <w:bottom w:val="none" w:sz="0" w:space="0" w:color="auto"/>
            <w:right w:val="none" w:sz="0" w:space="0" w:color="auto"/>
          </w:divBdr>
        </w:div>
        <w:div w:id="1535077680">
          <w:marLeft w:val="480"/>
          <w:marRight w:val="0"/>
          <w:marTop w:val="0"/>
          <w:marBottom w:val="0"/>
          <w:divBdr>
            <w:top w:val="none" w:sz="0" w:space="0" w:color="auto"/>
            <w:left w:val="none" w:sz="0" w:space="0" w:color="auto"/>
            <w:bottom w:val="none" w:sz="0" w:space="0" w:color="auto"/>
            <w:right w:val="none" w:sz="0" w:space="0" w:color="auto"/>
          </w:divBdr>
        </w:div>
        <w:div w:id="1553808556">
          <w:marLeft w:val="480"/>
          <w:marRight w:val="0"/>
          <w:marTop w:val="0"/>
          <w:marBottom w:val="0"/>
          <w:divBdr>
            <w:top w:val="none" w:sz="0" w:space="0" w:color="auto"/>
            <w:left w:val="none" w:sz="0" w:space="0" w:color="auto"/>
            <w:bottom w:val="none" w:sz="0" w:space="0" w:color="auto"/>
            <w:right w:val="none" w:sz="0" w:space="0" w:color="auto"/>
          </w:divBdr>
        </w:div>
        <w:div w:id="1567762657">
          <w:marLeft w:val="480"/>
          <w:marRight w:val="0"/>
          <w:marTop w:val="0"/>
          <w:marBottom w:val="0"/>
          <w:divBdr>
            <w:top w:val="none" w:sz="0" w:space="0" w:color="auto"/>
            <w:left w:val="none" w:sz="0" w:space="0" w:color="auto"/>
            <w:bottom w:val="none" w:sz="0" w:space="0" w:color="auto"/>
            <w:right w:val="none" w:sz="0" w:space="0" w:color="auto"/>
          </w:divBdr>
        </w:div>
        <w:div w:id="1573739116">
          <w:marLeft w:val="480"/>
          <w:marRight w:val="0"/>
          <w:marTop w:val="0"/>
          <w:marBottom w:val="0"/>
          <w:divBdr>
            <w:top w:val="none" w:sz="0" w:space="0" w:color="auto"/>
            <w:left w:val="none" w:sz="0" w:space="0" w:color="auto"/>
            <w:bottom w:val="none" w:sz="0" w:space="0" w:color="auto"/>
            <w:right w:val="none" w:sz="0" w:space="0" w:color="auto"/>
          </w:divBdr>
        </w:div>
        <w:div w:id="1624069303">
          <w:marLeft w:val="480"/>
          <w:marRight w:val="0"/>
          <w:marTop w:val="0"/>
          <w:marBottom w:val="0"/>
          <w:divBdr>
            <w:top w:val="none" w:sz="0" w:space="0" w:color="auto"/>
            <w:left w:val="none" w:sz="0" w:space="0" w:color="auto"/>
            <w:bottom w:val="none" w:sz="0" w:space="0" w:color="auto"/>
            <w:right w:val="none" w:sz="0" w:space="0" w:color="auto"/>
          </w:divBdr>
        </w:div>
        <w:div w:id="1636984266">
          <w:marLeft w:val="480"/>
          <w:marRight w:val="0"/>
          <w:marTop w:val="0"/>
          <w:marBottom w:val="0"/>
          <w:divBdr>
            <w:top w:val="none" w:sz="0" w:space="0" w:color="auto"/>
            <w:left w:val="none" w:sz="0" w:space="0" w:color="auto"/>
            <w:bottom w:val="none" w:sz="0" w:space="0" w:color="auto"/>
            <w:right w:val="none" w:sz="0" w:space="0" w:color="auto"/>
          </w:divBdr>
        </w:div>
        <w:div w:id="1652253439">
          <w:marLeft w:val="480"/>
          <w:marRight w:val="0"/>
          <w:marTop w:val="0"/>
          <w:marBottom w:val="0"/>
          <w:divBdr>
            <w:top w:val="none" w:sz="0" w:space="0" w:color="auto"/>
            <w:left w:val="none" w:sz="0" w:space="0" w:color="auto"/>
            <w:bottom w:val="none" w:sz="0" w:space="0" w:color="auto"/>
            <w:right w:val="none" w:sz="0" w:space="0" w:color="auto"/>
          </w:divBdr>
        </w:div>
        <w:div w:id="1679843071">
          <w:marLeft w:val="480"/>
          <w:marRight w:val="0"/>
          <w:marTop w:val="0"/>
          <w:marBottom w:val="0"/>
          <w:divBdr>
            <w:top w:val="none" w:sz="0" w:space="0" w:color="auto"/>
            <w:left w:val="none" w:sz="0" w:space="0" w:color="auto"/>
            <w:bottom w:val="none" w:sz="0" w:space="0" w:color="auto"/>
            <w:right w:val="none" w:sz="0" w:space="0" w:color="auto"/>
          </w:divBdr>
        </w:div>
        <w:div w:id="1712876412">
          <w:marLeft w:val="480"/>
          <w:marRight w:val="0"/>
          <w:marTop w:val="0"/>
          <w:marBottom w:val="0"/>
          <w:divBdr>
            <w:top w:val="none" w:sz="0" w:space="0" w:color="auto"/>
            <w:left w:val="none" w:sz="0" w:space="0" w:color="auto"/>
            <w:bottom w:val="none" w:sz="0" w:space="0" w:color="auto"/>
            <w:right w:val="none" w:sz="0" w:space="0" w:color="auto"/>
          </w:divBdr>
        </w:div>
        <w:div w:id="1733966645">
          <w:marLeft w:val="480"/>
          <w:marRight w:val="0"/>
          <w:marTop w:val="0"/>
          <w:marBottom w:val="0"/>
          <w:divBdr>
            <w:top w:val="none" w:sz="0" w:space="0" w:color="auto"/>
            <w:left w:val="none" w:sz="0" w:space="0" w:color="auto"/>
            <w:bottom w:val="none" w:sz="0" w:space="0" w:color="auto"/>
            <w:right w:val="none" w:sz="0" w:space="0" w:color="auto"/>
          </w:divBdr>
        </w:div>
        <w:div w:id="1840802997">
          <w:marLeft w:val="480"/>
          <w:marRight w:val="0"/>
          <w:marTop w:val="0"/>
          <w:marBottom w:val="0"/>
          <w:divBdr>
            <w:top w:val="none" w:sz="0" w:space="0" w:color="auto"/>
            <w:left w:val="none" w:sz="0" w:space="0" w:color="auto"/>
            <w:bottom w:val="none" w:sz="0" w:space="0" w:color="auto"/>
            <w:right w:val="none" w:sz="0" w:space="0" w:color="auto"/>
          </w:divBdr>
        </w:div>
        <w:div w:id="2037265979">
          <w:marLeft w:val="480"/>
          <w:marRight w:val="0"/>
          <w:marTop w:val="0"/>
          <w:marBottom w:val="0"/>
          <w:divBdr>
            <w:top w:val="none" w:sz="0" w:space="0" w:color="auto"/>
            <w:left w:val="none" w:sz="0" w:space="0" w:color="auto"/>
            <w:bottom w:val="none" w:sz="0" w:space="0" w:color="auto"/>
            <w:right w:val="none" w:sz="0" w:space="0" w:color="auto"/>
          </w:divBdr>
        </w:div>
        <w:div w:id="2045907696">
          <w:marLeft w:val="480"/>
          <w:marRight w:val="0"/>
          <w:marTop w:val="0"/>
          <w:marBottom w:val="0"/>
          <w:divBdr>
            <w:top w:val="none" w:sz="0" w:space="0" w:color="auto"/>
            <w:left w:val="none" w:sz="0" w:space="0" w:color="auto"/>
            <w:bottom w:val="none" w:sz="0" w:space="0" w:color="auto"/>
            <w:right w:val="none" w:sz="0" w:space="0" w:color="auto"/>
          </w:divBdr>
        </w:div>
        <w:div w:id="2079866680">
          <w:marLeft w:val="480"/>
          <w:marRight w:val="0"/>
          <w:marTop w:val="0"/>
          <w:marBottom w:val="0"/>
          <w:divBdr>
            <w:top w:val="none" w:sz="0" w:space="0" w:color="auto"/>
            <w:left w:val="none" w:sz="0" w:space="0" w:color="auto"/>
            <w:bottom w:val="none" w:sz="0" w:space="0" w:color="auto"/>
            <w:right w:val="none" w:sz="0" w:space="0" w:color="auto"/>
          </w:divBdr>
        </w:div>
        <w:div w:id="2107723481">
          <w:marLeft w:val="480"/>
          <w:marRight w:val="0"/>
          <w:marTop w:val="0"/>
          <w:marBottom w:val="0"/>
          <w:divBdr>
            <w:top w:val="none" w:sz="0" w:space="0" w:color="auto"/>
            <w:left w:val="none" w:sz="0" w:space="0" w:color="auto"/>
            <w:bottom w:val="none" w:sz="0" w:space="0" w:color="auto"/>
            <w:right w:val="none" w:sz="0" w:space="0" w:color="auto"/>
          </w:divBdr>
        </w:div>
      </w:divsChild>
    </w:div>
    <w:div w:id="844050860">
      <w:bodyDiv w:val="1"/>
      <w:marLeft w:val="0"/>
      <w:marRight w:val="0"/>
      <w:marTop w:val="0"/>
      <w:marBottom w:val="0"/>
      <w:divBdr>
        <w:top w:val="none" w:sz="0" w:space="0" w:color="auto"/>
        <w:left w:val="none" w:sz="0" w:space="0" w:color="auto"/>
        <w:bottom w:val="none" w:sz="0" w:space="0" w:color="auto"/>
        <w:right w:val="none" w:sz="0" w:space="0" w:color="auto"/>
      </w:divBdr>
    </w:div>
    <w:div w:id="846869891">
      <w:bodyDiv w:val="1"/>
      <w:marLeft w:val="0"/>
      <w:marRight w:val="0"/>
      <w:marTop w:val="0"/>
      <w:marBottom w:val="0"/>
      <w:divBdr>
        <w:top w:val="none" w:sz="0" w:space="0" w:color="auto"/>
        <w:left w:val="none" w:sz="0" w:space="0" w:color="auto"/>
        <w:bottom w:val="none" w:sz="0" w:space="0" w:color="auto"/>
        <w:right w:val="none" w:sz="0" w:space="0" w:color="auto"/>
      </w:divBdr>
    </w:div>
    <w:div w:id="847448438">
      <w:bodyDiv w:val="1"/>
      <w:marLeft w:val="0"/>
      <w:marRight w:val="0"/>
      <w:marTop w:val="0"/>
      <w:marBottom w:val="0"/>
      <w:divBdr>
        <w:top w:val="none" w:sz="0" w:space="0" w:color="auto"/>
        <w:left w:val="none" w:sz="0" w:space="0" w:color="auto"/>
        <w:bottom w:val="none" w:sz="0" w:space="0" w:color="auto"/>
        <w:right w:val="none" w:sz="0" w:space="0" w:color="auto"/>
      </w:divBdr>
      <w:divsChild>
        <w:div w:id="33191343">
          <w:marLeft w:val="480"/>
          <w:marRight w:val="0"/>
          <w:marTop w:val="0"/>
          <w:marBottom w:val="0"/>
          <w:divBdr>
            <w:top w:val="none" w:sz="0" w:space="0" w:color="auto"/>
            <w:left w:val="none" w:sz="0" w:space="0" w:color="auto"/>
            <w:bottom w:val="none" w:sz="0" w:space="0" w:color="auto"/>
            <w:right w:val="none" w:sz="0" w:space="0" w:color="auto"/>
          </w:divBdr>
        </w:div>
        <w:div w:id="63917900">
          <w:marLeft w:val="480"/>
          <w:marRight w:val="0"/>
          <w:marTop w:val="0"/>
          <w:marBottom w:val="0"/>
          <w:divBdr>
            <w:top w:val="none" w:sz="0" w:space="0" w:color="auto"/>
            <w:left w:val="none" w:sz="0" w:space="0" w:color="auto"/>
            <w:bottom w:val="none" w:sz="0" w:space="0" w:color="auto"/>
            <w:right w:val="none" w:sz="0" w:space="0" w:color="auto"/>
          </w:divBdr>
        </w:div>
        <w:div w:id="180168744">
          <w:marLeft w:val="480"/>
          <w:marRight w:val="0"/>
          <w:marTop w:val="0"/>
          <w:marBottom w:val="0"/>
          <w:divBdr>
            <w:top w:val="none" w:sz="0" w:space="0" w:color="auto"/>
            <w:left w:val="none" w:sz="0" w:space="0" w:color="auto"/>
            <w:bottom w:val="none" w:sz="0" w:space="0" w:color="auto"/>
            <w:right w:val="none" w:sz="0" w:space="0" w:color="auto"/>
          </w:divBdr>
        </w:div>
        <w:div w:id="196360220">
          <w:marLeft w:val="480"/>
          <w:marRight w:val="0"/>
          <w:marTop w:val="0"/>
          <w:marBottom w:val="0"/>
          <w:divBdr>
            <w:top w:val="none" w:sz="0" w:space="0" w:color="auto"/>
            <w:left w:val="none" w:sz="0" w:space="0" w:color="auto"/>
            <w:bottom w:val="none" w:sz="0" w:space="0" w:color="auto"/>
            <w:right w:val="none" w:sz="0" w:space="0" w:color="auto"/>
          </w:divBdr>
        </w:div>
        <w:div w:id="232546142">
          <w:marLeft w:val="480"/>
          <w:marRight w:val="0"/>
          <w:marTop w:val="0"/>
          <w:marBottom w:val="0"/>
          <w:divBdr>
            <w:top w:val="none" w:sz="0" w:space="0" w:color="auto"/>
            <w:left w:val="none" w:sz="0" w:space="0" w:color="auto"/>
            <w:bottom w:val="none" w:sz="0" w:space="0" w:color="auto"/>
            <w:right w:val="none" w:sz="0" w:space="0" w:color="auto"/>
          </w:divBdr>
        </w:div>
        <w:div w:id="236212731">
          <w:marLeft w:val="480"/>
          <w:marRight w:val="0"/>
          <w:marTop w:val="0"/>
          <w:marBottom w:val="0"/>
          <w:divBdr>
            <w:top w:val="none" w:sz="0" w:space="0" w:color="auto"/>
            <w:left w:val="none" w:sz="0" w:space="0" w:color="auto"/>
            <w:bottom w:val="none" w:sz="0" w:space="0" w:color="auto"/>
            <w:right w:val="none" w:sz="0" w:space="0" w:color="auto"/>
          </w:divBdr>
        </w:div>
        <w:div w:id="267322687">
          <w:marLeft w:val="480"/>
          <w:marRight w:val="0"/>
          <w:marTop w:val="0"/>
          <w:marBottom w:val="0"/>
          <w:divBdr>
            <w:top w:val="none" w:sz="0" w:space="0" w:color="auto"/>
            <w:left w:val="none" w:sz="0" w:space="0" w:color="auto"/>
            <w:bottom w:val="none" w:sz="0" w:space="0" w:color="auto"/>
            <w:right w:val="none" w:sz="0" w:space="0" w:color="auto"/>
          </w:divBdr>
        </w:div>
        <w:div w:id="377164013">
          <w:marLeft w:val="480"/>
          <w:marRight w:val="0"/>
          <w:marTop w:val="0"/>
          <w:marBottom w:val="0"/>
          <w:divBdr>
            <w:top w:val="none" w:sz="0" w:space="0" w:color="auto"/>
            <w:left w:val="none" w:sz="0" w:space="0" w:color="auto"/>
            <w:bottom w:val="none" w:sz="0" w:space="0" w:color="auto"/>
            <w:right w:val="none" w:sz="0" w:space="0" w:color="auto"/>
          </w:divBdr>
        </w:div>
        <w:div w:id="381364201">
          <w:marLeft w:val="480"/>
          <w:marRight w:val="0"/>
          <w:marTop w:val="0"/>
          <w:marBottom w:val="0"/>
          <w:divBdr>
            <w:top w:val="none" w:sz="0" w:space="0" w:color="auto"/>
            <w:left w:val="none" w:sz="0" w:space="0" w:color="auto"/>
            <w:bottom w:val="none" w:sz="0" w:space="0" w:color="auto"/>
            <w:right w:val="none" w:sz="0" w:space="0" w:color="auto"/>
          </w:divBdr>
        </w:div>
        <w:div w:id="504172195">
          <w:marLeft w:val="480"/>
          <w:marRight w:val="0"/>
          <w:marTop w:val="0"/>
          <w:marBottom w:val="0"/>
          <w:divBdr>
            <w:top w:val="none" w:sz="0" w:space="0" w:color="auto"/>
            <w:left w:val="none" w:sz="0" w:space="0" w:color="auto"/>
            <w:bottom w:val="none" w:sz="0" w:space="0" w:color="auto"/>
            <w:right w:val="none" w:sz="0" w:space="0" w:color="auto"/>
          </w:divBdr>
        </w:div>
        <w:div w:id="547029660">
          <w:marLeft w:val="480"/>
          <w:marRight w:val="0"/>
          <w:marTop w:val="0"/>
          <w:marBottom w:val="0"/>
          <w:divBdr>
            <w:top w:val="none" w:sz="0" w:space="0" w:color="auto"/>
            <w:left w:val="none" w:sz="0" w:space="0" w:color="auto"/>
            <w:bottom w:val="none" w:sz="0" w:space="0" w:color="auto"/>
            <w:right w:val="none" w:sz="0" w:space="0" w:color="auto"/>
          </w:divBdr>
        </w:div>
        <w:div w:id="554317932">
          <w:marLeft w:val="480"/>
          <w:marRight w:val="0"/>
          <w:marTop w:val="0"/>
          <w:marBottom w:val="0"/>
          <w:divBdr>
            <w:top w:val="none" w:sz="0" w:space="0" w:color="auto"/>
            <w:left w:val="none" w:sz="0" w:space="0" w:color="auto"/>
            <w:bottom w:val="none" w:sz="0" w:space="0" w:color="auto"/>
            <w:right w:val="none" w:sz="0" w:space="0" w:color="auto"/>
          </w:divBdr>
        </w:div>
        <w:div w:id="615793173">
          <w:marLeft w:val="480"/>
          <w:marRight w:val="0"/>
          <w:marTop w:val="0"/>
          <w:marBottom w:val="0"/>
          <w:divBdr>
            <w:top w:val="none" w:sz="0" w:space="0" w:color="auto"/>
            <w:left w:val="none" w:sz="0" w:space="0" w:color="auto"/>
            <w:bottom w:val="none" w:sz="0" w:space="0" w:color="auto"/>
            <w:right w:val="none" w:sz="0" w:space="0" w:color="auto"/>
          </w:divBdr>
        </w:div>
        <w:div w:id="639965209">
          <w:marLeft w:val="480"/>
          <w:marRight w:val="0"/>
          <w:marTop w:val="0"/>
          <w:marBottom w:val="0"/>
          <w:divBdr>
            <w:top w:val="none" w:sz="0" w:space="0" w:color="auto"/>
            <w:left w:val="none" w:sz="0" w:space="0" w:color="auto"/>
            <w:bottom w:val="none" w:sz="0" w:space="0" w:color="auto"/>
            <w:right w:val="none" w:sz="0" w:space="0" w:color="auto"/>
          </w:divBdr>
        </w:div>
        <w:div w:id="697051026">
          <w:marLeft w:val="480"/>
          <w:marRight w:val="0"/>
          <w:marTop w:val="0"/>
          <w:marBottom w:val="0"/>
          <w:divBdr>
            <w:top w:val="none" w:sz="0" w:space="0" w:color="auto"/>
            <w:left w:val="none" w:sz="0" w:space="0" w:color="auto"/>
            <w:bottom w:val="none" w:sz="0" w:space="0" w:color="auto"/>
            <w:right w:val="none" w:sz="0" w:space="0" w:color="auto"/>
          </w:divBdr>
        </w:div>
        <w:div w:id="757485798">
          <w:marLeft w:val="480"/>
          <w:marRight w:val="0"/>
          <w:marTop w:val="0"/>
          <w:marBottom w:val="0"/>
          <w:divBdr>
            <w:top w:val="none" w:sz="0" w:space="0" w:color="auto"/>
            <w:left w:val="none" w:sz="0" w:space="0" w:color="auto"/>
            <w:bottom w:val="none" w:sz="0" w:space="0" w:color="auto"/>
            <w:right w:val="none" w:sz="0" w:space="0" w:color="auto"/>
          </w:divBdr>
        </w:div>
        <w:div w:id="780802544">
          <w:marLeft w:val="480"/>
          <w:marRight w:val="0"/>
          <w:marTop w:val="0"/>
          <w:marBottom w:val="0"/>
          <w:divBdr>
            <w:top w:val="none" w:sz="0" w:space="0" w:color="auto"/>
            <w:left w:val="none" w:sz="0" w:space="0" w:color="auto"/>
            <w:bottom w:val="none" w:sz="0" w:space="0" w:color="auto"/>
            <w:right w:val="none" w:sz="0" w:space="0" w:color="auto"/>
          </w:divBdr>
        </w:div>
        <w:div w:id="836309960">
          <w:marLeft w:val="480"/>
          <w:marRight w:val="0"/>
          <w:marTop w:val="0"/>
          <w:marBottom w:val="0"/>
          <w:divBdr>
            <w:top w:val="none" w:sz="0" w:space="0" w:color="auto"/>
            <w:left w:val="none" w:sz="0" w:space="0" w:color="auto"/>
            <w:bottom w:val="none" w:sz="0" w:space="0" w:color="auto"/>
            <w:right w:val="none" w:sz="0" w:space="0" w:color="auto"/>
          </w:divBdr>
        </w:div>
        <w:div w:id="891117481">
          <w:marLeft w:val="480"/>
          <w:marRight w:val="0"/>
          <w:marTop w:val="0"/>
          <w:marBottom w:val="0"/>
          <w:divBdr>
            <w:top w:val="none" w:sz="0" w:space="0" w:color="auto"/>
            <w:left w:val="none" w:sz="0" w:space="0" w:color="auto"/>
            <w:bottom w:val="none" w:sz="0" w:space="0" w:color="auto"/>
            <w:right w:val="none" w:sz="0" w:space="0" w:color="auto"/>
          </w:divBdr>
        </w:div>
        <w:div w:id="893202545">
          <w:marLeft w:val="480"/>
          <w:marRight w:val="0"/>
          <w:marTop w:val="0"/>
          <w:marBottom w:val="0"/>
          <w:divBdr>
            <w:top w:val="none" w:sz="0" w:space="0" w:color="auto"/>
            <w:left w:val="none" w:sz="0" w:space="0" w:color="auto"/>
            <w:bottom w:val="none" w:sz="0" w:space="0" w:color="auto"/>
            <w:right w:val="none" w:sz="0" w:space="0" w:color="auto"/>
          </w:divBdr>
        </w:div>
        <w:div w:id="1057242780">
          <w:marLeft w:val="480"/>
          <w:marRight w:val="0"/>
          <w:marTop w:val="0"/>
          <w:marBottom w:val="0"/>
          <w:divBdr>
            <w:top w:val="none" w:sz="0" w:space="0" w:color="auto"/>
            <w:left w:val="none" w:sz="0" w:space="0" w:color="auto"/>
            <w:bottom w:val="none" w:sz="0" w:space="0" w:color="auto"/>
            <w:right w:val="none" w:sz="0" w:space="0" w:color="auto"/>
          </w:divBdr>
        </w:div>
        <w:div w:id="1067647585">
          <w:marLeft w:val="480"/>
          <w:marRight w:val="0"/>
          <w:marTop w:val="0"/>
          <w:marBottom w:val="0"/>
          <w:divBdr>
            <w:top w:val="none" w:sz="0" w:space="0" w:color="auto"/>
            <w:left w:val="none" w:sz="0" w:space="0" w:color="auto"/>
            <w:bottom w:val="none" w:sz="0" w:space="0" w:color="auto"/>
            <w:right w:val="none" w:sz="0" w:space="0" w:color="auto"/>
          </w:divBdr>
        </w:div>
        <w:div w:id="1071545141">
          <w:marLeft w:val="480"/>
          <w:marRight w:val="0"/>
          <w:marTop w:val="0"/>
          <w:marBottom w:val="0"/>
          <w:divBdr>
            <w:top w:val="none" w:sz="0" w:space="0" w:color="auto"/>
            <w:left w:val="none" w:sz="0" w:space="0" w:color="auto"/>
            <w:bottom w:val="none" w:sz="0" w:space="0" w:color="auto"/>
            <w:right w:val="none" w:sz="0" w:space="0" w:color="auto"/>
          </w:divBdr>
        </w:div>
        <w:div w:id="1074205397">
          <w:marLeft w:val="480"/>
          <w:marRight w:val="0"/>
          <w:marTop w:val="0"/>
          <w:marBottom w:val="0"/>
          <w:divBdr>
            <w:top w:val="none" w:sz="0" w:space="0" w:color="auto"/>
            <w:left w:val="none" w:sz="0" w:space="0" w:color="auto"/>
            <w:bottom w:val="none" w:sz="0" w:space="0" w:color="auto"/>
            <w:right w:val="none" w:sz="0" w:space="0" w:color="auto"/>
          </w:divBdr>
        </w:div>
        <w:div w:id="1120606792">
          <w:marLeft w:val="480"/>
          <w:marRight w:val="0"/>
          <w:marTop w:val="0"/>
          <w:marBottom w:val="0"/>
          <w:divBdr>
            <w:top w:val="none" w:sz="0" w:space="0" w:color="auto"/>
            <w:left w:val="none" w:sz="0" w:space="0" w:color="auto"/>
            <w:bottom w:val="none" w:sz="0" w:space="0" w:color="auto"/>
            <w:right w:val="none" w:sz="0" w:space="0" w:color="auto"/>
          </w:divBdr>
        </w:div>
        <w:div w:id="1130440511">
          <w:marLeft w:val="480"/>
          <w:marRight w:val="0"/>
          <w:marTop w:val="0"/>
          <w:marBottom w:val="0"/>
          <w:divBdr>
            <w:top w:val="none" w:sz="0" w:space="0" w:color="auto"/>
            <w:left w:val="none" w:sz="0" w:space="0" w:color="auto"/>
            <w:bottom w:val="none" w:sz="0" w:space="0" w:color="auto"/>
            <w:right w:val="none" w:sz="0" w:space="0" w:color="auto"/>
          </w:divBdr>
        </w:div>
        <w:div w:id="1176266068">
          <w:marLeft w:val="480"/>
          <w:marRight w:val="0"/>
          <w:marTop w:val="0"/>
          <w:marBottom w:val="0"/>
          <w:divBdr>
            <w:top w:val="none" w:sz="0" w:space="0" w:color="auto"/>
            <w:left w:val="none" w:sz="0" w:space="0" w:color="auto"/>
            <w:bottom w:val="none" w:sz="0" w:space="0" w:color="auto"/>
            <w:right w:val="none" w:sz="0" w:space="0" w:color="auto"/>
          </w:divBdr>
        </w:div>
        <w:div w:id="1375346653">
          <w:marLeft w:val="480"/>
          <w:marRight w:val="0"/>
          <w:marTop w:val="0"/>
          <w:marBottom w:val="0"/>
          <w:divBdr>
            <w:top w:val="none" w:sz="0" w:space="0" w:color="auto"/>
            <w:left w:val="none" w:sz="0" w:space="0" w:color="auto"/>
            <w:bottom w:val="none" w:sz="0" w:space="0" w:color="auto"/>
            <w:right w:val="none" w:sz="0" w:space="0" w:color="auto"/>
          </w:divBdr>
        </w:div>
        <w:div w:id="1459034989">
          <w:marLeft w:val="480"/>
          <w:marRight w:val="0"/>
          <w:marTop w:val="0"/>
          <w:marBottom w:val="0"/>
          <w:divBdr>
            <w:top w:val="none" w:sz="0" w:space="0" w:color="auto"/>
            <w:left w:val="none" w:sz="0" w:space="0" w:color="auto"/>
            <w:bottom w:val="none" w:sz="0" w:space="0" w:color="auto"/>
            <w:right w:val="none" w:sz="0" w:space="0" w:color="auto"/>
          </w:divBdr>
        </w:div>
        <w:div w:id="1653220441">
          <w:marLeft w:val="480"/>
          <w:marRight w:val="0"/>
          <w:marTop w:val="0"/>
          <w:marBottom w:val="0"/>
          <w:divBdr>
            <w:top w:val="none" w:sz="0" w:space="0" w:color="auto"/>
            <w:left w:val="none" w:sz="0" w:space="0" w:color="auto"/>
            <w:bottom w:val="none" w:sz="0" w:space="0" w:color="auto"/>
            <w:right w:val="none" w:sz="0" w:space="0" w:color="auto"/>
          </w:divBdr>
        </w:div>
        <w:div w:id="1723485232">
          <w:marLeft w:val="480"/>
          <w:marRight w:val="0"/>
          <w:marTop w:val="0"/>
          <w:marBottom w:val="0"/>
          <w:divBdr>
            <w:top w:val="none" w:sz="0" w:space="0" w:color="auto"/>
            <w:left w:val="none" w:sz="0" w:space="0" w:color="auto"/>
            <w:bottom w:val="none" w:sz="0" w:space="0" w:color="auto"/>
            <w:right w:val="none" w:sz="0" w:space="0" w:color="auto"/>
          </w:divBdr>
        </w:div>
        <w:div w:id="1754813260">
          <w:marLeft w:val="480"/>
          <w:marRight w:val="0"/>
          <w:marTop w:val="0"/>
          <w:marBottom w:val="0"/>
          <w:divBdr>
            <w:top w:val="none" w:sz="0" w:space="0" w:color="auto"/>
            <w:left w:val="none" w:sz="0" w:space="0" w:color="auto"/>
            <w:bottom w:val="none" w:sz="0" w:space="0" w:color="auto"/>
            <w:right w:val="none" w:sz="0" w:space="0" w:color="auto"/>
          </w:divBdr>
        </w:div>
        <w:div w:id="1814181335">
          <w:marLeft w:val="480"/>
          <w:marRight w:val="0"/>
          <w:marTop w:val="0"/>
          <w:marBottom w:val="0"/>
          <w:divBdr>
            <w:top w:val="none" w:sz="0" w:space="0" w:color="auto"/>
            <w:left w:val="none" w:sz="0" w:space="0" w:color="auto"/>
            <w:bottom w:val="none" w:sz="0" w:space="0" w:color="auto"/>
            <w:right w:val="none" w:sz="0" w:space="0" w:color="auto"/>
          </w:divBdr>
        </w:div>
        <w:div w:id="1834639569">
          <w:marLeft w:val="480"/>
          <w:marRight w:val="0"/>
          <w:marTop w:val="0"/>
          <w:marBottom w:val="0"/>
          <w:divBdr>
            <w:top w:val="none" w:sz="0" w:space="0" w:color="auto"/>
            <w:left w:val="none" w:sz="0" w:space="0" w:color="auto"/>
            <w:bottom w:val="none" w:sz="0" w:space="0" w:color="auto"/>
            <w:right w:val="none" w:sz="0" w:space="0" w:color="auto"/>
          </w:divBdr>
        </w:div>
        <w:div w:id="1864243473">
          <w:marLeft w:val="480"/>
          <w:marRight w:val="0"/>
          <w:marTop w:val="0"/>
          <w:marBottom w:val="0"/>
          <w:divBdr>
            <w:top w:val="none" w:sz="0" w:space="0" w:color="auto"/>
            <w:left w:val="none" w:sz="0" w:space="0" w:color="auto"/>
            <w:bottom w:val="none" w:sz="0" w:space="0" w:color="auto"/>
            <w:right w:val="none" w:sz="0" w:space="0" w:color="auto"/>
          </w:divBdr>
        </w:div>
        <w:div w:id="1903297474">
          <w:marLeft w:val="480"/>
          <w:marRight w:val="0"/>
          <w:marTop w:val="0"/>
          <w:marBottom w:val="0"/>
          <w:divBdr>
            <w:top w:val="none" w:sz="0" w:space="0" w:color="auto"/>
            <w:left w:val="none" w:sz="0" w:space="0" w:color="auto"/>
            <w:bottom w:val="none" w:sz="0" w:space="0" w:color="auto"/>
            <w:right w:val="none" w:sz="0" w:space="0" w:color="auto"/>
          </w:divBdr>
        </w:div>
        <w:div w:id="1917091184">
          <w:marLeft w:val="480"/>
          <w:marRight w:val="0"/>
          <w:marTop w:val="0"/>
          <w:marBottom w:val="0"/>
          <w:divBdr>
            <w:top w:val="none" w:sz="0" w:space="0" w:color="auto"/>
            <w:left w:val="none" w:sz="0" w:space="0" w:color="auto"/>
            <w:bottom w:val="none" w:sz="0" w:space="0" w:color="auto"/>
            <w:right w:val="none" w:sz="0" w:space="0" w:color="auto"/>
          </w:divBdr>
        </w:div>
        <w:div w:id="1952545951">
          <w:marLeft w:val="480"/>
          <w:marRight w:val="0"/>
          <w:marTop w:val="0"/>
          <w:marBottom w:val="0"/>
          <w:divBdr>
            <w:top w:val="none" w:sz="0" w:space="0" w:color="auto"/>
            <w:left w:val="none" w:sz="0" w:space="0" w:color="auto"/>
            <w:bottom w:val="none" w:sz="0" w:space="0" w:color="auto"/>
            <w:right w:val="none" w:sz="0" w:space="0" w:color="auto"/>
          </w:divBdr>
        </w:div>
        <w:div w:id="2016836731">
          <w:marLeft w:val="480"/>
          <w:marRight w:val="0"/>
          <w:marTop w:val="0"/>
          <w:marBottom w:val="0"/>
          <w:divBdr>
            <w:top w:val="none" w:sz="0" w:space="0" w:color="auto"/>
            <w:left w:val="none" w:sz="0" w:space="0" w:color="auto"/>
            <w:bottom w:val="none" w:sz="0" w:space="0" w:color="auto"/>
            <w:right w:val="none" w:sz="0" w:space="0" w:color="auto"/>
          </w:divBdr>
        </w:div>
        <w:div w:id="2018581003">
          <w:marLeft w:val="480"/>
          <w:marRight w:val="0"/>
          <w:marTop w:val="0"/>
          <w:marBottom w:val="0"/>
          <w:divBdr>
            <w:top w:val="none" w:sz="0" w:space="0" w:color="auto"/>
            <w:left w:val="none" w:sz="0" w:space="0" w:color="auto"/>
            <w:bottom w:val="none" w:sz="0" w:space="0" w:color="auto"/>
            <w:right w:val="none" w:sz="0" w:space="0" w:color="auto"/>
          </w:divBdr>
        </w:div>
        <w:div w:id="2032101454">
          <w:marLeft w:val="480"/>
          <w:marRight w:val="0"/>
          <w:marTop w:val="0"/>
          <w:marBottom w:val="0"/>
          <w:divBdr>
            <w:top w:val="none" w:sz="0" w:space="0" w:color="auto"/>
            <w:left w:val="none" w:sz="0" w:space="0" w:color="auto"/>
            <w:bottom w:val="none" w:sz="0" w:space="0" w:color="auto"/>
            <w:right w:val="none" w:sz="0" w:space="0" w:color="auto"/>
          </w:divBdr>
        </w:div>
        <w:div w:id="2050912261">
          <w:marLeft w:val="480"/>
          <w:marRight w:val="0"/>
          <w:marTop w:val="0"/>
          <w:marBottom w:val="0"/>
          <w:divBdr>
            <w:top w:val="none" w:sz="0" w:space="0" w:color="auto"/>
            <w:left w:val="none" w:sz="0" w:space="0" w:color="auto"/>
            <w:bottom w:val="none" w:sz="0" w:space="0" w:color="auto"/>
            <w:right w:val="none" w:sz="0" w:space="0" w:color="auto"/>
          </w:divBdr>
        </w:div>
        <w:div w:id="2089766762">
          <w:marLeft w:val="480"/>
          <w:marRight w:val="0"/>
          <w:marTop w:val="0"/>
          <w:marBottom w:val="0"/>
          <w:divBdr>
            <w:top w:val="none" w:sz="0" w:space="0" w:color="auto"/>
            <w:left w:val="none" w:sz="0" w:space="0" w:color="auto"/>
            <w:bottom w:val="none" w:sz="0" w:space="0" w:color="auto"/>
            <w:right w:val="none" w:sz="0" w:space="0" w:color="auto"/>
          </w:divBdr>
        </w:div>
      </w:divsChild>
    </w:div>
    <w:div w:id="850533610">
      <w:bodyDiv w:val="1"/>
      <w:marLeft w:val="0"/>
      <w:marRight w:val="0"/>
      <w:marTop w:val="0"/>
      <w:marBottom w:val="0"/>
      <w:divBdr>
        <w:top w:val="none" w:sz="0" w:space="0" w:color="auto"/>
        <w:left w:val="none" w:sz="0" w:space="0" w:color="auto"/>
        <w:bottom w:val="none" w:sz="0" w:space="0" w:color="auto"/>
        <w:right w:val="none" w:sz="0" w:space="0" w:color="auto"/>
      </w:divBdr>
    </w:div>
    <w:div w:id="855340855">
      <w:bodyDiv w:val="1"/>
      <w:marLeft w:val="0"/>
      <w:marRight w:val="0"/>
      <w:marTop w:val="0"/>
      <w:marBottom w:val="0"/>
      <w:divBdr>
        <w:top w:val="none" w:sz="0" w:space="0" w:color="auto"/>
        <w:left w:val="none" w:sz="0" w:space="0" w:color="auto"/>
        <w:bottom w:val="none" w:sz="0" w:space="0" w:color="auto"/>
        <w:right w:val="none" w:sz="0" w:space="0" w:color="auto"/>
      </w:divBdr>
    </w:div>
    <w:div w:id="855732236">
      <w:bodyDiv w:val="1"/>
      <w:marLeft w:val="0"/>
      <w:marRight w:val="0"/>
      <w:marTop w:val="0"/>
      <w:marBottom w:val="0"/>
      <w:divBdr>
        <w:top w:val="none" w:sz="0" w:space="0" w:color="auto"/>
        <w:left w:val="none" w:sz="0" w:space="0" w:color="auto"/>
        <w:bottom w:val="none" w:sz="0" w:space="0" w:color="auto"/>
        <w:right w:val="none" w:sz="0" w:space="0" w:color="auto"/>
      </w:divBdr>
    </w:div>
    <w:div w:id="855777080">
      <w:bodyDiv w:val="1"/>
      <w:marLeft w:val="0"/>
      <w:marRight w:val="0"/>
      <w:marTop w:val="0"/>
      <w:marBottom w:val="0"/>
      <w:divBdr>
        <w:top w:val="none" w:sz="0" w:space="0" w:color="auto"/>
        <w:left w:val="none" w:sz="0" w:space="0" w:color="auto"/>
        <w:bottom w:val="none" w:sz="0" w:space="0" w:color="auto"/>
        <w:right w:val="none" w:sz="0" w:space="0" w:color="auto"/>
      </w:divBdr>
    </w:div>
    <w:div w:id="856508318">
      <w:bodyDiv w:val="1"/>
      <w:marLeft w:val="0"/>
      <w:marRight w:val="0"/>
      <w:marTop w:val="0"/>
      <w:marBottom w:val="0"/>
      <w:divBdr>
        <w:top w:val="none" w:sz="0" w:space="0" w:color="auto"/>
        <w:left w:val="none" w:sz="0" w:space="0" w:color="auto"/>
        <w:bottom w:val="none" w:sz="0" w:space="0" w:color="auto"/>
        <w:right w:val="none" w:sz="0" w:space="0" w:color="auto"/>
      </w:divBdr>
    </w:div>
    <w:div w:id="858466963">
      <w:bodyDiv w:val="1"/>
      <w:marLeft w:val="0"/>
      <w:marRight w:val="0"/>
      <w:marTop w:val="0"/>
      <w:marBottom w:val="0"/>
      <w:divBdr>
        <w:top w:val="none" w:sz="0" w:space="0" w:color="auto"/>
        <w:left w:val="none" w:sz="0" w:space="0" w:color="auto"/>
        <w:bottom w:val="none" w:sz="0" w:space="0" w:color="auto"/>
        <w:right w:val="none" w:sz="0" w:space="0" w:color="auto"/>
      </w:divBdr>
      <w:divsChild>
        <w:div w:id="8530075">
          <w:marLeft w:val="480"/>
          <w:marRight w:val="0"/>
          <w:marTop w:val="0"/>
          <w:marBottom w:val="0"/>
          <w:divBdr>
            <w:top w:val="none" w:sz="0" w:space="0" w:color="auto"/>
            <w:left w:val="none" w:sz="0" w:space="0" w:color="auto"/>
            <w:bottom w:val="none" w:sz="0" w:space="0" w:color="auto"/>
            <w:right w:val="none" w:sz="0" w:space="0" w:color="auto"/>
          </w:divBdr>
        </w:div>
        <w:div w:id="201409646">
          <w:marLeft w:val="480"/>
          <w:marRight w:val="0"/>
          <w:marTop w:val="0"/>
          <w:marBottom w:val="0"/>
          <w:divBdr>
            <w:top w:val="none" w:sz="0" w:space="0" w:color="auto"/>
            <w:left w:val="none" w:sz="0" w:space="0" w:color="auto"/>
            <w:bottom w:val="none" w:sz="0" w:space="0" w:color="auto"/>
            <w:right w:val="none" w:sz="0" w:space="0" w:color="auto"/>
          </w:divBdr>
        </w:div>
        <w:div w:id="235825889">
          <w:marLeft w:val="480"/>
          <w:marRight w:val="0"/>
          <w:marTop w:val="0"/>
          <w:marBottom w:val="0"/>
          <w:divBdr>
            <w:top w:val="none" w:sz="0" w:space="0" w:color="auto"/>
            <w:left w:val="none" w:sz="0" w:space="0" w:color="auto"/>
            <w:bottom w:val="none" w:sz="0" w:space="0" w:color="auto"/>
            <w:right w:val="none" w:sz="0" w:space="0" w:color="auto"/>
          </w:divBdr>
        </w:div>
        <w:div w:id="388571681">
          <w:marLeft w:val="480"/>
          <w:marRight w:val="0"/>
          <w:marTop w:val="0"/>
          <w:marBottom w:val="0"/>
          <w:divBdr>
            <w:top w:val="none" w:sz="0" w:space="0" w:color="auto"/>
            <w:left w:val="none" w:sz="0" w:space="0" w:color="auto"/>
            <w:bottom w:val="none" w:sz="0" w:space="0" w:color="auto"/>
            <w:right w:val="none" w:sz="0" w:space="0" w:color="auto"/>
          </w:divBdr>
        </w:div>
        <w:div w:id="420759005">
          <w:marLeft w:val="480"/>
          <w:marRight w:val="0"/>
          <w:marTop w:val="0"/>
          <w:marBottom w:val="0"/>
          <w:divBdr>
            <w:top w:val="none" w:sz="0" w:space="0" w:color="auto"/>
            <w:left w:val="none" w:sz="0" w:space="0" w:color="auto"/>
            <w:bottom w:val="none" w:sz="0" w:space="0" w:color="auto"/>
            <w:right w:val="none" w:sz="0" w:space="0" w:color="auto"/>
          </w:divBdr>
        </w:div>
        <w:div w:id="596640872">
          <w:marLeft w:val="480"/>
          <w:marRight w:val="0"/>
          <w:marTop w:val="0"/>
          <w:marBottom w:val="0"/>
          <w:divBdr>
            <w:top w:val="none" w:sz="0" w:space="0" w:color="auto"/>
            <w:left w:val="none" w:sz="0" w:space="0" w:color="auto"/>
            <w:bottom w:val="none" w:sz="0" w:space="0" w:color="auto"/>
            <w:right w:val="none" w:sz="0" w:space="0" w:color="auto"/>
          </w:divBdr>
        </w:div>
        <w:div w:id="627004655">
          <w:marLeft w:val="480"/>
          <w:marRight w:val="0"/>
          <w:marTop w:val="0"/>
          <w:marBottom w:val="0"/>
          <w:divBdr>
            <w:top w:val="none" w:sz="0" w:space="0" w:color="auto"/>
            <w:left w:val="none" w:sz="0" w:space="0" w:color="auto"/>
            <w:bottom w:val="none" w:sz="0" w:space="0" w:color="auto"/>
            <w:right w:val="none" w:sz="0" w:space="0" w:color="auto"/>
          </w:divBdr>
        </w:div>
        <w:div w:id="657852631">
          <w:marLeft w:val="480"/>
          <w:marRight w:val="0"/>
          <w:marTop w:val="0"/>
          <w:marBottom w:val="0"/>
          <w:divBdr>
            <w:top w:val="none" w:sz="0" w:space="0" w:color="auto"/>
            <w:left w:val="none" w:sz="0" w:space="0" w:color="auto"/>
            <w:bottom w:val="none" w:sz="0" w:space="0" w:color="auto"/>
            <w:right w:val="none" w:sz="0" w:space="0" w:color="auto"/>
          </w:divBdr>
        </w:div>
        <w:div w:id="701831407">
          <w:marLeft w:val="480"/>
          <w:marRight w:val="0"/>
          <w:marTop w:val="0"/>
          <w:marBottom w:val="0"/>
          <w:divBdr>
            <w:top w:val="none" w:sz="0" w:space="0" w:color="auto"/>
            <w:left w:val="none" w:sz="0" w:space="0" w:color="auto"/>
            <w:bottom w:val="none" w:sz="0" w:space="0" w:color="auto"/>
            <w:right w:val="none" w:sz="0" w:space="0" w:color="auto"/>
          </w:divBdr>
        </w:div>
        <w:div w:id="719475328">
          <w:marLeft w:val="480"/>
          <w:marRight w:val="0"/>
          <w:marTop w:val="0"/>
          <w:marBottom w:val="0"/>
          <w:divBdr>
            <w:top w:val="none" w:sz="0" w:space="0" w:color="auto"/>
            <w:left w:val="none" w:sz="0" w:space="0" w:color="auto"/>
            <w:bottom w:val="none" w:sz="0" w:space="0" w:color="auto"/>
            <w:right w:val="none" w:sz="0" w:space="0" w:color="auto"/>
          </w:divBdr>
        </w:div>
        <w:div w:id="741945151">
          <w:marLeft w:val="480"/>
          <w:marRight w:val="0"/>
          <w:marTop w:val="0"/>
          <w:marBottom w:val="0"/>
          <w:divBdr>
            <w:top w:val="none" w:sz="0" w:space="0" w:color="auto"/>
            <w:left w:val="none" w:sz="0" w:space="0" w:color="auto"/>
            <w:bottom w:val="none" w:sz="0" w:space="0" w:color="auto"/>
            <w:right w:val="none" w:sz="0" w:space="0" w:color="auto"/>
          </w:divBdr>
        </w:div>
        <w:div w:id="791286490">
          <w:marLeft w:val="480"/>
          <w:marRight w:val="0"/>
          <w:marTop w:val="0"/>
          <w:marBottom w:val="0"/>
          <w:divBdr>
            <w:top w:val="none" w:sz="0" w:space="0" w:color="auto"/>
            <w:left w:val="none" w:sz="0" w:space="0" w:color="auto"/>
            <w:bottom w:val="none" w:sz="0" w:space="0" w:color="auto"/>
            <w:right w:val="none" w:sz="0" w:space="0" w:color="auto"/>
          </w:divBdr>
        </w:div>
        <w:div w:id="894313342">
          <w:marLeft w:val="480"/>
          <w:marRight w:val="0"/>
          <w:marTop w:val="0"/>
          <w:marBottom w:val="0"/>
          <w:divBdr>
            <w:top w:val="none" w:sz="0" w:space="0" w:color="auto"/>
            <w:left w:val="none" w:sz="0" w:space="0" w:color="auto"/>
            <w:bottom w:val="none" w:sz="0" w:space="0" w:color="auto"/>
            <w:right w:val="none" w:sz="0" w:space="0" w:color="auto"/>
          </w:divBdr>
        </w:div>
        <w:div w:id="945844292">
          <w:marLeft w:val="480"/>
          <w:marRight w:val="0"/>
          <w:marTop w:val="0"/>
          <w:marBottom w:val="0"/>
          <w:divBdr>
            <w:top w:val="none" w:sz="0" w:space="0" w:color="auto"/>
            <w:left w:val="none" w:sz="0" w:space="0" w:color="auto"/>
            <w:bottom w:val="none" w:sz="0" w:space="0" w:color="auto"/>
            <w:right w:val="none" w:sz="0" w:space="0" w:color="auto"/>
          </w:divBdr>
        </w:div>
        <w:div w:id="1129399958">
          <w:marLeft w:val="480"/>
          <w:marRight w:val="0"/>
          <w:marTop w:val="0"/>
          <w:marBottom w:val="0"/>
          <w:divBdr>
            <w:top w:val="none" w:sz="0" w:space="0" w:color="auto"/>
            <w:left w:val="none" w:sz="0" w:space="0" w:color="auto"/>
            <w:bottom w:val="none" w:sz="0" w:space="0" w:color="auto"/>
            <w:right w:val="none" w:sz="0" w:space="0" w:color="auto"/>
          </w:divBdr>
        </w:div>
        <w:div w:id="1130631649">
          <w:marLeft w:val="480"/>
          <w:marRight w:val="0"/>
          <w:marTop w:val="0"/>
          <w:marBottom w:val="0"/>
          <w:divBdr>
            <w:top w:val="none" w:sz="0" w:space="0" w:color="auto"/>
            <w:left w:val="none" w:sz="0" w:space="0" w:color="auto"/>
            <w:bottom w:val="none" w:sz="0" w:space="0" w:color="auto"/>
            <w:right w:val="none" w:sz="0" w:space="0" w:color="auto"/>
          </w:divBdr>
        </w:div>
        <w:div w:id="1208373329">
          <w:marLeft w:val="480"/>
          <w:marRight w:val="0"/>
          <w:marTop w:val="0"/>
          <w:marBottom w:val="0"/>
          <w:divBdr>
            <w:top w:val="none" w:sz="0" w:space="0" w:color="auto"/>
            <w:left w:val="none" w:sz="0" w:space="0" w:color="auto"/>
            <w:bottom w:val="none" w:sz="0" w:space="0" w:color="auto"/>
            <w:right w:val="none" w:sz="0" w:space="0" w:color="auto"/>
          </w:divBdr>
        </w:div>
        <w:div w:id="1251036884">
          <w:marLeft w:val="480"/>
          <w:marRight w:val="0"/>
          <w:marTop w:val="0"/>
          <w:marBottom w:val="0"/>
          <w:divBdr>
            <w:top w:val="none" w:sz="0" w:space="0" w:color="auto"/>
            <w:left w:val="none" w:sz="0" w:space="0" w:color="auto"/>
            <w:bottom w:val="none" w:sz="0" w:space="0" w:color="auto"/>
            <w:right w:val="none" w:sz="0" w:space="0" w:color="auto"/>
          </w:divBdr>
        </w:div>
        <w:div w:id="1283489476">
          <w:marLeft w:val="480"/>
          <w:marRight w:val="0"/>
          <w:marTop w:val="0"/>
          <w:marBottom w:val="0"/>
          <w:divBdr>
            <w:top w:val="none" w:sz="0" w:space="0" w:color="auto"/>
            <w:left w:val="none" w:sz="0" w:space="0" w:color="auto"/>
            <w:bottom w:val="none" w:sz="0" w:space="0" w:color="auto"/>
            <w:right w:val="none" w:sz="0" w:space="0" w:color="auto"/>
          </w:divBdr>
        </w:div>
        <w:div w:id="1316376079">
          <w:marLeft w:val="480"/>
          <w:marRight w:val="0"/>
          <w:marTop w:val="0"/>
          <w:marBottom w:val="0"/>
          <w:divBdr>
            <w:top w:val="none" w:sz="0" w:space="0" w:color="auto"/>
            <w:left w:val="none" w:sz="0" w:space="0" w:color="auto"/>
            <w:bottom w:val="none" w:sz="0" w:space="0" w:color="auto"/>
            <w:right w:val="none" w:sz="0" w:space="0" w:color="auto"/>
          </w:divBdr>
        </w:div>
        <w:div w:id="1340502574">
          <w:marLeft w:val="480"/>
          <w:marRight w:val="0"/>
          <w:marTop w:val="0"/>
          <w:marBottom w:val="0"/>
          <w:divBdr>
            <w:top w:val="none" w:sz="0" w:space="0" w:color="auto"/>
            <w:left w:val="none" w:sz="0" w:space="0" w:color="auto"/>
            <w:bottom w:val="none" w:sz="0" w:space="0" w:color="auto"/>
            <w:right w:val="none" w:sz="0" w:space="0" w:color="auto"/>
          </w:divBdr>
        </w:div>
        <w:div w:id="1342583827">
          <w:marLeft w:val="480"/>
          <w:marRight w:val="0"/>
          <w:marTop w:val="0"/>
          <w:marBottom w:val="0"/>
          <w:divBdr>
            <w:top w:val="none" w:sz="0" w:space="0" w:color="auto"/>
            <w:left w:val="none" w:sz="0" w:space="0" w:color="auto"/>
            <w:bottom w:val="none" w:sz="0" w:space="0" w:color="auto"/>
            <w:right w:val="none" w:sz="0" w:space="0" w:color="auto"/>
          </w:divBdr>
        </w:div>
        <w:div w:id="1354454399">
          <w:marLeft w:val="480"/>
          <w:marRight w:val="0"/>
          <w:marTop w:val="0"/>
          <w:marBottom w:val="0"/>
          <w:divBdr>
            <w:top w:val="none" w:sz="0" w:space="0" w:color="auto"/>
            <w:left w:val="none" w:sz="0" w:space="0" w:color="auto"/>
            <w:bottom w:val="none" w:sz="0" w:space="0" w:color="auto"/>
            <w:right w:val="none" w:sz="0" w:space="0" w:color="auto"/>
          </w:divBdr>
        </w:div>
        <w:div w:id="1505897422">
          <w:marLeft w:val="480"/>
          <w:marRight w:val="0"/>
          <w:marTop w:val="0"/>
          <w:marBottom w:val="0"/>
          <w:divBdr>
            <w:top w:val="none" w:sz="0" w:space="0" w:color="auto"/>
            <w:left w:val="none" w:sz="0" w:space="0" w:color="auto"/>
            <w:bottom w:val="none" w:sz="0" w:space="0" w:color="auto"/>
            <w:right w:val="none" w:sz="0" w:space="0" w:color="auto"/>
          </w:divBdr>
        </w:div>
        <w:div w:id="1519810463">
          <w:marLeft w:val="480"/>
          <w:marRight w:val="0"/>
          <w:marTop w:val="0"/>
          <w:marBottom w:val="0"/>
          <w:divBdr>
            <w:top w:val="none" w:sz="0" w:space="0" w:color="auto"/>
            <w:left w:val="none" w:sz="0" w:space="0" w:color="auto"/>
            <w:bottom w:val="none" w:sz="0" w:space="0" w:color="auto"/>
            <w:right w:val="none" w:sz="0" w:space="0" w:color="auto"/>
          </w:divBdr>
        </w:div>
        <w:div w:id="1555002958">
          <w:marLeft w:val="480"/>
          <w:marRight w:val="0"/>
          <w:marTop w:val="0"/>
          <w:marBottom w:val="0"/>
          <w:divBdr>
            <w:top w:val="none" w:sz="0" w:space="0" w:color="auto"/>
            <w:left w:val="none" w:sz="0" w:space="0" w:color="auto"/>
            <w:bottom w:val="none" w:sz="0" w:space="0" w:color="auto"/>
            <w:right w:val="none" w:sz="0" w:space="0" w:color="auto"/>
          </w:divBdr>
        </w:div>
        <w:div w:id="1665669635">
          <w:marLeft w:val="480"/>
          <w:marRight w:val="0"/>
          <w:marTop w:val="0"/>
          <w:marBottom w:val="0"/>
          <w:divBdr>
            <w:top w:val="none" w:sz="0" w:space="0" w:color="auto"/>
            <w:left w:val="none" w:sz="0" w:space="0" w:color="auto"/>
            <w:bottom w:val="none" w:sz="0" w:space="0" w:color="auto"/>
            <w:right w:val="none" w:sz="0" w:space="0" w:color="auto"/>
          </w:divBdr>
        </w:div>
        <w:div w:id="1728450164">
          <w:marLeft w:val="480"/>
          <w:marRight w:val="0"/>
          <w:marTop w:val="0"/>
          <w:marBottom w:val="0"/>
          <w:divBdr>
            <w:top w:val="none" w:sz="0" w:space="0" w:color="auto"/>
            <w:left w:val="none" w:sz="0" w:space="0" w:color="auto"/>
            <w:bottom w:val="none" w:sz="0" w:space="0" w:color="auto"/>
            <w:right w:val="none" w:sz="0" w:space="0" w:color="auto"/>
          </w:divBdr>
        </w:div>
        <w:div w:id="1736003589">
          <w:marLeft w:val="480"/>
          <w:marRight w:val="0"/>
          <w:marTop w:val="0"/>
          <w:marBottom w:val="0"/>
          <w:divBdr>
            <w:top w:val="none" w:sz="0" w:space="0" w:color="auto"/>
            <w:left w:val="none" w:sz="0" w:space="0" w:color="auto"/>
            <w:bottom w:val="none" w:sz="0" w:space="0" w:color="auto"/>
            <w:right w:val="none" w:sz="0" w:space="0" w:color="auto"/>
          </w:divBdr>
        </w:div>
        <w:div w:id="1770270001">
          <w:marLeft w:val="480"/>
          <w:marRight w:val="0"/>
          <w:marTop w:val="0"/>
          <w:marBottom w:val="0"/>
          <w:divBdr>
            <w:top w:val="none" w:sz="0" w:space="0" w:color="auto"/>
            <w:left w:val="none" w:sz="0" w:space="0" w:color="auto"/>
            <w:bottom w:val="none" w:sz="0" w:space="0" w:color="auto"/>
            <w:right w:val="none" w:sz="0" w:space="0" w:color="auto"/>
          </w:divBdr>
        </w:div>
        <w:div w:id="1770731217">
          <w:marLeft w:val="480"/>
          <w:marRight w:val="0"/>
          <w:marTop w:val="0"/>
          <w:marBottom w:val="0"/>
          <w:divBdr>
            <w:top w:val="none" w:sz="0" w:space="0" w:color="auto"/>
            <w:left w:val="none" w:sz="0" w:space="0" w:color="auto"/>
            <w:bottom w:val="none" w:sz="0" w:space="0" w:color="auto"/>
            <w:right w:val="none" w:sz="0" w:space="0" w:color="auto"/>
          </w:divBdr>
        </w:div>
        <w:div w:id="1833639444">
          <w:marLeft w:val="480"/>
          <w:marRight w:val="0"/>
          <w:marTop w:val="0"/>
          <w:marBottom w:val="0"/>
          <w:divBdr>
            <w:top w:val="none" w:sz="0" w:space="0" w:color="auto"/>
            <w:left w:val="none" w:sz="0" w:space="0" w:color="auto"/>
            <w:bottom w:val="none" w:sz="0" w:space="0" w:color="auto"/>
            <w:right w:val="none" w:sz="0" w:space="0" w:color="auto"/>
          </w:divBdr>
        </w:div>
        <w:div w:id="1854146100">
          <w:marLeft w:val="480"/>
          <w:marRight w:val="0"/>
          <w:marTop w:val="0"/>
          <w:marBottom w:val="0"/>
          <w:divBdr>
            <w:top w:val="none" w:sz="0" w:space="0" w:color="auto"/>
            <w:left w:val="none" w:sz="0" w:space="0" w:color="auto"/>
            <w:bottom w:val="none" w:sz="0" w:space="0" w:color="auto"/>
            <w:right w:val="none" w:sz="0" w:space="0" w:color="auto"/>
          </w:divBdr>
        </w:div>
        <w:div w:id="1994873352">
          <w:marLeft w:val="480"/>
          <w:marRight w:val="0"/>
          <w:marTop w:val="0"/>
          <w:marBottom w:val="0"/>
          <w:divBdr>
            <w:top w:val="none" w:sz="0" w:space="0" w:color="auto"/>
            <w:left w:val="none" w:sz="0" w:space="0" w:color="auto"/>
            <w:bottom w:val="none" w:sz="0" w:space="0" w:color="auto"/>
            <w:right w:val="none" w:sz="0" w:space="0" w:color="auto"/>
          </w:divBdr>
        </w:div>
        <w:div w:id="2031104167">
          <w:marLeft w:val="480"/>
          <w:marRight w:val="0"/>
          <w:marTop w:val="0"/>
          <w:marBottom w:val="0"/>
          <w:divBdr>
            <w:top w:val="none" w:sz="0" w:space="0" w:color="auto"/>
            <w:left w:val="none" w:sz="0" w:space="0" w:color="auto"/>
            <w:bottom w:val="none" w:sz="0" w:space="0" w:color="auto"/>
            <w:right w:val="none" w:sz="0" w:space="0" w:color="auto"/>
          </w:divBdr>
        </w:div>
        <w:div w:id="2099326922">
          <w:marLeft w:val="480"/>
          <w:marRight w:val="0"/>
          <w:marTop w:val="0"/>
          <w:marBottom w:val="0"/>
          <w:divBdr>
            <w:top w:val="none" w:sz="0" w:space="0" w:color="auto"/>
            <w:left w:val="none" w:sz="0" w:space="0" w:color="auto"/>
            <w:bottom w:val="none" w:sz="0" w:space="0" w:color="auto"/>
            <w:right w:val="none" w:sz="0" w:space="0" w:color="auto"/>
          </w:divBdr>
        </w:div>
        <w:div w:id="2110156729">
          <w:marLeft w:val="480"/>
          <w:marRight w:val="0"/>
          <w:marTop w:val="0"/>
          <w:marBottom w:val="0"/>
          <w:divBdr>
            <w:top w:val="none" w:sz="0" w:space="0" w:color="auto"/>
            <w:left w:val="none" w:sz="0" w:space="0" w:color="auto"/>
            <w:bottom w:val="none" w:sz="0" w:space="0" w:color="auto"/>
            <w:right w:val="none" w:sz="0" w:space="0" w:color="auto"/>
          </w:divBdr>
        </w:div>
        <w:div w:id="2131052235">
          <w:marLeft w:val="480"/>
          <w:marRight w:val="0"/>
          <w:marTop w:val="0"/>
          <w:marBottom w:val="0"/>
          <w:divBdr>
            <w:top w:val="none" w:sz="0" w:space="0" w:color="auto"/>
            <w:left w:val="none" w:sz="0" w:space="0" w:color="auto"/>
            <w:bottom w:val="none" w:sz="0" w:space="0" w:color="auto"/>
            <w:right w:val="none" w:sz="0" w:space="0" w:color="auto"/>
          </w:divBdr>
        </w:div>
        <w:div w:id="2140031461">
          <w:marLeft w:val="480"/>
          <w:marRight w:val="0"/>
          <w:marTop w:val="0"/>
          <w:marBottom w:val="0"/>
          <w:divBdr>
            <w:top w:val="none" w:sz="0" w:space="0" w:color="auto"/>
            <w:left w:val="none" w:sz="0" w:space="0" w:color="auto"/>
            <w:bottom w:val="none" w:sz="0" w:space="0" w:color="auto"/>
            <w:right w:val="none" w:sz="0" w:space="0" w:color="auto"/>
          </w:divBdr>
        </w:div>
        <w:div w:id="2143569114">
          <w:marLeft w:val="480"/>
          <w:marRight w:val="0"/>
          <w:marTop w:val="0"/>
          <w:marBottom w:val="0"/>
          <w:divBdr>
            <w:top w:val="none" w:sz="0" w:space="0" w:color="auto"/>
            <w:left w:val="none" w:sz="0" w:space="0" w:color="auto"/>
            <w:bottom w:val="none" w:sz="0" w:space="0" w:color="auto"/>
            <w:right w:val="none" w:sz="0" w:space="0" w:color="auto"/>
          </w:divBdr>
        </w:div>
      </w:divsChild>
    </w:div>
    <w:div w:id="863978109">
      <w:bodyDiv w:val="1"/>
      <w:marLeft w:val="0"/>
      <w:marRight w:val="0"/>
      <w:marTop w:val="0"/>
      <w:marBottom w:val="0"/>
      <w:divBdr>
        <w:top w:val="none" w:sz="0" w:space="0" w:color="auto"/>
        <w:left w:val="none" w:sz="0" w:space="0" w:color="auto"/>
        <w:bottom w:val="none" w:sz="0" w:space="0" w:color="auto"/>
        <w:right w:val="none" w:sz="0" w:space="0" w:color="auto"/>
      </w:divBdr>
    </w:div>
    <w:div w:id="864366694">
      <w:bodyDiv w:val="1"/>
      <w:marLeft w:val="0"/>
      <w:marRight w:val="0"/>
      <w:marTop w:val="0"/>
      <w:marBottom w:val="0"/>
      <w:divBdr>
        <w:top w:val="none" w:sz="0" w:space="0" w:color="auto"/>
        <w:left w:val="none" w:sz="0" w:space="0" w:color="auto"/>
        <w:bottom w:val="none" w:sz="0" w:space="0" w:color="auto"/>
        <w:right w:val="none" w:sz="0" w:space="0" w:color="auto"/>
      </w:divBdr>
    </w:div>
    <w:div w:id="866337993">
      <w:bodyDiv w:val="1"/>
      <w:marLeft w:val="0"/>
      <w:marRight w:val="0"/>
      <w:marTop w:val="0"/>
      <w:marBottom w:val="0"/>
      <w:divBdr>
        <w:top w:val="none" w:sz="0" w:space="0" w:color="auto"/>
        <w:left w:val="none" w:sz="0" w:space="0" w:color="auto"/>
        <w:bottom w:val="none" w:sz="0" w:space="0" w:color="auto"/>
        <w:right w:val="none" w:sz="0" w:space="0" w:color="auto"/>
      </w:divBdr>
    </w:div>
    <w:div w:id="866408130">
      <w:bodyDiv w:val="1"/>
      <w:marLeft w:val="0"/>
      <w:marRight w:val="0"/>
      <w:marTop w:val="0"/>
      <w:marBottom w:val="0"/>
      <w:divBdr>
        <w:top w:val="none" w:sz="0" w:space="0" w:color="auto"/>
        <w:left w:val="none" w:sz="0" w:space="0" w:color="auto"/>
        <w:bottom w:val="none" w:sz="0" w:space="0" w:color="auto"/>
        <w:right w:val="none" w:sz="0" w:space="0" w:color="auto"/>
      </w:divBdr>
    </w:div>
    <w:div w:id="867447775">
      <w:bodyDiv w:val="1"/>
      <w:marLeft w:val="0"/>
      <w:marRight w:val="0"/>
      <w:marTop w:val="0"/>
      <w:marBottom w:val="0"/>
      <w:divBdr>
        <w:top w:val="none" w:sz="0" w:space="0" w:color="auto"/>
        <w:left w:val="none" w:sz="0" w:space="0" w:color="auto"/>
        <w:bottom w:val="none" w:sz="0" w:space="0" w:color="auto"/>
        <w:right w:val="none" w:sz="0" w:space="0" w:color="auto"/>
      </w:divBdr>
    </w:div>
    <w:div w:id="868763308">
      <w:bodyDiv w:val="1"/>
      <w:marLeft w:val="0"/>
      <w:marRight w:val="0"/>
      <w:marTop w:val="0"/>
      <w:marBottom w:val="0"/>
      <w:divBdr>
        <w:top w:val="none" w:sz="0" w:space="0" w:color="auto"/>
        <w:left w:val="none" w:sz="0" w:space="0" w:color="auto"/>
        <w:bottom w:val="none" w:sz="0" w:space="0" w:color="auto"/>
        <w:right w:val="none" w:sz="0" w:space="0" w:color="auto"/>
      </w:divBdr>
      <w:divsChild>
        <w:div w:id="76371559">
          <w:marLeft w:val="480"/>
          <w:marRight w:val="0"/>
          <w:marTop w:val="0"/>
          <w:marBottom w:val="0"/>
          <w:divBdr>
            <w:top w:val="none" w:sz="0" w:space="0" w:color="auto"/>
            <w:left w:val="none" w:sz="0" w:space="0" w:color="auto"/>
            <w:bottom w:val="none" w:sz="0" w:space="0" w:color="auto"/>
            <w:right w:val="none" w:sz="0" w:space="0" w:color="auto"/>
          </w:divBdr>
        </w:div>
        <w:div w:id="119494705">
          <w:marLeft w:val="480"/>
          <w:marRight w:val="0"/>
          <w:marTop w:val="0"/>
          <w:marBottom w:val="0"/>
          <w:divBdr>
            <w:top w:val="none" w:sz="0" w:space="0" w:color="auto"/>
            <w:left w:val="none" w:sz="0" w:space="0" w:color="auto"/>
            <w:bottom w:val="none" w:sz="0" w:space="0" w:color="auto"/>
            <w:right w:val="none" w:sz="0" w:space="0" w:color="auto"/>
          </w:divBdr>
        </w:div>
        <w:div w:id="133063219">
          <w:marLeft w:val="480"/>
          <w:marRight w:val="0"/>
          <w:marTop w:val="0"/>
          <w:marBottom w:val="0"/>
          <w:divBdr>
            <w:top w:val="none" w:sz="0" w:space="0" w:color="auto"/>
            <w:left w:val="none" w:sz="0" w:space="0" w:color="auto"/>
            <w:bottom w:val="none" w:sz="0" w:space="0" w:color="auto"/>
            <w:right w:val="none" w:sz="0" w:space="0" w:color="auto"/>
          </w:divBdr>
        </w:div>
        <w:div w:id="150221181">
          <w:marLeft w:val="480"/>
          <w:marRight w:val="0"/>
          <w:marTop w:val="0"/>
          <w:marBottom w:val="0"/>
          <w:divBdr>
            <w:top w:val="none" w:sz="0" w:space="0" w:color="auto"/>
            <w:left w:val="none" w:sz="0" w:space="0" w:color="auto"/>
            <w:bottom w:val="none" w:sz="0" w:space="0" w:color="auto"/>
            <w:right w:val="none" w:sz="0" w:space="0" w:color="auto"/>
          </w:divBdr>
        </w:div>
        <w:div w:id="296954120">
          <w:marLeft w:val="480"/>
          <w:marRight w:val="0"/>
          <w:marTop w:val="0"/>
          <w:marBottom w:val="0"/>
          <w:divBdr>
            <w:top w:val="none" w:sz="0" w:space="0" w:color="auto"/>
            <w:left w:val="none" w:sz="0" w:space="0" w:color="auto"/>
            <w:bottom w:val="none" w:sz="0" w:space="0" w:color="auto"/>
            <w:right w:val="none" w:sz="0" w:space="0" w:color="auto"/>
          </w:divBdr>
        </w:div>
        <w:div w:id="411195911">
          <w:marLeft w:val="480"/>
          <w:marRight w:val="0"/>
          <w:marTop w:val="0"/>
          <w:marBottom w:val="0"/>
          <w:divBdr>
            <w:top w:val="none" w:sz="0" w:space="0" w:color="auto"/>
            <w:left w:val="none" w:sz="0" w:space="0" w:color="auto"/>
            <w:bottom w:val="none" w:sz="0" w:space="0" w:color="auto"/>
            <w:right w:val="none" w:sz="0" w:space="0" w:color="auto"/>
          </w:divBdr>
        </w:div>
        <w:div w:id="484594725">
          <w:marLeft w:val="480"/>
          <w:marRight w:val="0"/>
          <w:marTop w:val="0"/>
          <w:marBottom w:val="0"/>
          <w:divBdr>
            <w:top w:val="none" w:sz="0" w:space="0" w:color="auto"/>
            <w:left w:val="none" w:sz="0" w:space="0" w:color="auto"/>
            <w:bottom w:val="none" w:sz="0" w:space="0" w:color="auto"/>
            <w:right w:val="none" w:sz="0" w:space="0" w:color="auto"/>
          </w:divBdr>
        </w:div>
        <w:div w:id="505219269">
          <w:marLeft w:val="480"/>
          <w:marRight w:val="0"/>
          <w:marTop w:val="0"/>
          <w:marBottom w:val="0"/>
          <w:divBdr>
            <w:top w:val="none" w:sz="0" w:space="0" w:color="auto"/>
            <w:left w:val="none" w:sz="0" w:space="0" w:color="auto"/>
            <w:bottom w:val="none" w:sz="0" w:space="0" w:color="auto"/>
            <w:right w:val="none" w:sz="0" w:space="0" w:color="auto"/>
          </w:divBdr>
        </w:div>
        <w:div w:id="539709150">
          <w:marLeft w:val="480"/>
          <w:marRight w:val="0"/>
          <w:marTop w:val="0"/>
          <w:marBottom w:val="0"/>
          <w:divBdr>
            <w:top w:val="none" w:sz="0" w:space="0" w:color="auto"/>
            <w:left w:val="none" w:sz="0" w:space="0" w:color="auto"/>
            <w:bottom w:val="none" w:sz="0" w:space="0" w:color="auto"/>
            <w:right w:val="none" w:sz="0" w:space="0" w:color="auto"/>
          </w:divBdr>
        </w:div>
        <w:div w:id="544024601">
          <w:marLeft w:val="480"/>
          <w:marRight w:val="0"/>
          <w:marTop w:val="0"/>
          <w:marBottom w:val="0"/>
          <w:divBdr>
            <w:top w:val="none" w:sz="0" w:space="0" w:color="auto"/>
            <w:left w:val="none" w:sz="0" w:space="0" w:color="auto"/>
            <w:bottom w:val="none" w:sz="0" w:space="0" w:color="auto"/>
            <w:right w:val="none" w:sz="0" w:space="0" w:color="auto"/>
          </w:divBdr>
        </w:div>
        <w:div w:id="586350831">
          <w:marLeft w:val="480"/>
          <w:marRight w:val="0"/>
          <w:marTop w:val="0"/>
          <w:marBottom w:val="0"/>
          <w:divBdr>
            <w:top w:val="none" w:sz="0" w:space="0" w:color="auto"/>
            <w:left w:val="none" w:sz="0" w:space="0" w:color="auto"/>
            <w:bottom w:val="none" w:sz="0" w:space="0" w:color="auto"/>
            <w:right w:val="none" w:sz="0" w:space="0" w:color="auto"/>
          </w:divBdr>
        </w:div>
        <w:div w:id="681007601">
          <w:marLeft w:val="480"/>
          <w:marRight w:val="0"/>
          <w:marTop w:val="0"/>
          <w:marBottom w:val="0"/>
          <w:divBdr>
            <w:top w:val="none" w:sz="0" w:space="0" w:color="auto"/>
            <w:left w:val="none" w:sz="0" w:space="0" w:color="auto"/>
            <w:bottom w:val="none" w:sz="0" w:space="0" w:color="auto"/>
            <w:right w:val="none" w:sz="0" w:space="0" w:color="auto"/>
          </w:divBdr>
        </w:div>
        <w:div w:id="801658261">
          <w:marLeft w:val="480"/>
          <w:marRight w:val="0"/>
          <w:marTop w:val="0"/>
          <w:marBottom w:val="0"/>
          <w:divBdr>
            <w:top w:val="none" w:sz="0" w:space="0" w:color="auto"/>
            <w:left w:val="none" w:sz="0" w:space="0" w:color="auto"/>
            <w:bottom w:val="none" w:sz="0" w:space="0" w:color="auto"/>
            <w:right w:val="none" w:sz="0" w:space="0" w:color="auto"/>
          </w:divBdr>
        </w:div>
        <w:div w:id="830096210">
          <w:marLeft w:val="480"/>
          <w:marRight w:val="0"/>
          <w:marTop w:val="0"/>
          <w:marBottom w:val="0"/>
          <w:divBdr>
            <w:top w:val="none" w:sz="0" w:space="0" w:color="auto"/>
            <w:left w:val="none" w:sz="0" w:space="0" w:color="auto"/>
            <w:bottom w:val="none" w:sz="0" w:space="0" w:color="auto"/>
            <w:right w:val="none" w:sz="0" w:space="0" w:color="auto"/>
          </w:divBdr>
        </w:div>
        <w:div w:id="864828792">
          <w:marLeft w:val="480"/>
          <w:marRight w:val="0"/>
          <w:marTop w:val="0"/>
          <w:marBottom w:val="0"/>
          <w:divBdr>
            <w:top w:val="none" w:sz="0" w:space="0" w:color="auto"/>
            <w:left w:val="none" w:sz="0" w:space="0" w:color="auto"/>
            <w:bottom w:val="none" w:sz="0" w:space="0" w:color="auto"/>
            <w:right w:val="none" w:sz="0" w:space="0" w:color="auto"/>
          </w:divBdr>
        </w:div>
        <w:div w:id="971135101">
          <w:marLeft w:val="480"/>
          <w:marRight w:val="0"/>
          <w:marTop w:val="0"/>
          <w:marBottom w:val="0"/>
          <w:divBdr>
            <w:top w:val="none" w:sz="0" w:space="0" w:color="auto"/>
            <w:left w:val="none" w:sz="0" w:space="0" w:color="auto"/>
            <w:bottom w:val="none" w:sz="0" w:space="0" w:color="auto"/>
            <w:right w:val="none" w:sz="0" w:space="0" w:color="auto"/>
          </w:divBdr>
        </w:div>
        <w:div w:id="984043902">
          <w:marLeft w:val="480"/>
          <w:marRight w:val="0"/>
          <w:marTop w:val="0"/>
          <w:marBottom w:val="0"/>
          <w:divBdr>
            <w:top w:val="none" w:sz="0" w:space="0" w:color="auto"/>
            <w:left w:val="none" w:sz="0" w:space="0" w:color="auto"/>
            <w:bottom w:val="none" w:sz="0" w:space="0" w:color="auto"/>
            <w:right w:val="none" w:sz="0" w:space="0" w:color="auto"/>
          </w:divBdr>
        </w:div>
        <w:div w:id="1040587944">
          <w:marLeft w:val="480"/>
          <w:marRight w:val="0"/>
          <w:marTop w:val="0"/>
          <w:marBottom w:val="0"/>
          <w:divBdr>
            <w:top w:val="none" w:sz="0" w:space="0" w:color="auto"/>
            <w:left w:val="none" w:sz="0" w:space="0" w:color="auto"/>
            <w:bottom w:val="none" w:sz="0" w:space="0" w:color="auto"/>
            <w:right w:val="none" w:sz="0" w:space="0" w:color="auto"/>
          </w:divBdr>
        </w:div>
        <w:div w:id="1077247970">
          <w:marLeft w:val="480"/>
          <w:marRight w:val="0"/>
          <w:marTop w:val="0"/>
          <w:marBottom w:val="0"/>
          <w:divBdr>
            <w:top w:val="none" w:sz="0" w:space="0" w:color="auto"/>
            <w:left w:val="none" w:sz="0" w:space="0" w:color="auto"/>
            <w:bottom w:val="none" w:sz="0" w:space="0" w:color="auto"/>
            <w:right w:val="none" w:sz="0" w:space="0" w:color="auto"/>
          </w:divBdr>
        </w:div>
        <w:div w:id="1113862848">
          <w:marLeft w:val="480"/>
          <w:marRight w:val="0"/>
          <w:marTop w:val="0"/>
          <w:marBottom w:val="0"/>
          <w:divBdr>
            <w:top w:val="none" w:sz="0" w:space="0" w:color="auto"/>
            <w:left w:val="none" w:sz="0" w:space="0" w:color="auto"/>
            <w:bottom w:val="none" w:sz="0" w:space="0" w:color="auto"/>
            <w:right w:val="none" w:sz="0" w:space="0" w:color="auto"/>
          </w:divBdr>
        </w:div>
        <w:div w:id="1229076229">
          <w:marLeft w:val="480"/>
          <w:marRight w:val="0"/>
          <w:marTop w:val="0"/>
          <w:marBottom w:val="0"/>
          <w:divBdr>
            <w:top w:val="none" w:sz="0" w:space="0" w:color="auto"/>
            <w:left w:val="none" w:sz="0" w:space="0" w:color="auto"/>
            <w:bottom w:val="none" w:sz="0" w:space="0" w:color="auto"/>
            <w:right w:val="none" w:sz="0" w:space="0" w:color="auto"/>
          </w:divBdr>
        </w:div>
        <w:div w:id="1301421858">
          <w:marLeft w:val="480"/>
          <w:marRight w:val="0"/>
          <w:marTop w:val="0"/>
          <w:marBottom w:val="0"/>
          <w:divBdr>
            <w:top w:val="none" w:sz="0" w:space="0" w:color="auto"/>
            <w:left w:val="none" w:sz="0" w:space="0" w:color="auto"/>
            <w:bottom w:val="none" w:sz="0" w:space="0" w:color="auto"/>
            <w:right w:val="none" w:sz="0" w:space="0" w:color="auto"/>
          </w:divBdr>
        </w:div>
        <w:div w:id="1357272121">
          <w:marLeft w:val="480"/>
          <w:marRight w:val="0"/>
          <w:marTop w:val="0"/>
          <w:marBottom w:val="0"/>
          <w:divBdr>
            <w:top w:val="none" w:sz="0" w:space="0" w:color="auto"/>
            <w:left w:val="none" w:sz="0" w:space="0" w:color="auto"/>
            <w:bottom w:val="none" w:sz="0" w:space="0" w:color="auto"/>
            <w:right w:val="none" w:sz="0" w:space="0" w:color="auto"/>
          </w:divBdr>
        </w:div>
        <w:div w:id="1361202991">
          <w:marLeft w:val="480"/>
          <w:marRight w:val="0"/>
          <w:marTop w:val="0"/>
          <w:marBottom w:val="0"/>
          <w:divBdr>
            <w:top w:val="none" w:sz="0" w:space="0" w:color="auto"/>
            <w:left w:val="none" w:sz="0" w:space="0" w:color="auto"/>
            <w:bottom w:val="none" w:sz="0" w:space="0" w:color="auto"/>
            <w:right w:val="none" w:sz="0" w:space="0" w:color="auto"/>
          </w:divBdr>
        </w:div>
        <w:div w:id="1372656042">
          <w:marLeft w:val="480"/>
          <w:marRight w:val="0"/>
          <w:marTop w:val="0"/>
          <w:marBottom w:val="0"/>
          <w:divBdr>
            <w:top w:val="none" w:sz="0" w:space="0" w:color="auto"/>
            <w:left w:val="none" w:sz="0" w:space="0" w:color="auto"/>
            <w:bottom w:val="none" w:sz="0" w:space="0" w:color="auto"/>
            <w:right w:val="none" w:sz="0" w:space="0" w:color="auto"/>
          </w:divBdr>
        </w:div>
        <w:div w:id="1629582880">
          <w:marLeft w:val="480"/>
          <w:marRight w:val="0"/>
          <w:marTop w:val="0"/>
          <w:marBottom w:val="0"/>
          <w:divBdr>
            <w:top w:val="none" w:sz="0" w:space="0" w:color="auto"/>
            <w:left w:val="none" w:sz="0" w:space="0" w:color="auto"/>
            <w:bottom w:val="none" w:sz="0" w:space="0" w:color="auto"/>
            <w:right w:val="none" w:sz="0" w:space="0" w:color="auto"/>
          </w:divBdr>
        </w:div>
        <w:div w:id="1674409760">
          <w:marLeft w:val="480"/>
          <w:marRight w:val="0"/>
          <w:marTop w:val="0"/>
          <w:marBottom w:val="0"/>
          <w:divBdr>
            <w:top w:val="none" w:sz="0" w:space="0" w:color="auto"/>
            <w:left w:val="none" w:sz="0" w:space="0" w:color="auto"/>
            <w:bottom w:val="none" w:sz="0" w:space="0" w:color="auto"/>
            <w:right w:val="none" w:sz="0" w:space="0" w:color="auto"/>
          </w:divBdr>
        </w:div>
        <w:div w:id="1828936100">
          <w:marLeft w:val="480"/>
          <w:marRight w:val="0"/>
          <w:marTop w:val="0"/>
          <w:marBottom w:val="0"/>
          <w:divBdr>
            <w:top w:val="none" w:sz="0" w:space="0" w:color="auto"/>
            <w:left w:val="none" w:sz="0" w:space="0" w:color="auto"/>
            <w:bottom w:val="none" w:sz="0" w:space="0" w:color="auto"/>
            <w:right w:val="none" w:sz="0" w:space="0" w:color="auto"/>
          </w:divBdr>
        </w:div>
        <w:div w:id="2006860530">
          <w:marLeft w:val="480"/>
          <w:marRight w:val="0"/>
          <w:marTop w:val="0"/>
          <w:marBottom w:val="0"/>
          <w:divBdr>
            <w:top w:val="none" w:sz="0" w:space="0" w:color="auto"/>
            <w:left w:val="none" w:sz="0" w:space="0" w:color="auto"/>
            <w:bottom w:val="none" w:sz="0" w:space="0" w:color="auto"/>
            <w:right w:val="none" w:sz="0" w:space="0" w:color="auto"/>
          </w:divBdr>
        </w:div>
        <w:div w:id="2118791861">
          <w:marLeft w:val="480"/>
          <w:marRight w:val="0"/>
          <w:marTop w:val="0"/>
          <w:marBottom w:val="0"/>
          <w:divBdr>
            <w:top w:val="none" w:sz="0" w:space="0" w:color="auto"/>
            <w:left w:val="none" w:sz="0" w:space="0" w:color="auto"/>
            <w:bottom w:val="none" w:sz="0" w:space="0" w:color="auto"/>
            <w:right w:val="none" w:sz="0" w:space="0" w:color="auto"/>
          </w:divBdr>
        </w:div>
      </w:divsChild>
    </w:div>
    <w:div w:id="874272516">
      <w:bodyDiv w:val="1"/>
      <w:marLeft w:val="0"/>
      <w:marRight w:val="0"/>
      <w:marTop w:val="0"/>
      <w:marBottom w:val="0"/>
      <w:divBdr>
        <w:top w:val="none" w:sz="0" w:space="0" w:color="auto"/>
        <w:left w:val="none" w:sz="0" w:space="0" w:color="auto"/>
        <w:bottom w:val="none" w:sz="0" w:space="0" w:color="auto"/>
        <w:right w:val="none" w:sz="0" w:space="0" w:color="auto"/>
      </w:divBdr>
    </w:div>
    <w:div w:id="874658903">
      <w:bodyDiv w:val="1"/>
      <w:marLeft w:val="0"/>
      <w:marRight w:val="0"/>
      <w:marTop w:val="0"/>
      <w:marBottom w:val="0"/>
      <w:divBdr>
        <w:top w:val="none" w:sz="0" w:space="0" w:color="auto"/>
        <w:left w:val="none" w:sz="0" w:space="0" w:color="auto"/>
        <w:bottom w:val="none" w:sz="0" w:space="0" w:color="auto"/>
        <w:right w:val="none" w:sz="0" w:space="0" w:color="auto"/>
      </w:divBdr>
    </w:div>
    <w:div w:id="875506038">
      <w:bodyDiv w:val="1"/>
      <w:marLeft w:val="0"/>
      <w:marRight w:val="0"/>
      <w:marTop w:val="0"/>
      <w:marBottom w:val="0"/>
      <w:divBdr>
        <w:top w:val="none" w:sz="0" w:space="0" w:color="auto"/>
        <w:left w:val="none" w:sz="0" w:space="0" w:color="auto"/>
        <w:bottom w:val="none" w:sz="0" w:space="0" w:color="auto"/>
        <w:right w:val="none" w:sz="0" w:space="0" w:color="auto"/>
      </w:divBdr>
    </w:div>
    <w:div w:id="875702546">
      <w:bodyDiv w:val="1"/>
      <w:marLeft w:val="0"/>
      <w:marRight w:val="0"/>
      <w:marTop w:val="0"/>
      <w:marBottom w:val="0"/>
      <w:divBdr>
        <w:top w:val="none" w:sz="0" w:space="0" w:color="auto"/>
        <w:left w:val="none" w:sz="0" w:space="0" w:color="auto"/>
        <w:bottom w:val="none" w:sz="0" w:space="0" w:color="auto"/>
        <w:right w:val="none" w:sz="0" w:space="0" w:color="auto"/>
      </w:divBdr>
    </w:div>
    <w:div w:id="877476491">
      <w:bodyDiv w:val="1"/>
      <w:marLeft w:val="0"/>
      <w:marRight w:val="0"/>
      <w:marTop w:val="0"/>
      <w:marBottom w:val="0"/>
      <w:divBdr>
        <w:top w:val="none" w:sz="0" w:space="0" w:color="auto"/>
        <w:left w:val="none" w:sz="0" w:space="0" w:color="auto"/>
        <w:bottom w:val="none" w:sz="0" w:space="0" w:color="auto"/>
        <w:right w:val="none" w:sz="0" w:space="0" w:color="auto"/>
      </w:divBdr>
    </w:div>
    <w:div w:id="881988279">
      <w:bodyDiv w:val="1"/>
      <w:marLeft w:val="0"/>
      <w:marRight w:val="0"/>
      <w:marTop w:val="0"/>
      <w:marBottom w:val="0"/>
      <w:divBdr>
        <w:top w:val="none" w:sz="0" w:space="0" w:color="auto"/>
        <w:left w:val="none" w:sz="0" w:space="0" w:color="auto"/>
        <w:bottom w:val="none" w:sz="0" w:space="0" w:color="auto"/>
        <w:right w:val="none" w:sz="0" w:space="0" w:color="auto"/>
      </w:divBdr>
    </w:div>
    <w:div w:id="883828519">
      <w:bodyDiv w:val="1"/>
      <w:marLeft w:val="0"/>
      <w:marRight w:val="0"/>
      <w:marTop w:val="0"/>
      <w:marBottom w:val="0"/>
      <w:divBdr>
        <w:top w:val="none" w:sz="0" w:space="0" w:color="auto"/>
        <w:left w:val="none" w:sz="0" w:space="0" w:color="auto"/>
        <w:bottom w:val="none" w:sz="0" w:space="0" w:color="auto"/>
        <w:right w:val="none" w:sz="0" w:space="0" w:color="auto"/>
      </w:divBdr>
      <w:divsChild>
        <w:div w:id="69355888">
          <w:marLeft w:val="480"/>
          <w:marRight w:val="0"/>
          <w:marTop w:val="0"/>
          <w:marBottom w:val="0"/>
          <w:divBdr>
            <w:top w:val="none" w:sz="0" w:space="0" w:color="auto"/>
            <w:left w:val="none" w:sz="0" w:space="0" w:color="auto"/>
            <w:bottom w:val="none" w:sz="0" w:space="0" w:color="auto"/>
            <w:right w:val="none" w:sz="0" w:space="0" w:color="auto"/>
          </w:divBdr>
        </w:div>
        <w:div w:id="205722632">
          <w:marLeft w:val="480"/>
          <w:marRight w:val="0"/>
          <w:marTop w:val="0"/>
          <w:marBottom w:val="0"/>
          <w:divBdr>
            <w:top w:val="none" w:sz="0" w:space="0" w:color="auto"/>
            <w:left w:val="none" w:sz="0" w:space="0" w:color="auto"/>
            <w:bottom w:val="none" w:sz="0" w:space="0" w:color="auto"/>
            <w:right w:val="none" w:sz="0" w:space="0" w:color="auto"/>
          </w:divBdr>
        </w:div>
        <w:div w:id="255022682">
          <w:marLeft w:val="480"/>
          <w:marRight w:val="0"/>
          <w:marTop w:val="0"/>
          <w:marBottom w:val="0"/>
          <w:divBdr>
            <w:top w:val="none" w:sz="0" w:space="0" w:color="auto"/>
            <w:left w:val="none" w:sz="0" w:space="0" w:color="auto"/>
            <w:bottom w:val="none" w:sz="0" w:space="0" w:color="auto"/>
            <w:right w:val="none" w:sz="0" w:space="0" w:color="auto"/>
          </w:divBdr>
        </w:div>
        <w:div w:id="294289364">
          <w:marLeft w:val="480"/>
          <w:marRight w:val="0"/>
          <w:marTop w:val="0"/>
          <w:marBottom w:val="0"/>
          <w:divBdr>
            <w:top w:val="none" w:sz="0" w:space="0" w:color="auto"/>
            <w:left w:val="none" w:sz="0" w:space="0" w:color="auto"/>
            <w:bottom w:val="none" w:sz="0" w:space="0" w:color="auto"/>
            <w:right w:val="none" w:sz="0" w:space="0" w:color="auto"/>
          </w:divBdr>
        </w:div>
        <w:div w:id="323776820">
          <w:marLeft w:val="480"/>
          <w:marRight w:val="0"/>
          <w:marTop w:val="0"/>
          <w:marBottom w:val="0"/>
          <w:divBdr>
            <w:top w:val="none" w:sz="0" w:space="0" w:color="auto"/>
            <w:left w:val="none" w:sz="0" w:space="0" w:color="auto"/>
            <w:bottom w:val="none" w:sz="0" w:space="0" w:color="auto"/>
            <w:right w:val="none" w:sz="0" w:space="0" w:color="auto"/>
          </w:divBdr>
        </w:div>
        <w:div w:id="340814377">
          <w:marLeft w:val="480"/>
          <w:marRight w:val="0"/>
          <w:marTop w:val="0"/>
          <w:marBottom w:val="0"/>
          <w:divBdr>
            <w:top w:val="none" w:sz="0" w:space="0" w:color="auto"/>
            <w:left w:val="none" w:sz="0" w:space="0" w:color="auto"/>
            <w:bottom w:val="none" w:sz="0" w:space="0" w:color="auto"/>
            <w:right w:val="none" w:sz="0" w:space="0" w:color="auto"/>
          </w:divBdr>
        </w:div>
        <w:div w:id="399669835">
          <w:marLeft w:val="480"/>
          <w:marRight w:val="0"/>
          <w:marTop w:val="0"/>
          <w:marBottom w:val="0"/>
          <w:divBdr>
            <w:top w:val="none" w:sz="0" w:space="0" w:color="auto"/>
            <w:left w:val="none" w:sz="0" w:space="0" w:color="auto"/>
            <w:bottom w:val="none" w:sz="0" w:space="0" w:color="auto"/>
            <w:right w:val="none" w:sz="0" w:space="0" w:color="auto"/>
          </w:divBdr>
        </w:div>
        <w:div w:id="433324577">
          <w:marLeft w:val="480"/>
          <w:marRight w:val="0"/>
          <w:marTop w:val="0"/>
          <w:marBottom w:val="0"/>
          <w:divBdr>
            <w:top w:val="none" w:sz="0" w:space="0" w:color="auto"/>
            <w:left w:val="none" w:sz="0" w:space="0" w:color="auto"/>
            <w:bottom w:val="none" w:sz="0" w:space="0" w:color="auto"/>
            <w:right w:val="none" w:sz="0" w:space="0" w:color="auto"/>
          </w:divBdr>
        </w:div>
        <w:div w:id="550502657">
          <w:marLeft w:val="480"/>
          <w:marRight w:val="0"/>
          <w:marTop w:val="0"/>
          <w:marBottom w:val="0"/>
          <w:divBdr>
            <w:top w:val="none" w:sz="0" w:space="0" w:color="auto"/>
            <w:left w:val="none" w:sz="0" w:space="0" w:color="auto"/>
            <w:bottom w:val="none" w:sz="0" w:space="0" w:color="auto"/>
            <w:right w:val="none" w:sz="0" w:space="0" w:color="auto"/>
          </w:divBdr>
        </w:div>
        <w:div w:id="567492963">
          <w:marLeft w:val="480"/>
          <w:marRight w:val="0"/>
          <w:marTop w:val="0"/>
          <w:marBottom w:val="0"/>
          <w:divBdr>
            <w:top w:val="none" w:sz="0" w:space="0" w:color="auto"/>
            <w:left w:val="none" w:sz="0" w:space="0" w:color="auto"/>
            <w:bottom w:val="none" w:sz="0" w:space="0" w:color="auto"/>
            <w:right w:val="none" w:sz="0" w:space="0" w:color="auto"/>
          </w:divBdr>
        </w:div>
        <w:div w:id="654992303">
          <w:marLeft w:val="480"/>
          <w:marRight w:val="0"/>
          <w:marTop w:val="0"/>
          <w:marBottom w:val="0"/>
          <w:divBdr>
            <w:top w:val="none" w:sz="0" w:space="0" w:color="auto"/>
            <w:left w:val="none" w:sz="0" w:space="0" w:color="auto"/>
            <w:bottom w:val="none" w:sz="0" w:space="0" w:color="auto"/>
            <w:right w:val="none" w:sz="0" w:space="0" w:color="auto"/>
          </w:divBdr>
        </w:div>
        <w:div w:id="691758897">
          <w:marLeft w:val="480"/>
          <w:marRight w:val="0"/>
          <w:marTop w:val="0"/>
          <w:marBottom w:val="0"/>
          <w:divBdr>
            <w:top w:val="none" w:sz="0" w:space="0" w:color="auto"/>
            <w:left w:val="none" w:sz="0" w:space="0" w:color="auto"/>
            <w:bottom w:val="none" w:sz="0" w:space="0" w:color="auto"/>
            <w:right w:val="none" w:sz="0" w:space="0" w:color="auto"/>
          </w:divBdr>
        </w:div>
        <w:div w:id="772825057">
          <w:marLeft w:val="480"/>
          <w:marRight w:val="0"/>
          <w:marTop w:val="0"/>
          <w:marBottom w:val="0"/>
          <w:divBdr>
            <w:top w:val="none" w:sz="0" w:space="0" w:color="auto"/>
            <w:left w:val="none" w:sz="0" w:space="0" w:color="auto"/>
            <w:bottom w:val="none" w:sz="0" w:space="0" w:color="auto"/>
            <w:right w:val="none" w:sz="0" w:space="0" w:color="auto"/>
          </w:divBdr>
        </w:div>
        <w:div w:id="859705430">
          <w:marLeft w:val="480"/>
          <w:marRight w:val="0"/>
          <w:marTop w:val="0"/>
          <w:marBottom w:val="0"/>
          <w:divBdr>
            <w:top w:val="none" w:sz="0" w:space="0" w:color="auto"/>
            <w:left w:val="none" w:sz="0" w:space="0" w:color="auto"/>
            <w:bottom w:val="none" w:sz="0" w:space="0" w:color="auto"/>
            <w:right w:val="none" w:sz="0" w:space="0" w:color="auto"/>
          </w:divBdr>
        </w:div>
        <w:div w:id="873232343">
          <w:marLeft w:val="480"/>
          <w:marRight w:val="0"/>
          <w:marTop w:val="0"/>
          <w:marBottom w:val="0"/>
          <w:divBdr>
            <w:top w:val="none" w:sz="0" w:space="0" w:color="auto"/>
            <w:left w:val="none" w:sz="0" w:space="0" w:color="auto"/>
            <w:bottom w:val="none" w:sz="0" w:space="0" w:color="auto"/>
            <w:right w:val="none" w:sz="0" w:space="0" w:color="auto"/>
          </w:divBdr>
        </w:div>
        <w:div w:id="889656920">
          <w:marLeft w:val="480"/>
          <w:marRight w:val="0"/>
          <w:marTop w:val="0"/>
          <w:marBottom w:val="0"/>
          <w:divBdr>
            <w:top w:val="none" w:sz="0" w:space="0" w:color="auto"/>
            <w:left w:val="none" w:sz="0" w:space="0" w:color="auto"/>
            <w:bottom w:val="none" w:sz="0" w:space="0" w:color="auto"/>
            <w:right w:val="none" w:sz="0" w:space="0" w:color="auto"/>
          </w:divBdr>
        </w:div>
        <w:div w:id="1059985247">
          <w:marLeft w:val="480"/>
          <w:marRight w:val="0"/>
          <w:marTop w:val="0"/>
          <w:marBottom w:val="0"/>
          <w:divBdr>
            <w:top w:val="none" w:sz="0" w:space="0" w:color="auto"/>
            <w:left w:val="none" w:sz="0" w:space="0" w:color="auto"/>
            <w:bottom w:val="none" w:sz="0" w:space="0" w:color="auto"/>
            <w:right w:val="none" w:sz="0" w:space="0" w:color="auto"/>
          </w:divBdr>
        </w:div>
        <w:div w:id="1128205020">
          <w:marLeft w:val="480"/>
          <w:marRight w:val="0"/>
          <w:marTop w:val="0"/>
          <w:marBottom w:val="0"/>
          <w:divBdr>
            <w:top w:val="none" w:sz="0" w:space="0" w:color="auto"/>
            <w:left w:val="none" w:sz="0" w:space="0" w:color="auto"/>
            <w:bottom w:val="none" w:sz="0" w:space="0" w:color="auto"/>
            <w:right w:val="none" w:sz="0" w:space="0" w:color="auto"/>
          </w:divBdr>
        </w:div>
        <w:div w:id="1205212333">
          <w:marLeft w:val="480"/>
          <w:marRight w:val="0"/>
          <w:marTop w:val="0"/>
          <w:marBottom w:val="0"/>
          <w:divBdr>
            <w:top w:val="none" w:sz="0" w:space="0" w:color="auto"/>
            <w:left w:val="none" w:sz="0" w:space="0" w:color="auto"/>
            <w:bottom w:val="none" w:sz="0" w:space="0" w:color="auto"/>
            <w:right w:val="none" w:sz="0" w:space="0" w:color="auto"/>
          </w:divBdr>
        </w:div>
        <w:div w:id="1205604098">
          <w:marLeft w:val="480"/>
          <w:marRight w:val="0"/>
          <w:marTop w:val="0"/>
          <w:marBottom w:val="0"/>
          <w:divBdr>
            <w:top w:val="none" w:sz="0" w:space="0" w:color="auto"/>
            <w:left w:val="none" w:sz="0" w:space="0" w:color="auto"/>
            <w:bottom w:val="none" w:sz="0" w:space="0" w:color="auto"/>
            <w:right w:val="none" w:sz="0" w:space="0" w:color="auto"/>
          </w:divBdr>
        </w:div>
        <w:div w:id="1572812671">
          <w:marLeft w:val="480"/>
          <w:marRight w:val="0"/>
          <w:marTop w:val="0"/>
          <w:marBottom w:val="0"/>
          <w:divBdr>
            <w:top w:val="none" w:sz="0" w:space="0" w:color="auto"/>
            <w:left w:val="none" w:sz="0" w:space="0" w:color="auto"/>
            <w:bottom w:val="none" w:sz="0" w:space="0" w:color="auto"/>
            <w:right w:val="none" w:sz="0" w:space="0" w:color="auto"/>
          </w:divBdr>
        </w:div>
        <w:div w:id="1577783551">
          <w:marLeft w:val="480"/>
          <w:marRight w:val="0"/>
          <w:marTop w:val="0"/>
          <w:marBottom w:val="0"/>
          <w:divBdr>
            <w:top w:val="none" w:sz="0" w:space="0" w:color="auto"/>
            <w:left w:val="none" w:sz="0" w:space="0" w:color="auto"/>
            <w:bottom w:val="none" w:sz="0" w:space="0" w:color="auto"/>
            <w:right w:val="none" w:sz="0" w:space="0" w:color="auto"/>
          </w:divBdr>
        </w:div>
        <w:div w:id="1593198014">
          <w:marLeft w:val="480"/>
          <w:marRight w:val="0"/>
          <w:marTop w:val="0"/>
          <w:marBottom w:val="0"/>
          <w:divBdr>
            <w:top w:val="none" w:sz="0" w:space="0" w:color="auto"/>
            <w:left w:val="none" w:sz="0" w:space="0" w:color="auto"/>
            <w:bottom w:val="none" w:sz="0" w:space="0" w:color="auto"/>
            <w:right w:val="none" w:sz="0" w:space="0" w:color="auto"/>
          </w:divBdr>
        </w:div>
        <w:div w:id="1659453086">
          <w:marLeft w:val="480"/>
          <w:marRight w:val="0"/>
          <w:marTop w:val="0"/>
          <w:marBottom w:val="0"/>
          <w:divBdr>
            <w:top w:val="none" w:sz="0" w:space="0" w:color="auto"/>
            <w:left w:val="none" w:sz="0" w:space="0" w:color="auto"/>
            <w:bottom w:val="none" w:sz="0" w:space="0" w:color="auto"/>
            <w:right w:val="none" w:sz="0" w:space="0" w:color="auto"/>
          </w:divBdr>
        </w:div>
        <w:div w:id="1671323494">
          <w:marLeft w:val="480"/>
          <w:marRight w:val="0"/>
          <w:marTop w:val="0"/>
          <w:marBottom w:val="0"/>
          <w:divBdr>
            <w:top w:val="none" w:sz="0" w:space="0" w:color="auto"/>
            <w:left w:val="none" w:sz="0" w:space="0" w:color="auto"/>
            <w:bottom w:val="none" w:sz="0" w:space="0" w:color="auto"/>
            <w:right w:val="none" w:sz="0" w:space="0" w:color="auto"/>
          </w:divBdr>
        </w:div>
        <w:div w:id="1725564565">
          <w:marLeft w:val="480"/>
          <w:marRight w:val="0"/>
          <w:marTop w:val="0"/>
          <w:marBottom w:val="0"/>
          <w:divBdr>
            <w:top w:val="none" w:sz="0" w:space="0" w:color="auto"/>
            <w:left w:val="none" w:sz="0" w:space="0" w:color="auto"/>
            <w:bottom w:val="none" w:sz="0" w:space="0" w:color="auto"/>
            <w:right w:val="none" w:sz="0" w:space="0" w:color="auto"/>
          </w:divBdr>
        </w:div>
        <w:div w:id="1749889470">
          <w:marLeft w:val="480"/>
          <w:marRight w:val="0"/>
          <w:marTop w:val="0"/>
          <w:marBottom w:val="0"/>
          <w:divBdr>
            <w:top w:val="none" w:sz="0" w:space="0" w:color="auto"/>
            <w:left w:val="none" w:sz="0" w:space="0" w:color="auto"/>
            <w:bottom w:val="none" w:sz="0" w:space="0" w:color="auto"/>
            <w:right w:val="none" w:sz="0" w:space="0" w:color="auto"/>
          </w:divBdr>
        </w:div>
        <w:div w:id="1796177718">
          <w:marLeft w:val="480"/>
          <w:marRight w:val="0"/>
          <w:marTop w:val="0"/>
          <w:marBottom w:val="0"/>
          <w:divBdr>
            <w:top w:val="none" w:sz="0" w:space="0" w:color="auto"/>
            <w:left w:val="none" w:sz="0" w:space="0" w:color="auto"/>
            <w:bottom w:val="none" w:sz="0" w:space="0" w:color="auto"/>
            <w:right w:val="none" w:sz="0" w:space="0" w:color="auto"/>
          </w:divBdr>
        </w:div>
        <w:div w:id="1840458868">
          <w:marLeft w:val="480"/>
          <w:marRight w:val="0"/>
          <w:marTop w:val="0"/>
          <w:marBottom w:val="0"/>
          <w:divBdr>
            <w:top w:val="none" w:sz="0" w:space="0" w:color="auto"/>
            <w:left w:val="none" w:sz="0" w:space="0" w:color="auto"/>
            <w:bottom w:val="none" w:sz="0" w:space="0" w:color="auto"/>
            <w:right w:val="none" w:sz="0" w:space="0" w:color="auto"/>
          </w:divBdr>
        </w:div>
        <w:div w:id="1863859993">
          <w:marLeft w:val="480"/>
          <w:marRight w:val="0"/>
          <w:marTop w:val="0"/>
          <w:marBottom w:val="0"/>
          <w:divBdr>
            <w:top w:val="none" w:sz="0" w:space="0" w:color="auto"/>
            <w:left w:val="none" w:sz="0" w:space="0" w:color="auto"/>
            <w:bottom w:val="none" w:sz="0" w:space="0" w:color="auto"/>
            <w:right w:val="none" w:sz="0" w:space="0" w:color="auto"/>
          </w:divBdr>
        </w:div>
        <w:div w:id="1892687487">
          <w:marLeft w:val="480"/>
          <w:marRight w:val="0"/>
          <w:marTop w:val="0"/>
          <w:marBottom w:val="0"/>
          <w:divBdr>
            <w:top w:val="none" w:sz="0" w:space="0" w:color="auto"/>
            <w:left w:val="none" w:sz="0" w:space="0" w:color="auto"/>
            <w:bottom w:val="none" w:sz="0" w:space="0" w:color="auto"/>
            <w:right w:val="none" w:sz="0" w:space="0" w:color="auto"/>
          </w:divBdr>
        </w:div>
        <w:div w:id="1915433788">
          <w:marLeft w:val="480"/>
          <w:marRight w:val="0"/>
          <w:marTop w:val="0"/>
          <w:marBottom w:val="0"/>
          <w:divBdr>
            <w:top w:val="none" w:sz="0" w:space="0" w:color="auto"/>
            <w:left w:val="none" w:sz="0" w:space="0" w:color="auto"/>
            <w:bottom w:val="none" w:sz="0" w:space="0" w:color="auto"/>
            <w:right w:val="none" w:sz="0" w:space="0" w:color="auto"/>
          </w:divBdr>
        </w:div>
        <w:div w:id="1968507883">
          <w:marLeft w:val="480"/>
          <w:marRight w:val="0"/>
          <w:marTop w:val="0"/>
          <w:marBottom w:val="0"/>
          <w:divBdr>
            <w:top w:val="none" w:sz="0" w:space="0" w:color="auto"/>
            <w:left w:val="none" w:sz="0" w:space="0" w:color="auto"/>
            <w:bottom w:val="none" w:sz="0" w:space="0" w:color="auto"/>
            <w:right w:val="none" w:sz="0" w:space="0" w:color="auto"/>
          </w:divBdr>
        </w:div>
        <w:div w:id="2018732829">
          <w:marLeft w:val="480"/>
          <w:marRight w:val="0"/>
          <w:marTop w:val="0"/>
          <w:marBottom w:val="0"/>
          <w:divBdr>
            <w:top w:val="none" w:sz="0" w:space="0" w:color="auto"/>
            <w:left w:val="none" w:sz="0" w:space="0" w:color="auto"/>
            <w:bottom w:val="none" w:sz="0" w:space="0" w:color="auto"/>
            <w:right w:val="none" w:sz="0" w:space="0" w:color="auto"/>
          </w:divBdr>
        </w:div>
        <w:div w:id="2030796002">
          <w:marLeft w:val="480"/>
          <w:marRight w:val="0"/>
          <w:marTop w:val="0"/>
          <w:marBottom w:val="0"/>
          <w:divBdr>
            <w:top w:val="none" w:sz="0" w:space="0" w:color="auto"/>
            <w:left w:val="none" w:sz="0" w:space="0" w:color="auto"/>
            <w:bottom w:val="none" w:sz="0" w:space="0" w:color="auto"/>
            <w:right w:val="none" w:sz="0" w:space="0" w:color="auto"/>
          </w:divBdr>
        </w:div>
        <w:div w:id="2032611010">
          <w:marLeft w:val="480"/>
          <w:marRight w:val="0"/>
          <w:marTop w:val="0"/>
          <w:marBottom w:val="0"/>
          <w:divBdr>
            <w:top w:val="none" w:sz="0" w:space="0" w:color="auto"/>
            <w:left w:val="none" w:sz="0" w:space="0" w:color="auto"/>
            <w:bottom w:val="none" w:sz="0" w:space="0" w:color="auto"/>
            <w:right w:val="none" w:sz="0" w:space="0" w:color="auto"/>
          </w:divBdr>
        </w:div>
        <w:div w:id="2073430883">
          <w:marLeft w:val="480"/>
          <w:marRight w:val="0"/>
          <w:marTop w:val="0"/>
          <w:marBottom w:val="0"/>
          <w:divBdr>
            <w:top w:val="none" w:sz="0" w:space="0" w:color="auto"/>
            <w:left w:val="none" w:sz="0" w:space="0" w:color="auto"/>
            <w:bottom w:val="none" w:sz="0" w:space="0" w:color="auto"/>
            <w:right w:val="none" w:sz="0" w:space="0" w:color="auto"/>
          </w:divBdr>
        </w:div>
      </w:divsChild>
    </w:div>
    <w:div w:id="884028168">
      <w:bodyDiv w:val="1"/>
      <w:marLeft w:val="0"/>
      <w:marRight w:val="0"/>
      <w:marTop w:val="0"/>
      <w:marBottom w:val="0"/>
      <w:divBdr>
        <w:top w:val="none" w:sz="0" w:space="0" w:color="auto"/>
        <w:left w:val="none" w:sz="0" w:space="0" w:color="auto"/>
        <w:bottom w:val="none" w:sz="0" w:space="0" w:color="auto"/>
        <w:right w:val="none" w:sz="0" w:space="0" w:color="auto"/>
      </w:divBdr>
    </w:div>
    <w:div w:id="885290092">
      <w:bodyDiv w:val="1"/>
      <w:marLeft w:val="0"/>
      <w:marRight w:val="0"/>
      <w:marTop w:val="0"/>
      <w:marBottom w:val="0"/>
      <w:divBdr>
        <w:top w:val="none" w:sz="0" w:space="0" w:color="auto"/>
        <w:left w:val="none" w:sz="0" w:space="0" w:color="auto"/>
        <w:bottom w:val="none" w:sz="0" w:space="0" w:color="auto"/>
        <w:right w:val="none" w:sz="0" w:space="0" w:color="auto"/>
      </w:divBdr>
      <w:divsChild>
        <w:div w:id="74668450">
          <w:marLeft w:val="480"/>
          <w:marRight w:val="0"/>
          <w:marTop w:val="0"/>
          <w:marBottom w:val="0"/>
          <w:divBdr>
            <w:top w:val="none" w:sz="0" w:space="0" w:color="auto"/>
            <w:left w:val="none" w:sz="0" w:space="0" w:color="auto"/>
            <w:bottom w:val="none" w:sz="0" w:space="0" w:color="auto"/>
            <w:right w:val="none" w:sz="0" w:space="0" w:color="auto"/>
          </w:divBdr>
        </w:div>
        <w:div w:id="126094027">
          <w:marLeft w:val="480"/>
          <w:marRight w:val="0"/>
          <w:marTop w:val="0"/>
          <w:marBottom w:val="0"/>
          <w:divBdr>
            <w:top w:val="none" w:sz="0" w:space="0" w:color="auto"/>
            <w:left w:val="none" w:sz="0" w:space="0" w:color="auto"/>
            <w:bottom w:val="none" w:sz="0" w:space="0" w:color="auto"/>
            <w:right w:val="none" w:sz="0" w:space="0" w:color="auto"/>
          </w:divBdr>
        </w:div>
        <w:div w:id="248276204">
          <w:marLeft w:val="480"/>
          <w:marRight w:val="0"/>
          <w:marTop w:val="0"/>
          <w:marBottom w:val="0"/>
          <w:divBdr>
            <w:top w:val="none" w:sz="0" w:space="0" w:color="auto"/>
            <w:left w:val="none" w:sz="0" w:space="0" w:color="auto"/>
            <w:bottom w:val="none" w:sz="0" w:space="0" w:color="auto"/>
            <w:right w:val="none" w:sz="0" w:space="0" w:color="auto"/>
          </w:divBdr>
        </w:div>
        <w:div w:id="401101970">
          <w:marLeft w:val="480"/>
          <w:marRight w:val="0"/>
          <w:marTop w:val="0"/>
          <w:marBottom w:val="0"/>
          <w:divBdr>
            <w:top w:val="none" w:sz="0" w:space="0" w:color="auto"/>
            <w:left w:val="none" w:sz="0" w:space="0" w:color="auto"/>
            <w:bottom w:val="none" w:sz="0" w:space="0" w:color="auto"/>
            <w:right w:val="none" w:sz="0" w:space="0" w:color="auto"/>
          </w:divBdr>
        </w:div>
        <w:div w:id="458686741">
          <w:marLeft w:val="480"/>
          <w:marRight w:val="0"/>
          <w:marTop w:val="0"/>
          <w:marBottom w:val="0"/>
          <w:divBdr>
            <w:top w:val="none" w:sz="0" w:space="0" w:color="auto"/>
            <w:left w:val="none" w:sz="0" w:space="0" w:color="auto"/>
            <w:bottom w:val="none" w:sz="0" w:space="0" w:color="auto"/>
            <w:right w:val="none" w:sz="0" w:space="0" w:color="auto"/>
          </w:divBdr>
        </w:div>
        <w:div w:id="503210724">
          <w:marLeft w:val="480"/>
          <w:marRight w:val="0"/>
          <w:marTop w:val="0"/>
          <w:marBottom w:val="0"/>
          <w:divBdr>
            <w:top w:val="none" w:sz="0" w:space="0" w:color="auto"/>
            <w:left w:val="none" w:sz="0" w:space="0" w:color="auto"/>
            <w:bottom w:val="none" w:sz="0" w:space="0" w:color="auto"/>
            <w:right w:val="none" w:sz="0" w:space="0" w:color="auto"/>
          </w:divBdr>
        </w:div>
        <w:div w:id="636225420">
          <w:marLeft w:val="480"/>
          <w:marRight w:val="0"/>
          <w:marTop w:val="0"/>
          <w:marBottom w:val="0"/>
          <w:divBdr>
            <w:top w:val="none" w:sz="0" w:space="0" w:color="auto"/>
            <w:left w:val="none" w:sz="0" w:space="0" w:color="auto"/>
            <w:bottom w:val="none" w:sz="0" w:space="0" w:color="auto"/>
            <w:right w:val="none" w:sz="0" w:space="0" w:color="auto"/>
          </w:divBdr>
        </w:div>
        <w:div w:id="665473472">
          <w:marLeft w:val="480"/>
          <w:marRight w:val="0"/>
          <w:marTop w:val="0"/>
          <w:marBottom w:val="0"/>
          <w:divBdr>
            <w:top w:val="none" w:sz="0" w:space="0" w:color="auto"/>
            <w:left w:val="none" w:sz="0" w:space="0" w:color="auto"/>
            <w:bottom w:val="none" w:sz="0" w:space="0" w:color="auto"/>
            <w:right w:val="none" w:sz="0" w:space="0" w:color="auto"/>
          </w:divBdr>
        </w:div>
        <w:div w:id="826941729">
          <w:marLeft w:val="480"/>
          <w:marRight w:val="0"/>
          <w:marTop w:val="0"/>
          <w:marBottom w:val="0"/>
          <w:divBdr>
            <w:top w:val="none" w:sz="0" w:space="0" w:color="auto"/>
            <w:left w:val="none" w:sz="0" w:space="0" w:color="auto"/>
            <w:bottom w:val="none" w:sz="0" w:space="0" w:color="auto"/>
            <w:right w:val="none" w:sz="0" w:space="0" w:color="auto"/>
          </w:divBdr>
        </w:div>
        <w:div w:id="846333777">
          <w:marLeft w:val="480"/>
          <w:marRight w:val="0"/>
          <w:marTop w:val="0"/>
          <w:marBottom w:val="0"/>
          <w:divBdr>
            <w:top w:val="none" w:sz="0" w:space="0" w:color="auto"/>
            <w:left w:val="none" w:sz="0" w:space="0" w:color="auto"/>
            <w:bottom w:val="none" w:sz="0" w:space="0" w:color="auto"/>
            <w:right w:val="none" w:sz="0" w:space="0" w:color="auto"/>
          </w:divBdr>
        </w:div>
        <w:div w:id="852305008">
          <w:marLeft w:val="480"/>
          <w:marRight w:val="0"/>
          <w:marTop w:val="0"/>
          <w:marBottom w:val="0"/>
          <w:divBdr>
            <w:top w:val="none" w:sz="0" w:space="0" w:color="auto"/>
            <w:left w:val="none" w:sz="0" w:space="0" w:color="auto"/>
            <w:bottom w:val="none" w:sz="0" w:space="0" w:color="auto"/>
            <w:right w:val="none" w:sz="0" w:space="0" w:color="auto"/>
          </w:divBdr>
        </w:div>
        <w:div w:id="983198531">
          <w:marLeft w:val="480"/>
          <w:marRight w:val="0"/>
          <w:marTop w:val="0"/>
          <w:marBottom w:val="0"/>
          <w:divBdr>
            <w:top w:val="none" w:sz="0" w:space="0" w:color="auto"/>
            <w:left w:val="none" w:sz="0" w:space="0" w:color="auto"/>
            <w:bottom w:val="none" w:sz="0" w:space="0" w:color="auto"/>
            <w:right w:val="none" w:sz="0" w:space="0" w:color="auto"/>
          </w:divBdr>
        </w:div>
        <w:div w:id="1027487329">
          <w:marLeft w:val="480"/>
          <w:marRight w:val="0"/>
          <w:marTop w:val="0"/>
          <w:marBottom w:val="0"/>
          <w:divBdr>
            <w:top w:val="none" w:sz="0" w:space="0" w:color="auto"/>
            <w:left w:val="none" w:sz="0" w:space="0" w:color="auto"/>
            <w:bottom w:val="none" w:sz="0" w:space="0" w:color="auto"/>
            <w:right w:val="none" w:sz="0" w:space="0" w:color="auto"/>
          </w:divBdr>
        </w:div>
        <w:div w:id="1097602663">
          <w:marLeft w:val="480"/>
          <w:marRight w:val="0"/>
          <w:marTop w:val="0"/>
          <w:marBottom w:val="0"/>
          <w:divBdr>
            <w:top w:val="none" w:sz="0" w:space="0" w:color="auto"/>
            <w:left w:val="none" w:sz="0" w:space="0" w:color="auto"/>
            <w:bottom w:val="none" w:sz="0" w:space="0" w:color="auto"/>
            <w:right w:val="none" w:sz="0" w:space="0" w:color="auto"/>
          </w:divBdr>
        </w:div>
        <w:div w:id="1113018430">
          <w:marLeft w:val="480"/>
          <w:marRight w:val="0"/>
          <w:marTop w:val="0"/>
          <w:marBottom w:val="0"/>
          <w:divBdr>
            <w:top w:val="none" w:sz="0" w:space="0" w:color="auto"/>
            <w:left w:val="none" w:sz="0" w:space="0" w:color="auto"/>
            <w:bottom w:val="none" w:sz="0" w:space="0" w:color="auto"/>
            <w:right w:val="none" w:sz="0" w:space="0" w:color="auto"/>
          </w:divBdr>
        </w:div>
        <w:div w:id="1204706114">
          <w:marLeft w:val="480"/>
          <w:marRight w:val="0"/>
          <w:marTop w:val="0"/>
          <w:marBottom w:val="0"/>
          <w:divBdr>
            <w:top w:val="none" w:sz="0" w:space="0" w:color="auto"/>
            <w:left w:val="none" w:sz="0" w:space="0" w:color="auto"/>
            <w:bottom w:val="none" w:sz="0" w:space="0" w:color="auto"/>
            <w:right w:val="none" w:sz="0" w:space="0" w:color="auto"/>
          </w:divBdr>
        </w:div>
        <w:div w:id="1296834169">
          <w:marLeft w:val="480"/>
          <w:marRight w:val="0"/>
          <w:marTop w:val="0"/>
          <w:marBottom w:val="0"/>
          <w:divBdr>
            <w:top w:val="none" w:sz="0" w:space="0" w:color="auto"/>
            <w:left w:val="none" w:sz="0" w:space="0" w:color="auto"/>
            <w:bottom w:val="none" w:sz="0" w:space="0" w:color="auto"/>
            <w:right w:val="none" w:sz="0" w:space="0" w:color="auto"/>
          </w:divBdr>
        </w:div>
        <w:div w:id="1519151646">
          <w:marLeft w:val="480"/>
          <w:marRight w:val="0"/>
          <w:marTop w:val="0"/>
          <w:marBottom w:val="0"/>
          <w:divBdr>
            <w:top w:val="none" w:sz="0" w:space="0" w:color="auto"/>
            <w:left w:val="none" w:sz="0" w:space="0" w:color="auto"/>
            <w:bottom w:val="none" w:sz="0" w:space="0" w:color="auto"/>
            <w:right w:val="none" w:sz="0" w:space="0" w:color="auto"/>
          </w:divBdr>
        </w:div>
        <w:div w:id="1536574723">
          <w:marLeft w:val="480"/>
          <w:marRight w:val="0"/>
          <w:marTop w:val="0"/>
          <w:marBottom w:val="0"/>
          <w:divBdr>
            <w:top w:val="none" w:sz="0" w:space="0" w:color="auto"/>
            <w:left w:val="none" w:sz="0" w:space="0" w:color="auto"/>
            <w:bottom w:val="none" w:sz="0" w:space="0" w:color="auto"/>
            <w:right w:val="none" w:sz="0" w:space="0" w:color="auto"/>
          </w:divBdr>
        </w:div>
        <w:div w:id="1571306551">
          <w:marLeft w:val="480"/>
          <w:marRight w:val="0"/>
          <w:marTop w:val="0"/>
          <w:marBottom w:val="0"/>
          <w:divBdr>
            <w:top w:val="none" w:sz="0" w:space="0" w:color="auto"/>
            <w:left w:val="none" w:sz="0" w:space="0" w:color="auto"/>
            <w:bottom w:val="none" w:sz="0" w:space="0" w:color="auto"/>
            <w:right w:val="none" w:sz="0" w:space="0" w:color="auto"/>
          </w:divBdr>
        </w:div>
        <w:div w:id="1692679527">
          <w:marLeft w:val="480"/>
          <w:marRight w:val="0"/>
          <w:marTop w:val="0"/>
          <w:marBottom w:val="0"/>
          <w:divBdr>
            <w:top w:val="none" w:sz="0" w:space="0" w:color="auto"/>
            <w:left w:val="none" w:sz="0" w:space="0" w:color="auto"/>
            <w:bottom w:val="none" w:sz="0" w:space="0" w:color="auto"/>
            <w:right w:val="none" w:sz="0" w:space="0" w:color="auto"/>
          </w:divBdr>
        </w:div>
        <w:div w:id="1708291925">
          <w:marLeft w:val="480"/>
          <w:marRight w:val="0"/>
          <w:marTop w:val="0"/>
          <w:marBottom w:val="0"/>
          <w:divBdr>
            <w:top w:val="none" w:sz="0" w:space="0" w:color="auto"/>
            <w:left w:val="none" w:sz="0" w:space="0" w:color="auto"/>
            <w:bottom w:val="none" w:sz="0" w:space="0" w:color="auto"/>
            <w:right w:val="none" w:sz="0" w:space="0" w:color="auto"/>
          </w:divBdr>
        </w:div>
        <w:div w:id="1846751022">
          <w:marLeft w:val="480"/>
          <w:marRight w:val="0"/>
          <w:marTop w:val="0"/>
          <w:marBottom w:val="0"/>
          <w:divBdr>
            <w:top w:val="none" w:sz="0" w:space="0" w:color="auto"/>
            <w:left w:val="none" w:sz="0" w:space="0" w:color="auto"/>
            <w:bottom w:val="none" w:sz="0" w:space="0" w:color="auto"/>
            <w:right w:val="none" w:sz="0" w:space="0" w:color="auto"/>
          </w:divBdr>
        </w:div>
        <w:div w:id="1852061270">
          <w:marLeft w:val="480"/>
          <w:marRight w:val="0"/>
          <w:marTop w:val="0"/>
          <w:marBottom w:val="0"/>
          <w:divBdr>
            <w:top w:val="none" w:sz="0" w:space="0" w:color="auto"/>
            <w:left w:val="none" w:sz="0" w:space="0" w:color="auto"/>
            <w:bottom w:val="none" w:sz="0" w:space="0" w:color="auto"/>
            <w:right w:val="none" w:sz="0" w:space="0" w:color="auto"/>
          </w:divBdr>
        </w:div>
        <w:div w:id="2012759849">
          <w:marLeft w:val="480"/>
          <w:marRight w:val="0"/>
          <w:marTop w:val="0"/>
          <w:marBottom w:val="0"/>
          <w:divBdr>
            <w:top w:val="none" w:sz="0" w:space="0" w:color="auto"/>
            <w:left w:val="none" w:sz="0" w:space="0" w:color="auto"/>
            <w:bottom w:val="none" w:sz="0" w:space="0" w:color="auto"/>
            <w:right w:val="none" w:sz="0" w:space="0" w:color="auto"/>
          </w:divBdr>
        </w:div>
        <w:div w:id="2115325480">
          <w:marLeft w:val="480"/>
          <w:marRight w:val="0"/>
          <w:marTop w:val="0"/>
          <w:marBottom w:val="0"/>
          <w:divBdr>
            <w:top w:val="none" w:sz="0" w:space="0" w:color="auto"/>
            <w:left w:val="none" w:sz="0" w:space="0" w:color="auto"/>
            <w:bottom w:val="none" w:sz="0" w:space="0" w:color="auto"/>
            <w:right w:val="none" w:sz="0" w:space="0" w:color="auto"/>
          </w:divBdr>
        </w:div>
      </w:divsChild>
    </w:div>
    <w:div w:id="885793908">
      <w:bodyDiv w:val="1"/>
      <w:marLeft w:val="0"/>
      <w:marRight w:val="0"/>
      <w:marTop w:val="0"/>
      <w:marBottom w:val="0"/>
      <w:divBdr>
        <w:top w:val="none" w:sz="0" w:space="0" w:color="auto"/>
        <w:left w:val="none" w:sz="0" w:space="0" w:color="auto"/>
        <w:bottom w:val="none" w:sz="0" w:space="0" w:color="auto"/>
        <w:right w:val="none" w:sz="0" w:space="0" w:color="auto"/>
      </w:divBdr>
      <w:divsChild>
        <w:div w:id="111555414">
          <w:marLeft w:val="480"/>
          <w:marRight w:val="0"/>
          <w:marTop w:val="0"/>
          <w:marBottom w:val="0"/>
          <w:divBdr>
            <w:top w:val="none" w:sz="0" w:space="0" w:color="auto"/>
            <w:left w:val="none" w:sz="0" w:space="0" w:color="auto"/>
            <w:bottom w:val="none" w:sz="0" w:space="0" w:color="auto"/>
            <w:right w:val="none" w:sz="0" w:space="0" w:color="auto"/>
          </w:divBdr>
        </w:div>
        <w:div w:id="127892623">
          <w:marLeft w:val="480"/>
          <w:marRight w:val="0"/>
          <w:marTop w:val="0"/>
          <w:marBottom w:val="0"/>
          <w:divBdr>
            <w:top w:val="none" w:sz="0" w:space="0" w:color="auto"/>
            <w:left w:val="none" w:sz="0" w:space="0" w:color="auto"/>
            <w:bottom w:val="none" w:sz="0" w:space="0" w:color="auto"/>
            <w:right w:val="none" w:sz="0" w:space="0" w:color="auto"/>
          </w:divBdr>
        </w:div>
        <w:div w:id="160703594">
          <w:marLeft w:val="480"/>
          <w:marRight w:val="0"/>
          <w:marTop w:val="0"/>
          <w:marBottom w:val="0"/>
          <w:divBdr>
            <w:top w:val="none" w:sz="0" w:space="0" w:color="auto"/>
            <w:left w:val="none" w:sz="0" w:space="0" w:color="auto"/>
            <w:bottom w:val="none" w:sz="0" w:space="0" w:color="auto"/>
            <w:right w:val="none" w:sz="0" w:space="0" w:color="auto"/>
          </w:divBdr>
        </w:div>
        <w:div w:id="210507378">
          <w:marLeft w:val="480"/>
          <w:marRight w:val="0"/>
          <w:marTop w:val="0"/>
          <w:marBottom w:val="0"/>
          <w:divBdr>
            <w:top w:val="none" w:sz="0" w:space="0" w:color="auto"/>
            <w:left w:val="none" w:sz="0" w:space="0" w:color="auto"/>
            <w:bottom w:val="none" w:sz="0" w:space="0" w:color="auto"/>
            <w:right w:val="none" w:sz="0" w:space="0" w:color="auto"/>
          </w:divBdr>
        </w:div>
        <w:div w:id="256721332">
          <w:marLeft w:val="480"/>
          <w:marRight w:val="0"/>
          <w:marTop w:val="0"/>
          <w:marBottom w:val="0"/>
          <w:divBdr>
            <w:top w:val="none" w:sz="0" w:space="0" w:color="auto"/>
            <w:left w:val="none" w:sz="0" w:space="0" w:color="auto"/>
            <w:bottom w:val="none" w:sz="0" w:space="0" w:color="auto"/>
            <w:right w:val="none" w:sz="0" w:space="0" w:color="auto"/>
          </w:divBdr>
        </w:div>
        <w:div w:id="312755862">
          <w:marLeft w:val="480"/>
          <w:marRight w:val="0"/>
          <w:marTop w:val="0"/>
          <w:marBottom w:val="0"/>
          <w:divBdr>
            <w:top w:val="none" w:sz="0" w:space="0" w:color="auto"/>
            <w:left w:val="none" w:sz="0" w:space="0" w:color="auto"/>
            <w:bottom w:val="none" w:sz="0" w:space="0" w:color="auto"/>
            <w:right w:val="none" w:sz="0" w:space="0" w:color="auto"/>
          </w:divBdr>
        </w:div>
        <w:div w:id="385184301">
          <w:marLeft w:val="480"/>
          <w:marRight w:val="0"/>
          <w:marTop w:val="0"/>
          <w:marBottom w:val="0"/>
          <w:divBdr>
            <w:top w:val="none" w:sz="0" w:space="0" w:color="auto"/>
            <w:left w:val="none" w:sz="0" w:space="0" w:color="auto"/>
            <w:bottom w:val="none" w:sz="0" w:space="0" w:color="auto"/>
            <w:right w:val="none" w:sz="0" w:space="0" w:color="auto"/>
          </w:divBdr>
        </w:div>
        <w:div w:id="401026789">
          <w:marLeft w:val="480"/>
          <w:marRight w:val="0"/>
          <w:marTop w:val="0"/>
          <w:marBottom w:val="0"/>
          <w:divBdr>
            <w:top w:val="none" w:sz="0" w:space="0" w:color="auto"/>
            <w:left w:val="none" w:sz="0" w:space="0" w:color="auto"/>
            <w:bottom w:val="none" w:sz="0" w:space="0" w:color="auto"/>
            <w:right w:val="none" w:sz="0" w:space="0" w:color="auto"/>
          </w:divBdr>
        </w:div>
        <w:div w:id="410734472">
          <w:marLeft w:val="480"/>
          <w:marRight w:val="0"/>
          <w:marTop w:val="0"/>
          <w:marBottom w:val="0"/>
          <w:divBdr>
            <w:top w:val="none" w:sz="0" w:space="0" w:color="auto"/>
            <w:left w:val="none" w:sz="0" w:space="0" w:color="auto"/>
            <w:bottom w:val="none" w:sz="0" w:space="0" w:color="auto"/>
            <w:right w:val="none" w:sz="0" w:space="0" w:color="auto"/>
          </w:divBdr>
        </w:div>
        <w:div w:id="425536501">
          <w:marLeft w:val="480"/>
          <w:marRight w:val="0"/>
          <w:marTop w:val="0"/>
          <w:marBottom w:val="0"/>
          <w:divBdr>
            <w:top w:val="none" w:sz="0" w:space="0" w:color="auto"/>
            <w:left w:val="none" w:sz="0" w:space="0" w:color="auto"/>
            <w:bottom w:val="none" w:sz="0" w:space="0" w:color="auto"/>
            <w:right w:val="none" w:sz="0" w:space="0" w:color="auto"/>
          </w:divBdr>
        </w:div>
        <w:div w:id="464741591">
          <w:marLeft w:val="480"/>
          <w:marRight w:val="0"/>
          <w:marTop w:val="0"/>
          <w:marBottom w:val="0"/>
          <w:divBdr>
            <w:top w:val="none" w:sz="0" w:space="0" w:color="auto"/>
            <w:left w:val="none" w:sz="0" w:space="0" w:color="auto"/>
            <w:bottom w:val="none" w:sz="0" w:space="0" w:color="auto"/>
            <w:right w:val="none" w:sz="0" w:space="0" w:color="auto"/>
          </w:divBdr>
        </w:div>
        <w:div w:id="526988342">
          <w:marLeft w:val="480"/>
          <w:marRight w:val="0"/>
          <w:marTop w:val="0"/>
          <w:marBottom w:val="0"/>
          <w:divBdr>
            <w:top w:val="none" w:sz="0" w:space="0" w:color="auto"/>
            <w:left w:val="none" w:sz="0" w:space="0" w:color="auto"/>
            <w:bottom w:val="none" w:sz="0" w:space="0" w:color="auto"/>
            <w:right w:val="none" w:sz="0" w:space="0" w:color="auto"/>
          </w:divBdr>
        </w:div>
        <w:div w:id="546797792">
          <w:marLeft w:val="480"/>
          <w:marRight w:val="0"/>
          <w:marTop w:val="0"/>
          <w:marBottom w:val="0"/>
          <w:divBdr>
            <w:top w:val="none" w:sz="0" w:space="0" w:color="auto"/>
            <w:left w:val="none" w:sz="0" w:space="0" w:color="auto"/>
            <w:bottom w:val="none" w:sz="0" w:space="0" w:color="auto"/>
            <w:right w:val="none" w:sz="0" w:space="0" w:color="auto"/>
          </w:divBdr>
        </w:div>
        <w:div w:id="548415187">
          <w:marLeft w:val="480"/>
          <w:marRight w:val="0"/>
          <w:marTop w:val="0"/>
          <w:marBottom w:val="0"/>
          <w:divBdr>
            <w:top w:val="none" w:sz="0" w:space="0" w:color="auto"/>
            <w:left w:val="none" w:sz="0" w:space="0" w:color="auto"/>
            <w:bottom w:val="none" w:sz="0" w:space="0" w:color="auto"/>
            <w:right w:val="none" w:sz="0" w:space="0" w:color="auto"/>
          </w:divBdr>
        </w:div>
        <w:div w:id="561330760">
          <w:marLeft w:val="480"/>
          <w:marRight w:val="0"/>
          <w:marTop w:val="0"/>
          <w:marBottom w:val="0"/>
          <w:divBdr>
            <w:top w:val="none" w:sz="0" w:space="0" w:color="auto"/>
            <w:left w:val="none" w:sz="0" w:space="0" w:color="auto"/>
            <w:bottom w:val="none" w:sz="0" w:space="0" w:color="auto"/>
            <w:right w:val="none" w:sz="0" w:space="0" w:color="auto"/>
          </w:divBdr>
        </w:div>
        <w:div w:id="600800749">
          <w:marLeft w:val="480"/>
          <w:marRight w:val="0"/>
          <w:marTop w:val="0"/>
          <w:marBottom w:val="0"/>
          <w:divBdr>
            <w:top w:val="none" w:sz="0" w:space="0" w:color="auto"/>
            <w:left w:val="none" w:sz="0" w:space="0" w:color="auto"/>
            <w:bottom w:val="none" w:sz="0" w:space="0" w:color="auto"/>
            <w:right w:val="none" w:sz="0" w:space="0" w:color="auto"/>
          </w:divBdr>
        </w:div>
        <w:div w:id="636959754">
          <w:marLeft w:val="480"/>
          <w:marRight w:val="0"/>
          <w:marTop w:val="0"/>
          <w:marBottom w:val="0"/>
          <w:divBdr>
            <w:top w:val="none" w:sz="0" w:space="0" w:color="auto"/>
            <w:left w:val="none" w:sz="0" w:space="0" w:color="auto"/>
            <w:bottom w:val="none" w:sz="0" w:space="0" w:color="auto"/>
            <w:right w:val="none" w:sz="0" w:space="0" w:color="auto"/>
          </w:divBdr>
        </w:div>
        <w:div w:id="676614987">
          <w:marLeft w:val="480"/>
          <w:marRight w:val="0"/>
          <w:marTop w:val="0"/>
          <w:marBottom w:val="0"/>
          <w:divBdr>
            <w:top w:val="none" w:sz="0" w:space="0" w:color="auto"/>
            <w:left w:val="none" w:sz="0" w:space="0" w:color="auto"/>
            <w:bottom w:val="none" w:sz="0" w:space="0" w:color="auto"/>
            <w:right w:val="none" w:sz="0" w:space="0" w:color="auto"/>
          </w:divBdr>
        </w:div>
        <w:div w:id="814833099">
          <w:marLeft w:val="480"/>
          <w:marRight w:val="0"/>
          <w:marTop w:val="0"/>
          <w:marBottom w:val="0"/>
          <w:divBdr>
            <w:top w:val="none" w:sz="0" w:space="0" w:color="auto"/>
            <w:left w:val="none" w:sz="0" w:space="0" w:color="auto"/>
            <w:bottom w:val="none" w:sz="0" w:space="0" w:color="auto"/>
            <w:right w:val="none" w:sz="0" w:space="0" w:color="auto"/>
          </w:divBdr>
        </w:div>
        <w:div w:id="834371101">
          <w:marLeft w:val="480"/>
          <w:marRight w:val="0"/>
          <w:marTop w:val="0"/>
          <w:marBottom w:val="0"/>
          <w:divBdr>
            <w:top w:val="none" w:sz="0" w:space="0" w:color="auto"/>
            <w:left w:val="none" w:sz="0" w:space="0" w:color="auto"/>
            <w:bottom w:val="none" w:sz="0" w:space="0" w:color="auto"/>
            <w:right w:val="none" w:sz="0" w:space="0" w:color="auto"/>
          </w:divBdr>
        </w:div>
        <w:div w:id="879702552">
          <w:marLeft w:val="480"/>
          <w:marRight w:val="0"/>
          <w:marTop w:val="0"/>
          <w:marBottom w:val="0"/>
          <w:divBdr>
            <w:top w:val="none" w:sz="0" w:space="0" w:color="auto"/>
            <w:left w:val="none" w:sz="0" w:space="0" w:color="auto"/>
            <w:bottom w:val="none" w:sz="0" w:space="0" w:color="auto"/>
            <w:right w:val="none" w:sz="0" w:space="0" w:color="auto"/>
          </w:divBdr>
        </w:div>
        <w:div w:id="885602418">
          <w:marLeft w:val="480"/>
          <w:marRight w:val="0"/>
          <w:marTop w:val="0"/>
          <w:marBottom w:val="0"/>
          <w:divBdr>
            <w:top w:val="none" w:sz="0" w:space="0" w:color="auto"/>
            <w:left w:val="none" w:sz="0" w:space="0" w:color="auto"/>
            <w:bottom w:val="none" w:sz="0" w:space="0" w:color="auto"/>
            <w:right w:val="none" w:sz="0" w:space="0" w:color="auto"/>
          </w:divBdr>
        </w:div>
        <w:div w:id="920138850">
          <w:marLeft w:val="480"/>
          <w:marRight w:val="0"/>
          <w:marTop w:val="0"/>
          <w:marBottom w:val="0"/>
          <w:divBdr>
            <w:top w:val="none" w:sz="0" w:space="0" w:color="auto"/>
            <w:left w:val="none" w:sz="0" w:space="0" w:color="auto"/>
            <w:bottom w:val="none" w:sz="0" w:space="0" w:color="auto"/>
            <w:right w:val="none" w:sz="0" w:space="0" w:color="auto"/>
          </w:divBdr>
        </w:div>
        <w:div w:id="923028982">
          <w:marLeft w:val="480"/>
          <w:marRight w:val="0"/>
          <w:marTop w:val="0"/>
          <w:marBottom w:val="0"/>
          <w:divBdr>
            <w:top w:val="none" w:sz="0" w:space="0" w:color="auto"/>
            <w:left w:val="none" w:sz="0" w:space="0" w:color="auto"/>
            <w:bottom w:val="none" w:sz="0" w:space="0" w:color="auto"/>
            <w:right w:val="none" w:sz="0" w:space="0" w:color="auto"/>
          </w:divBdr>
        </w:div>
        <w:div w:id="926615250">
          <w:marLeft w:val="480"/>
          <w:marRight w:val="0"/>
          <w:marTop w:val="0"/>
          <w:marBottom w:val="0"/>
          <w:divBdr>
            <w:top w:val="none" w:sz="0" w:space="0" w:color="auto"/>
            <w:left w:val="none" w:sz="0" w:space="0" w:color="auto"/>
            <w:bottom w:val="none" w:sz="0" w:space="0" w:color="auto"/>
            <w:right w:val="none" w:sz="0" w:space="0" w:color="auto"/>
          </w:divBdr>
        </w:div>
        <w:div w:id="942999039">
          <w:marLeft w:val="480"/>
          <w:marRight w:val="0"/>
          <w:marTop w:val="0"/>
          <w:marBottom w:val="0"/>
          <w:divBdr>
            <w:top w:val="none" w:sz="0" w:space="0" w:color="auto"/>
            <w:left w:val="none" w:sz="0" w:space="0" w:color="auto"/>
            <w:bottom w:val="none" w:sz="0" w:space="0" w:color="auto"/>
            <w:right w:val="none" w:sz="0" w:space="0" w:color="auto"/>
          </w:divBdr>
        </w:div>
        <w:div w:id="962804631">
          <w:marLeft w:val="480"/>
          <w:marRight w:val="0"/>
          <w:marTop w:val="0"/>
          <w:marBottom w:val="0"/>
          <w:divBdr>
            <w:top w:val="none" w:sz="0" w:space="0" w:color="auto"/>
            <w:left w:val="none" w:sz="0" w:space="0" w:color="auto"/>
            <w:bottom w:val="none" w:sz="0" w:space="0" w:color="auto"/>
            <w:right w:val="none" w:sz="0" w:space="0" w:color="auto"/>
          </w:divBdr>
        </w:div>
        <w:div w:id="1008101285">
          <w:marLeft w:val="480"/>
          <w:marRight w:val="0"/>
          <w:marTop w:val="0"/>
          <w:marBottom w:val="0"/>
          <w:divBdr>
            <w:top w:val="none" w:sz="0" w:space="0" w:color="auto"/>
            <w:left w:val="none" w:sz="0" w:space="0" w:color="auto"/>
            <w:bottom w:val="none" w:sz="0" w:space="0" w:color="auto"/>
            <w:right w:val="none" w:sz="0" w:space="0" w:color="auto"/>
          </w:divBdr>
        </w:div>
        <w:div w:id="1011686971">
          <w:marLeft w:val="480"/>
          <w:marRight w:val="0"/>
          <w:marTop w:val="0"/>
          <w:marBottom w:val="0"/>
          <w:divBdr>
            <w:top w:val="none" w:sz="0" w:space="0" w:color="auto"/>
            <w:left w:val="none" w:sz="0" w:space="0" w:color="auto"/>
            <w:bottom w:val="none" w:sz="0" w:space="0" w:color="auto"/>
            <w:right w:val="none" w:sz="0" w:space="0" w:color="auto"/>
          </w:divBdr>
        </w:div>
        <w:div w:id="1054544209">
          <w:marLeft w:val="480"/>
          <w:marRight w:val="0"/>
          <w:marTop w:val="0"/>
          <w:marBottom w:val="0"/>
          <w:divBdr>
            <w:top w:val="none" w:sz="0" w:space="0" w:color="auto"/>
            <w:left w:val="none" w:sz="0" w:space="0" w:color="auto"/>
            <w:bottom w:val="none" w:sz="0" w:space="0" w:color="auto"/>
            <w:right w:val="none" w:sz="0" w:space="0" w:color="auto"/>
          </w:divBdr>
        </w:div>
        <w:div w:id="1058477390">
          <w:marLeft w:val="480"/>
          <w:marRight w:val="0"/>
          <w:marTop w:val="0"/>
          <w:marBottom w:val="0"/>
          <w:divBdr>
            <w:top w:val="none" w:sz="0" w:space="0" w:color="auto"/>
            <w:left w:val="none" w:sz="0" w:space="0" w:color="auto"/>
            <w:bottom w:val="none" w:sz="0" w:space="0" w:color="auto"/>
            <w:right w:val="none" w:sz="0" w:space="0" w:color="auto"/>
          </w:divBdr>
        </w:div>
        <w:div w:id="1090547242">
          <w:marLeft w:val="480"/>
          <w:marRight w:val="0"/>
          <w:marTop w:val="0"/>
          <w:marBottom w:val="0"/>
          <w:divBdr>
            <w:top w:val="none" w:sz="0" w:space="0" w:color="auto"/>
            <w:left w:val="none" w:sz="0" w:space="0" w:color="auto"/>
            <w:bottom w:val="none" w:sz="0" w:space="0" w:color="auto"/>
            <w:right w:val="none" w:sz="0" w:space="0" w:color="auto"/>
          </w:divBdr>
        </w:div>
        <w:div w:id="1183788695">
          <w:marLeft w:val="480"/>
          <w:marRight w:val="0"/>
          <w:marTop w:val="0"/>
          <w:marBottom w:val="0"/>
          <w:divBdr>
            <w:top w:val="none" w:sz="0" w:space="0" w:color="auto"/>
            <w:left w:val="none" w:sz="0" w:space="0" w:color="auto"/>
            <w:bottom w:val="none" w:sz="0" w:space="0" w:color="auto"/>
            <w:right w:val="none" w:sz="0" w:space="0" w:color="auto"/>
          </w:divBdr>
        </w:div>
        <w:div w:id="1185246411">
          <w:marLeft w:val="480"/>
          <w:marRight w:val="0"/>
          <w:marTop w:val="0"/>
          <w:marBottom w:val="0"/>
          <w:divBdr>
            <w:top w:val="none" w:sz="0" w:space="0" w:color="auto"/>
            <w:left w:val="none" w:sz="0" w:space="0" w:color="auto"/>
            <w:bottom w:val="none" w:sz="0" w:space="0" w:color="auto"/>
            <w:right w:val="none" w:sz="0" w:space="0" w:color="auto"/>
          </w:divBdr>
        </w:div>
        <w:div w:id="1269048013">
          <w:marLeft w:val="480"/>
          <w:marRight w:val="0"/>
          <w:marTop w:val="0"/>
          <w:marBottom w:val="0"/>
          <w:divBdr>
            <w:top w:val="none" w:sz="0" w:space="0" w:color="auto"/>
            <w:left w:val="none" w:sz="0" w:space="0" w:color="auto"/>
            <w:bottom w:val="none" w:sz="0" w:space="0" w:color="auto"/>
            <w:right w:val="none" w:sz="0" w:space="0" w:color="auto"/>
          </w:divBdr>
        </w:div>
        <w:div w:id="1277979260">
          <w:marLeft w:val="480"/>
          <w:marRight w:val="0"/>
          <w:marTop w:val="0"/>
          <w:marBottom w:val="0"/>
          <w:divBdr>
            <w:top w:val="none" w:sz="0" w:space="0" w:color="auto"/>
            <w:left w:val="none" w:sz="0" w:space="0" w:color="auto"/>
            <w:bottom w:val="none" w:sz="0" w:space="0" w:color="auto"/>
            <w:right w:val="none" w:sz="0" w:space="0" w:color="auto"/>
          </w:divBdr>
        </w:div>
        <w:div w:id="1307517342">
          <w:marLeft w:val="480"/>
          <w:marRight w:val="0"/>
          <w:marTop w:val="0"/>
          <w:marBottom w:val="0"/>
          <w:divBdr>
            <w:top w:val="none" w:sz="0" w:space="0" w:color="auto"/>
            <w:left w:val="none" w:sz="0" w:space="0" w:color="auto"/>
            <w:bottom w:val="none" w:sz="0" w:space="0" w:color="auto"/>
            <w:right w:val="none" w:sz="0" w:space="0" w:color="auto"/>
          </w:divBdr>
        </w:div>
        <w:div w:id="1366635033">
          <w:marLeft w:val="480"/>
          <w:marRight w:val="0"/>
          <w:marTop w:val="0"/>
          <w:marBottom w:val="0"/>
          <w:divBdr>
            <w:top w:val="none" w:sz="0" w:space="0" w:color="auto"/>
            <w:left w:val="none" w:sz="0" w:space="0" w:color="auto"/>
            <w:bottom w:val="none" w:sz="0" w:space="0" w:color="auto"/>
            <w:right w:val="none" w:sz="0" w:space="0" w:color="auto"/>
          </w:divBdr>
        </w:div>
        <w:div w:id="1430587036">
          <w:marLeft w:val="480"/>
          <w:marRight w:val="0"/>
          <w:marTop w:val="0"/>
          <w:marBottom w:val="0"/>
          <w:divBdr>
            <w:top w:val="none" w:sz="0" w:space="0" w:color="auto"/>
            <w:left w:val="none" w:sz="0" w:space="0" w:color="auto"/>
            <w:bottom w:val="none" w:sz="0" w:space="0" w:color="auto"/>
            <w:right w:val="none" w:sz="0" w:space="0" w:color="auto"/>
          </w:divBdr>
        </w:div>
        <w:div w:id="1439108538">
          <w:marLeft w:val="480"/>
          <w:marRight w:val="0"/>
          <w:marTop w:val="0"/>
          <w:marBottom w:val="0"/>
          <w:divBdr>
            <w:top w:val="none" w:sz="0" w:space="0" w:color="auto"/>
            <w:left w:val="none" w:sz="0" w:space="0" w:color="auto"/>
            <w:bottom w:val="none" w:sz="0" w:space="0" w:color="auto"/>
            <w:right w:val="none" w:sz="0" w:space="0" w:color="auto"/>
          </w:divBdr>
        </w:div>
        <w:div w:id="1474832171">
          <w:marLeft w:val="480"/>
          <w:marRight w:val="0"/>
          <w:marTop w:val="0"/>
          <w:marBottom w:val="0"/>
          <w:divBdr>
            <w:top w:val="none" w:sz="0" w:space="0" w:color="auto"/>
            <w:left w:val="none" w:sz="0" w:space="0" w:color="auto"/>
            <w:bottom w:val="none" w:sz="0" w:space="0" w:color="auto"/>
            <w:right w:val="none" w:sz="0" w:space="0" w:color="auto"/>
          </w:divBdr>
        </w:div>
        <w:div w:id="1494491907">
          <w:marLeft w:val="480"/>
          <w:marRight w:val="0"/>
          <w:marTop w:val="0"/>
          <w:marBottom w:val="0"/>
          <w:divBdr>
            <w:top w:val="none" w:sz="0" w:space="0" w:color="auto"/>
            <w:left w:val="none" w:sz="0" w:space="0" w:color="auto"/>
            <w:bottom w:val="none" w:sz="0" w:space="0" w:color="auto"/>
            <w:right w:val="none" w:sz="0" w:space="0" w:color="auto"/>
          </w:divBdr>
        </w:div>
        <w:div w:id="1519000788">
          <w:marLeft w:val="480"/>
          <w:marRight w:val="0"/>
          <w:marTop w:val="0"/>
          <w:marBottom w:val="0"/>
          <w:divBdr>
            <w:top w:val="none" w:sz="0" w:space="0" w:color="auto"/>
            <w:left w:val="none" w:sz="0" w:space="0" w:color="auto"/>
            <w:bottom w:val="none" w:sz="0" w:space="0" w:color="auto"/>
            <w:right w:val="none" w:sz="0" w:space="0" w:color="auto"/>
          </w:divBdr>
        </w:div>
        <w:div w:id="1523785534">
          <w:marLeft w:val="480"/>
          <w:marRight w:val="0"/>
          <w:marTop w:val="0"/>
          <w:marBottom w:val="0"/>
          <w:divBdr>
            <w:top w:val="none" w:sz="0" w:space="0" w:color="auto"/>
            <w:left w:val="none" w:sz="0" w:space="0" w:color="auto"/>
            <w:bottom w:val="none" w:sz="0" w:space="0" w:color="auto"/>
            <w:right w:val="none" w:sz="0" w:space="0" w:color="auto"/>
          </w:divBdr>
        </w:div>
        <w:div w:id="1558197598">
          <w:marLeft w:val="480"/>
          <w:marRight w:val="0"/>
          <w:marTop w:val="0"/>
          <w:marBottom w:val="0"/>
          <w:divBdr>
            <w:top w:val="none" w:sz="0" w:space="0" w:color="auto"/>
            <w:left w:val="none" w:sz="0" w:space="0" w:color="auto"/>
            <w:bottom w:val="none" w:sz="0" w:space="0" w:color="auto"/>
            <w:right w:val="none" w:sz="0" w:space="0" w:color="auto"/>
          </w:divBdr>
        </w:div>
        <w:div w:id="1621766200">
          <w:marLeft w:val="480"/>
          <w:marRight w:val="0"/>
          <w:marTop w:val="0"/>
          <w:marBottom w:val="0"/>
          <w:divBdr>
            <w:top w:val="none" w:sz="0" w:space="0" w:color="auto"/>
            <w:left w:val="none" w:sz="0" w:space="0" w:color="auto"/>
            <w:bottom w:val="none" w:sz="0" w:space="0" w:color="auto"/>
            <w:right w:val="none" w:sz="0" w:space="0" w:color="auto"/>
          </w:divBdr>
        </w:div>
        <w:div w:id="1692683396">
          <w:marLeft w:val="480"/>
          <w:marRight w:val="0"/>
          <w:marTop w:val="0"/>
          <w:marBottom w:val="0"/>
          <w:divBdr>
            <w:top w:val="none" w:sz="0" w:space="0" w:color="auto"/>
            <w:left w:val="none" w:sz="0" w:space="0" w:color="auto"/>
            <w:bottom w:val="none" w:sz="0" w:space="0" w:color="auto"/>
            <w:right w:val="none" w:sz="0" w:space="0" w:color="auto"/>
          </w:divBdr>
        </w:div>
        <w:div w:id="1731920338">
          <w:marLeft w:val="480"/>
          <w:marRight w:val="0"/>
          <w:marTop w:val="0"/>
          <w:marBottom w:val="0"/>
          <w:divBdr>
            <w:top w:val="none" w:sz="0" w:space="0" w:color="auto"/>
            <w:left w:val="none" w:sz="0" w:space="0" w:color="auto"/>
            <w:bottom w:val="none" w:sz="0" w:space="0" w:color="auto"/>
            <w:right w:val="none" w:sz="0" w:space="0" w:color="auto"/>
          </w:divBdr>
        </w:div>
        <w:div w:id="1791782103">
          <w:marLeft w:val="480"/>
          <w:marRight w:val="0"/>
          <w:marTop w:val="0"/>
          <w:marBottom w:val="0"/>
          <w:divBdr>
            <w:top w:val="none" w:sz="0" w:space="0" w:color="auto"/>
            <w:left w:val="none" w:sz="0" w:space="0" w:color="auto"/>
            <w:bottom w:val="none" w:sz="0" w:space="0" w:color="auto"/>
            <w:right w:val="none" w:sz="0" w:space="0" w:color="auto"/>
          </w:divBdr>
        </w:div>
        <w:div w:id="1803692183">
          <w:marLeft w:val="480"/>
          <w:marRight w:val="0"/>
          <w:marTop w:val="0"/>
          <w:marBottom w:val="0"/>
          <w:divBdr>
            <w:top w:val="none" w:sz="0" w:space="0" w:color="auto"/>
            <w:left w:val="none" w:sz="0" w:space="0" w:color="auto"/>
            <w:bottom w:val="none" w:sz="0" w:space="0" w:color="auto"/>
            <w:right w:val="none" w:sz="0" w:space="0" w:color="auto"/>
          </w:divBdr>
        </w:div>
        <w:div w:id="1880242029">
          <w:marLeft w:val="480"/>
          <w:marRight w:val="0"/>
          <w:marTop w:val="0"/>
          <w:marBottom w:val="0"/>
          <w:divBdr>
            <w:top w:val="none" w:sz="0" w:space="0" w:color="auto"/>
            <w:left w:val="none" w:sz="0" w:space="0" w:color="auto"/>
            <w:bottom w:val="none" w:sz="0" w:space="0" w:color="auto"/>
            <w:right w:val="none" w:sz="0" w:space="0" w:color="auto"/>
          </w:divBdr>
        </w:div>
        <w:div w:id="1917083184">
          <w:marLeft w:val="480"/>
          <w:marRight w:val="0"/>
          <w:marTop w:val="0"/>
          <w:marBottom w:val="0"/>
          <w:divBdr>
            <w:top w:val="none" w:sz="0" w:space="0" w:color="auto"/>
            <w:left w:val="none" w:sz="0" w:space="0" w:color="auto"/>
            <w:bottom w:val="none" w:sz="0" w:space="0" w:color="auto"/>
            <w:right w:val="none" w:sz="0" w:space="0" w:color="auto"/>
          </w:divBdr>
        </w:div>
        <w:div w:id="1927613755">
          <w:marLeft w:val="480"/>
          <w:marRight w:val="0"/>
          <w:marTop w:val="0"/>
          <w:marBottom w:val="0"/>
          <w:divBdr>
            <w:top w:val="none" w:sz="0" w:space="0" w:color="auto"/>
            <w:left w:val="none" w:sz="0" w:space="0" w:color="auto"/>
            <w:bottom w:val="none" w:sz="0" w:space="0" w:color="auto"/>
            <w:right w:val="none" w:sz="0" w:space="0" w:color="auto"/>
          </w:divBdr>
        </w:div>
        <w:div w:id="1943224455">
          <w:marLeft w:val="480"/>
          <w:marRight w:val="0"/>
          <w:marTop w:val="0"/>
          <w:marBottom w:val="0"/>
          <w:divBdr>
            <w:top w:val="none" w:sz="0" w:space="0" w:color="auto"/>
            <w:left w:val="none" w:sz="0" w:space="0" w:color="auto"/>
            <w:bottom w:val="none" w:sz="0" w:space="0" w:color="auto"/>
            <w:right w:val="none" w:sz="0" w:space="0" w:color="auto"/>
          </w:divBdr>
        </w:div>
        <w:div w:id="1946647623">
          <w:marLeft w:val="480"/>
          <w:marRight w:val="0"/>
          <w:marTop w:val="0"/>
          <w:marBottom w:val="0"/>
          <w:divBdr>
            <w:top w:val="none" w:sz="0" w:space="0" w:color="auto"/>
            <w:left w:val="none" w:sz="0" w:space="0" w:color="auto"/>
            <w:bottom w:val="none" w:sz="0" w:space="0" w:color="auto"/>
            <w:right w:val="none" w:sz="0" w:space="0" w:color="auto"/>
          </w:divBdr>
        </w:div>
        <w:div w:id="1992825655">
          <w:marLeft w:val="480"/>
          <w:marRight w:val="0"/>
          <w:marTop w:val="0"/>
          <w:marBottom w:val="0"/>
          <w:divBdr>
            <w:top w:val="none" w:sz="0" w:space="0" w:color="auto"/>
            <w:left w:val="none" w:sz="0" w:space="0" w:color="auto"/>
            <w:bottom w:val="none" w:sz="0" w:space="0" w:color="auto"/>
            <w:right w:val="none" w:sz="0" w:space="0" w:color="auto"/>
          </w:divBdr>
        </w:div>
        <w:div w:id="2012053443">
          <w:marLeft w:val="480"/>
          <w:marRight w:val="0"/>
          <w:marTop w:val="0"/>
          <w:marBottom w:val="0"/>
          <w:divBdr>
            <w:top w:val="none" w:sz="0" w:space="0" w:color="auto"/>
            <w:left w:val="none" w:sz="0" w:space="0" w:color="auto"/>
            <w:bottom w:val="none" w:sz="0" w:space="0" w:color="auto"/>
            <w:right w:val="none" w:sz="0" w:space="0" w:color="auto"/>
          </w:divBdr>
        </w:div>
        <w:div w:id="2137991750">
          <w:marLeft w:val="480"/>
          <w:marRight w:val="0"/>
          <w:marTop w:val="0"/>
          <w:marBottom w:val="0"/>
          <w:divBdr>
            <w:top w:val="none" w:sz="0" w:space="0" w:color="auto"/>
            <w:left w:val="none" w:sz="0" w:space="0" w:color="auto"/>
            <w:bottom w:val="none" w:sz="0" w:space="0" w:color="auto"/>
            <w:right w:val="none" w:sz="0" w:space="0" w:color="auto"/>
          </w:divBdr>
        </w:div>
      </w:divsChild>
    </w:div>
    <w:div w:id="886337638">
      <w:bodyDiv w:val="1"/>
      <w:marLeft w:val="0"/>
      <w:marRight w:val="0"/>
      <w:marTop w:val="0"/>
      <w:marBottom w:val="0"/>
      <w:divBdr>
        <w:top w:val="none" w:sz="0" w:space="0" w:color="auto"/>
        <w:left w:val="none" w:sz="0" w:space="0" w:color="auto"/>
        <w:bottom w:val="none" w:sz="0" w:space="0" w:color="auto"/>
        <w:right w:val="none" w:sz="0" w:space="0" w:color="auto"/>
      </w:divBdr>
    </w:div>
    <w:div w:id="886377290">
      <w:bodyDiv w:val="1"/>
      <w:marLeft w:val="0"/>
      <w:marRight w:val="0"/>
      <w:marTop w:val="0"/>
      <w:marBottom w:val="0"/>
      <w:divBdr>
        <w:top w:val="none" w:sz="0" w:space="0" w:color="auto"/>
        <w:left w:val="none" w:sz="0" w:space="0" w:color="auto"/>
        <w:bottom w:val="none" w:sz="0" w:space="0" w:color="auto"/>
        <w:right w:val="none" w:sz="0" w:space="0" w:color="auto"/>
      </w:divBdr>
      <w:divsChild>
        <w:div w:id="108360244">
          <w:marLeft w:val="480"/>
          <w:marRight w:val="0"/>
          <w:marTop w:val="0"/>
          <w:marBottom w:val="0"/>
          <w:divBdr>
            <w:top w:val="none" w:sz="0" w:space="0" w:color="auto"/>
            <w:left w:val="none" w:sz="0" w:space="0" w:color="auto"/>
            <w:bottom w:val="none" w:sz="0" w:space="0" w:color="auto"/>
            <w:right w:val="none" w:sz="0" w:space="0" w:color="auto"/>
          </w:divBdr>
        </w:div>
        <w:div w:id="128255478">
          <w:marLeft w:val="480"/>
          <w:marRight w:val="0"/>
          <w:marTop w:val="0"/>
          <w:marBottom w:val="0"/>
          <w:divBdr>
            <w:top w:val="none" w:sz="0" w:space="0" w:color="auto"/>
            <w:left w:val="none" w:sz="0" w:space="0" w:color="auto"/>
            <w:bottom w:val="none" w:sz="0" w:space="0" w:color="auto"/>
            <w:right w:val="none" w:sz="0" w:space="0" w:color="auto"/>
          </w:divBdr>
        </w:div>
        <w:div w:id="196432468">
          <w:marLeft w:val="480"/>
          <w:marRight w:val="0"/>
          <w:marTop w:val="0"/>
          <w:marBottom w:val="0"/>
          <w:divBdr>
            <w:top w:val="none" w:sz="0" w:space="0" w:color="auto"/>
            <w:left w:val="none" w:sz="0" w:space="0" w:color="auto"/>
            <w:bottom w:val="none" w:sz="0" w:space="0" w:color="auto"/>
            <w:right w:val="none" w:sz="0" w:space="0" w:color="auto"/>
          </w:divBdr>
        </w:div>
        <w:div w:id="217520987">
          <w:marLeft w:val="480"/>
          <w:marRight w:val="0"/>
          <w:marTop w:val="0"/>
          <w:marBottom w:val="0"/>
          <w:divBdr>
            <w:top w:val="none" w:sz="0" w:space="0" w:color="auto"/>
            <w:left w:val="none" w:sz="0" w:space="0" w:color="auto"/>
            <w:bottom w:val="none" w:sz="0" w:space="0" w:color="auto"/>
            <w:right w:val="none" w:sz="0" w:space="0" w:color="auto"/>
          </w:divBdr>
        </w:div>
        <w:div w:id="384186975">
          <w:marLeft w:val="480"/>
          <w:marRight w:val="0"/>
          <w:marTop w:val="0"/>
          <w:marBottom w:val="0"/>
          <w:divBdr>
            <w:top w:val="none" w:sz="0" w:space="0" w:color="auto"/>
            <w:left w:val="none" w:sz="0" w:space="0" w:color="auto"/>
            <w:bottom w:val="none" w:sz="0" w:space="0" w:color="auto"/>
            <w:right w:val="none" w:sz="0" w:space="0" w:color="auto"/>
          </w:divBdr>
        </w:div>
        <w:div w:id="475416165">
          <w:marLeft w:val="480"/>
          <w:marRight w:val="0"/>
          <w:marTop w:val="0"/>
          <w:marBottom w:val="0"/>
          <w:divBdr>
            <w:top w:val="none" w:sz="0" w:space="0" w:color="auto"/>
            <w:left w:val="none" w:sz="0" w:space="0" w:color="auto"/>
            <w:bottom w:val="none" w:sz="0" w:space="0" w:color="auto"/>
            <w:right w:val="none" w:sz="0" w:space="0" w:color="auto"/>
          </w:divBdr>
        </w:div>
        <w:div w:id="551507426">
          <w:marLeft w:val="480"/>
          <w:marRight w:val="0"/>
          <w:marTop w:val="0"/>
          <w:marBottom w:val="0"/>
          <w:divBdr>
            <w:top w:val="none" w:sz="0" w:space="0" w:color="auto"/>
            <w:left w:val="none" w:sz="0" w:space="0" w:color="auto"/>
            <w:bottom w:val="none" w:sz="0" w:space="0" w:color="auto"/>
            <w:right w:val="none" w:sz="0" w:space="0" w:color="auto"/>
          </w:divBdr>
        </w:div>
        <w:div w:id="677387269">
          <w:marLeft w:val="480"/>
          <w:marRight w:val="0"/>
          <w:marTop w:val="0"/>
          <w:marBottom w:val="0"/>
          <w:divBdr>
            <w:top w:val="none" w:sz="0" w:space="0" w:color="auto"/>
            <w:left w:val="none" w:sz="0" w:space="0" w:color="auto"/>
            <w:bottom w:val="none" w:sz="0" w:space="0" w:color="auto"/>
            <w:right w:val="none" w:sz="0" w:space="0" w:color="auto"/>
          </w:divBdr>
        </w:div>
        <w:div w:id="703021226">
          <w:marLeft w:val="480"/>
          <w:marRight w:val="0"/>
          <w:marTop w:val="0"/>
          <w:marBottom w:val="0"/>
          <w:divBdr>
            <w:top w:val="none" w:sz="0" w:space="0" w:color="auto"/>
            <w:left w:val="none" w:sz="0" w:space="0" w:color="auto"/>
            <w:bottom w:val="none" w:sz="0" w:space="0" w:color="auto"/>
            <w:right w:val="none" w:sz="0" w:space="0" w:color="auto"/>
          </w:divBdr>
        </w:div>
        <w:div w:id="707265732">
          <w:marLeft w:val="480"/>
          <w:marRight w:val="0"/>
          <w:marTop w:val="0"/>
          <w:marBottom w:val="0"/>
          <w:divBdr>
            <w:top w:val="none" w:sz="0" w:space="0" w:color="auto"/>
            <w:left w:val="none" w:sz="0" w:space="0" w:color="auto"/>
            <w:bottom w:val="none" w:sz="0" w:space="0" w:color="auto"/>
            <w:right w:val="none" w:sz="0" w:space="0" w:color="auto"/>
          </w:divBdr>
        </w:div>
        <w:div w:id="806707860">
          <w:marLeft w:val="480"/>
          <w:marRight w:val="0"/>
          <w:marTop w:val="0"/>
          <w:marBottom w:val="0"/>
          <w:divBdr>
            <w:top w:val="none" w:sz="0" w:space="0" w:color="auto"/>
            <w:left w:val="none" w:sz="0" w:space="0" w:color="auto"/>
            <w:bottom w:val="none" w:sz="0" w:space="0" w:color="auto"/>
            <w:right w:val="none" w:sz="0" w:space="0" w:color="auto"/>
          </w:divBdr>
        </w:div>
        <w:div w:id="830948012">
          <w:marLeft w:val="480"/>
          <w:marRight w:val="0"/>
          <w:marTop w:val="0"/>
          <w:marBottom w:val="0"/>
          <w:divBdr>
            <w:top w:val="none" w:sz="0" w:space="0" w:color="auto"/>
            <w:left w:val="none" w:sz="0" w:space="0" w:color="auto"/>
            <w:bottom w:val="none" w:sz="0" w:space="0" w:color="auto"/>
            <w:right w:val="none" w:sz="0" w:space="0" w:color="auto"/>
          </w:divBdr>
        </w:div>
        <w:div w:id="878323905">
          <w:marLeft w:val="480"/>
          <w:marRight w:val="0"/>
          <w:marTop w:val="0"/>
          <w:marBottom w:val="0"/>
          <w:divBdr>
            <w:top w:val="none" w:sz="0" w:space="0" w:color="auto"/>
            <w:left w:val="none" w:sz="0" w:space="0" w:color="auto"/>
            <w:bottom w:val="none" w:sz="0" w:space="0" w:color="auto"/>
            <w:right w:val="none" w:sz="0" w:space="0" w:color="auto"/>
          </w:divBdr>
        </w:div>
        <w:div w:id="903100474">
          <w:marLeft w:val="480"/>
          <w:marRight w:val="0"/>
          <w:marTop w:val="0"/>
          <w:marBottom w:val="0"/>
          <w:divBdr>
            <w:top w:val="none" w:sz="0" w:space="0" w:color="auto"/>
            <w:left w:val="none" w:sz="0" w:space="0" w:color="auto"/>
            <w:bottom w:val="none" w:sz="0" w:space="0" w:color="auto"/>
            <w:right w:val="none" w:sz="0" w:space="0" w:color="auto"/>
          </w:divBdr>
        </w:div>
        <w:div w:id="993070734">
          <w:marLeft w:val="480"/>
          <w:marRight w:val="0"/>
          <w:marTop w:val="0"/>
          <w:marBottom w:val="0"/>
          <w:divBdr>
            <w:top w:val="none" w:sz="0" w:space="0" w:color="auto"/>
            <w:left w:val="none" w:sz="0" w:space="0" w:color="auto"/>
            <w:bottom w:val="none" w:sz="0" w:space="0" w:color="auto"/>
            <w:right w:val="none" w:sz="0" w:space="0" w:color="auto"/>
          </w:divBdr>
        </w:div>
        <w:div w:id="1035696650">
          <w:marLeft w:val="480"/>
          <w:marRight w:val="0"/>
          <w:marTop w:val="0"/>
          <w:marBottom w:val="0"/>
          <w:divBdr>
            <w:top w:val="none" w:sz="0" w:space="0" w:color="auto"/>
            <w:left w:val="none" w:sz="0" w:space="0" w:color="auto"/>
            <w:bottom w:val="none" w:sz="0" w:space="0" w:color="auto"/>
            <w:right w:val="none" w:sz="0" w:space="0" w:color="auto"/>
          </w:divBdr>
        </w:div>
        <w:div w:id="1122455903">
          <w:marLeft w:val="480"/>
          <w:marRight w:val="0"/>
          <w:marTop w:val="0"/>
          <w:marBottom w:val="0"/>
          <w:divBdr>
            <w:top w:val="none" w:sz="0" w:space="0" w:color="auto"/>
            <w:left w:val="none" w:sz="0" w:space="0" w:color="auto"/>
            <w:bottom w:val="none" w:sz="0" w:space="0" w:color="auto"/>
            <w:right w:val="none" w:sz="0" w:space="0" w:color="auto"/>
          </w:divBdr>
        </w:div>
        <w:div w:id="1132093037">
          <w:marLeft w:val="480"/>
          <w:marRight w:val="0"/>
          <w:marTop w:val="0"/>
          <w:marBottom w:val="0"/>
          <w:divBdr>
            <w:top w:val="none" w:sz="0" w:space="0" w:color="auto"/>
            <w:left w:val="none" w:sz="0" w:space="0" w:color="auto"/>
            <w:bottom w:val="none" w:sz="0" w:space="0" w:color="auto"/>
            <w:right w:val="none" w:sz="0" w:space="0" w:color="auto"/>
          </w:divBdr>
        </w:div>
        <w:div w:id="1404371826">
          <w:marLeft w:val="480"/>
          <w:marRight w:val="0"/>
          <w:marTop w:val="0"/>
          <w:marBottom w:val="0"/>
          <w:divBdr>
            <w:top w:val="none" w:sz="0" w:space="0" w:color="auto"/>
            <w:left w:val="none" w:sz="0" w:space="0" w:color="auto"/>
            <w:bottom w:val="none" w:sz="0" w:space="0" w:color="auto"/>
            <w:right w:val="none" w:sz="0" w:space="0" w:color="auto"/>
          </w:divBdr>
        </w:div>
        <w:div w:id="1411268016">
          <w:marLeft w:val="480"/>
          <w:marRight w:val="0"/>
          <w:marTop w:val="0"/>
          <w:marBottom w:val="0"/>
          <w:divBdr>
            <w:top w:val="none" w:sz="0" w:space="0" w:color="auto"/>
            <w:left w:val="none" w:sz="0" w:space="0" w:color="auto"/>
            <w:bottom w:val="none" w:sz="0" w:space="0" w:color="auto"/>
            <w:right w:val="none" w:sz="0" w:space="0" w:color="auto"/>
          </w:divBdr>
        </w:div>
        <w:div w:id="1432899936">
          <w:marLeft w:val="480"/>
          <w:marRight w:val="0"/>
          <w:marTop w:val="0"/>
          <w:marBottom w:val="0"/>
          <w:divBdr>
            <w:top w:val="none" w:sz="0" w:space="0" w:color="auto"/>
            <w:left w:val="none" w:sz="0" w:space="0" w:color="auto"/>
            <w:bottom w:val="none" w:sz="0" w:space="0" w:color="auto"/>
            <w:right w:val="none" w:sz="0" w:space="0" w:color="auto"/>
          </w:divBdr>
        </w:div>
        <w:div w:id="1711958986">
          <w:marLeft w:val="480"/>
          <w:marRight w:val="0"/>
          <w:marTop w:val="0"/>
          <w:marBottom w:val="0"/>
          <w:divBdr>
            <w:top w:val="none" w:sz="0" w:space="0" w:color="auto"/>
            <w:left w:val="none" w:sz="0" w:space="0" w:color="auto"/>
            <w:bottom w:val="none" w:sz="0" w:space="0" w:color="auto"/>
            <w:right w:val="none" w:sz="0" w:space="0" w:color="auto"/>
          </w:divBdr>
        </w:div>
        <w:div w:id="1729380597">
          <w:marLeft w:val="480"/>
          <w:marRight w:val="0"/>
          <w:marTop w:val="0"/>
          <w:marBottom w:val="0"/>
          <w:divBdr>
            <w:top w:val="none" w:sz="0" w:space="0" w:color="auto"/>
            <w:left w:val="none" w:sz="0" w:space="0" w:color="auto"/>
            <w:bottom w:val="none" w:sz="0" w:space="0" w:color="auto"/>
            <w:right w:val="none" w:sz="0" w:space="0" w:color="auto"/>
          </w:divBdr>
        </w:div>
        <w:div w:id="1775173889">
          <w:marLeft w:val="480"/>
          <w:marRight w:val="0"/>
          <w:marTop w:val="0"/>
          <w:marBottom w:val="0"/>
          <w:divBdr>
            <w:top w:val="none" w:sz="0" w:space="0" w:color="auto"/>
            <w:left w:val="none" w:sz="0" w:space="0" w:color="auto"/>
            <w:bottom w:val="none" w:sz="0" w:space="0" w:color="auto"/>
            <w:right w:val="none" w:sz="0" w:space="0" w:color="auto"/>
          </w:divBdr>
        </w:div>
        <w:div w:id="1790002027">
          <w:marLeft w:val="480"/>
          <w:marRight w:val="0"/>
          <w:marTop w:val="0"/>
          <w:marBottom w:val="0"/>
          <w:divBdr>
            <w:top w:val="none" w:sz="0" w:space="0" w:color="auto"/>
            <w:left w:val="none" w:sz="0" w:space="0" w:color="auto"/>
            <w:bottom w:val="none" w:sz="0" w:space="0" w:color="auto"/>
            <w:right w:val="none" w:sz="0" w:space="0" w:color="auto"/>
          </w:divBdr>
        </w:div>
        <w:div w:id="1802916017">
          <w:marLeft w:val="480"/>
          <w:marRight w:val="0"/>
          <w:marTop w:val="0"/>
          <w:marBottom w:val="0"/>
          <w:divBdr>
            <w:top w:val="none" w:sz="0" w:space="0" w:color="auto"/>
            <w:left w:val="none" w:sz="0" w:space="0" w:color="auto"/>
            <w:bottom w:val="none" w:sz="0" w:space="0" w:color="auto"/>
            <w:right w:val="none" w:sz="0" w:space="0" w:color="auto"/>
          </w:divBdr>
        </w:div>
        <w:div w:id="1834877631">
          <w:marLeft w:val="480"/>
          <w:marRight w:val="0"/>
          <w:marTop w:val="0"/>
          <w:marBottom w:val="0"/>
          <w:divBdr>
            <w:top w:val="none" w:sz="0" w:space="0" w:color="auto"/>
            <w:left w:val="none" w:sz="0" w:space="0" w:color="auto"/>
            <w:bottom w:val="none" w:sz="0" w:space="0" w:color="auto"/>
            <w:right w:val="none" w:sz="0" w:space="0" w:color="auto"/>
          </w:divBdr>
        </w:div>
        <w:div w:id="1886136533">
          <w:marLeft w:val="480"/>
          <w:marRight w:val="0"/>
          <w:marTop w:val="0"/>
          <w:marBottom w:val="0"/>
          <w:divBdr>
            <w:top w:val="none" w:sz="0" w:space="0" w:color="auto"/>
            <w:left w:val="none" w:sz="0" w:space="0" w:color="auto"/>
            <w:bottom w:val="none" w:sz="0" w:space="0" w:color="auto"/>
            <w:right w:val="none" w:sz="0" w:space="0" w:color="auto"/>
          </w:divBdr>
        </w:div>
        <w:div w:id="1996837684">
          <w:marLeft w:val="480"/>
          <w:marRight w:val="0"/>
          <w:marTop w:val="0"/>
          <w:marBottom w:val="0"/>
          <w:divBdr>
            <w:top w:val="none" w:sz="0" w:space="0" w:color="auto"/>
            <w:left w:val="none" w:sz="0" w:space="0" w:color="auto"/>
            <w:bottom w:val="none" w:sz="0" w:space="0" w:color="auto"/>
            <w:right w:val="none" w:sz="0" w:space="0" w:color="auto"/>
          </w:divBdr>
        </w:div>
        <w:div w:id="1996949706">
          <w:marLeft w:val="480"/>
          <w:marRight w:val="0"/>
          <w:marTop w:val="0"/>
          <w:marBottom w:val="0"/>
          <w:divBdr>
            <w:top w:val="none" w:sz="0" w:space="0" w:color="auto"/>
            <w:left w:val="none" w:sz="0" w:space="0" w:color="auto"/>
            <w:bottom w:val="none" w:sz="0" w:space="0" w:color="auto"/>
            <w:right w:val="none" w:sz="0" w:space="0" w:color="auto"/>
          </w:divBdr>
        </w:div>
        <w:div w:id="2015717995">
          <w:marLeft w:val="480"/>
          <w:marRight w:val="0"/>
          <w:marTop w:val="0"/>
          <w:marBottom w:val="0"/>
          <w:divBdr>
            <w:top w:val="none" w:sz="0" w:space="0" w:color="auto"/>
            <w:left w:val="none" w:sz="0" w:space="0" w:color="auto"/>
            <w:bottom w:val="none" w:sz="0" w:space="0" w:color="auto"/>
            <w:right w:val="none" w:sz="0" w:space="0" w:color="auto"/>
          </w:divBdr>
        </w:div>
        <w:div w:id="2087531617">
          <w:marLeft w:val="480"/>
          <w:marRight w:val="0"/>
          <w:marTop w:val="0"/>
          <w:marBottom w:val="0"/>
          <w:divBdr>
            <w:top w:val="none" w:sz="0" w:space="0" w:color="auto"/>
            <w:left w:val="none" w:sz="0" w:space="0" w:color="auto"/>
            <w:bottom w:val="none" w:sz="0" w:space="0" w:color="auto"/>
            <w:right w:val="none" w:sz="0" w:space="0" w:color="auto"/>
          </w:divBdr>
        </w:div>
      </w:divsChild>
    </w:div>
    <w:div w:id="888612373">
      <w:bodyDiv w:val="1"/>
      <w:marLeft w:val="0"/>
      <w:marRight w:val="0"/>
      <w:marTop w:val="0"/>
      <w:marBottom w:val="0"/>
      <w:divBdr>
        <w:top w:val="none" w:sz="0" w:space="0" w:color="auto"/>
        <w:left w:val="none" w:sz="0" w:space="0" w:color="auto"/>
        <w:bottom w:val="none" w:sz="0" w:space="0" w:color="auto"/>
        <w:right w:val="none" w:sz="0" w:space="0" w:color="auto"/>
      </w:divBdr>
    </w:div>
    <w:div w:id="888953625">
      <w:bodyDiv w:val="1"/>
      <w:marLeft w:val="0"/>
      <w:marRight w:val="0"/>
      <w:marTop w:val="0"/>
      <w:marBottom w:val="0"/>
      <w:divBdr>
        <w:top w:val="none" w:sz="0" w:space="0" w:color="auto"/>
        <w:left w:val="none" w:sz="0" w:space="0" w:color="auto"/>
        <w:bottom w:val="none" w:sz="0" w:space="0" w:color="auto"/>
        <w:right w:val="none" w:sz="0" w:space="0" w:color="auto"/>
      </w:divBdr>
    </w:div>
    <w:div w:id="894512975">
      <w:bodyDiv w:val="1"/>
      <w:marLeft w:val="0"/>
      <w:marRight w:val="0"/>
      <w:marTop w:val="0"/>
      <w:marBottom w:val="0"/>
      <w:divBdr>
        <w:top w:val="none" w:sz="0" w:space="0" w:color="auto"/>
        <w:left w:val="none" w:sz="0" w:space="0" w:color="auto"/>
        <w:bottom w:val="none" w:sz="0" w:space="0" w:color="auto"/>
        <w:right w:val="none" w:sz="0" w:space="0" w:color="auto"/>
      </w:divBdr>
    </w:div>
    <w:div w:id="894705887">
      <w:bodyDiv w:val="1"/>
      <w:marLeft w:val="0"/>
      <w:marRight w:val="0"/>
      <w:marTop w:val="0"/>
      <w:marBottom w:val="0"/>
      <w:divBdr>
        <w:top w:val="none" w:sz="0" w:space="0" w:color="auto"/>
        <w:left w:val="none" w:sz="0" w:space="0" w:color="auto"/>
        <w:bottom w:val="none" w:sz="0" w:space="0" w:color="auto"/>
        <w:right w:val="none" w:sz="0" w:space="0" w:color="auto"/>
      </w:divBdr>
    </w:div>
    <w:div w:id="896284681">
      <w:bodyDiv w:val="1"/>
      <w:marLeft w:val="0"/>
      <w:marRight w:val="0"/>
      <w:marTop w:val="0"/>
      <w:marBottom w:val="0"/>
      <w:divBdr>
        <w:top w:val="none" w:sz="0" w:space="0" w:color="auto"/>
        <w:left w:val="none" w:sz="0" w:space="0" w:color="auto"/>
        <w:bottom w:val="none" w:sz="0" w:space="0" w:color="auto"/>
        <w:right w:val="none" w:sz="0" w:space="0" w:color="auto"/>
      </w:divBdr>
    </w:div>
    <w:div w:id="897784730">
      <w:bodyDiv w:val="1"/>
      <w:marLeft w:val="0"/>
      <w:marRight w:val="0"/>
      <w:marTop w:val="0"/>
      <w:marBottom w:val="0"/>
      <w:divBdr>
        <w:top w:val="none" w:sz="0" w:space="0" w:color="auto"/>
        <w:left w:val="none" w:sz="0" w:space="0" w:color="auto"/>
        <w:bottom w:val="none" w:sz="0" w:space="0" w:color="auto"/>
        <w:right w:val="none" w:sz="0" w:space="0" w:color="auto"/>
      </w:divBdr>
      <w:divsChild>
        <w:div w:id="88236630">
          <w:marLeft w:val="480"/>
          <w:marRight w:val="0"/>
          <w:marTop w:val="0"/>
          <w:marBottom w:val="0"/>
          <w:divBdr>
            <w:top w:val="none" w:sz="0" w:space="0" w:color="auto"/>
            <w:left w:val="none" w:sz="0" w:space="0" w:color="auto"/>
            <w:bottom w:val="none" w:sz="0" w:space="0" w:color="auto"/>
            <w:right w:val="none" w:sz="0" w:space="0" w:color="auto"/>
          </w:divBdr>
        </w:div>
        <w:div w:id="98456800">
          <w:marLeft w:val="480"/>
          <w:marRight w:val="0"/>
          <w:marTop w:val="0"/>
          <w:marBottom w:val="0"/>
          <w:divBdr>
            <w:top w:val="none" w:sz="0" w:space="0" w:color="auto"/>
            <w:left w:val="none" w:sz="0" w:space="0" w:color="auto"/>
            <w:bottom w:val="none" w:sz="0" w:space="0" w:color="auto"/>
            <w:right w:val="none" w:sz="0" w:space="0" w:color="auto"/>
          </w:divBdr>
        </w:div>
        <w:div w:id="109013010">
          <w:marLeft w:val="480"/>
          <w:marRight w:val="0"/>
          <w:marTop w:val="0"/>
          <w:marBottom w:val="0"/>
          <w:divBdr>
            <w:top w:val="none" w:sz="0" w:space="0" w:color="auto"/>
            <w:left w:val="none" w:sz="0" w:space="0" w:color="auto"/>
            <w:bottom w:val="none" w:sz="0" w:space="0" w:color="auto"/>
            <w:right w:val="none" w:sz="0" w:space="0" w:color="auto"/>
          </w:divBdr>
        </w:div>
        <w:div w:id="119345891">
          <w:marLeft w:val="480"/>
          <w:marRight w:val="0"/>
          <w:marTop w:val="0"/>
          <w:marBottom w:val="0"/>
          <w:divBdr>
            <w:top w:val="none" w:sz="0" w:space="0" w:color="auto"/>
            <w:left w:val="none" w:sz="0" w:space="0" w:color="auto"/>
            <w:bottom w:val="none" w:sz="0" w:space="0" w:color="auto"/>
            <w:right w:val="none" w:sz="0" w:space="0" w:color="auto"/>
          </w:divBdr>
        </w:div>
        <w:div w:id="146629028">
          <w:marLeft w:val="480"/>
          <w:marRight w:val="0"/>
          <w:marTop w:val="0"/>
          <w:marBottom w:val="0"/>
          <w:divBdr>
            <w:top w:val="none" w:sz="0" w:space="0" w:color="auto"/>
            <w:left w:val="none" w:sz="0" w:space="0" w:color="auto"/>
            <w:bottom w:val="none" w:sz="0" w:space="0" w:color="auto"/>
            <w:right w:val="none" w:sz="0" w:space="0" w:color="auto"/>
          </w:divBdr>
        </w:div>
        <w:div w:id="229003373">
          <w:marLeft w:val="480"/>
          <w:marRight w:val="0"/>
          <w:marTop w:val="0"/>
          <w:marBottom w:val="0"/>
          <w:divBdr>
            <w:top w:val="none" w:sz="0" w:space="0" w:color="auto"/>
            <w:left w:val="none" w:sz="0" w:space="0" w:color="auto"/>
            <w:bottom w:val="none" w:sz="0" w:space="0" w:color="auto"/>
            <w:right w:val="none" w:sz="0" w:space="0" w:color="auto"/>
          </w:divBdr>
        </w:div>
        <w:div w:id="435757300">
          <w:marLeft w:val="480"/>
          <w:marRight w:val="0"/>
          <w:marTop w:val="0"/>
          <w:marBottom w:val="0"/>
          <w:divBdr>
            <w:top w:val="none" w:sz="0" w:space="0" w:color="auto"/>
            <w:left w:val="none" w:sz="0" w:space="0" w:color="auto"/>
            <w:bottom w:val="none" w:sz="0" w:space="0" w:color="auto"/>
            <w:right w:val="none" w:sz="0" w:space="0" w:color="auto"/>
          </w:divBdr>
        </w:div>
        <w:div w:id="452476965">
          <w:marLeft w:val="480"/>
          <w:marRight w:val="0"/>
          <w:marTop w:val="0"/>
          <w:marBottom w:val="0"/>
          <w:divBdr>
            <w:top w:val="none" w:sz="0" w:space="0" w:color="auto"/>
            <w:left w:val="none" w:sz="0" w:space="0" w:color="auto"/>
            <w:bottom w:val="none" w:sz="0" w:space="0" w:color="auto"/>
            <w:right w:val="none" w:sz="0" w:space="0" w:color="auto"/>
          </w:divBdr>
        </w:div>
        <w:div w:id="457646283">
          <w:marLeft w:val="480"/>
          <w:marRight w:val="0"/>
          <w:marTop w:val="0"/>
          <w:marBottom w:val="0"/>
          <w:divBdr>
            <w:top w:val="none" w:sz="0" w:space="0" w:color="auto"/>
            <w:left w:val="none" w:sz="0" w:space="0" w:color="auto"/>
            <w:bottom w:val="none" w:sz="0" w:space="0" w:color="auto"/>
            <w:right w:val="none" w:sz="0" w:space="0" w:color="auto"/>
          </w:divBdr>
        </w:div>
        <w:div w:id="470485535">
          <w:marLeft w:val="480"/>
          <w:marRight w:val="0"/>
          <w:marTop w:val="0"/>
          <w:marBottom w:val="0"/>
          <w:divBdr>
            <w:top w:val="none" w:sz="0" w:space="0" w:color="auto"/>
            <w:left w:val="none" w:sz="0" w:space="0" w:color="auto"/>
            <w:bottom w:val="none" w:sz="0" w:space="0" w:color="auto"/>
            <w:right w:val="none" w:sz="0" w:space="0" w:color="auto"/>
          </w:divBdr>
        </w:div>
        <w:div w:id="470632352">
          <w:marLeft w:val="480"/>
          <w:marRight w:val="0"/>
          <w:marTop w:val="0"/>
          <w:marBottom w:val="0"/>
          <w:divBdr>
            <w:top w:val="none" w:sz="0" w:space="0" w:color="auto"/>
            <w:left w:val="none" w:sz="0" w:space="0" w:color="auto"/>
            <w:bottom w:val="none" w:sz="0" w:space="0" w:color="auto"/>
            <w:right w:val="none" w:sz="0" w:space="0" w:color="auto"/>
          </w:divBdr>
        </w:div>
        <w:div w:id="492796137">
          <w:marLeft w:val="480"/>
          <w:marRight w:val="0"/>
          <w:marTop w:val="0"/>
          <w:marBottom w:val="0"/>
          <w:divBdr>
            <w:top w:val="none" w:sz="0" w:space="0" w:color="auto"/>
            <w:left w:val="none" w:sz="0" w:space="0" w:color="auto"/>
            <w:bottom w:val="none" w:sz="0" w:space="0" w:color="auto"/>
            <w:right w:val="none" w:sz="0" w:space="0" w:color="auto"/>
          </w:divBdr>
        </w:div>
        <w:div w:id="542250448">
          <w:marLeft w:val="480"/>
          <w:marRight w:val="0"/>
          <w:marTop w:val="0"/>
          <w:marBottom w:val="0"/>
          <w:divBdr>
            <w:top w:val="none" w:sz="0" w:space="0" w:color="auto"/>
            <w:left w:val="none" w:sz="0" w:space="0" w:color="auto"/>
            <w:bottom w:val="none" w:sz="0" w:space="0" w:color="auto"/>
            <w:right w:val="none" w:sz="0" w:space="0" w:color="auto"/>
          </w:divBdr>
        </w:div>
        <w:div w:id="553125117">
          <w:marLeft w:val="480"/>
          <w:marRight w:val="0"/>
          <w:marTop w:val="0"/>
          <w:marBottom w:val="0"/>
          <w:divBdr>
            <w:top w:val="none" w:sz="0" w:space="0" w:color="auto"/>
            <w:left w:val="none" w:sz="0" w:space="0" w:color="auto"/>
            <w:bottom w:val="none" w:sz="0" w:space="0" w:color="auto"/>
            <w:right w:val="none" w:sz="0" w:space="0" w:color="auto"/>
          </w:divBdr>
        </w:div>
        <w:div w:id="584610734">
          <w:marLeft w:val="480"/>
          <w:marRight w:val="0"/>
          <w:marTop w:val="0"/>
          <w:marBottom w:val="0"/>
          <w:divBdr>
            <w:top w:val="none" w:sz="0" w:space="0" w:color="auto"/>
            <w:left w:val="none" w:sz="0" w:space="0" w:color="auto"/>
            <w:bottom w:val="none" w:sz="0" w:space="0" w:color="auto"/>
            <w:right w:val="none" w:sz="0" w:space="0" w:color="auto"/>
          </w:divBdr>
        </w:div>
        <w:div w:id="614825028">
          <w:marLeft w:val="480"/>
          <w:marRight w:val="0"/>
          <w:marTop w:val="0"/>
          <w:marBottom w:val="0"/>
          <w:divBdr>
            <w:top w:val="none" w:sz="0" w:space="0" w:color="auto"/>
            <w:left w:val="none" w:sz="0" w:space="0" w:color="auto"/>
            <w:bottom w:val="none" w:sz="0" w:space="0" w:color="auto"/>
            <w:right w:val="none" w:sz="0" w:space="0" w:color="auto"/>
          </w:divBdr>
        </w:div>
        <w:div w:id="642199070">
          <w:marLeft w:val="480"/>
          <w:marRight w:val="0"/>
          <w:marTop w:val="0"/>
          <w:marBottom w:val="0"/>
          <w:divBdr>
            <w:top w:val="none" w:sz="0" w:space="0" w:color="auto"/>
            <w:left w:val="none" w:sz="0" w:space="0" w:color="auto"/>
            <w:bottom w:val="none" w:sz="0" w:space="0" w:color="auto"/>
            <w:right w:val="none" w:sz="0" w:space="0" w:color="auto"/>
          </w:divBdr>
        </w:div>
        <w:div w:id="692653233">
          <w:marLeft w:val="480"/>
          <w:marRight w:val="0"/>
          <w:marTop w:val="0"/>
          <w:marBottom w:val="0"/>
          <w:divBdr>
            <w:top w:val="none" w:sz="0" w:space="0" w:color="auto"/>
            <w:left w:val="none" w:sz="0" w:space="0" w:color="auto"/>
            <w:bottom w:val="none" w:sz="0" w:space="0" w:color="auto"/>
            <w:right w:val="none" w:sz="0" w:space="0" w:color="auto"/>
          </w:divBdr>
        </w:div>
        <w:div w:id="769469263">
          <w:marLeft w:val="480"/>
          <w:marRight w:val="0"/>
          <w:marTop w:val="0"/>
          <w:marBottom w:val="0"/>
          <w:divBdr>
            <w:top w:val="none" w:sz="0" w:space="0" w:color="auto"/>
            <w:left w:val="none" w:sz="0" w:space="0" w:color="auto"/>
            <w:bottom w:val="none" w:sz="0" w:space="0" w:color="auto"/>
            <w:right w:val="none" w:sz="0" w:space="0" w:color="auto"/>
          </w:divBdr>
        </w:div>
        <w:div w:id="825363752">
          <w:marLeft w:val="480"/>
          <w:marRight w:val="0"/>
          <w:marTop w:val="0"/>
          <w:marBottom w:val="0"/>
          <w:divBdr>
            <w:top w:val="none" w:sz="0" w:space="0" w:color="auto"/>
            <w:left w:val="none" w:sz="0" w:space="0" w:color="auto"/>
            <w:bottom w:val="none" w:sz="0" w:space="0" w:color="auto"/>
            <w:right w:val="none" w:sz="0" w:space="0" w:color="auto"/>
          </w:divBdr>
        </w:div>
        <w:div w:id="851646986">
          <w:marLeft w:val="480"/>
          <w:marRight w:val="0"/>
          <w:marTop w:val="0"/>
          <w:marBottom w:val="0"/>
          <w:divBdr>
            <w:top w:val="none" w:sz="0" w:space="0" w:color="auto"/>
            <w:left w:val="none" w:sz="0" w:space="0" w:color="auto"/>
            <w:bottom w:val="none" w:sz="0" w:space="0" w:color="auto"/>
            <w:right w:val="none" w:sz="0" w:space="0" w:color="auto"/>
          </w:divBdr>
        </w:div>
        <w:div w:id="859203046">
          <w:marLeft w:val="480"/>
          <w:marRight w:val="0"/>
          <w:marTop w:val="0"/>
          <w:marBottom w:val="0"/>
          <w:divBdr>
            <w:top w:val="none" w:sz="0" w:space="0" w:color="auto"/>
            <w:left w:val="none" w:sz="0" w:space="0" w:color="auto"/>
            <w:bottom w:val="none" w:sz="0" w:space="0" w:color="auto"/>
            <w:right w:val="none" w:sz="0" w:space="0" w:color="auto"/>
          </w:divBdr>
        </w:div>
        <w:div w:id="868906952">
          <w:marLeft w:val="480"/>
          <w:marRight w:val="0"/>
          <w:marTop w:val="0"/>
          <w:marBottom w:val="0"/>
          <w:divBdr>
            <w:top w:val="none" w:sz="0" w:space="0" w:color="auto"/>
            <w:left w:val="none" w:sz="0" w:space="0" w:color="auto"/>
            <w:bottom w:val="none" w:sz="0" w:space="0" w:color="auto"/>
            <w:right w:val="none" w:sz="0" w:space="0" w:color="auto"/>
          </w:divBdr>
        </w:div>
        <w:div w:id="1004019774">
          <w:marLeft w:val="480"/>
          <w:marRight w:val="0"/>
          <w:marTop w:val="0"/>
          <w:marBottom w:val="0"/>
          <w:divBdr>
            <w:top w:val="none" w:sz="0" w:space="0" w:color="auto"/>
            <w:left w:val="none" w:sz="0" w:space="0" w:color="auto"/>
            <w:bottom w:val="none" w:sz="0" w:space="0" w:color="auto"/>
            <w:right w:val="none" w:sz="0" w:space="0" w:color="auto"/>
          </w:divBdr>
        </w:div>
        <w:div w:id="1048725834">
          <w:marLeft w:val="480"/>
          <w:marRight w:val="0"/>
          <w:marTop w:val="0"/>
          <w:marBottom w:val="0"/>
          <w:divBdr>
            <w:top w:val="none" w:sz="0" w:space="0" w:color="auto"/>
            <w:left w:val="none" w:sz="0" w:space="0" w:color="auto"/>
            <w:bottom w:val="none" w:sz="0" w:space="0" w:color="auto"/>
            <w:right w:val="none" w:sz="0" w:space="0" w:color="auto"/>
          </w:divBdr>
        </w:div>
        <w:div w:id="1057630064">
          <w:marLeft w:val="480"/>
          <w:marRight w:val="0"/>
          <w:marTop w:val="0"/>
          <w:marBottom w:val="0"/>
          <w:divBdr>
            <w:top w:val="none" w:sz="0" w:space="0" w:color="auto"/>
            <w:left w:val="none" w:sz="0" w:space="0" w:color="auto"/>
            <w:bottom w:val="none" w:sz="0" w:space="0" w:color="auto"/>
            <w:right w:val="none" w:sz="0" w:space="0" w:color="auto"/>
          </w:divBdr>
        </w:div>
        <w:div w:id="1167788525">
          <w:marLeft w:val="480"/>
          <w:marRight w:val="0"/>
          <w:marTop w:val="0"/>
          <w:marBottom w:val="0"/>
          <w:divBdr>
            <w:top w:val="none" w:sz="0" w:space="0" w:color="auto"/>
            <w:left w:val="none" w:sz="0" w:space="0" w:color="auto"/>
            <w:bottom w:val="none" w:sz="0" w:space="0" w:color="auto"/>
            <w:right w:val="none" w:sz="0" w:space="0" w:color="auto"/>
          </w:divBdr>
        </w:div>
        <w:div w:id="1191185970">
          <w:marLeft w:val="480"/>
          <w:marRight w:val="0"/>
          <w:marTop w:val="0"/>
          <w:marBottom w:val="0"/>
          <w:divBdr>
            <w:top w:val="none" w:sz="0" w:space="0" w:color="auto"/>
            <w:left w:val="none" w:sz="0" w:space="0" w:color="auto"/>
            <w:bottom w:val="none" w:sz="0" w:space="0" w:color="auto"/>
            <w:right w:val="none" w:sz="0" w:space="0" w:color="auto"/>
          </w:divBdr>
        </w:div>
        <w:div w:id="1200629612">
          <w:marLeft w:val="480"/>
          <w:marRight w:val="0"/>
          <w:marTop w:val="0"/>
          <w:marBottom w:val="0"/>
          <w:divBdr>
            <w:top w:val="none" w:sz="0" w:space="0" w:color="auto"/>
            <w:left w:val="none" w:sz="0" w:space="0" w:color="auto"/>
            <w:bottom w:val="none" w:sz="0" w:space="0" w:color="auto"/>
            <w:right w:val="none" w:sz="0" w:space="0" w:color="auto"/>
          </w:divBdr>
        </w:div>
        <w:div w:id="1206212769">
          <w:marLeft w:val="480"/>
          <w:marRight w:val="0"/>
          <w:marTop w:val="0"/>
          <w:marBottom w:val="0"/>
          <w:divBdr>
            <w:top w:val="none" w:sz="0" w:space="0" w:color="auto"/>
            <w:left w:val="none" w:sz="0" w:space="0" w:color="auto"/>
            <w:bottom w:val="none" w:sz="0" w:space="0" w:color="auto"/>
            <w:right w:val="none" w:sz="0" w:space="0" w:color="auto"/>
          </w:divBdr>
        </w:div>
        <w:div w:id="1232615264">
          <w:marLeft w:val="480"/>
          <w:marRight w:val="0"/>
          <w:marTop w:val="0"/>
          <w:marBottom w:val="0"/>
          <w:divBdr>
            <w:top w:val="none" w:sz="0" w:space="0" w:color="auto"/>
            <w:left w:val="none" w:sz="0" w:space="0" w:color="auto"/>
            <w:bottom w:val="none" w:sz="0" w:space="0" w:color="auto"/>
            <w:right w:val="none" w:sz="0" w:space="0" w:color="auto"/>
          </w:divBdr>
        </w:div>
        <w:div w:id="1247038103">
          <w:marLeft w:val="480"/>
          <w:marRight w:val="0"/>
          <w:marTop w:val="0"/>
          <w:marBottom w:val="0"/>
          <w:divBdr>
            <w:top w:val="none" w:sz="0" w:space="0" w:color="auto"/>
            <w:left w:val="none" w:sz="0" w:space="0" w:color="auto"/>
            <w:bottom w:val="none" w:sz="0" w:space="0" w:color="auto"/>
            <w:right w:val="none" w:sz="0" w:space="0" w:color="auto"/>
          </w:divBdr>
        </w:div>
        <w:div w:id="1275331503">
          <w:marLeft w:val="480"/>
          <w:marRight w:val="0"/>
          <w:marTop w:val="0"/>
          <w:marBottom w:val="0"/>
          <w:divBdr>
            <w:top w:val="none" w:sz="0" w:space="0" w:color="auto"/>
            <w:left w:val="none" w:sz="0" w:space="0" w:color="auto"/>
            <w:bottom w:val="none" w:sz="0" w:space="0" w:color="auto"/>
            <w:right w:val="none" w:sz="0" w:space="0" w:color="auto"/>
          </w:divBdr>
        </w:div>
        <w:div w:id="1488083719">
          <w:marLeft w:val="480"/>
          <w:marRight w:val="0"/>
          <w:marTop w:val="0"/>
          <w:marBottom w:val="0"/>
          <w:divBdr>
            <w:top w:val="none" w:sz="0" w:space="0" w:color="auto"/>
            <w:left w:val="none" w:sz="0" w:space="0" w:color="auto"/>
            <w:bottom w:val="none" w:sz="0" w:space="0" w:color="auto"/>
            <w:right w:val="none" w:sz="0" w:space="0" w:color="auto"/>
          </w:divBdr>
        </w:div>
        <w:div w:id="1546791199">
          <w:marLeft w:val="480"/>
          <w:marRight w:val="0"/>
          <w:marTop w:val="0"/>
          <w:marBottom w:val="0"/>
          <w:divBdr>
            <w:top w:val="none" w:sz="0" w:space="0" w:color="auto"/>
            <w:left w:val="none" w:sz="0" w:space="0" w:color="auto"/>
            <w:bottom w:val="none" w:sz="0" w:space="0" w:color="auto"/>
            <w:right w:val="none" w:sz="0" w:space="0" w:color="auto"/>
          </w:divBdr>
        </w:div>
        <w:div w:id="1614822413">
          <w:marLeft w:val="480"/>
          <w:marRight w:val="0"/>
          <w:marTop w:val="0"/>
          <w:marBottom w:val="0"/>
          <w:divBdr>
            <w:top w:val="none" w:sz="0" w:space="0" w:color="auto"/>
            <w:left w:val="none" w:sz="0" w:space="0" w:color="auto"/>
            <w:bottom w:val="none" w:sz="0" w:space="0" w:color="auto"/>
            <w:right w:val="none" w:sz="0" w:space="0" w:color="auto"/>
          </w:divBdr>
        </w:div>
        <w:div w:id="1667632241">
          <w:marLeft w:val="480"/>
          <w:marRight w:val="0"/>
          <w:marTop w:val="0"/>
          <w:marBottom w:val="0"/>
          <w:divBdr>
            <w:top w:val="none" w:sz="0" w:space="0" w:color="auto"/>
            <w:left w:val="none" w:sz="0" w:space="0" w:color="auto"/>
            <w:bottom w:val="none" w:sz="0" w:space="0" w:color="auto"/>
            <w:right w:val="none" w:sz="0" w:space="0" w:color="auto"/>
          </w:divBdr>
        </w:div>
        <w:div w:id="1749811927">
          <w:marLeft w:val="480"/>
          <w:marRight w:val="0"/>
          <w:marTop w:val="0"/>
          <w:marBottom w:val="0"/>
          <w:divBdr>
            <w:top w:val="none" w:sz="0" w:space="0" w:color="auto"/>
            <w:left w:val="none" w:sz="0" w:space="0" w:color="auto"/>
            <w:bottom w:val="none" w:sz="0" w:space="0" w:color="auto"/>
            <w:right w:val="none" w:sz="0" w:space="0" w:color="auto"/>
          </w:divBdr>
        </w:div>
        <w:div w:id="1770465853">
          <w:marLeft w:val="480"/>
          <w:marRight w:val="0"/>
          <w:marTop w:val="0"/>
          <w:marBottom w:val="0"/>
          <w:divBdr>
            <w:top w:val="none" w:sz="0" w:space="0" w:color="auto"/>
            <w:left w:val="none" w:sz="0" w:space="0" w:color="auto"/>
            <w:bottom w:val="none" w:sz="0" w:space="0" w:color="auto"/>
            <w:right w:val="none" w:sz="0" w:space="0" w:color="auto"/>
          </w:divBdr>
        </w:div>
        <w:div w:id="1799833014">
          <w:marLeft w:val="480"/>
          <w:marRight w:val="0"/>
          <w:marTop w:val="0"/>
          <w:marBottom w:val="0"/>
          <w:divBdr>
            <w:top w:val="none" w:sz="0" w:space="0" w:color="auto"/>
            <w:left w:val="none" w:sz="0" w:space="0" w:color="auto"/>
            <w:bottom w:val="none" w:sz="0" w:space="0" w:color="auto"/>
            <w:right w:val="none" w:sz="0" w:space="0" w:color="auto"/>
          </w:divBdr>
        </w:div>
        <w:div w:id="1993831021">
          <w:marLeft w:val="480"/>
          <w:marRight w:val="0"/>
          <w:marTop w:val="0"/>
          <w:marBottom w:val="0"/>
          <w:divBdr>
            <w:top w:val="none" w:sz="0" w:space="0" w:color="auto"/>
            <w:left w:val="none" w:sz="0" w:space="0" w:color="auto"/>
            <w:bottom w:val="none" w:sz="0" w:space="0" w:color="auto"/>
            <w:right w:val="none" w:sz="0" w:space="0" w:color="auto"/>
          </w:divBdr>
        </w:div>
        <w:div w:id="2003464111">
          <w:marLeft w:val="480"/>
          <w:marRight w:val="0"/>
          <w:marTop w:val="0"/>
          <w:marBottom w:val="0"/>
          <w:divBdr>
            <w:top w:val="none" w:sz="0" w:space="0" w:color="auto"/>
            <w:left w:val="none" w:sz="0" w:space="0" w:color="auto"/>
            <w:bottom w:val="none" w:sz="0" w:space="0" w:color="auto"/>
            <w:right w:val="none" w:sz="0" w:space="0" w:color="auto"/>
          </w:divBdr>
        </w:div>
        <w:div w:id="2009403462">
          <w:marLeft w:val="480"/>
          <w:marRight w:val="0"/>
          <w:marTop w:val="0"/>
          <w:marBottom w:val="0"/>
          <w:divBdr>
            <w:top w:val="none" w:sz="0" w:space="0" w:color="auto"/>
            <w:left w:val="none" w:sz="0" w:space="0" w:color="auto"/>
            <w:bottom w:val="none" w:sz="0" w:space="0" w:color="auto"/>
            <w:right w:val="none" w:sz="0" w:space="0" w:color="auto"/>
          </w:divBdr>
        </w:div>
      </w:divsChild>
    </w:div>
    <w:div w:id="897939776">
      <w:bodyDiv w:val="1"/>
      <w:marLeft w:val="0"/>
      <w:marRight w:val="0"/>
      <w:marTop w:val="0"/>
      <w:marBottom w:val="0"/>
      <w:divBdr>
        <w:top w:val="none" w:sz="0" w:space="0" w:color="auto"/>
        <w:left w:val="none" w:sz="0" w:space="0" w:color="auto"/>
        <w:bottom w:val="none" w:sz="0" w:space="0" w:color="auto"/>
        <w:right w:val="none" w:sz="0" w:space="0" w:color="auto"/>
      </w:divBdr>
    </w:div>
    <w:div w:id="898247030">
      <w:bodyDiv w:val="1"/>
      <w:marLeft w:val="0"/>
      <w:marRight w:val="0"/>
      <w:marTop w:val="0"/>
      <w:marBottom w:val="0"/>
      <w:divBdr>
        <w:top w:val="none" w:sz="0" w:space="0" w:color="auto"/>
        <w:left w:val="none" w:sz="0" w:space="0" w:color="auto"/>
        <w:bottom w:val="none" w:sz="0" w:space="0" w:color="auto"/>
        <w:right w:val="none" w:sz="0" w:space="0" w:color="auto"/>
      </w:divBdr>
    </w:div>
    <w:div w:id="900940119">
      <w:bodyDiv w:val="1"/>
      <w:marLeft w:val="0"/>
      <w:marRight w:val="0"/>
      <w:marTop w:val="0"/>
      <w:marBottom w:val="0"/>
      <w:divBdr>
        <w:top w:val="none" w:sz="0" w:space="0" w:color="auto"/>
        <w:left w:val="none" w:sz="0" w:space="0" w:color="auto"/>
        <w:bottom w:val="none" w:sz="0" w:space="0" w:color="auto"/>
        <w:right w:val="none" w:sz="0" w:space="0" w:color="auto"/>
      </w:divBdr>
    </w:div>
    <w:div w:id="901604469">
      <w:bodyDiv w:val="1"/>
      <w:marLeft w:val="0"/>
      <w:marRight w:val="0"/>
      <w:marTop w:val="0"/>
      <w:marBottom w:val="0"/>
      <w:divBdr>
        <w:top w:val="none" w:sz="0" w:space="0" w:color="auto"/>
        <w:left w:val="none" w:sz="0" w:space="0" w:color="auto"/>
        <w:bottom w:val="none" w:sz="0" w:space="0" w:color="auto"/>
        <w:right w:val="none" w:sz="0" w:space="0" w:color="auto"/>
      </w:divBdr>
      <w:divsChild>
        <w:div w:id="12343277">
          <w:marLeft w:val="480"/>
          <w:marRight w:val="0"/>
          <w:marTop w:val="0"/>
          <w:marBottom w:val="0"/>
          <w:divBdr>
            <w:top w:val="none" w:sz="0" w:space="0" w:color="auto"/>
            <w:left w:val="none" w:sz="0" w:space="0" w:color="auto"/>
            <w:bottom w:val="none" w:sz="0" w:space="0" w:color="auto"/>
            <w:right w:val="none" w:sz="0" w:space="0" w:color="auto"/>
          </w:divBdr>
        </w:div>
        <w:div w:id="76751013">
          <w:marLeft w:val="480"/>
          <w:marRight w:val="0"/>
          <w:marTop w:val="0"/>
          <w:marBottom w:val="0"/>
          <w:divBdr>
            <w:top w:val="none" w:sz="0" w:space="0" w:color="auto"/>
            <w:left w:val="none" w:sz="0" w:space="0" w:color="auto"/>
            <w:bottom w:val="none" w:sz="0" w:space="0" w:color="auto"/>
            <w:right w:val="none" w:sz="0" w:space="0" w:color="auto"/>
          </w:divBdr>
        </w:div>
        <w:div w:id="472715724">
          <w:marLeft w:val="480"/>
          <w:marRight w:val="0"/>
          <w:marTop w:val="0"/>
          <w:marBottom w:val="0"/>
          <w:divBdr>
            <w:top w:val="none" w:sz="0" w:space="0" w:color="auto"/>
            <w:left w:val="none" w:sz="0" w:space="0" w:color="auto"/>
            <w:bottom w:val="none" w:sz="0" w:space="0" w:color="auto"/>
            <w:right w:val="none" w:sz="0" w:space="0" w:color="auto"/>
          </w:divBdr>
        </w:div>
        <w:div w:id="490946419">
          <w:marLeft w:val="480"/>
          <w:marRight w:val="0"/>
          <w:marTop w:val="0"/>
          <w:marBottom w:val="0"/>
          <w:divBdr>
            <w:top w:val="none" w:sz="0" w:space="0" w:color="auto"/>
            <w:left w:val="none" w:sz="0" w:space="0" w:color="auto"/>
            <w:bottom w:val="none" w:sz="0" w:space="0" w:color="auto"/>
            <w:right w:val="none" w:sz="0" w:space="0" w:color="auto"/>
          </w:divBdr>
        </w:div>
        <w:div w:id="499274656">
          <w:marLeft w:val="480"/>
          <w:marRight w:val="0"/>
          <w:marTop w:val="0"/>
          <w:marBottom w:val="0"/>
          <w:divBdr>
            <w:top w:val="none" w:sz="0" w:space="0" w:color="auto"/>
            <w:left w:val="none" w:sz="0" w:space="0" w:color="auto"/>
            <w:bottom w:val="none" w:sz="0" w:space="0" w:color="auto"/>
            <w:right w:val="none" w:sz="0" w:space="0" w:color="auto"/>
          </w:divBdr>
        </w:div>
        <w:div w:id="566955563">
          <w:marLeft w:val="480"/>
          <w:marRight w:val="0"/>
          <w:marTop w:val="0"/>
          <w:marBottom w:val="0"/>
          <w:divBdr>
            <w:top w:val="none" w:sz="0" w:space="0" w:color="auto"/>
            <w:left w:val="none" w:sz="0" w:space="0" w:color="auto"/>
            <w:bottom w:val="none" w:sz="0" w:space="0" w:color="auto"/>
            <w:right w:val="none" w:sz="0" w:space="0" w:color="auto"/>
          </w:divBdr>
        </w:div>
        <w:div w:id="584076451">
          <w:marLeft w:val="480"/>
          <w:marRight w:val="0"/>
          <w:marTop w:val="0"/>
          <w:marBottom w:val="0"/>
          <w:divBdr>
            <w:top w:val="none" w:sz="0" w:space="0" w:color="auto"/>
            <w:left w:val="none" w:sz="0" w:space="0" w:color="auto"/>
            <w:bottom w:val="none" w:sz="0" w:space="0" w:color="auto"/>
            <w:right w:val="none" w:sz="0" w:space="0" w:color="auto"/>
          </w:divBdr>
        </w:div>
        <w:div w:id="586034130">
          <w:marLeft w:val="480"/>
          <w:marRight w:val="0"/>
          <w:marTop w:val="0"/>
          <w:marBottom w:val="0"/>
          <w:divBdr>
            <w:top w:val="none" w:sz="0" w:space="0" w:color="auto"/>
            <w:left w:val="none" w:sz="0" w:space="0" w:color="auto"/>
            <w:bottom w:val="none" w:sz="0" w:space="0" w:color="auto"/>
            <w:right w:val="none" w:sz="0" w:space="0" w:color="auto"/>
          </w:divBdr>
        </w:div>
        <w:div w:id="672218496">
          <w:marLeft w:val="480"/>
          <w:marRight w:val="0"/>
          <w:marTop w:val="0"/>
          <w:marBottom w:val="0"/>
          <w:divBdr>
            <w:top w:val="none" w:sz="0" w:space="0" w:color="auto"/>
            <w:left w:val="none" w:sz="0" w:space="0" w:color="auto"/>
            <w:bottom w:val="none" w:sz="0" w:space="0" w:color="auto"/>
            <w:right w:val="none" w:sz="0" w:space="0" w:color="auto"/>
          </w:divBdr>
        </w:div>
        <w:div w:id="729155810">
          <w:marLeft w:val="480"/>
          <w:marRight w:val="0"/>
          <w:marTop w:val="0"/>
          <w:marBottom w:val="0"/>
          <w:divBdr>
            <w:top w:val="none" w:sz="0" w:space="0" w:color="auto"/>
            <w:left w:val="none" w:sz="0" w:space="0" w:color="auto"/>
            <w:bottom w:val="none" w:sz="0" w:space="0" w:color="auto"/>
            <w:right w:val="none" w:sz="0" w:space="0" w:color="auto"/>
          </w:divBdr>
        </w:div>
        <w:div w:id="749082755">
          <w:marLeft w:val="480"/>
          <w:marRight w:val="0"/>
          <w:marTop w:val="0"/>
          <w:marBottom w:val="0"/>
          <w:divBdr>
            <w:top w:val="none" w:sz="0" w:space="0" w:color="auto"/>
            <w:left w:val="none" w:sz="0" w:space="0" w:color="auto"/>
            <w:bottom w:val="none" w:sz="0" w:space="0" w:color="auto"/>
            <w:right w:val="none" w:sz="0" w:space="0" w:color="auto"/>
          </w:divBdr>
        </w:div>
        <w:div w:id="830174355">
          <w:marLeft w:val="480"/>
          <w:marRight w:val="0"/>
          <w:marTop w:val="0"/>
          <w:marBottom w:val="0"/>
          <w:divBdr>
            <w:top w:val="none" w:sz="0" w:space="0" w:color="auto"/>
            <w:left w:val="none" w:sz="0" w:space="0" w:color="auto"/>
            <w:bottom w:val="none" w:sz="0" w:space="0" w:color="auto"/>
            <w:right w:val="none" w:sz="0" w:space="0" w:color="auto"/>
          </w:divBdr>
        </w:div>
        <w:div w:id="873231678">
          <w:marLeft w:val="480"/>
          <w:marRight w:val="0"/>
          <w:marTop w:val="0"/>
          <w:marBottom w:val="0"/>
          <w:divBdr>
            <w:top w:val="none" w:sz="0" w:space="0" w:color="auto"/>
            <w:left w:val="none" w:sz="0" w:space="0" w:color="auto"/>
            <w:bottom w:val="none" w:sz="0" w:space="0" w:color="auto"/>
            <w:right w:val="none" w:sz="0" w:space="0" w:color="auto"/>
          </w:divBdr>
        </w:div>
        <w:div w:id="907812405">
          <w:marLeft w:val="480"/>
          <w:marRight w:val="0"/>
          <w:marTop w:val="0"/>
          <w:marBottom w:val="0"/>
          <w:divBdr>
            <w:top w:val="none" w:sz="0" w:space="0" w:color="auto"/>
            <w:left w:val="none" w:sz="0" w:space="0" w:color="auto"/>
            <w:bottom w:val="none" w:sz="0" w:space="0" w:color="auto"/>
            <w:right w:val="none" w:sz="0" w:space="0" w:color="auto"/>
          </w:divBdr>
        </w:div>
        <w:div w:id="917130764">
          <w:marLeft w:val="480"/>
          <w:marRight w:val="0"/>
          <w:marTop w:val="0"/>
          <w:marBottom w:val="0"/>
          <w:divBdr>
            <w:top w:val="none" w:sz="0" w:space="0" w:color="auto"/>
            <w:left w:val="none" w:sz="0" w:space="0" w:color="auto"/>
            <w:bottom w:val="none" w:sz="0" w:space="0" w:color="auto"/>
            <w:right w:val="none" w:sz="0" w:space="0" w:color="auto"/>
          </w:divBdr>
        </w:div>
        <w:div w:id="969357350">
          <w:marLeft w:val="480"/>
          <w:marRight w:val="0"/>
          <w:marTop w:val="0"/>
          <w:marBottom w:val="0"/>
          <w:divBdr>
            <w:top w:val="none" w:sz="0" w:space="0" w:color="auto"/>
            <w:left w:val="none" w:sz="0" w:space="0" w:color="auto"/>
            <w:bottom w:val="none" w:sz="0" w:space="0" w:color="auto"/>
            <w:right w:val="none" w:sz="0" w:space="0" w:color="auto"/>
          </w:divBdr>
        </w:div>
        <w:div w:id="1008409671">
          <w:marLeft w:val="480"/>
          <w:marRight w:val="0"/>
          <w:marTop w:val="0"/>
          <w:marBottom w:val="0"/>
          <w:divBdr>
            <w:top w:val="none" w:sz="0" w:space="0" w:color="auto"/>
            <w:left w:val="none" w:sz="0" w:space="0" w:color="auto"/>
            <w:bottom w:val="none" w:sz="0" w:space="0" w:color="auto"/>
            <w:right w:val="none" w:sz="0" w:space="0" w:color="auto"/>
          </w:divBdr>
        </w:div>
        <w:div w:id="1079641823">
          <w:marLeft w:val="480"/>
          <w:marRight w:val="0"/>
          <w:marTop w:val="0"/>
          <w:marBottom w:val="0"/>
          <w:divBdr>
            <w:top w:val="none" w:sz="0" w:space="0" w:color="auto"/>
            <w:left w:val="none" w:sz="0" w:space="0" w:color="auto"/>
            <w:bottom w:val="none" w:sz="0" w:space="0" w:color="auto"/>
            <w:right w:val="none" w:sz="0" w:space="0" w:color="auto"/>
          </w:divBdr>
        </w:div>
        <w:div w:id="1100222486">
          <w:marLeft w:val="480"/>
          <w:marRight w:val="0"/>
          <w:marTop w:val="0"/>
          <w:marBottom w:val="0"/>
          <w:divBdr>
            <w:top w:val="none" w:sz="0" w:space="0" w:color="auto"/>
            <w:left w:val="none" w:sz="0" w:space="0" w:color="auto"/>
            <w:bottom w:val="none" w:sz="0" w:space="0" w:color="auto"/>
            <w:right w:val="none" w:sz="0" w:space="0" w:color="auto"/>
          </w:divBdr>
        </w:div>
        <w:div w:id="1136526393">
          <w:marLeft w:val="480"/>
          <w:marRight w:val="0"/>
          <w:marTop w:val="0"/>
          <w:marBottom w:val="0"/>
          <w:divBdr>
            <w:top w:val="none" w:sz="0" w:space="0" w:color="auto"/>
            <w:left w:val="none" w:sz="0" w:space="0" w:color="auto"/>
            <w:bottom w:val="none" w:sz="0" w:space="0" w:color="auto"/>
            <w:right w:val="none" w:sz="0" w:space="0" w:color="auto"/>
          </w:divBdr>
        </w:div>
        <w:div w:id="1157064897">
          <w:marLeft w:val="480"/>
          <w:marRight w:val="0"/>
          <w:marTop w:val="0"/>
          <w:marBottom w:val="0"/>
          <w:divBdr>
            <w:top w:val="none" w:sz="0" w:space="0" w:color="auto"/>
            <w:left w:val="none" w:sz="0" w:space="0" w:color="auto"/>
            <w:bottom w:val="none" w:sz="0" w:space="0" w:color="auto"/>
            <w:right w:val="none" w:sz="0" w:space="0" w:color="auto"/>
          </w:divBdr>
        </w:div>
        <w:div w:id="1223324142">
          <w:marLeft w:val="480"/>
          <w:marRight w:val="0"/>
          <w:marTop w:val="0"/>
          <w:marBottom w:val="0"/>
          <w:divBdr>
            <w:top w:val="none" w:sz="0" w:space="0" w:color="auto"/>
            <w:left w:val="none" w:sz="0" w:space="0" w:color="auto"/>
            <w:bottom w:val="none" w:sz="0" w:space="0" w:color="auto"/>
            <w:right w:val="none" w:sz="0" w:space="0" w:color="auto"/>
          </w:divBdr>
        </w:div>
        <w:div w:id="1227644711">
          <w:marLeft w:val="480"/>
          <w:marRight w:val="0"/>
          <w:marTop w:val="0"/>
          <w:marBottom w:val="0"/>
          <w:divBdr>
            <w:top w:val="none" w:sz="0" w:space="0" w:color="auto"/>
            <w:left w:val="none" w:sz="0" w:space="0" w:color="auto"/>
            <w:bottom w:val="none" w:sz="0" w:space="0" w:color="auto"/>
            <w:right w:val="none" w:sz="0" w:space="0" w:color="auto"/>
          </w:divBdr>
        </w:div>
        <w:div w:id="1378697052">
          <w:marLeft w:val="480"/>
          <w:marRight w:val="0"/>
          <w:marTop w:val="0"/>
          <w:marBottom w:val="0"/>
          <w:divBdr>
            <w:top w:val="none" w:sz="0" w:space="0" w:color="auto"/>
            <w:left w:val="none" w:sz="0" w:space="0" w:color="auto"/>
            <w:bottom w:val="none" w:sz="0" w:space="0" w:color="auto"/>
            <w:right w:val="none" w:sz="0" w:space="0" w:color="auto"/>
          </w:divBdr>
        </w:div>
        <w:div w:id="1394279166">
          <w:marLeft w:val="480"/>
          <w:marRight w:val="0"/>
          <w:marTop w:val="0"/>
          <w:marBottom w:val="0"/>
          <w:divBdr>
            <w:top w:val="none" w:sz="0" w:space="0" w:color="auto"/>
            <w:left w:val="none" w:sz="0" w:space="0" w:color="auto"/>
            <w:bottom w:val="none" w:sz="0" w:space="0" w:color="auto"/>
            <w:right w:val="none" w:sz="0" w:space="0" w:color="auto"/>
          </w:divBdr>
        </w:div>
        <w:div w:id="1401102535">
          <w:marLeft w:val="480"/>
          <w:marRight w:val="0"/>
          <w:marTop w:val="0"/>
          <w:marBottom w:val="0"/>
          <w:divBdr>
            <w:top w:val="none" w:sz="0" w:space="0" w:color="auto"/>
            <w:left w:val="none" w:sz="0" w:space="0" w:color="auto"/>
            <w:bottom w:val="none" w:sz="0" w:space="0" w:color="auto"/>
            <w:right w:val="none" w:sz="0" w:space="0" w:color="auto"/>
          </w:divBdr>
        </w:div>
        <w:div w:id="1426654763">
          <w:marLeft w:val="480"/>
          <w:marRight w:val="0"/>
          <w:marTop w:val="0"/>
          <w:marBottom w:val="0"/>
          <w:divBdr>
            <w:top w:val="none" w:sz="0" w:space="0" w:color="auto"/>
            <w:left w:val="none" w:sz="0" w:space="0" w:color="auto"/>
            <w:bottom w:val="none" w:sz="0" w:space="0" w:color="auto"/>
            <w:right w:val="none" w:sz="0" w:space="0" w:color="auto"/>
          </w:divBdr>
        </w:div>
        <w:div w:id="1494300977">
          <w:marLeft w:val="480"/>
          <w:marRight w:val="0"/>
          <w:marTop w:val="0"/>
          <w:marBottom w:val="0"/>
          <w:divBdr>
            <w:top w:val="none" w:sz="0" w:space="0" w:color="auto"/>
            <w:left w:val="none" w:sz="0" w:space="0" w:color="auto"/>
            <w:bottom w:val="none" w:sz="0" w:space="0" w:color="auto"/>
            <w:right w:val="none" w:sz="0" w:space="0" w:color="auto"/>
          </w:divBdr>
        </w:div>
        <w:div w:id="1589924253">
          <w:marLeft w:val="480"/>
          <w:marRight w:val="0"/>
          <w:marTop w:val="0"/>
          <w:marBottom w:val="0"/>
          <w:divBdr>
            <w:top w:val="none" w:sz="0" w:space="0" w:color="auto"/>
            <w:left w:val="none" w:sz="0" w:space="0" w:color="auto"/>
            <w:bottom w:val="none" w:sz="0" w:space="0" w:color="auto"/>
            <w:right w:val="none" w:sz="0" w:space="0" w:color="auto"/>
          </w:divBdr>
        </w:div>
        <w:div w:id="1629362298">
          <w:marLeft w:val="480"/>
          <w:marRight w:val="0"/>
          <w:marTop w:val="0"/>
          <w:marBottom w:val="0"/>
          <w:divBdr>
            <w:top w:val="none" w:sz="0" w:space="0" w:color="auto"/>
            <w:left w:val="none" w:sz="0" w:space="0" w:color="auto"/>
            <w:bottom w:val="none" w:sz="0" w:space="0" w:color="auto"/>
            <w:right w:val="none" w:sz="0" w:space="0" w:color="auto"/>
          </w:divBdr>
        </w:div>
        <w:div w:id="1694111324">
          <w:marLeft w:val="480"/>
          <w:marRight w:val="0"/>
          <w:marTop w:val="0"/>
          <w:marBottom w:val="0"/>
          <w:divBdr>
            <w:top w:val="none" w:sz="0" w:space="0" w:color="auto"/>
            <w:left w:val="none" w:sz="0" w:space="0" w:color="auto"/>
            <w:bottom w:val="none" w:sz="0" w:space="0" w:color="auto"/>
            <w:right w:val="none" w:sz="0" w:space="0" w:color="auto"/>
          </w:divBdr>
        </w:div>
        <w:div w:id="1716126067">
          <w:marLeft w:val="480"/>
          <w:marRight w:val="0"/>
          <w:marTop w:val="0"/>
          <w:marBottom w:val="0"/>
          <w:divBdr>
            <w:top w:val="none" w:sz="0" w:space="0" w:color="auto"/>
            <w:left w:val="none" w:sz="0" w:space="0" w:color="auto"/>
            <w:bottom w:val="none" w:sz="0" w:space="0" w:color="auto"/>
            <w:right w:val="none" w:sz="0" w:space="0" w:color="auto"/>
          </w:divBdr>
        </w:div>
        <w:div w:id="1753040255">
          <w:marLeft w:val="480"/>
          <w:marRight w:val="0"/>
          <w:marTop w:val="0"/>
          <w:marBottom w:val="0"/>
          <w:divBdr>
            <w:top w:val="none" w:sz="0" w:space="0" w:color="auto"/>
            <w:left w:val="none" w:sz="0" w:space="0" w:color="auto"/>
            <w:bottom w:val="none" w:sz="0" w:space="0" w:color="auto"/>
            <w:right w:val="none" w:sz="0" w:space="0" w:color="auto"/>
          </w:divBdr>
        </w:div>
        <w:div w:id="1851875280">
          <w:marLeft w:val="480"/>
          <w:marRight w:val="0"/>
          <w:marTop w:val="0"/>
          <w:marBottom w:val="0"/>
          <w:divBdr>
            <w:top w:val="none" w:sz="0" w:space="0" w:color="auto"/>
            <w:left w:val="none" w:sz="0" w:space="0" w:color="auto"/>
            <w:bottom w:val="none" w:sz="0" w:space="0" w:color="auto"/>
            <w:right w:val="none" w:sz="0" w:space="0" w:color="auto"/>
          </w:divBdr>
        </w:div>
        <w:div w:id="1964143590">
          <w:marLeft w:val="480"/>
          <w:marRight w:val="0"/>
          <w:marTop w:val="0"/>
          <w:marBottom w:val="0"/>
          <w:divBdr>
            <w:top w:val="none" w:sz="0" w:space="0" w:color="auto"/>
            <w:left w:val="none" w:sz="0" w:space="0" w:color="auto"/>
            <w:bottom w:val="none" w:sz="0" w:space="0" w:color="auto"/>
            <w:right w:val="none" w:sz="0" w:space="0" w:color="auto"/>
          </w:divBdr>
        </w:div>
        <w:div w:id="1967589235">
          <w:marLeft w:val="480"/>
          <w:marRight w:val="0"/>
          <w:marTop w:val="0"/>
          <w:marBottom w:val="0"/>
          <w:divBdr>
            <w:top w:val="none" w:sz="0" w:space="0" w:color="auto"/>
            <w:left w:val="none" w:sz="0" w:space="0" w:color="auto"/>
            <w:bottom w:val="none" w:sz="0" w:space="0" w:color="auto"/>
            <w:right w:val="none" w:sz="0" w:space="0" w:color="auto"/>
          </w:divBdr>
        </w:div>
        <w:div w:id="2116317473">
          <w:marLeft w:val="480"/>
          <w:marRight w:val="0"/>
          <w:marTop w:val="0"/>
          <w:marBottom w:val="0"/>
          <w:divBdr>
            <w:top w:val="none" w:sz="0" w:space="0" w:color="auto"/>
            <w:left w:val="none" w:sz="0" w:space="0" w:color="auto"/>
            <w:bottom w:val="none" w:sz="0" w:space="0" w:color="auto"/>
            <w:right w:val="none" w:sz="0" w:space="0" w:color="auto"/>
          </w:divBdr>
        </w:div>
        <w:div w:id="2131900935">
          <w:marLeft w:val="480"/>
          <w:marRight w:val="0"/>
          <w:marTop w:val="0"/>
          <w:marBottom w:val="0"/>
          <w:divBdr>
            <w:top w:val="none" w:sz="0" w:space="0" w:color="auto"/>
            <w:left w:val="none" w:sz="0" w:space="0" w:color="auto"/>
            <w:bottom w:val="none" w:sz="0" w:space="0" w:color="auto"/>
            <w:right w:val="none" w:sz="0" w:space="0" w:color="auto"/>
          </w:divBdr>
        </w:div>
        <w:div w:id="2132698418">
          <w:marLeft w:val="480"/>
          <w:marRight w:val="0"/>
          <w:marTop w:val="0"/>
          <w:marBottom w:val="0"/>
          <w:divBdr>
            <w:top w:val="none" w:sz="0" w:space="0" w:color="auto"/>
            <w:left w:val="none" w:sz="0" w:space="0" w:color="auto"/>
            <w:bottom w:val="none" w:sz="0" w:space="0" w:color="auto"/>
            <w:right w:val="none" w:sz="0" w:space="0" w:color="auto"/>
          </w:divBdr>
        </w:div>
      </w:divsChild>
    </w:div>
    <w:div w:id="902837075">
      <w:bodyDiv w:val="1"/>
      <w:marLeft w:val="0"/>
      <w:marRight w:val="0"/>
      <w:marTop w:val="0"/>
      <w:marBottom w:val="0"/>
      <w:divBdr>
        <w:top w:val="none" w:sz="0" w:space="0" w:color="auto"/>
        <w:left w:val="none" w:sz="0" w:space="0" w:color="auto"/>
        <w:bottom w:val="none" w:sz="0" w:space="0" w:color="auto"/>
        <w:right w:val="none" w:sz="0" w:space="0" w:color="auto"/>
      </w:divBdr>
      <w:divsChild>
        <w:div w:id="32072790">
          <w:marLeft w:val="480"/>
          <w:marRight w:val="0"/>
          <w:marTop w:val="0"/>
          <w:marBottom w:val="0"/>
          <w:divBdr>
            <w:top w:val="none" w:sz="0" w:space="0" w:color="auto"/>
            <w:left w:val="none" w:sz="0" w:space="0" w:color="auto"/>
            <w:bottom w:val="none" w:sz="0" w:space="0" w:color="auto"/>
            <w:right w:val="none" w:sz="0" w:space="0" w:color="auto"/>
          </w:divBdr>
        </w:div>
        <w:div w:id="105009230">
          <w:marLeft w:val="480"/>
          <w:marRight w:val="0"/>
          <w:marTop w:val="0"/>
          <w:marBottom w:val="0"/>
          <w:divBdr>
            <w:top w:val="none" w:sz="0" w:space="0" w:color="auto"/>
            <w:left w:val="none" w:sz="0" w:space="0" w:color="auto"/>
            <w:bottom w:val="none" w:sz="0" w:space="0" w:color="auto"/>
            <w:right w:val="none" w:sz="0" w:space="0" w:color="auto"/>
          </w:divBdr>
        </w:div>
        <w:div w:id="126363391">
          <w:marLeft w:val="480"/>
          <w:marRight w:val="0"/>
          <w:marTop w:val="0"/>
          <w:marBottom w:val="0"/>
          <w:divBdr>
            <w:top w:val="none" w:sz="0" w:space="0" w:color="auto"/>
            <w:left w:val="none" w:sz="0" w:space="0" w:color="auto"/>
            <w:bottom w:val="none" w:sz="0" w:space="0" w:color="auto"/>
            <w:right w:val="none" w:sz="0" w:space="0" w:color="auto"/>
          </w:divBdr>
        </w:div>
        <w:div w:id="274217509">
          <w:marLeft w:val="480"/>
          <w:marRight w:val="0"/>
          <w:marTop w:val="0"/>
          <w:marBottom w:val="0"/>
          <w:divBdr>
            <w:top w:val="none" w:sz="0" w:space="0" w:color="auto"/>
            <w:left w:val="none" w:sz="0" w:space="0" w:color="auto"/>
            <w:bottom w:val="none" w:sz="0" w:space="0" w:color="auto"/>
            <w:right w:val="none" w:sz="0" w:space="0" w:color="auto"/>
          </w:divBdr>
        </w:div>
        <w:div w:id="686371313">
          <w:marLeft w:val="480"/>
          <w:marRight w:val="0"/>
          <w:marTop w:val="0"/>
          <w:marBottom w:val="0"/>
          <w:divBdr>
            <w:top w:val="none" w:sz="0" w:space="0" w:color="auto"/>
            <w:left w:val="none" w:sz="0" w:space="0" w:color="auto"/>
            <w:bottom w:val="none" w:sz="0" w:space="0" w:color="auto"/>
            <w:right w:val="none" w:sz="0" w:space="0" w:color="auto"/>
          </w:divBdr>
        </w:div>
        <w:div w:id="1129056099">
          <w:marLeft w:val="480"/>
          <w:marRight w:val="0"/>
          <w:marTop w:val="0"/>
          <w:marBottom w:val="0"/>
          <w:divBdr>
            <w:top w:val="none" w:sz="0" w:space="0" w:color="auto"/>
            <w:left w:val="none" w:sz="0" w:space="0" w:color="auto"/>
            <w:bottom w:val="none" w:sz="0" w:space="0" w:color="auto"/>
            <w:right w:val="none" w:sz="0" w:space="0" w:color="auto"/>
          </w:divBdr>
        </w:div>
        <w:div w:id="1628662706">
          <w:marLeft w:val="480"/>
          <w:marRight w:val="0"/>
          <w:marTop w:val="0"/>
          <w:marBottom w:val="0"/>
          <w:divBdr>
            <w:top w:val="none" w:sz="0" w:space="0" w:color="auto"/>
            <w:left w:val="none" w:sz="0" w:space="0" w:color="auto"/>
            <w:bottom w:val="none" w:sz="0" w:space="0" w:color="auto"/>
            <w:right w:val="none" w:sz="0" w:space="0" w:color="auto"/>
          </w:divBdr>
        </w:div>
        <w:div w:id="1778017661">
          <w:marLeft w:val="480"/>
          <w:marRight w:val="0"/>
          <w:marTop w:val="0"/>
          <w:marBottom w:val="0"/>
          <w:divBdr>
            <w:top w:val="none" w:sz="0" w:space="0" w:color="auto"/>
            <w:left w:val="none" w:sz="0" w:space="0" w:color="auto"/>
            <w:bottom w:val="none" w:sz="0" w:space="0" w:color="auto"/>
            <w:right w:val="none" w:sz="0" w:space="0" w:color="auto"/>
          </w:divBdr>
        </w:div>
      </w:divsChild>
    </w:div>
    <w:div w:id="905261757">
      <w:bodyDiv w:val="1"/>
      <w:marLeft w:val="0"/>
      <w:marRight w:val="0"/>
      <w:marTop w:val="0"/>
      <w:marBottom w:val="0"/>
      <w:divBdr>
        <w:top w:val="none" w:sz="0" w:space="0" w:color="auto"/>
        <w:left w:val="none" w:sz="0" w:space="0" w:color="auto"/>
        <w:bottom w:val="none" w:sz="0" w:space="0" w:color="auto"/>
        <w:right w:val="none" w:sz="0" w:space="0" w:color="auto"/>
      </w:divBdr>
    </w:div>
    <w:div w:id="907805095">
      <w:bodyDiv w:val="1"/>
      <w:marLeft w:val="0"/>
      <w:marRight w:val="0"/>
      <w:marTop w:val="0"/>
      <w:marBottom w:val="0"/>
      <w:divBdr>
        <w:top w:val="none" w:sz="0" w:space="0" w:color="auto"/>
        <w:left w:val="none" w:sz="0" w:space="0" w:color="auto"/>
        <w:bottom w:val="none" w:sz="0" w:space="0" w:color="auto"/>
        <w:right w:val="none" w:sz="0" w:space="0" w:color="auto"/>
      </w:divBdr>
    </w:div>
    <w:div w:id="908733147">
      <w:bodyDiv w:val="1"/>
      <w:marLeft w:val="0"/>
      <w:marRight w:val="0"/>
      <w:marTop w:val="0"/>
      <w:marBottom w:val="0"/>
      <w:divBdr>
        <w:top w:val="none" w:sz="0" w:space="0" w:color="auto"/>
        <w:left w:val="none" w:sz="0" w:space="0" w:color="auto"/>
        <w:bottom w:val="none" w:sz="0" w:space="0" w:color="auto"/>
        <w:right w:val="none" w:sz="0" w:space="0" w:color="auto"/>
      </w:divBdr>
    </w:div>
    <w:div w:id="909340680">
      <w:bodyDiv w:val="1"/>
      <w:marLeft w:val="0"/>
      <w:marRight w:val="0"/>
      <w:marTop w:val="0"/>
      <w:marBottom w:val="0"/>
      <w:divBdr>
        <w:top w:val="none" w:sz="0" w:space="0" w:color="auto"/>
        <w:left w:val="none" w:sz="0" w:space="0" w:color="auto"/>
        <w:bottom w:val="none" w:sz="0" w:space="0" w:color="auto"/>
        <w:right w:val="none" w:sz="0" w:space="0" w:color="auto"/>
      </w:divBdr>
    </w:div>
    <w:div w:id="915676139">
      <w:bodyDiv w:val="1"/>
      <w:marLeft w:val="0"/>
      <w:marRight w:val="0"/>
      <w:marTop w:val="0"/>
      <w:marBottom w:val="0"/>
      <w:divBdr>
        <w:top w:val="none" w:sz="0" w:space="0" w:color="auto"/>
        <w:left w:val="none" w:sz="0" w:space="0" w:color="auto"/>
        <w:bottom w:val="none" w:sz="0" w:space="0" w:color="auto"/>
        <w:right w:val="none" w:sz="0" w:space="0" w:color="auto"/>
      </w:divBdr>
      <w:divsChild>
        <w:div w:id="2824215">
          <w:marLeft w:val="480"/>
          <w:marRight w:val="0"/>
          <w:marTop w:val="0"/>
          <w:marBottom w:val="0"/>
          <w:divBdr>
            <w:top w:val="none" w:sz="0" w:space="0" w:color="auto"/>
            <w:left w:val="none" w:sz="0" w:space="0" w:color="auto"/>
            <w:bottom w:val="none" w:sz="0" w:space="0" w:color="auto"/>
            <w:right w:val="none" w:sz="0" w:space="0" w:color="auto"/>
          </w:divBdr>
        </w:div>
        <w:div w:id="2898363">
          <w:marLeft w:val="480"/>
          <w:marRight w:val="0"/>
          <w:marTop w:val="0"/>
          <w:marBottom w:val="0"/>
          <w:divBdr>
            <w:top w:val="none" w:sz="0" w:space="0" w:color="auto"/>
            <w:left w:val="none" w:sz="0" w:space="0" w:color="auto"/>
            <w:bottom w:val="none" w:sz="0" w:space="0" w:color="auto"/>
            <w:right w:val="none" w:sz="0" w:space="0" w:color="auto"/>
          </w:divBdr>
        </w:div>
        <w:div w:id="16468366">
          <w:marLeft w:val="480"/>
          <w:marRight w:val="0"/>
          <w:marTop w:val="0"/>
          <w:marBottom w:val="0"/>
          <w:divBdr>
            <w:top w:val="none" w:sz="0" w:space="0" w:color="auto"/>
            <w:left w:val="none" w:sz="0" w:space="0" w:color="auto"/>
            <w:bottom w:val="none" w:sz="0" w:space="0" w:color="auto"/>
            <w:right w:val="none" w:sz="0" w:space="0" w:color="auto"/>
          </w:divBdr>
        </w:div>
        <w:div w:id="27803095">
          <w:marLeft w:val="480"/>
          <w:marRight w:val="0"/>
          <w:marTop w:val="0"/>
          <w:marBottom w:val="0"/>
          <w:divBdr>
            <w:top w:val="none" w:sz="0" w:space="0" w:color="auto"/>
            <w:left w:val="none" w:sz="0" w:space="0" w:color="auto"/>
            <w:bottom w:val="none" w:sz="0" w:space="0" w:color="auto"/>
            <w:right w:val="none" w:sz="0" w:space="0" w:color="auto"/>
          </w:divBdr>
        </w:div>
        <w:div w:id="43339170">
          <w:marLeft w:val="480"/>
          <w:marRight w:val="0"/>
          <w:marTop w:val="0"/>
          <w:marBottom w:val="0"/>
          <w:divBdr>
            <w:top w:val="none" w:sz="0" w:space="0" w:color="auto"/>
            <w:left w:val="none" w:sz="0" w:space="0" w:color="auto"/>
            <w:bottom w:val="none" w:sz="0" w:space="0" w:color="auto"/>
            <w:right w:val="none" w:sz="0" w:space="0" w:color="auto"/>
          </w:divBdr>
        </w:div>
        <w:div w:id="165749420">
          <w:marLeft w:val="480"/>
          <w:marRight w:val="0"/>
          <w:marTop w:val="0"/>
          <w:marBottom w:val="0"/>
          <w:divBdr>
            <w:top w:val="none" w:sz="0" w:space="0" w:color="auto"/>
            <w:left w:val="none" w:sz="0" w:space="0" w:color="auto"/>
            <w:bottom w:val="none" w:sz="0" w:space="0" w:color="auto"/>
            <w:right w:val="none" w:sz="0" w:space="0" w:color="auto"/>
          </w:divBdr>
        </w:div>
        <w:div w:id="212931968">
          <w:marLeft w:val="480"/>
          <w:marRight w:val="0"/>
          <w:marTop w:val="0"/>
          <w:marBottom w:val="0"/>
          <w:divBdr>
            <w:top w:val="none" w:sz="0" w:space="0" w:color="auto"/>
            <w:left w:val="none" w:sz="0" w:space="0" w:color="auto"/>
            <w:bottom w:val="none" w:sz="0" w:space="0" w:color="auto"/>
            <w:right w:val="none" w:sz="0" w:space="0" w:color="auto"/>
          </w:divBdr>
        </w:div>
        <w:div w:id="244072743">
          <w:marLeft w:val="480"/>
          <w:marRight w:val="0"/>
          <w:marTop w:val="0"/>
          <w:marBottom w:val="0"/>
          <w:divBdr>
            <w:top w:val="none" w:sz="0" w:space="0" w:color="auto"/>
            <w:left w:val="none" w:sz="0" w:space="0" w:color="auto"/>
            <w:bottom w:val="none" w:sz="0" w:space="0" w:color="auto"/>
            <w:right w:val="none" w:sz="0" w:space="0" w:color="auto"/>
          </w:divBdr>
        </w:div>
        <w:div w:id="371460698">
          <w:marLeft w:val="480"/>
          <w:marRight w:val="0"/>
          <w:marTop w:val="0"/>
          <w:marBottom w:val="0"/>
          <w:divBdr>
            <w:top w:val="none" w:sz="0" w:space="0" w:color="auto"/>
            <w:left w:val="none" w:sz="0" w:space="0" w:color="auto"/>
            <w:bottom w:val="none" w:sz="0" w:space="0" w:color="auto"/>
            <w:right w:val="none" w:sz="0" w:space="0" w:color="auto"/>
          </w:divBdr>
        </w:div>
        <w:div w:id="376904373">
          <w:marLeft w:val="480"/>
          <w:marRight w:val="0"/>
          <w:marTop w:val="0"/>
          <w:marBottom w:val="0"/>
          <w:divBdr>
            <w:top w:val="none" w:sz="0" w:space="0" w:color="auto"/>
            <w:left w:val="none" w:sz="0" w:space="0" w:color="auto"/>
            <w:bottom w:val="none" w:sz="0" w:space="0" w:color="auto"/>
            <w:right w:val="none" w:sz="0" w:space="0" w:color="auto"/>
          </w:divBdr>
        </w:div>
        <w:div w:id="390229908">
          <w:marLeft w:val="480"/>
          <w:marRight w:val="0"/>
          <w:marTop w:val="0"/>
          <w:marBottom w:val="0"/>
          <w:divBdr>
            <w:top w:val="none" w:sz="0" w:space="0" w:color="auto"/>
            <w:left w:val="none" w:sz="0" w:space="0" w:color="auto"/>
            <w:bottom w:val="none" w:sz="0" w:space="0" w:color="auto"/>
            <w:right w:val="none" w:sz="0" w:space="0" w:color="auto"/>
          </w:divBdr>
        </w:div>
        <w:div w:id="477722022">
          <w:marLeft w:val="480"/>
          <w:marRight w:val="0"/>
          <w:marTop w:val="0"/>
          <w:marBottom w:val="0"/>
          <w:divBdr>
            <w:top w:val="none" w:sz="0" w:space="0" w:color="auto"/>
            <w:left w:val="none" w:sz="0" w:space="0" w:color="auto"/>
            <w:bottom w:val="none" w:sz="0" w:space="0" w:color="auto"/>
            <w:right w:val="none" w:sz="0" w:space="0" w:color="auto"/>
          </w:divBdr>
        </w:div>
        <w:div w:id="649752762">
          <w:marLeft w:val="480"/>
          <w:marRight w:val="0"/>
          <w:marTop w:val="0"/>
          <w:marBottom w:val="0"/>
          <w:divBdr>
            <w:top w:val="none" w:sz="0" w:space="0" w:color="auto"/>
            <w:left w:val="none" w:sz="0" w:space="0" w:color="auto"/>
            <w:bottom w:val="none" w:sz="0" w:space="0" w:color="auto"/>
            <w:right w:val="none" w:sz="0" w:space="0" w:color="auto"/>
          </w:divBdr>
        </w:div>
        <w:div w:id="677849846">
          <w:marLeft w:val="480"/>
          <w:marRight w:val="0"/>
          <w:marTop w:val="0"/>
          <w:marBottom w:val="0"/>
          <w:divBdr>
            <w:top w:val="none" w:sz="0" w:space="0" w:color="auto"/>
            <w:left w:val="none" w:sz="0" w:space="0" w:color="auto"/>
            <w:bottom w:val="none" w:sz="0" w:space="0" w:color="auto"/>
            <w:right w:val="none" w:sz="0" w:space="0" w:color="auto"/>
          </w:divBdr>
        </w:div>
        <w:div w:id="820342763">
          <w:marLeft w:val="480"/>
          <w:marRight w:val="0"/>
          <w:marTop w:val="0"/>
          <w:marBottom w:val="0"/>
          <w:divBdr>
            <w:top w:val="none" w:sz="0" w:space="0" w:color="auto"/>
            <w:left w:val="none" w:sz="0" w:space="0" w:color="auto"/>
            <w:bottom w:val="none" w:sz="0" w:space="0" w:color="auto"/>
            <w:right w:val="none" w:sz="0" w:space="0" w:color="auto"/>
          </w:divBdr>
        </w:div>
        <w:div w:id="890581837">
          <w:marLeft w:val="480"/>
          <w:marRight w:val="0"/>
          <w:marTop w:val="0"/>
          <w:marBottom w:val="0"/>
          <w:divBdr>
            <w:top w:val="none" w:sz="0" w:space="0" w:color="auto"/>
            <w:left w:val="none" w:sz="0" w:space="0" w:color="auto"/>
            <w:bottom w:val="none" w:sz="0" w:space="0" w:color="auto"/>
            <w:right w:val="none" w:sz="0" w:space="0" w:color="auto"/>
          </w:divBdr>
        </w:div>
        <w:div w:id="1002780414">
          <w:marLeft w:val="480"/>
          <w:marRight w:val="0"/>
          <w:marTop w:val="0"/>
          <w:marBottom w:val="0"/>
          <w:divBdr>
            <w:top w:val="none" w:sz="0" w:space="0" w:color="auto"/>
            <w:left w:val="none" w:sz="0" w:space="0" w:color="auto"/>
            <w:bottom w:val="none" w:sz="0" w:space="0" w:color="auto"/>
            <w:right w:val="none" w:sz="0" w:space="0" w:color="auto"/>
          </w:divBdr>
        </w:div>
        <w:div w:id="1087119855">
          <w:marLeft w:val="480"/>
          <w:marRight w:val="0"/>
          <w:marTop w:val="0"/>
          <w:marBottom w:val="0"/>
          <w:divBdr>
            <w:top w:val="none" w:sz="0" w:space="0" w:color="auto"/>
            <w:left w:val="none" w:sz="0" w:space="0" w:color="auto"/>
            <w:bottom w:val="none" w:sz="0" w:space="0" w:color="auto"/>
            <w:right w:val="none" w:sz="0" w:space="0" w:color="auto"/>
          </w:divBdr>
        </w:div>
        <w:div w:id="1175876691">
          <w:marLeft w:val="480"/>
          <w:marRight w:val="0"/>
          <w:marTop w:val="0"/>
          <w:marBottom w:val="0"/>
          <w:divBdr>
            <w:top w:val="none" w:sz="0" w:space="0" w:color="auto"/>
            <w:left w:val="none" w:sz="0" w:space="0" w:color="auto"/>
            <w:bottom w:val="none" w:sz="0" w:space="0" w:color="auto"/>
            <w:right w:val="none" w:sz="0" w:space="0" w:color="auto"/>
          </w:divBdr>
        </w:div>
        <w:div w:id="1302149848">
          <w:marLeft w:val="480"/>
          <w:marRight w:val="0"/>
          <w:marTop w:val="0"/>
          <w:marBottom w:val="0"/>
          <w:divBdr>
            <w:top w:val="none" w:sz="0" w:space="0" w:color="auto"/>
            <w:left w:val="none" w:sz="0" w:space="0" w:color="auto"/>
            <w:bottom w:val="none" w:sz="0" w:space="0" w:color="auto"/>
            <w:right w:val="none" w:sz="0" w:space="0" w:color="auto"/>
          </w:divBdr>
        </w:div>
        <w:div w:id="1332947794">
          <w:marLeft w:val="480"/>
          <w:marRight w:val="0"/>
          <w:marTop w:val="0"/>
          <w:marBottom w:val="0"/>
          <w:divBdr>
            <w:top w:val="none" w:sz="0" w:space="0" w:color="auto"/>
            <w:left w:val="none" w:sz="0" w:space="0" w:color="auto"/>
            <w:bottom w:val="none" w:sz="0" w:space="0" w:color="auto"/>
            <w:right w:val="none" w:sz="0" w:space="0" w:color="auto"/>
          </w:divBdr>
        </w:div>
        <w:div w:id="1426807995">
          <w:marLeft w:val="480"/>
          <w:marRight w:val="0"/>
          <w:marTop w:val="0"/>
          <w:marBottom w:val="0"/>
          <w:divBdr>
            <w:top w:val="none" w:sz="0" w:space="0" w:color="auto"/>
            <w:left w:val="none" w:sz="0" w:space="0" w:color="auto"/>
            <w:bottom w:val="none" w:sz="0" w:space="0" w:color="auto"/>
            <w:right w:val="none" w:sz="0" w:space="0" w:color="auto"/>
          </w:divBdr>
        </w:div>
        <w:div w:id="1434016791">
          <w:marLeft w:val="480"/>
          <w:marRight w:val="0"/>
          <w:marTop w:val="0"/>
          <w:marBottom w:val="0"/>
          <w:divBdr>
            <w:top w:val="none" w:sz="0" w:space="0" w:color="auto"/>
            <w:left w:val="none" w:sz="0" w:space="0" w:color="auto"/>
            <w:bottom w:val="none" w:sz="0" w:space="0" w:color="auto"/>
            <w:right w:val="none" w:sz="0" w:space="0" w:color="auto"/>
          </w:divBdr>
        </w:div>
        <w:div w:id="1488353600">
          <w:marLeft w:val="480"/>
          <w:marRight w:val="0"/>
          <w:marTop w:val="0"/>
          <w:marBottom w:val="0"/>
          <w:divBdr>
            <w:top w:val="none" w:sz="0" w:space="0" w:color="auto"/>
            <w:left w:val="none" w:sz="0" w:space="0" w:color="auto"/>
            <w:bottom w:val="none" w:sz="0" w:space="0" w:color="auto"/>
            <w:right w:val="none" w:sz="0" w:space="0" w:color="auto"/>
          </w:divBdr>
        </w:div>
        <w:div w:id="1597057592">
          <w:marLeft w:val="480"/>
          <w:marRight w:val="0"/>
          <w:marTop w:val="0"/>
          <w:marBottom w:val="0"/>
          <w:divBdr>
            <w:top w:val="none" w:sz="0" w:space="0" w:color="auto"/>
            <w:left w:val="none" w:sz="0" w:space="0" w:color="auto"/>
            <w:bottom w:val="none" w:sz="0" w:space="0" w:color="auto"/>
            <w:right w:val="none" w:sz="0" w:space="0" w:color="auto"/>
          </w:divBdr>
        </w:div>
        <w:div w:id="1615674443">
          <w:marLeft w:val="480"/>
          <w:marRight w:val="0"/>
          <w:marTop w:val="0"/>
          <w:marBottom w:val="0"/>
          <w:divBdr>
            <w:top w:val="none" w:sz="0" w:space="0" w:color="auto"/>
            <w:left w:val="none" w:sz="0" w:space="0" w:color="auto"/>
            <w:bottom w:val="none" w:sz="0" w:space="0" w:color="auto"/>
            <w:right w:val="none" w:sz="0" w:space="0" w:color="auto"/>
          </w:divBdr>
        </w:div>
        <w:div w:id="1664117261">
          <w:marLeft w:val="480"/>
          <w:marRight w:val="0"/>
          <w:marTop w:val="0"/>
          <w:marBottom w:val="0"/>
          <w:divBdr>
            <w:top w:val="none" w:sz="0" w:space="0" w:color="auto"/>
            <w:left w:val="none" w:sz="0" w:space="0" w:color="auto"/>
            <w:bottom w:val="none" w:sz="0" w:space="0" w:color="auto"/>
            <w:right w:val="none" w:sz="0" w:space="0" w:color="auto"/>
          </w:divBdr>
        </w:div>
        <w:div w:id="1740787196">
          <w:marLeft w:val="480"/>
          <w:marRight w:val="0"/>
          <w:marTop w:val="0"/>
          <w:marBottom w:val="0"/>
          <w:divBdr>
            <w:top w:val="none" w:sz="0" w:space="0" w:color="auto"/>
            <w:left w:val="none" w:sz="0" w:space="0" w:color="auto"/>
            <w:bottom w:val="none" w:sz="0" w:space="0" w:color="auto"/>
            <w:right w:val="none" w:sz="0" w:space="0" w:color="auto"/>
          </w:divBdr>
        </w:div>
        <w:div w:id="1799837562">
          <w:marLeft w:val="480"/>
          <w:marRight w:val="0"/>
          <w:marTop w:val="0"/>
          <w:marBottom w:val="0"/>
          <w:divBdr>
            <w:top w:val="none" w:sz="0" w:space="0" w:color="auto"/>
            <w:left w:val="none" w:sz="0" w:space="0" w:color="auto"/>
            <w:bottom w:val="none" w:sz="0" w:space="0" w:color="auto"/>
            <w:right w:val="none" w:sz="0" w:space="0" w:color="auto"/>
          </w:divBdr>
        </w:div>
        <w:div w:id="1825512788">
          <w:marLeft w:val="480"/>
          <w:marRight w:val="0"/>
          <w:marTop w:val="0"/>
          <w:marBottom w:val="0"/>
          <w:divBdr>
            <w:top w:val="none" w:sz="0" w:space="0" w:color="auto"/>
            <w:left w:val="none" w:sz="0" w:space="0" w:color="auto"/>
            <w:bottom w:val="none" w:sz="0" w:space="0" w:color="auto"/>
            <w:right w:val="none" w:sz="0" w:space="0" w:color="auto"/>
          </w:divBdr>
        </w:div>
        <w:div w:id="1844395530">
          <w:marLeft w:val="480"/>
          <w:marRight w:val="0"/>
          <w:marTop w:val="0"/>
          <w:marBottom w:val="0"/>
          <w:divBdr>
            <w:top w:val="none" w:sz="0" w:space="0" w:color="auto"/>
            <w:left w:val="none" w:sz="0" w:space="0" w:color="auto"/>
            <w:bottom w:val="none" w:sz="0" w:space="0" w:color="auto"/>
            <w:right w:val="none" w:sz="0" w:space="0" w:color="auto"/>
          </w:divBdr>
        </w:div>
        <w:div w:id="1877698857">
          <w:marLeft w:val="480"/>
          <w:marRight w:val="0"/>
          <w:marTop w:val="0"/>
          <w:marBottom w:val="0"/>
          <w:divBdr>
            <w:top w:val="none" w:sz="0" w:space="0" w:color="auto"/>
            <w:left w:val="none" w:sz="0" w:space="0" w:color="auto"/>
            <w:bottom w:val="none" w:sz="0" w:space="0" w:color="auto"/>
            <w:right w:val="none" w:sz="0" w:space="0" w:color="auto"/>
          </w:divBdr>
        </w:div>
        <w:div w:id="1969579029">
          <w:marLeft w:val="480"/>
          <w:marRight w:val="0"/>
          <w:marTop w:val="0"/>
          <w:marBottom w:val="0"/>
          <w:divBdr>
            <w:top w:val="none" w:sz="0" w:space="0" w:color="auto"/>
            <w:left w:val="none" w:sz="0" w:space="0" w:color="auto"/>
            <w:bottom w:val="none" w:sz="0" w:space="0" w:color="auto"/>
            <w:right w:val="none" w:sz="0" w:space="0" w:color="auto"/>
          </w:divBdr>
        </w:div>
        <w:div w:id="1970043737">
          <w:marLeft w:val="480"/>
          <w:marRight w:val="0"/>
          <w:marTop w:val="0"/>
          <w:marBottom w:val="0"/>
          <w:divBdr>
            <w:top w:val="none" w:sz="0" w:space="0" w:color="auto"/>
            <w:left w:val="none" w:sz="0" w:space="0" w:color="auto"/>
            <w:bottom w:val="none" w:sz="0" w:space="0" w:color="auto"/>
            <w:right w:val="none" w:sz="0" w:space="0" w:color="auto"/>
          </w:divBdr>
        </w:div>
        <w:div w:id="2020505866">
          <w:marLeft w:val="480"/>
          <w:marRight w:val="0"/>
          <w:marTop w:val="0"/>
          <w:marBottom w:val="0"/>
          <w:divBdr>
            <w:top w:val="none" w:sz="0" w:space="0" w:color="auto"/>
            <w:left w:val="none" w:sz="0" w:space="0" w:color="auto"/>
            <w:bottom w:val="none" w:sz="0" w:space="0" w:color="auto"/>
            <w:right w:val="none" w:sz="0" w:space="0" w:color="auto"/>
          </w:divBdr>
        </w:div>
        <w:div w:id="2049255816">
          <w:marLeft w:val="480"/>
          <w:marRight w:val="0"/>
          <w:marTop w:val="0"/>
          <w:marBottom w:val="0"/>
          <w:divBdr>
            <w:top w:val="none" w:sz="0" w:space="0" w:color="auto"/>
            <w:left w:val="none" w:sz="0" w:space="0" w:color="auto"/>
            <w:bottom w:val="none" w:sz="0" w:space="0" w:color="auto"/>
            <w:right w:val="none" w:sz="0" w:space="0" w:color="auto"/>
          </w:divBdr>
        </w:div>
        <w:div w:id="2134709005">
          <w:marLeft w:val="480"/>
          <w:marRight w:val="0"/>
          <w:marTop w:val="0"/>
          <w:marBottom w:val="0"/>
          <w:divBdr>
            <w:top w:val="none" w:sz="0" w:space="0" w:color="auto"/>
            <w:left w:val="none" w:sz="0" w:space="0" w:color="auto"/>
            <w:bottom w:val="none" w:sz="0" w:space="0" w:color="auto"/>
            <w:right w:val="none" w:sz="0" w:space="0" w:color="auto"/>
          </w:divBdr>
        </w:div>
      </w:divsChild>
    </w:div>
    <w:div w:id="919875672">
      <w:bodyDiv w:val="1"/>
      <w:marLeft w:val="0"/>
      <w:marRight w:val="0"/>
      <w:marTop w:val="0"/>
      <w:marBottom w:val="0"/>
      <w:divBdr>
        <w:top w:val="none" w:sz="0" w:space="0" w:color="auto"/>
        <w:left w:val="none" w:sz="0" w:space="0" w:color="auto"/>
        <w:bottom w:val="none" w:sz="0" w:space="0" w:color="auto"/>
        <w:right w:val="none" w:sz="0" w:space="0" w:color="auto"/>
      </w:divBdr>
    </w:div>
    <w:div w:id="920023483">
      <w:bodyDiv w:val="1"/>
      <w:marLeft w:val="0"/>
      <w:marRight w:val="0"/>
      <w:marTop w:val="0"/>
      <w:marBottom w:val="0"/>
      <w:divBdr>
        <w:top w:val="none" w:sz="0" w:space="0" w:color="auto"/>
        <w:left w:val="none" w:sz="0" w:space="0" w:color="auto"/>
        <w:bottom w:val="none" w:sz="0" w:space="0" w:color="auto"/>
        <w:right w:val="none" w:sz="0" w:space="0" w:color="auto"/>
      </w:divBdr>
    </w:div>
    <w:div w:id="920681310">
      <w:bodyDiv w:val="1"/>
      <w:marLeft w:val="0"/>
      <w:marRight w:val="0"/>
      <w:marTop w:val="0"/>
      <w:marBottom w:val="0"/>
      <w:divBdr>
        <w:top w:val="none" w:sz="0" w:space="0" w:color="auto"/>
        <w:left w:val="none" w:sz="0" w:space="0" w:color="auto"/>
        <w:bottom w:val="none" w:sz="0" w:space="0" w:color="auto"/>
        <w:right w:val="none" w:sz="0" w:space="0" w:color="auto"/>
      </w:divBdr>
    </w:div>
    <w:div w:id="923682102">
      <w:bodyDiv w:val="1"/>
      <w:marLeft w:val="0"/>
      <w:marRight w:val="0"/>
      <w:marTop w:val="0"/>
      <w:marBottom w:val="0"/>
      <w:divBdr>
        <w:top w:val="none" w:sz="0" w:space="0" w:color="auto"/>
        <w:left w:val="none" w:sz="0" w:space="0" w:color="auto"/>
        <w:bottom w:val="none" w:sz="0" w:space="0" w:color="auto"/>
        <w:right w:val="none" w:sz="0" w:space="0" w:color="auto"/>
      </w:divBdr>
    </w:div>
    <w:div w:id="924461580">
      <w:bodyDiv w:val="1"/>
      <w:marLeft w:val="0"/>
      <w:marRight w:val="0"/>
      <w:marTop w:val="0"/>
      <w:marBottom w:val="0"/>
      <w:divBdr>
        <w:top w:val="none" w:sz="0" w:space="0" w:color="auto"/>
        <w:left w:val="none" w:sz="0" w:space="0" w:color="auto"/>
        <w:bottom w:val="none" w:sz="0" w:space="0" w:color="auto"/>
        <w:right w:val="none" w:sz="0" w:space="0" w:color="auto"/>
      </w:divBdr>
    </w:div>
    <w:div w:id="924847395">
      <w:bodyDiv w:val="1"/>
      <w:marLeft w:val="0"/>
      <w:marRight w:val="0"/>
      <w:marTop w:val="0"/>
      <w:marBottom w:val="0"/>
      <w:divBdr>
        <w:top w:val="none" w:sz="0" w:space="0" w:color="auto"/>
        <w:left w:val="none" w:sz="0" w:space="0" w:color="auto"/>
        <w:bottom w:val="none" w:sz="0" w:space="0" w:color="auto"/>
        <w:right w:val="none" w:sz="0" w:space="0" w:color="auto"/>
      </w:divBdr>
    </w:div>
    <w:div w:id="925192123">
      <w:bodyDiv w:val="1"/>
      <w:marLeft w:val="0"/>
      <w:marRight w:val="0"/>
      <w:marTop w:val="0"/>
      <w:marBottom w:val="0"/>
      <w:divBdr>
        <w:top w:val="none" w:sz="0" w:space="0" w:color="auto"/>
        <w:left w:val="none" w:sz="0" w:space="0" w:color="auto"/>
        <w:bottom w:val="none" w:sz="0" w:space="0" w:color="auto"/>
        <w:right w:val="none" w:sz="0" w:space="0" w:color="auto"/>
      </w:divBdr>
      <w:divsChild>
        <w:div w:id="81874422">
          <w:marLeft w:val="480"/>
          <w:marRight w:val="0"/>
          <w:marTop w:val="0"/>
          <w:marBottom w:val="0"/>
          <w:divBdr>
            <w:top w:val="none" w:sz="0" w:space="0" w:color="auto"/>
            <w:left w:val="none" w:sz="0" w:space="0" w:color="auto"/>
            <w:bottom w:val="none" w:sz="0" w:space="0" w:color="auto"/>
            <w:right w:val="none" w:sz="0" w:space="0" w:color="auto"/>
          </w:divBdr>
        </w:div>
        <w:div w:id="127751029">
          <w:marLeft w:val="480"/>
          <w:marRight w:val="0"/>
          <w:marTop w:val="0"/>
          <w:marBottom w:val="0"/>
          <w:divBdr>
            <w:top w:val="none" w:sz="0" w:space="0" w:color="auto"/>
            <w:left w:val="none" w:sz="0" w:space="0" w:color="auto"/>
            <w:bottom w:val="none" w:sz="0" w:space="0" w:color="auto"/>
            <w:right w:val="none" w:sz="0" w:space="0" w:color="auto"/>
          </w:divBdr>
        </w:div>
        <w:div w:id="199972900">
          <w:marLeft w:val="480"/>
          <w:marRight w:val="0"/>
          <w:marTop w:val="0"/>
          <w:marBottom w:val="0"/>
          <w:divBdr>
            <w:top w:val="none" w:sz="0" w:space="0" w:color="auto"/>
            <w:left w:val="none" w:sz="0" w:space="0" w:color="auto"/>
            <w:bottom w:val="none" w:sz="0" w:space="0" w:color="auto"/>
            <w:right w:val="none" w:sz="0" w:space="0" w:color="auto"/>
          </w:divBdr>
        </w:div>
        <w:div w:id="217862495">
          <w:marLeft w:val="480"/>
          <w:marRight w:val="0"/>
          <w:marTop w:val="0"/>
          <w:marBottom w:val="0"/>
          <w:divBdr>
            <w:top w:val="none" w:sz="0" w:space="0" w:color="auto"/>
            <w:left w:val="none" w:sz="0" w:space="0" w:color="auto"/>
            <w:bottom w:val="none" w:sz="0" w:space="0" w:color="auto"/>
            <w:right w:val="none" w:sz="0" w:space="0" w:color="auto"/>
          </w:divBdr>
        </w:div>
        <w:div w:id="296644019">
          <w:marLeft w:val="480"/>
          <w:marRight w:val="0"/>
          <w:marTop w:val="0"/>
          <w:marBottom w:val="0"/>
          <w:divBdr>
            <w:top w:val="none" w:sz="0" w:space="0" w:color="auto"/>
            <w:left w:val="none" w:sz="0" w:space="0" w:color="auto"/>
            <w:bottom w:val="none" w:sz="0" w:space="0" w:color="auto"/>
            <w:right w:val="none" w:sz="0" w:space="0" w:color="auto"/>
          </w:divBdr>
        </w:div>
        <w:div w:id="411582957">
          <w:marLeft w:val="480"/>
          <w:marRight w:val="0"/>
          <w:marTop w:val="0"/>
          <w:marBottom w:val="0"/>
          <w:divBdr>
            <w:top w:val="none" w:sz="0" w:space="0" w:color="auto"/>
            <w:left w:val="none" w:sz="0" w:space="0" w:color="auto"/>
            <w:bottom w:val="none" w:sz="0" w:space="0" w:color="auto"/>
            <w:right w:val="none" w:sz="0" w:space="0" w:color="auto"/>
          </w:divBdr>
        </w:div>
        <w:div w:id="418259058">
          <w:marLeft w:val="480"/>
          <w:marRight w:val="0"/>
          <w:marTop w:val="0"/>
          <w:marBottom w:val="0"/>
          <w:divBdr>
            <w:top w:val="none" w:sz="0" w:space="0" w:color="auto"/>
            <w:left w:val="none" w:sz="0" w:space="0" w:color="auto"/>
            <w:bottom w:val="none" w:sz="0" w:space="0" w:color="auto"/>
            <w:right w:val="none" w:sz="0" w:space="0" w:color="auto"/>
          </w:divBdr>
        </w:div>
        <w:div w:id="419760316">
          <w:marLeft w:val="480"/>
          <w:marRight w:val="0"/>
          <w:marTop w:val="0"/>
          <w:marBottom w:val="0"/>
          <w:divBdr>
            <w:top w:val="none" w:sz="0" w:space="0" w:color="auto"/>
            <w:left w:val="none" w:sz="0" w:space="0" w:color="auto"/>
            <w:bottom w:val="none" w:sz="0" w:space="0" w:color="auto"/>
            <w:right w:val="none" w:sz="0" w:space="0" w:color="auto"/>
          </w:divBdr>
        </w:div>
        <w:div w:id="422727603">
          <w:marLeft w:val="480"/>
          <w:marRight w:val="0"/>
          <w:marTop w:val="0"/>
          <w:marBottom w:val="0"/>
          <w:divBdr>
            <w:top w:val="none" w:sz="0" w:space="0" w:color="auto"/>
            <w:left w:val="none" w:sz="0" w:space="0" w:color="auto"/>
            <w:bottom w:val="none" w:sz="0" w:space="0" w:color="auto"/>
            <w:right w:val="none" w:sz="0" w:space="0" w:color="auto"/>
          </w:divBdr>
        </w:div>
        <w:div w:id="484053995">
          <w:marLeft w:val="480"/>
          <w:marRight w:val="0"/>
          <w:marTop w:val="0"/>
          <w:marBottom w:val="0"/>
          <w:divBdr>
            <w:top w:val="none" w:sz="0" w:space="0" w:color="auto"/>
            <w:left w:val="none" w:sz="0" w:space="0" w:color="auto"/>
            <w:bottom w:val="none" w:sz="0" w:space="0" w:color="auto"/>
            <w:right w:val="none" w:sz="0" w:space="0" w:color="auto"/>
          </w:divBdr>
        </w:div>
        <w:div w:id="595597653">
          <w:marLeft w:val="480"/>
          <w:marRight w:val="0"/>
          <w:marTop w:val="0"/>
          <w:marBottom w:val="0"/>
          <w:divBdr>
            <w:top w:val="none" w:sz="0" w:space="0" w:color="auto"/>
            <w:left w:val="none" w:sz="0" w:space="0" w:color="auto"/>
            <w:bottom w:val="none" w:sz="0" w:space="0" w:color="auto"/>
            <w:right w:val="none" w:sz="0" w:space="0" w:color="auto"/>
          </w:divBdr>
        </w:div>
        <w:div w:id="696740549">
          <w:marLeft w:val="480"/>
          <w:marRight w:val="0"/>
          <w:marTop w:val="0"/>
          <w:marBottom w:val="0"/>
          <w:divBdr>
            <w:top w:val="none" w:sz="0" w:space="0" w:color="auto"/>
            <w:left w:val="none" w:sz="0" w:space="0" w:color="auto"/>
            <w:bottom w:val="none" w:sz="0" w:space="0" w:color="auto"/>
            <w:right w:val="none" w:sz="0" w:space="0" w:color="auto"/>
          </w:divBdr>
        </w:div>
        <w:div w:id="855190775">
          <w:marLeft w:val="480"/>
          <w:marRight w:val="0"/>
          <w:marTop w:val="0"/>
          <w:marBottom w:val="0"/>
          <w:divBdr>
            <w:top w:val="none" w:sz="0" w:space="0" w:color="auto"/>
            <w:left w:val="none" w:sz="0" w:space="0" w:color="auto"/>
            <w:bottom w:val="none" w:sz="0" w:space="0" w:color="auto"/>
            <w:right w:val="none" w:sz="0" w:space="0" w:color="auto"/>
          </w:divBdr>
        </w:div>
        <w:div w:id="1097487459">
          <w:marLeft w:val="480"/>
          <w:marRight w:val="0"/>
          <w:marTop w:val="0"/>
          <w:marBottom w:val="0"/>
          <w:divBdr>
            <w:top w:val="none" w:sz="0" w:space="0" w:color="auto"/>
            <w:left w:val="none" w:sz="0" w:space="0" w:color="auto"/>
            <w:bottom w:val="none" w:sz="0" w:space="0" w:color="auto"/>
            <w:right w:val="none" w:sz="0" w:space="0" w:color="auto"/>
          </w:divBdr>
        </w:div>
        <w:div w:id="1100029404">
          <w:marLeft w:val="480"/>
          <w:marRight w:val="0"/>
          <w:marTop w:val="0"/>
          <w:marBottom w:val="0"/>
          <w:divBdr>
            <w:top w:val="none" w:sz="0" w:space="0" w:color="auto"/>
            <w:left w:val="none" w:sz="0" w:space="0" w:color="auto"/>
            <w:bottom w:val="none" w:sz="0" w:space="0" w:color="auto"/>
            <w:right w:val="none" w:sz="0" w:space="0" w:color="auto"/>
          </w:divBdr>
        </w:div>
        <w:div w:id="1126199376">
          <w:marLeft w:val="480"/>
          <w:marRight w:val="0"/>
          <w:marTop w:val="0"/>
          <w:marBottom w:val="0"/>
          <w:divBdr>
            <w:top w:val="none" w:sz="0" w:space="0" w:color="auto"/>
            <w:left w:val="none" w:sz="0" w:space="0" w:color="auto"/>
            <w:bottom w:val="none" w:sz="0" w:space="0" w:color="auto"/>
            <w:right w:val="none" w:sz="0" w:space="0" w:color="auto"/>
          </w:divBdr>
        </w:div>
        <w:div w:id="1131511133">
          <w:marLeft w:val="480"/>
          <w:marRight w:val="0"/>
          <w:marTop w:val="0"/>
          <w:marBottom w:val="0"/>
          <w:divBdr>
            <w:top w:val="none" w:sz="0" w:space="0" w:color="auto"/>
            <w:left w:val="none" w:sz="0" w:space="0" w:color="auto"/>
            <w:bottom w:val="none" w:sz="0" w:space="0" w:color="auto"/>
            <w:right w:val="none" w:sz="0" w:space="0" w:color="auto"/>
          </w:divBdr>
        </w:div>
        <w:div w:id="1131828126">
          <w:marLeft w:val="480"/>
          <w:marRight w:val="0"/>
          <w:marTop w:val="0"/>
          <w:marBottom w:val="0"/>
          <w:divBdr>
            <w:top w:val="none" w:sz="0" w:space="0" w:color="auto"/>
            <w:left w:val="none" w:sz="0" w:space="0" w:color="auto"/>
            <w:bottom w:val="none" w:sz="0" w:space="0" w:color="auto"/>
            <w:right w:val="none" w:sz="0" w:space="0" w:color="auto"/>
          </w:divBdr>
        </w:div>
        <w:div w:id="1282036900">
          <w:marLeft w:val="480"/>
          <w:marRight w:val="0"/>
          <w:marTop w:val="0"/>
          <w:marBottom w:val="0"/>
          <w:divBdr>
            <w:top w:val="none" w:sz="0" w:space="0" w:color="auto"/>
            <w:left w:val="none" w:sz="0" w:space="0" w:color="auto"/>
            <w:bottom w:val="none" w:sz="0" w:space="0" w:color="auto"/>
            <w:right w:val="none" w:sz="0" w:space="0" w:color="auto"/>
          </w:divBdr>
        </w:div>
        <w:div w:id="1349331398">
          <w:marLeft w:val="480"/>
          <w:marRight w:val="0"/>
          <w:marTop w:val="0"/>
          <w:marBottom w:val="0"/>
          <w:divBdr>
            <w:top w:val="none" w:sz="0" w:space="0" w:color="auto"/>
            <w:left w:val="none" w:sz="0" w:space="0" w:color="auto"/>
            <w:bottom w:val="none" w:sz="0" w:space="0" w:color="auto"/>
            <w:right w:val="none" w:sz="0" w:space="0" w:color="auto"/>
          </w:divBdr>
        </w:div>
        <w:div w:id="1433818428">
          <w:marLeft w:val="480"/>
          <w:marRight w:val="0"/>
          <w:marTop w:val="0"/>
          <w:marBottom w:val="0"/>
          <w:divBdr>
            <w:top w:val="none" w:sz="0" w:space="0" w:color="auto"/>
            <w:left w:val="none" w:sz="0" w:space="0" w:color="auto"/>
            <w:bottom w:val="none" w:sz="0" w:space="0" w:color="auto"/>
            <w:right w:val="none" w:sz="0" w:space="0" w:color="auto"/>
          </w:divBdr>
        </w:div>
        <w:div w:id="1556575798">
          <w:marLeft w:val="480"/>
          <w:marRight w:val="0"/>
          <w:marTop w:val="0"/>
          <w:marBottom w:val="0"/>
          <w:divBdr>
            <w:top w:val="none" w:sz="0" w:space="0" w:color="auto"/>
            <w:left w:val="none" w:sz="0" w:space="0" w:color="auto"/>
            <w:bottom w:val="none" w:sz="0" w:space="0" w:color="auto"/>
            <w:right w:val="none" w:sz="0" w:space="0" w:color="auto"/>
          </w:divBdr>
        </w:div>
        <w:div w:id="1590113327">
          <w:marLeft w:val="480"/>
          <w:marRight w:val="0"/>
          <w:marTop w:val="0"/>
          <w:marBottom w:val="0"/>
          <w:divBdr>
            <w:top w:val="none" w:sz="0" w:space="0" w:color="auto"/>
            <w:left w:val="none" w:sz="0" w:space="0" w:color="auto"/>
            <w:bottom w:val="none" w:sz="0" w:space="0" w:color="auto"/>
            <w:right w:val="none" w:sz="0" w:space="0" w:color="auto"/>
          </w:divBdr>
        </w:div>
        <w:div w:id="1654946057">
          <w:marLeft w:val="480"/>
          <w:marRight w:val="0"/>
          <w:marTop w:val="0"/>
          <w:marBottom w:val="0"/>
          <w:divBdr>
            <w:top w:val="none" w:sz="0" w:space="0" w:color="auto"/>
            <w:left w:val="none" w:sz="0" w:space="0" w:color="auto"/>
            <w:bottom w:val="none" w:sz="0" w:space="0" w:color="auto"/>
            <w:right w:val="none" w:sz="0" w:space="0" w:color="auto"/>
          </w:divBdr>
        </w:div>
        <w:div w:id="1673802772">
          <w:marLeft w:val="480"/>
          <w:marRight w:val="0"/>
          <w:marTop w:val="0"/>
          <w:marBottom w:val="0"/>
          <w:divBdr>
            <w:top w:val="none" w:sz="0" w:space="0" w:color="auto"/>
            <w:left w:val="none" w:sz="0" w:space="0" w:color="auto"/>
            <w:bottom w:val="none" w:sz="0" w:space="0" w:color="auto"/>
            <w:right w:val="none" w:sz="0" w:space="0" w:color="auto"/>
          </w:divBdr>
        </w:div>
        <w:div w:id="1758668799">
          <w:marLeft w:val="480"/>
          <w:marRight w:val="0"/>
          <w:marTop w:val="0"/>
          <w:marBottom w:val="0"/>
          <w:divBdr>
            <w:top w:val="none" w:sz="0" w:space="0" w:color="auto"/>
            <w:left w:val="none" w:sz="0" w:space="0" w:color="auto"/>
            <w:bottom w:val="none" w:sz="0" w:space="0" w:color="auto"/>
            <w:right w:val="none" w:sz="0" w:space="0" w:color="auto"/>
          </w:divBdr>
        </w:div>
        <w:div w:id="1759207157">
          <w:marLeft w:val="480"/>
          <w:marRight w:val="0"/>
          <w:marTop w:val="0"/>
          <w:marBottom w:val="0"/>
          <w:divBdr>
            <w:top w:val="none" w:sz="0" w:space="0" w:color="auto"/>
            <w:left w:val="none" w:sz="0" w:space="0" w:color="auto"/>
            <w:bottom w:val="none" w:sz="0" w:space="0" w:color="auto"/>
            <w:right w:val="none" w:sz="0" w:space="0" w:color="auto"/>
          </w:divBdr>
        </w:div>
        <w:div w:id="1795828203">
          <w:marLeft w:val="480"/>
          <w:marRight w:val="0"/>
          <w:marTop w:val="0"/>
          <w:marBottom w:val="0"/>
          <w:divBdr>
            <w:top w:val="none" w:sz="0" w:space="0" w:color="auto"/>
            <w:left w:val="none" w:sz="0" w:space="0" w:color="auto"/>
            <w:bottom w:val="none" w:sz="0" w:space="0" w:color="auto"/>
            <w:right w:val="none" w:sz="0" w:space="0" w:color="auto"/>
          </w:divBdr>
        </w:div>
        <w:div w:id="1847748079">
          <w:marLeft w:val="480"/>
          <w:marRight w:val="0"/>
          <w:marTop w:val="0"/>
          <w:marBottom w:val="0"/>
          <w:divBdr>
            <w:top w:val="none" w:sz="0" w:space="0" w:color="auto"/>
            <w:left w:val="none" w:sz="0" w:space="0" w:color="auto"/>
            <w:bottom w:val="none" w:sz="0" w:space="0" w:color="auto"/>
            <w:right w:val="none" w:sz="0" w:space="0" w:color="auto"/>
          </w:divBdr>
        </w:div>
        <w:div w:id="1951818966">
          <w:marLeft w:val="480"/>
          <w:marRight w:val="0"/>
          <w:marTop w:val="0"/>
          <w:marBottom w:val="0"/>
          <w:divBdr>
            <w:top w:val="none" w:sz="0" w:space="0" w:color="auto"/>
            <w:left w:val="none" w:sz="0" w:space="0" w:color="auto"/>
            <w:bottom w:val="none" w:sz="0" w:space="0" w:color="auto"/>
            <w:right w:val="none" w:sz="0" w:space="0" w:color="auto"/>
          </w:divBdr>
        </w:div>
        <w:div w:id="1959991028">
          <w:marLeft w:val="480"/>
          <w:marRight w:val="0"/>
          <w:marTop w:val="0"/>
          <w:marBottom w:val="0"/>
          <w:divBdr>
            <w:top w:val="none" w:sz="0" w:space="0" w:color="auto"/>
            <w:left w:val="none" w:sz="0" w:space="0" w:color="auto"/>
            <w:bottom w:val="none" w:sz="0" w:space="0" w:color="auto"/>
            <w:right w:val="none" w:sz="0" w:space="0" w:color="auto"/>
          </w:divBdr>
        </w:div>
        <w:div w:id="1961689112">
          <w:marLeft w:val="480"/>
          <w:marRight w:val="0"/>
          <w:marTop w:val="0"/>
          <w:marBottom w:val="0"/>
          <w:divBdr>
            <w:top w:val="none" w:sz="0" w:space="0" w:color="auto"/>
            <w:left w:val="none" w:sz="0" w:space="0" w:color="auto"/>
            <w:bottom w:val="none" w:sz="0" w:space="0" w:color="auto"/>
            <w:right w:val="none" w:sz="0" w:space="0" w:color="auto"/>
          </w:divBdr>
        </w:div>
      </w:divsChild>
    </w:div>
    <w:div w:id="926810762">
      <w:bodyDiv w:val="1"/>
      <w:marLeft w:val="0"/>
      <w:marRight w:val="0"/>
      <w:marTop w:val="0"/>
      <w:marBottom w:val="0"/>
      <w:divBdr>
        <w:top w:val="none" w:sz="0" w:space="0" w:color="auto"/>
        <w:left w:val="none" w:sz="0" w:space="0" w:color="auto"/>
        <w:bottom w:val="none" w:sz="0" w:space="0" w:color="auto"/>
        <w:right w:val="none" w:sz="0" w:space="0" w:color="auto"/>
      </w:divBdr>
    </w:div>
    <w:div w:id="927932323">
      <w:bodyDiv w:val="1"/>
      <w:marLeft w:val="0"/>
      <w:marRight w:val="0"/>
      <w:marTop w:val="0"/>
      <w:marBottom w:val="0"/>
      <w:divBdr>
        <w:top w:val="none" w:sz="0" w:space="0" w:color="auto"/>
        <w:left w:val="none" w:sz="0" w:space="0" w:color="auto"/>
        <w:bottom w:val="none" w:sz="0" w:space="0" w:color="auto"/>
        <w:right w:val="none" w:sz="0" w:space="0" w:color="auto"/>
      </w:divBdr>
    </w:div>
    <w:div w:id="928388862">
      <w:bodyDiv w:val="1"/>
      <w:marLeft w:val="0"/>
      <w:marRight w:val="0"/>
      <w:marTop w:val="0"/>
      <w:marBottom w:val="0"/>
      <w:divBdr>
        <w:top w:val="none" w:sz="0" w:space="0" w:color="auto"/>
        <w:left w:val="none" w:sz="0" w:space="0" w:color="auto"/>
        <w:bottom w:val="none" w:sz="0" w:space="0" w:color="auto"/>
        <w:right w:val="none" w:sz="0" w:space="0" w:color="auto"/>
      </w:divBdr>
    </w:div>
    <w:div w:id="929041176">
      <w:bodyDiv w:val="1"/>
      <w:marLeft w:val="0"/>
      <w:marRight w:val="0"/>
      <w:marTop w:val="0"/>
      <w:marBottom w:val="0"/>
      <w:divBdr>
        <w:top w:val="none" w:sz="0" w:space="0" w:color="auto"/>
        <w:left w:val="none" w:sz="0" w:space="0" w:color="auto"/>
        <w:bottom w:val="none" w:sz="0" w:space="0" w:color="auto"/>
        <w:right w:val="none" w:sz="0" w:space="0" w:color="auto"/>
      </w:divBdr>
    </w:div>
    <w:div w:id="929193151">
      <w:bodyDiv w:val="1"/>
      <w:marLeft w:val="0"/>
      <w:marRight w:val="0"/>
      <w:marTop w:val="0"/>
      <w:marBottom w:val="0"/>
      <w:divBdr>
        <w:top w:val="none" w:sz="0" w:space="0" w:color="auto"/>
        <w:left w:val="none" w:sz="0" w:space="0" w:color="auto"/>
        <w:bottom w:val="none" w:sz="0" w:space="0" w:color="auto"/>
        <w:right w:val="none" w:sz="0" w:space="0" w:color="auto"/>
      </w:divBdr>
    </w:div>
    <w:div w:id="929849268">
      <w:bodyDiv w:val="1"/>
      <w:marLeft w:val="0"/>
      <w:marRight w:val="0"/>
      <w:marTop w:val="0"/>
      <w:marBottom w:val="0"/>
      <w:divBdr>
        <w:top w:val="none" w:sz="0" w:space="0" w:color="auto"/>
        <w:left w:val="none" w:sz="0" w:space="0" w:color="auto"/>
        <w:bottom w:val="none" w:sz="0" w:space="0" w:color="auto"/>
        <w:right w:val="none" w:sz="0" w:space="0" w:color="auto"/>
      </w:divBdr>
    </w:div>
    <w:div w:id="930890414">
      <w:bodyDiv w:val="1"/>
      <w:marLeft w:val="0"/>
      <w:marRight w:val="0"/>
      <w:marTop w:val="0"/>
      <w:marBottom w:val="0"/>
      <w:divBdr>
        <w:top w:val="none" w:sz="0" w:space="0" w:color="auto"/>
        <w:left w:val="none" w:sz="0" w:space="0" w:color="auto"/>
        <w:bottom w:val="none" w:sz="0" w:space="0" w:color="auto"/>
        <w:right w:val="none" w:sz="0" w:space="0" w:color="auto"/>
      </w:divBdr>
    </w:div>
    <w:div w:id="931746251">
      <w:bodyDiv w:val="1"/>
      <w:marLeft w:val="0"/>
      <w:marRight w:val="0"/>
      <w:marTop w:val="0"/>
      <w:marBottom w:val="0"/>
      <w:divBdr>
        <w:top w:val="none" w:sz="0" w:space="0" w:color="auto"/>
        <w:left w:val="none" w:sz="0" w:space="0" w:color="auto"/>
        <w:bottom w:val="none" w:sz="0" w:space="0" w:color="auto"/>
        <w:right w:val="none" w:sz="0" w:space="0" w:color="auto"/>
      </w:divBdr>
    </w:div>
    <w:div w:id="932275209">
      <w:bodyDiv w:val="1"/>
      <w:marLeft w:val="0"/>
      <w:marRight w:val="0"/>
      <w:marTop w:val="0"/>
      <w:marBottom w:val="0"/>
      <w:divBdr>
        <w:top w:val="none" w:sz="0" w:space="0" w:color="auto"/>
        <w:left w:val="none" w:sz="0" w:space="0" w:color="auto"/>
        <w:bottom w:val="none" w:sz="0" w:space="0" w:color="auto"/>
        <w:right w:val="none" w:sz="0" w:space="0" w:color="auto"/>
      </w:divBdr>
    </w:div>
    <w:div w:id="934288641">
      <w:bodyDiv w:val="1"/>
      <w:marLeft w:val="0"/>
      <w:marRight w:val="0"/>
      <w:marTop w:val="0"/>
      <w:marBottom w:val="0"/>
      <w:divBdr>
        <w:top w:val="none" w:sz="0" w:space="0" w:color="auto"/>
        <w:left w:val="none" w:sz="0" w:space="0" w:color="auto"/>
        <w:bottom w:val="none" w:sz="0" w:space="0" w:color="auto"/>
        <w:right w:val="none" w:sz="0" w:space="0" w:color="auto"/>
      </w:divBdr>
    </w:div>
    <w:div w:id="935091037">
      <w:bodyDiv w:val="1"/>
      <w:marLeft w:val="0"/>
      <w:marRight w:val="0"/>
      <w:marTop w:val="0"/>
      <w:marBottom w:val="0"/>
      <w:divBdr>
        <w:top w:val="none" w:sz="0" w:space="0" w:color="auto"/>
        <w:left w:val="none" w:sz="0" w:space="0" w:color="auto"/>
        <w:bottom w:val="none" w:sz="0" w:space="0" w:color="auto"/>
        <w:right w:val="none" w:sz="0" w:space="0" w:color="auto"/>
      </w:divBdr>
    </w:div>
    <w:div w:id="935407642">
      <w:bodyDiv w:val="1"/>
      <w:marLeft w:val="0"/>
      <w:marRight w:val="0"/>
      <w:marTop w:val="0"/>
      <w:marBottom w:val="0"/>
      <w:divBdr>
        <w:top w:val="none" w:sz="0" w:space="0" w:color="auto"/>
        <w:left w:val="none" w:sz="0" w:space="0" w:color="auto"/>
        <w:bottom w:val="none" w:sz="0" w:space="0" w:color="auto"/>
        <w:right w:val="none" w:sz="0" w:space="0" w:color="auto"/>
      </w:divBdr>
    </w:div>
    <w:div w:id="935675512">
      <w:bodyDiv w:val="1"/>
      <w:marLeft w:val="0"/>
      <w:marRight w:val="0"/>
      <w:marTop w:val="0"/>
      <w:marBottom w:val="0"/>
      <w:divBdr>
        <w:top w:val="none" w:sz="0" w:space="0" w:color="auto"/>
        <w:left w:val="none" w:sz="0" w:space="0" w:color="auto"/>
        <w:bottom w:val="none" w:sz="0" w:space="0" w:color="auto"/>
        <w:right w:val="none" w:sz="0" w:space="0" w:color="auto"/>
      </w:divBdr>
    </w:div>
    <w:div w:id="936719167">
      <w:bodyDiv w:val="1"/>
      <w:marLeft w:val="0"/>
      <w:marRight w:val="0"/>
      <w:marTop w:val="0"/>
      <w:marBottom w:val="0"/>
      <w:divBdr>
        <w:top w:val="none" w:sz="0" w:space="0" w:color="auto"/>
        <w:left w:val="none" w:sz="0" w:space="0" w:color="auto"/>
        <w:bottom w:val="none" w:sz="0" w:space="0" w:color="auto"/>
        <w:right w:val="none" w:sz="0" w:space="0" w:color="auto"/>
      </w:divBdr>
    </w:div>
    <w:div w:id="943344510">
      <w:bodyDiv w:val="1"/>
      <w:marLeft w:val="0"/>
      <w:marRight w:val="0"/>
      <w:marTop w:val="0"/>
      <w:marBottom w:val="0"/>
      <w:divBdr>
        <w:top w:val="none" w:sz="0" w:space="0" w:color="auto"/>
        <w:left w:val="none" w:sz="0" w:space="0" w:color="auto"/>
        <w:bottom w:val="none" w:sz="0" w:space="0" w:color="auto"/>
        <w:right w:val="none" w:sz="0" w:space="0" w:color="auto"/>
      </w:divBdr>
      <w:divsChild>
        <w:div w:id="76832417">
          <w:marLeft w:val="480"/>
          <w:marRight w:val="0"/>
          <w:marTop w:val="0"/>
          <w:marBottom w:val="0"/>
          <w:divBdr>
            <w:top w:val="none" w:sz="0" w:space="0" w:color="auto"/>
            <w:left w:val="none" w:sz="0" w:space="0" w:color="auto"/>
            <w:bottom w:val="none" w:sz="0" w:space="0" w:color="auto"/>
            <w:right w:val="none" w:sz="0" w:space="0" w:color="auto"/>
          </w:divBdr>
        </w:div>
        <w:div w:id="92824589">
          <w:marLeft w:val="480"/>
          <w:marRight w:val="0"/>
          <w:marTop w:val="0"/>
          <w:marBottom w:val="0"/>
          <w:divBdr>
            <w:top w:val="none" w:sz="0" w:space="0" w:color="auto"/>
            <w:left w:val="none" w:sz="0" w:space="0" w:color="auto"/>
            <w:bottom w:val="none" w:sz="0" w:space="0" w:color="auto"/>
            <w:right w:val="none" w:sz="0" w:space="0" w:color="auto"/>
          </w:divBdr>
        </w:div>
        <w:div w:id="100145416">
          <w:marLeft w:val="480"/>
          <w:marRight w:val="0"/>
          <w:marTop w:val="0"/>
          <w:marBottom w:val="0"/>
          <w:divBdr>
            <w:top w:val="none" w:sz="0" w:space="0" w:color="auto"/>
            <w:left w:val="none" w:sz="0" w:space="0" w:color="auto"/>
            <w:bottom w:val="none" w:sz="0" w:space="0" w:color="auto"/>
            <w:right w:val="none" w:sz="0" w:space="0" w:color="auto"/>
          </w:divBdr>
        </w:div>
        <w:div w:id="106891251">
          <w:marLeft w:val="480"/>
          <w:marRight w:val="0"/>
          <w:marTop w:val="0"/>
          <w:marBottom w:val="0"/>
          <w:divBdr>
            <w:top w:val="none" w:sz="0" w:space="0" w:color="auto"/>
            <w:left w:val="none" w:sz="0" w:space="0" w:color="auto"/>
            <w:bottom w:val="none" w:sz="0" w:space="0" w:color="auto"/>
            <w:right w:val="none" w:sz="0" w:space="0" w:color="auto"/>
          </w:divBdr>
        </w:div>
        <w:div w:id="123471945">
          <w:marLeft w:val="480"/>
          <w:marRight w:val="0"/>
          <w:marTop w:val="0"/>
          <w:marBottom w:val="0"/>
          <w:divBdr>
            <w:top w:val="none" w:sz="0" w:space="0" w:color="auto"/>
            <w:left w:val="none" w:sz="0" w:space="0" w:color="auto"/>
            <w:bottom w:val="none" w:sz="0" w:space="0" w:color="auto"/>
            <w:right w:val="none" w:sz="0" w:space="0" w:color="auto"/>
          </w:divBdr>
        </w:div>
        <w:div w:id="216360520">
          <w:marLeft w:val="480"/>
          <w:marRight w:val="0"/>
          <w:marTop w:val="0"/>
          <w:marBottom w:val="0"/>
          <w:divBdr>
            <w:top w:val="none" w:sz="0" w:space="0" w:color="auto"/>
            <w:left w:val="none" w:sz="0" w:space="0" w:color="auto"/>
            <w:bottom w:val="none" w:sz="0" w:space="0" w:color="auto"/>
            <w:right w:val="none" w:sz="0" w:space="0" w:color="auto"/>
          </w:divBdr>
        </w:div>
        <w:div w:id="234778229">
          <w:marLeft w:val="480"/>
          <w:marRight w:val="0"/>
          <w:marTop w:val="0"/>
          <w:marBottom w:val="0"/>
          <w:divBdr>
            <w:top w:val="none" w:sz="0" w:space="0" w:color="auto"/>
            <w:left w:val="none" w:sz="0" w:space="0" w:color="auto"/>
            <w:bottom w:val="none" w:sz="0" w:space="0" w:color="auto"/>
            <w:right w:val="none" w:sz="0" w:space="0" w:color="auto"/>
          </w:divBdr>
        </w:div>
        <w:div w:id="242185275">
          <w:marLeft w:val="480"/>
          <w:marRight w:val="0"/>
          <w:marTop w:val="0"/>
          <w:marBottom w:val="0"/>
          <w:divBdr>
            <w:top w:val="none" w:sz="0" w:space="0" w:color="auto"/>
            <w:left w:val="none" w:sz="0" w:space="0" w:color="auto"/>
            <w:bottom w:val="none" w:sz="0" w:space="0" w:color="auto"/>
            <w:right w:val="none" w:sz="0" w:space="0" w:color="auto"/>
          </w:divBdr>
        </w:div>
        <w:div w:id="284434613">
          <w:marLeft w:val="480"/>
          <w:marRight w:val="0"/>
          <w:marTop w:val="0"/>
          <w:marBottom w:val="0"/>
          <w:divBdr>
            <w:top w:val="none" w:sz="0" w:space="0" w:color="auto"/>
            <w:left w:val="none" w:sz="0" w:space="0" w:color="auto"/>
            <w:bottom w:val="none" w:sz="0" w:space="0" w:color="auto"/>
            <w:right w:val="none" w:sz="0" w:space="0" w:color="auto"/>
          </w:divBdr>
        </w:div>
        <w:div w:id="323050237">
          <w:marLeft w:val="480"/>
          <w:marRight w:val="0"/>
          <w:marTop w:val="0"/>
          <w:marBottom w:val="0"/>
          <w:divBdr>
            <w:top w:val="none" w:sz="0" w:space="0" w:color="auto"/>
            <w:left w:val="none" w:sz="0" w:space="0" w:color="auto"/>
            <w:bottom w:val="none" w:sz="0" w:space="0" w:color="auto"/>
            <w:right w:val="none" w:sz="0" w:space="0" w:color="auto"/>
          </w:divBdr>
        </w:div>
        <w:div w:id="409084087">
          <w:marLeft w:val="480"/>
          <w:marRight w:val="0"/>
          <w:marTop w:val="0"/>
          <w:marBottom w:val="0"/>
          <w:divBdr>
            <w:top w:val="none" w:sz="0" w:space="0" w:color="auto"/>
            <w:left w:val="none" w:sz="0" w:space="0" w:color="auto"/>
            <w:bottom w:val="none" w:sz="0" w:space="0" w:color="auto"/>
            <w:right w:val="none" w:sz="0" w:space="0" w:color="auto"/>
          </w:divBdr>
        </w:div>
        <w:div w:id="437330600">
          <w:marLeft w:val="480"/>
          <w:marRight w:val="0"/>
          <w:marTop w:val="0"/>
          <w:marBottom w:val="0"/>
          <w:divBdr>
            <w:top w:val="none" w:sz="0" w:space="0" w:color="auto"/>
            <w:left w:val="none" w:sz="0" w:space="0" w:color="auto"/>
            <w:bottom w:val="none" w:sz="0" w:space="0" w:color="auto"/>
            <w:right w:val="none" w:sz="0" w:space="0" w:color="auto"/>
          </w:divBdr>
        </w:div>
        <w:div w:id="448744626">
          <w:marLeft w:val="480"/>
          <w:marRight w:val="0"/>
          <w:marTop w:val="0"/>
          <w:marBottom w:val="0"/>
          <w:divBdr>
            <w:top w:val="none" w:sz="0" w:space="0" w:color="auto"/>
            <w:left w:val="none" w:sz="0" w:space="0" w:color="auto"/>
            <w:bottom w:val="none" w:sz="0" w:space="0" w:color="auto"/>
            <w:right w:val="none" w:sz="0" w:space="0" w:color="auto"/>
          </w:divBdr>
        </w:div>
        <w:div w:id="462191969">
          <w:marLeft w:val="480"/>
          <w:marRight w:val="0"/>
          <w:marTop w:val="0"/>
          <w:marBottom w:val="0"/>
          <w:divBdr>
            <w:top w:val="none" w:sz="0" w:space="0" w:color="auto"/>
            <w:left w:val="none" w:sz="0" w:space="0" w:color="auto"/>
            <w:bottom w:val="none" w:sz="0" w:space="0" w:color="auto"/>
            <w:right w:val="none" w:sz="0" w:space="0" w:color="auto"/>
          </w:divBdr>
        </w:div>
        <w:div w:id="499662253">
          <w:marLeft w:val="480"/>
          <w:marRight w:val="0"/>
          <w:marTop w:val="0"/>
          <w:marBottom w:val="0"/>
          <w:divBdr>
            <w:top w:val="none" w:sz="0" w:space="0" w:color="auto"/>
            <w:left w:val="none" w:sz="0" w:space="0" w:color="auto"/>
            <w:bottom w:val="none" w:sz="0" w:space="0" w:color="auto"/>
            <w:right w:val="none" w:sz="0" w:space="0" w:color="auto"/>
          </w:divBdr>
        </w:div>
        <w:div w:id="547301691">
          <w:marLeft w:val="480"/>
          <w:marRight w:val="0"/>
          <w:marTop w:val="0"/>
          <w:marBottom w:val="0"/>
          <w:divBdr>
            <w:top w:val="none" w:sz="0" w:space="0" w:color="auto"/>
            <w:left w:val="none" w:sz="0" w:space="0" w:color="auto"/>
            <w:bottom w:val="none" w:sz="0" w:space="0" w:color="auto"/>
            <w:right w:val="none" w:sz="0" w:space="0" w:color="auto"/>
          </w:divBdr>
        </w:div>
        <w:div w:id="691103377">
          <w:marLeft w:val="480"/>
          <w:marRight w:val="0"/>
          <w:marTop w:val="0"/>
          <w:marBottom w:val="0"/>
          <w:divBdr>
            <w:top w:val="none" w:sz="0" w:space="0" w:color="auto"/>
            <w:left w:val="none" w:sz="0" w:space="0" w:color="auto"/>
            <w:bottom w:val="none" w:sz="0" w:space="0" w:color="auto"/>
            <w:right w:val="none" w:sz="0" w:space="0" w:color="auto"/>
          </w:divBdr>
        </w:div>
        <w:div w:id="861746712">
          <w:marLeft w:val="480"/>
          <w:marRight w:val="0"/>
          <w:marTop w:val="0"/>
          <w:marBottom w:val="0"/>
          <w:divBdr>
            <w:top w:val="none" w:sz="0" w:space="0" w:color="auto"/>
            <w:left w:val="none" w:sz="0" w:space="0" w:color="auto"/>
            <w:bottom w:val="none" w:sz="0" w:space="0" w:color="auto"/>
            <w:right w:val="none" w:sz="0" w:space="0" w:color="auto"/>
          </w:divBdr>
        </w:div>
        <w:div w:id="876157799">
          <w:marLeft w:val="480"/>
          <w:marRight w:val="0"/>
          <w:marTop w:val="0"/>
          <w:marBottom w:val="0"/>
          <w:divBdr>
            <w:top w:val="none" w:sz="0" w:space="0" w:color="auto"/>
            <w:left w:val="none" w:sz="0" w:space="0" w:color="auto"/>
            <w:bottom w:val="none" w:sz="0" w:space="0" w:color="auto"/>
            <w:right w:val="none" w:sz="0" w:space="0" w:color="auto"/>
          </w:divBdr>
        </w:div>
        <w:div w:id="1066610484">
          <w:marLeft w:val="480"/>
          <w:marRight w:val="0"/>
          <w:marTop w:val="0"/>
          <w:marBottom w:val="0"/>
          <w:divBdr>
            <w:top w:val="none" w:sz="0" w:space="0" w:color="auto"/>
            <w:left w:val="none" w:sz="0" w:space="0" w:color="auto"/>
            <w:bottom w:val="none" w:sz="0" w:space="0" w:color="auto"/>
            <w:right w:val="none" w:sz="0" w:space="0" w:color="auto"/>
          </w:divBdr>
        </w:div>
        <w:div w:id="1097403340">
          <w:marLeft w:val="480"/>
          <w:marRight w:val="0"/>
          <w:marTop w:val="0"/>
          <w:marBottom w:val="0"/>
          <w:divBdr>
            <w:top w:val="none" w:sz="0" w:space="0" w:color="auto"/>
            <w:left w:val="none" w:sz="0" w:space="0" w:color="auto"/>
            <w:bottom w:val="none" w:sz="0" w:space="0" w:color="auto"/>
            <w:right w:val="none" w:sz="0" w:space="0" w:color="auto"/>
          </w:divBdr>
        </w:div>
        <w:div w:id="1176966903">
          <w:marLeft w:val="480"/>
          <w:marRight w:val="0"/>
          <w:marTop w:val="0"/>
          <w:marBottom w:val="0"/>
          <w:divBdr>
            <w:top w:val="none" w:sz="0" w:space="0" w:color="auto"/>
            <w:left w:val="none" w:sz="0" w:space="0" w:color="auto"/>
            <w:bottom w:val="none" w:sz="0" w:space="0" w:color="auto"/>
            <w:right w:val="none" w:sz="0" w:space="0" w:color="auto"/>
          </w:divBdr>
        </w:div>
        <w:div w:id="1214538192">
          <w:marLeft w:val="480"/>
          <w:marRight w:val="0"/>
          <w:marTop w:val="0"/>
          <w:marBottom w:val="0"/>
          <w:divBdr>
            <w:top w:val="none" w:sz="0" w:space="0" w:color="auto"/>
            <w:left w:val="none" w:sz="0" w:space="0" w:color="auto"/>
            <w:bottom w:val="none" w:sz="0" w:space="0" w:color="auto"/>
            <w:right w:val="none" w:sz="0" w:space="0" w:color="auto"/>
          </w:divBdr>
        </w:div>
        <w:div w:id="1274900224">
          <w:marLeft w:val="480"/>
          <w:marRight w:val="0"/>
          <w:marTop w:val="0"/>
          <w:marBottom w:val="0"/>
          <w:divBdr>
            <w:top w:val="none" w:sz="0" w:space="0" w:color="auto"/>
            <w:left w:val="none" w:sz="0" w:space="0" w:color="auto"/>
            <w:bottom w:val="none" w:sz="0" w:space="0" w:color="auto"/>
            <w:right w:val="none" w:sz="0" w:space="0" w:color="auto"/>
          </w:divBdr>
        </w:div>
        <w:div w:id="1294483019">
          <w:marLeft w:val="480"/>
          <w:marRight w:val="0"/>
          <w:marTop w:val="0"/>
          <w:marBottom w:val="0"/>
          <w:divBdr>
            <w:top w:val="none" w:sz="0" w:space="0" w:color="auto"/>
            <w:left w:val="none" w:sz="0" w:space="0" w:color="auto"/>
            <w:bottom w:val="none" w:sz="0" w:space="0" w:color="auto"/>
            <w:right w:val="none" w:sz="0" w:space="0" w:color="auto"/>
          </w:divBdr>
        </w:div>
        <w:div w:id="1342472136">
          <w:marLeft w:val="480"/>
          <w:marRight w:val="0"/>
          <w:marTop w:val="0"/>
          <w:marBottom w:val="0"/>
          <w:divBdr>
            <w:top w:val="none" w:sz="0" w:space="0" w:color="auto"/>
            <w:left w:val="none" w:sz="0" w:space="0" w:color="auto"/>
            <w:bottom w:val="none" w:sz="0" w:space="0" w:color="auto"/>
            <w:right w:val="none" w:sz="0" w:space="0" w:color="auto"/>
          </w:divBdr>
        </w:div>
        <w:div w:id="1378117538">
          <w:marLeft w:val="480"/>
          <w:marRight w:val="0"/>
          <w:marTop w:val="0"/>
          <w:marBottom w:val="0"/>
          <w:divBdr>
            <w:top w:val="none" w:sz="0" w:space="0" w:color="auto"/>
            <w:left w:val="none" w:sz="0" w:space="0" w:color="auto"/>
            <w:bottom w:val="none" w:sz="0" w:space="0" w:color="auto"/>
            <w:right w:val="none" w:sz="0" w:space="0" w:color="auto"/>
          </w:divBdr>
        </w:div>
        <w:div w:id="1543519620">
          <w:marLeft w:val="480"/>
          <w:marRight w:val="0"/>
          <w:marTop w:val="0"/>
          <w:marBottom w:val="0"/>
          <w:divBdr>
            <w:top w:val="none" w:sz="0" w:space="0" w:color="auto"/>
            <w:left w:val="none" w:sz="0" w:space="0" w:color="auto"/>
            <w:bottom w:val="none" w:sz="0" w:space="0" w:color="auto"/>
            <w:right w:val="none" w:sz="0" w:space="0" w:color="auto"/>
          </w:divBdr>
        </w:div>
        <w:div w:id="1618639843">
          <w:marLeft w:val="480"/>
          <w:marRight w:val="0"/>
          <w:marTop w:val="0"/>
          <w:marBottom w:val="0"/>
          <w:divBdr>
            <w:top w:val="none" w:sz="0" w:space="0" w:color="auto"/>
            <w:left w:val="none" w:sz="0" w:space="0" w:color="auto"/>
            <w:bottom w:val="none" w:sz="0" w:space="0" w:color="auto"/>
            <w:right w:val="none" w:sz="0" w:space="0" w:color="auto"/>
          </w:divBdr>
        </w:div>
        <w:div w:id="1629318336">
          <w:marLeft w:val="480"/>
          <w:marRight w:val="0"/>
          <w:marTop w:val="0"/>
          <w:marBottom w:val="0"/>
          <w:divBdr>
            <w:top w:val="none" w:sz="0" w:space="0" w:color="auto"/>
            <w:left w:val="none" w:sz="0" w:space="0" w:color="auto"/>
            <w:bottom w:val="none" w:sz="0" w:space="0" w:color="auto"/>
            <w:right w:val="none" w:sz="0" w:space="0" w:color="auto"/>
          </w:divBdr>
        </w:div>
        <w:div w:id="1639260364">
          <w:marLeft w:val="480"/>
          <w:marRight w:val="0"/>
          <w:marTop w:val="0"/>
          <w:marBottom w:val="0"/>
          <w:divBdr>
            <w:top w:val="none" w:sz="0" w:space="0" w:color="auto"/>
            <w:left w:val="none" w:sz="0" w:space="0" w:color="auto"/>
            <w:bottom w:val="none" w:sz="0" w:space="0" w:color="auto"/>
            <w:right w:val="none" w:sz="0" w:space="0" w:color="auto"/>
          </w:divBdr>
        </w:div>
        <w:div w:id="1643735727">
          <w:marLeft w:val="480"/>
          <w:marRight w:val="0"/>
          <w:marTop w:val="0"/>
          <w:marBottom w:val="0"/>
          <w:divBdr>
            <w:top w:val="none" w:sz="0" w:space="0" w:color="auto"/>
            <w:left w:val="none" w:sz="0" w:space="0" w:color="auto"/>
            <w:bottom w:val="none" w:sz="0" w:space="0" w:color="auto"/>
            <w:right w:val="none" w:sz="0" w:space="0" w:color="auto"/>
          </w:divBdr>
        </w:div>
        <w:div w:id="1704550139">
          <w:marLeft w:val="480"/>
          <w:marRight w:val="0"/>
          <w:marTop w:val="0"/>
          <w:marBottom w:val="0"/>
          <w:divBdr>
            <w:top w:val="none" w:sz="0" w:space="0" w:color="auto"/>
            <w:left w:val="none" w:sz="0" w:space="0" w:color="auto"/>
            <w:bottom w:val="none" w:sz="0" w:space="0" w:color="auto"/>
            <w:right w:val="none" w:sz="0" w:space="0" w:color="auto"/>
          </w:divBdr>
        </w:div>
        <w:div w:id="1784809454">
          <w:marLeft w:val="480"/>
          <w:marRight w:val="0"/>
          <w:marTop w:val="0"/>
          <w:marBottom w:val="0"/>
          <w:divBdr>
            <w:top w:val="none" w:sz="0" w:space="0" w:color="auto"/>
            <w:left w:val="none" w:sz="0" w:space="0" w:color="auto"/>
            <w:bottom w:val="none" w:sz="0" w:space="0" w:color="auto"/>
            <w:right w:val="none" w:sz="0" w:space="0" w:color="auto"/>
          </w:divBdr>
        </w:div>
        <w:div w:id="1848248902">
          <w:marLeft w:val="480"/>
          <w:marRight w:val="0"/>
          <w:marTop w:val="0"/>
          <w:marBottom w:val="0"/>
          <w:divBdr>
            <w:top w:val="none" w:sz="0" w:space="0" w:color="auto"/>
            <w:left w:val="none" w:sz="0" w:space="0" w:color="auto"/>
            <w:bottom w:val="none" w:sz="0" w:space="0" w:color="auto"/>
            <w:right w:val="none" w:sz="0" w:space="0" w:color="auto"/>
          </w:divBdr>
        </w:div>
        <w:div w:id="1925803127">
          <w:marLeft w:val="480"/>
          <w:marRight w:val="0"/>
          <w:marTop w:val="0"/>
          <w:marBottom w:val="0"/>
          <w:divBdr>
            <w:top w:val="none" w:sz="0" w:space="0" w:color="auto"/>
            <w:left w:val="none" w:sz="0" w:space="0" w:color="auto"/>
            <w:bottom w:val="none" w:sz="0" w:space="0" w:color="auto"/>
            <w:right w:val="none" w:sz="0" w:space="0" w:color="auto"/>
          </w:divBdr>
        </w:div>
        <w:div w:id="1946305431">
          <w:marLeft w:val="480"/>
          <w:marRight w:val="0"/>
          <w:marTop w:val="0"/>
          <w:marBottom w:val="0"/>
          <w:divBdr>
            <w:top w:val="none" w:sz="0" w:space="0" w:color="auto"/>
            <w:left w:val="none" w:sz="0" w:space="0" w:color="auto"/>
            <w:bottom w:val="none" w:sz="0" w:space="0" w:color="auto"/>
            <w:right w:val="none" w:sz="0" w:space="0" w:color="auto"/>
          </w:divBdr>
        </w:div>
        <w:div w:id="1992326848">
          <w:marLeft w:val="480"/>
          <w:marRight w:val="0"/>
          <w:marTop w:val="0"/>
          <w:marBottom w:val="0"/>
          <w:divBdr>
            <w:top w:val="none" w:sz="0" w:space="0" w:color="auto"/>
            <w:left w:val="none" w:sz="0" w:space="0" w:color="auto"/>
            <w:bottom w:val="none" w:sz="0" w:space="0" w:color="auto"/>
            <w:right w:val="none" w:sz="0" w:space="0" w:color="auto"/>
          </w:divBdr>
        </w:div>
        <w:div w:id="2141531222">
          <w:marLeft w:val="480"/>
          <w:marRight w:val="0"/>
          <w:marTop w:val="0"/>
          <w:marBottom w:val="0"/>
          <w:divBdr>
            <w:top w:val="none" w:sz="0" w:space="0" w:color="auto"/>
            <w:left w:val="none" w:sz="0" w:space="0" w:color="auto"/>
            <w:bottom w:val="none" w:sz="0" w:space="0" w:color="auto"/>
            <w:right w:val="none" w:sz="0" w:space="0" w:color="auto"/>
          </w:divBdr>
        </w:div>
      </w:divsChild>
    </w:div>
    <w:div w:id="943659111">
      <w:bodyDiv w:val="1"/>
      <w:marLeft w:val="0"/>
      <w:marRight w:val="0"/>
      <w:marTop w:val="0"/>
      <w:marBottom w:val="0"/>
      <w:divBdr>
        <w:top w:val="none" w:sz="0" w:space="0" w:color="auto"/>
        <w:left w:val="none" w:sz="0" w:space="0" w:color="auto"/>
        <w:bottom w:val="none" w:sz="0" w:space="0" w:color="auto"/>
        <w:right w:val="none" w:sz="0" w:space="0" w:color="auto"/>
      </w:divBdr>
    </w:div>
    <w:div w:id="947007895">
      <w:bodyDiv w:val="1"/>
      <w:marLeft w:val="0"/>
      <w:marRight w:val="0"/>
      <w:marTop w:val="0"/>
      <w:marBottom w:val="0"/>
      <w:divBdr>
        <w:top w:val="none" w:sz="0" w:space="0" w:color="auto"/>
        <w:left w:val="none" w:sz="0" w:space="0" w:color="auto"/>
        <w:bottom w:val="none" w:sz="0" w:space="0" w:color="auto"/>
        <w:right w:val="none" w:sz="0" w:space="0" w:color="auto"/>
      </w:divBdr>
      <w:divsChild>
        <w:div w:id="58788779">
          <w:marLeft w:val="480"/>
          <w:marRight w:val="0"/>
          <w:marTop w:val="0"/>
          <w:marBottom w:val="0"/>
          <w:divBdr>
            <w:top w:val="none" w:sz="0" w:space="0" w:color="auto"/>
            <w:left w:val="none" w:sz="0" w:space="0" w:color="auto"/>
            <w:bottom w:val="none" w:sz="0" w:space="0" w:color="auto"/>
            <w:right w:val="none" w:sz="0" w:space="0" w:color="auto"/>
          </w:divBdr>
        </w:div>
        <w:div w:id="154075362">
          <w:marLeft w:val="480"/>
          <w:marRight w:val="0"/>
          <w:marTop w:val="0"/>
          <w:marBottom w:val="0"/>
          <w:divBdr>
            <w:top w:val="none" w:sz="0" w:space="0" w:color="auto"/>
            <w:left w:val="none" w:sz="0" w:space="0" w:color="auto"/>
            <w:bottom w:val="none" w:sz="0" w:space="0" w:color="auto"/>
            <w:right w:val="none" w:sz="0" w:space="0" w:color="auto"/>
          </w:divBdr>
        </w:div>
        <w:div w:id="174879577">
          <w:marLeft w:val="480"/>
          <w:marRight w:val="0"/>
          <w:marTop w:val="0"/>
          <w:marBottom w:val="0"/>
          <w:divBdr>
            <w:top w:val="none" w:sz="0" w:space="0" w:color="auto"/>
            <w:left w:val="none" w:sz="0" w:space="0" w:color="auto"/>
            <w:bottom w:val="none" w:sz="0" w:space="0" w:color="auto"/>
            <w:right w:val="none" w:sz="0" w:space="0" w:color="auto"/>
          </w:divBdr>
        </w:div>
        <w:div w:id="372197736">
          <w:marLeft w:val="480"/>
          <w:marRight w:val="0"/>
          <w:marTop w:val="0"/>
          <w:marBottom w:val="0"/>
          <w:divBdr>
            <w:top w:val="none" w:sz="0" w:space="0" w:color="auto"/>
            <w:left w:val="none" w:sz="0" w:space="0" w:color="auto"/>
            <w:bottom w:val="none" w:sz="0" w:space="0" w:color="auto"/>
            <w:right w:val="none" w:sz="0" w:space="0" w:color="auto"/>
          </w:divBdr>
        </w:div>
        <w:div w:id="411004800">
          <w:marLeft w:val="480"/>
          <w:marRight w:val="0"/>
          <w:marTop w:val="0"/>
          <w:marBottom w:val="0"/>
          <w:divBdr>
            <w:top w:val="none" w:sz="0" w:space="0" w:color="auto"/>
            <w:left w:val="none" w:sz="0" w:space="0" w:color="auto"/>
            <w:bottom w:val="none" w:sz="0" w:space="0" w:color="auto"/>
            <w:right w:val="none" w:sz="0" w:space="0" w:color="auto"/>
          </w:divBdr>
        </w:div>
        <w:div w:id="438987704">
          <w:marLeft w:val="480"/>
          <w:marRight w:val="0"/>
          <w:marTop w:val="0"/>
          <w:marBottom w:val="0"/>
          <w:divBdr>
            <w:top w:val="none" w:sz="0" w:space="0" w:color="auto"/>
            <w:left w:val="none" w:sz="0" w:space="0" w:color="auto"/>
            <w:bottom w:val="none" w:sz="0" w:space="0" w:color="auto"/>
            <w:right w:val="none" w:sz="0" w:space="0" w:color="auto"/>
          </w:divBdr>
        </w:div>
        <w:div w:id="568810825">
          <w:marLeft w:val="480"/>
          <w:marRight w:val="0"/>
          <w:marTop w:val="0"/>
          <w:marBottom w:val="0"/>
          <w:divBdr>
            <w:top w:val="none" w:sz="0" w:space="0" w:color="auto"/>
            <w:left w:val="none" w:sz="0" w:space="0" w:color="auto"/>
            <w:bottom w:val="none" w:sz="0" w:space="0" w:color="auto"/>
            <w:right w:val="none" w:sz="0" w:space="0" w:color="auto"/>
          </w:divBdr>
        </w:div>
        <w:div w:id="581648242">
          <w:marLeft w:val="480"/>
          <w:marRight w:val="0"/>
          <w:marTop w:val="0"/>
          <w:marBottom w:val="0"/>
          <w:divBdr>
            <w:top w:val="none" w:sz="0" w:space="0" w:color="auto"/>
            <w:left w:val="none" w:sz="0" w:space="0" w:color="auto"/>
            <w:bottom w:val="none" w:sz="0" w:space="0" w:color="auto"/>
            <w:right w:val="none" w:sz="0" w:space="0" w:color="auto"/>
          </w:divBdr>
        </w:div>
        <w:div w:id="789978385">
          <w:marLeft w:val="480"/>
          <w:marRight w:val="0"/>
          <w:marTop w:val="0"/>
          <w:marBottom w:val="0"/>
          <w:divBdr>
            <w:top w:val="none" w:sz="0" w:space="0" w:color="auto"/>
            <w:left w:val="none" w:sz="0" w:space="0" w:color="auto"/>
            <w:bottom w:val="none" w:sz="0" w:space="0" w:color="auto"/>
            <w:right w:val="none" w:sz="0" w:space="0" w:color="auto"/>
          </w:divBdr>
        </w:div>
        <w:div w:id="802501946">
          <w:marLeft w:val="480"/>
          <w:marRight w:val="0"/>
          <w:marTop w:val="0"/>
          <w:marBottom w:val="0"/>
          <w:divBdr>
            <w:top w:val="none" w:sz="0" w:space="0" w:color="auto"/>
            <w:left w:val="none" w:sz="0" w:space="0" w:color="auto"/>
            <w:bottom w:val="none" w:sz="0" w:space="0" w:color="auto"/>
            <w:right w:val="none" w:sz="0" w:space="0" w:color="auto"/>
          </w:divBdr>
        </w:div>
        <w:div w:id="861892855">
          <w:marLeft w:val="480"/>
          <w:marRight w:val="0"/>
          <w:marTop w:val="0"/>
          <w:marBottom w:val="0"/>
          <w:divBdr>
            <w:top w:val="none" w:sz="0" w:space="0" w:color="auto"/>
            <w:left w:val="none" w:sz="0" w:space="0" w:color="auto"/>
            <w:bottom w:val="none" w:sz="0" w:space="0" w:color="auto"/>
            <w:right w:val="none" w:sz="0" w:space="0" w:color="auto"/>
          </w:divBdr>
        </w:div>
        <w:div w:id="888154203">
          <w:marLeft w:val="480"/>
          <w:marRight w:val="0"/>
          <w:marTop w:val="0"/>
          <w:marBottom w:val="0"/>
          <w:divBdr>
            <w:top w:val="none" w:sz="0" w:space="0" w:color="auto"/>
            <w:left w:val="none" w:sz="0" w:space="0" w:color="auto"/>
            <w:bottom w:val="none" w:sz="0" w:space="0" w:color="auto"/>
            <w:right w:val="none" w:sz="0" w:space="0" w:color="auto"/>
          </w:divBdr>
        </w:div>
        <w:div w:id="905723615">
          <w:marLeft w:val="480"/>
          <w:marRight w:val="0"/>
          <w:marTop w:val="0"/>
          <w:marBottom w:val="0"/>
          <w:divBdr>
            <w:top w:val="none" w:sz="0" w:space="0" w:color="auto"/>
            <w:left w:val="none" w:sz="0" w:space="0" w:color="auto"/>
            <w:bottom w:val="none" w:sz="0" w:space="0" w:color="auto"/>
            <w:right w:val="none" w:sz="0" w:space="0" w:color="auto"/>
          </w:divBdr>
        </w:div>
        <w:div w:id="1030953526">
          <w:marLeft w:val="480"/>
          <w:marRight w:val="0"/>
          <w:marTop w:val="0"/>
          <w:marBottom w:val="0"/>
          <w:divBdr>
            <w:top w:val="none" w:sz="0" w:space="0" w:color="auto"/>
            <w:left w:val="none" w:sz="0" w:space="0" w:color="auto"/>
            <w:bottom w:val="none" w:sz="0" w:space="0" w:color="auto"/>
            <w:right w:val="none" w:sz="0" w:space="0" w:color="auto"/>
          </w:divBdr>
        </w:div>
        <w:div w:id="1080520502">
          <w:marLeft w:val="480"/>
          <w:marRight w:val="0"/>
          <w:marTop w:val="0"/>
          <w:marBottom w:val="0"/>
          <w:divBdr>
            <w:top w:val="none" w:sz="0" w:space="0" w:color="auto"/>
            <w:left w:val="none" w:sz="0" w:space="0" w:color="auto"/>
            <w:bottom w:val="none" w:sz="0" w:space="0" w:color="auto"/>
            <w:right w:val="none" w:sz="0" w:space="0" w:color="auto"/>
          </w:divBdr>
        </w:div>
        <w:div w:id="1215967809">
          <w:marLeft w:val="480"/>
          <w:marRight w:val="0"/>
          <w:marTop w:val="0"/>
          <w:marBottom w:val="0"/>
          <w:divBdr>
            <w:top w:val="none" w:sz="0" w:space="0" w:color="auto"/>
            <w:left w:val="none" w:sz="0" w:space="0" w:color="auto"/>
            <w:bottom w:val="none" w:sz="0" w:space="0" w:color="auto"/>
            <w:right w:val="none" w:sz="0" w:space="0" w:color="auto"/>
          </w:divBdr>
        </w:div>
        <w:div w:id="1251039629">
          <w:marLeft w:val="480"/>
          <w:marRight w:val="0"/>
          <w:marTop w:val="0"/>
          <w:marBottom w:val="0"/>
          <w:divBdr>
            <w:top w:val="none" w:sz="0" w:space="0" w:color="auto"/>
            <w:left w:val="none" w:sz="0" w:space="0" w:color="auto"/>
            <w:bottom w:val="none" w:sz="0" w:space="0" w:color="auto"/>
            <w:right w:val="none" w:sz="0" w:space="0" w:color="auto"/>
          </w:divBdr>
        </w:div>
        <w:div w:id="1288393419">
          <w:marLeft w:val="480"/>
          <w:marRight w:val="0"/>
          <w:marTop w:val="0"/>
          <w:marBottom w:val="0"/>
          <w:divBdr>
            <w:top w:val="none" w:sz="0" w:space="0" w:color="auto"/>
            <w:left w:val="none" w:sz="0" w:space="0" w:color="auto"/>
            <w:bottom w:val="none" w:sz="0" w:space="0" w:color="auto"/>
            <w:right w:val="none" w:sz="0" w:space="0" w:color="auto"/>
          </w:divBdr>
        </w:div>
        <w:div w:id="1312321015">
          <w:marLeft w:val="480"/>
          <w:marRight w:val="0"/>
          <w:marTop w:val="0"/>
          <w:marBottom w:val="0"/>
          <w:divBdr>
            <w:top w:val="none" w:sz="0" w:space="0" w:color="auto"/>
            <w:left w:val="none" w:sz="0" w:space="0" w:color="auto"/>
            <w:bottom w:val="none" w:sz="0" w:space="0" w:color="auto"/>
            <w:right w:val="none" w:sz="0" w:space="0" w:color="auto"/>
          </w:divBdr>
        </w:div>
        <w:div w:id="1333607631">
          <w:marLeft w:val="480"/>
          <w:marRight w:val="0"/>
          <w:marTop w:val="0"/>
          <w:marBottom w:val="0"/>
          <w:divBdr>
            <w:top w:val="none" w:sz="0" w:space="0" w:color="auto"/>
            <w:left w:val="none" w:sz="0" w:space="0" w:color="auto"/>
            <w:bottom w:val="none" w:sz="0" w:space="0" w:color="auto"/>
            <w:right w:val="none" w:sz="0" w:space="0" w:color="auto"/>
          </w:divBdr>
        </w:div>
        <w:div w:id="1451167851">
          <w:marLeft w:val="480"/>
          <w:marRight w:val="0"/>
          <w:marTop w:val="0"/>
          <w:marBottom w:val="0"/>
          <w:divBdr>
            <w:top w:val="none" w:sz="0" w:space="0" w:color="auto"/>
            <w:left w:val="none" w:sz="0" w:space="0" w:color="auto"/>
            <w:bottom w:val="none" w:sz="0" w:space="0" w:color="auto"/>
            <w:right w:val="none" w:sz="0" w:space="0" w:color="auto"/>
          </w:divBdr>
        </w:div>
        <w:div w:id="1484661097">
          <w:marLeft w:val="480"/>
          <w:marRight w:val="0"/>
          <w:marTop w:val="0"/>
          <w:marBottom w:val="0"/>
          <w:divBdr>
            <w:top w:val="none" w:sz="0" w:space="0" w:color="auto"/>
            <w:left w:val="none" w:sz="0" w:space="0" w:color="auto"/>
            <w:bottom w:val="none" w:sz="0" w:space="0" w:color="auto"/>
            <w:right w:val="none" w:sz="0" w:space="0" w:color="auto"/>
          </w:divBdr>
        </w:div>
        <w:div w:id="1540630840">
          <w:marLeft w:val="480"/>
          <w:marRight w:val="0"/>
          <w:marTop w:val="0"/>
          <w:marBottom w:val="0"/>
          <w:divBdr>
            <w:top w:val="none" w:sz="0" w:space="0" w:color="auto"/>
            <w:left w:val="none" w:sz="0" w:space="0" w:color="auto"/>
            <w:bottom w:val="none" w:sz="0" w:space="0" w:color="auto"/>
            <w:right w:val="none" w:sz="0" w:space="0" w:color="auto"/>
          </w:divBdr>
        </w:div>
        <w:div w:id="1780448888">
          <w:marLeft w:val="480"/>
          <w:marRight w:val="0"/>
          <w:marTop w:val="0"/>
          <w:marBottom w:val="0"/>
          <w:divBdr>
            <w:top w:val="none" w:sz="0" w:space="0" w:color="auto"/>
            <w:left w:val="none" w:sz="0" w:space="0" w:color="auto"/>
            <w:bottom w:val="none" w:sz="0" w:space="0" w:color="auto"/>
            <w:right w:val="none" w:sz="0" w:space="0" w:color="auto"/>
          </w:divBdr>
        </w:div>
        <w:div w:id="1969583025">
          <w:marLeft w:val="480"/>
          <w:marRight w:val="0"/>
          <w:marTop w:val="0"/>
          <w:marBottom w:val="0"/>
          <w:divBdr>
            <w:top w:val="none" w:sz="0" w:space="0" w:color="auto"/>
            <w:left w:val="none" w:sz="0" w:space="0" w:color="auto"/>
            <w:bottom w:val="none" w:sz="0" w:space="0" w:color="auto"/>
            <w:right w:val="none" w:sz="0" w:space="0" w:color="auto"/>
          </w:divBdr>
        </w:div>
        <w:div w:id="2045909208">
          <w:marLeft w:val="480"/>
          <w:marRight w:val="0"/>
          <w:marTop w:val="0"/>
          <w:marBottom w:val="0"/>
          <w:divBdr>
            <w:top w:val="none" w:sz="0" w:space="0" w:color="auto"/>
            <w:left w:val="none" w:sz="0" w:space="0" w:color="auto"/>
            <w:bottom w:val="none" w:sz="0" w:space="0" w:color="auto"/>
            <w:right w:val="none" w:sz="0" w:space="0" w:color="auto"/>
          </w:divBdr>
        </w:div>
        <w:div w:id="2055232318">
          <w:marLeft w:val="480"/>
          <w:marRight w:val="0"/>
          <w:marTop w:val="0"/>
          <w:marBottom w:val="0"/>
          <w:divBdr>
            <w:top w:val="none" w:sz="0" w:space="0" w:color="auto"/>
            <w:left w:val="none" w:sz="0" w:space="0" w:color="auto"/>
            <w:bottom w:val="none" w:sz="0" w:space="0" w:color="auto"/>
            <w:right w:val="none" w:sz="0" w:space="0" w:color="auto"/>
          </w:divBdr>
        </w:div>
      </w:divsChild>
    </w:div>
    <w:div w:id="947352476">
      <w:bodyDiv w:val="1"/>
      <w:marLeft w:val="0"/>
      <w:marRight w:val="0"/>
      <w:marTop w:val="0"/>
      <w:marBottom w:val="0"/>
      <w:divBdr>
        <w:top w:val="none" w:sz="0" w:space="0" w:color="auto"/>
        <w:left w:val="none" w:sz="0" w:space="0" w:color="auto"/>
        <w:bottom w:val="none" w:sz="0" w:space="0" w:color="auto"/>
        <w:right w:val="none" w:sz="0" w:space="0" w:color="auto"/>
      </w:divBdr>
    </w:div>
    <w:div w:id="948973245">
      <w:bodyDiv w:val="1"/>
      <w:marLeft w:val="0"/>
      <w:marRight w:val="0"/>
      <w:marTop w:val="0"/>
      <w:marBottom w:val="0"/>
      <w:divBdr>
        <w:top w:val="none" w:sz="0" w:space="0" w:color="auto"/>
        <w:left w:val="none" w:sz="0" w:space="0" w:color="auto"/>
        <w:bottom w:val="none" w:sz="0" w:space="0" w:color="auto"/>
        <w:right w:val="none" w:sz="0" w:space="0" w:color="auto"/>
      </w:divBdr>
    </w:div>
    <w:div w:id="951548917">
      <w:bodyDiv w:val="1"/>
      <w:marLeft w:val="0"/>
      <w:marRight w:val="0"/>
      <w:marTop w:val="0"/>
      <w:marBottom w:val="0"/>
      <w:divBdr>
        <w:top w:val="none" w:sz="0" w:space="0" w:color="auto"/>
        <w:left w:val="none" w:sz="0" w:space="0" w:color="auto"/>
        <w:bottom w:val="none" w:sz="0" w:space="0" w:color="auto"/>
        <w:right w:val="none" w:sz="0" w:space="0" w:color="auto"/>
      </w:divBdr>
    </w:div>
    <w:div w:id="952711246">
      <w:bodyDiv w:val="1"/>
      <w:marLeft w:val="0"/>
      <w:marRight w:val="0"/>
      <w:marTop w:val="0"/>
      <w:marBottom w:val="0"/>
      <w:divBdr>
        <w:top w:val="none" w:sz="0" w:space="0" w:color="auto"/>
        <w:left w:val="none" w:sz="0" w:space="0" w:color="auto"/>
        <w:bottom w:val="none" w:sz="0" w:space="0" w:color="auto"/>
        <w:right w:val="none" w:sz="0" w:space="0" w:color="auto"/>
      </w:divBdr>
    </w:div>
    <w:div w:id="955060360">
      <w:bodyDiv w:val="1"/>
      <w:marLeft w:val="0"/>
      <w:marRight w:val="0"/>
      <w:marTop w:val="0"/>
      <w:marBottom w:val="0"/>
      <w:divBdr>
        <w:top w:val="none" w:sz="0" w:space="0" w:color="auto"/>
        <w:left w:val="none" w:sz="0" w:space="0" w:color="auto"/>
        <w:bottom w:val="none" w:sz="0" w:space="0" w:color="auto"/>
        <w:right w:val="none" w:sz="0" w:space="0" w:color="auto"/>
      </w:divBdr>
    </w:div>
    <w:div w:id="956566271">
      <w:bodyDiv w:val="1"/>
      <w:marLeft w:val="0"/>
      <w:marRight w:val="0"/>
      <w:marTop w:val="0"/>
      <w:marBottom w:val="0"/>
      <w:divBdr>
        <w:top w:val="none" w:sz="0" w:space="0" w:color="auto"/>
        <w:left w:val="none" w:sz="0" w:space="0" w:color="auto"/>
        <w:bottom w:val="none" w:sz="0" w:space="0" w:color="auto"/>
        <w:right w:val="none" w:sz="0" w:space="0" w:color="auto"/>
      </w:divBdr>
    </w:div>
    <w:div w:id="962226606">
      <w:bodyDiv w:val="1"/>
      <w:marLeft w:val="0"/>
      <w:marRight w:val="0"/>
      <w:marTop w:val="0"/>
      <w:marBottom w:val="0"/>
      <w:divBdr>
        <w:top w:val="none" w:sz="0" w:space="0" w:color="auto"/>
        <w:left w:val="none" w:sz="0" w:space="0" w:color="auto"/>
        <w:bottom w:val="none" w:sz="0" w:space="0" w:color="auto"/>
        <w:right w:val="none" w:sz="0" w:space="0" w:color="auto"/>
      </w:divBdr>
    </w:div>
    <w:div w:id="962540982">
      <w:bodyDiv w:val="1"/>
      <w:marLeft w:val="0"/>
      <w:marRight w:val="0"/>
      <w:marTop w:val="0"/>
      <w:marBottom w:val="0"/>
      <w:divBdr>
        <w:top w:val="none" w:sz="0" w:space="0" w:color="auto"/>
        <w:left w:val="none" w:sz="0" w:space="0" w:color="auto"/>
        <w:bottom w:val="none" w:sz="0" w:space="0" w:color="auto"/>
        <w:right w:val="none" w:sz="0" w:space="0" w:color="auto"/>
      </w:divBdr>
    </w:div>
    <w:div w:id="962810135">
      <w:bodyDiv w:val="1"/>
      <w:marLeft w:val="0"/>
      <w:marRight w:val="0"/>
      <w:marTop w:val="0"/>
      <w:marBottom w:val="0"/>
      <w:divBdr>
        <w:top w:val="none" w:sz="0" w:space="0" w:color="auto"/>
        <w:left w:val="none" w:sz="0" w:space="0" w:color="auto"/>
        <w:bottom w:val="none" w:sz="0" w:space="0" w:color="auto"/>
        <w:right w:val="none" w:sz="0" w:space="0" w:color="auto"/>
      </w:divBdr>
      <w:divsChild>
        <w:div w:id="174661732">
          <w:marLeft w:val="480"/>
          <w:marRight w:val="0"/>
          <w:marTop w:val="0"/>
          <w:marBottom w:val="0"/>
          <w:divBdr>
            <w:top w:val="none" w:sz="0" w:space="0" w:color="auto"/>
            <w:left w:val="none" w:sz="0" w:space="0" w:color="auto"/>
            <w:bottom w:val="none" w:sz="0" w:space="0" w:color="auto"/>
            <w:right w:val="none" w:sz="0" w:space="0" w:color="auto"/>
          </w:divBdr>
        </w:div>
        <w:div w:id="204410492">
          <w:marLeft w:val="480"/>
          <w:marRight w:val="0"/>
          <w:marTop w:val="0"/>
          <w:marBottom w:val="0"/>
          <w:divBdr>
            <w:top w:val="none" w:sz="0" w:space="0" w:color="auto"/>
            <w:left w:val="none" w:sz="0" w:space="0" w:color="auto"/>
            <w:bottom w:val="none" w:sz="0" w:space="0" w:color="auto"/>
            <w:right w:val="none" w:sz="0" w:space="0" w:color="auto"/>
          </w:divBdr>
        </w:div>
        <w:div w:id="296686008">
          <w:marLeft w:val="480"/>
          <w:marRight w:val="0"/>
          <w:marTop w:val="0"/>
          <w:marBottom w:val="0"/>
          <w:divBdr>
            <w:top w:val="none" w:sz="0" w:space="0" w:color="auto"/>
            <w:left w:val="none" w:sz="0" w:space="0" w:color="auto"/>
            <w:bottom w:val="none" w:sz="0" w:space="0" w:color="auto"/>
            <w:right w:val="none" w:sz="0" w:space="0" w:color="auto"/>
          </w:divBdr>
        </w:div>
        <w:div w:id="362753778">
          <w:marLeft w:val="480"/>
          <w:marRight w:val="0"/>
          <w:marTop w:val="0"/>
          <w:marBottom w:val="0"/>
          <w:divBdr>
            <w:top w:val="none" w:sz="0" w:space="0" w:color="auto"/>
            <w:left w:val="none" w:sz="0" w:space="0" w:color="auto"/>
            <w:bottom w:val="none" w:sz="0" w:space="0" w:color="auto"/>
            <w:right w:val="none" w:sz="0" w:space="0" w:color="auto"/>
          </w:divBdr>
        </w:div>
        <w:div w:id="396901105">
          <w:marLeft w:val="480"/>
          <w:marRight w:val="0"/>
          <w:marTop w:val="0"/>
          <w:marBottom w:val="0"/>
          <w:divBdr>
            <w:top w:val="none" w:sz="0" w:space="0" w:color="auto"/>
            <w:left w:val="none" w:sz="0" w:space="0" w:color="auto"/>
            <w:bottom w:val="none" w:sz="0" w:space="0" w:color="auto"/>
            <w:right w:val="none" w:sz="0" w:space="0" w:color="auto"/>
          </w:divBdr>
        </w:div>
        <w:div w:id="494616188">
          <w:marLeft w:val="480"/>
          <w:marRight w:val="0"/>
          <w:marTop w:val="0"/>
          <w:marBottom w:val="0"/>
          <w:divBdr>
            <w:top w:val="none" w:sz="0" w:space="0" w:color="auto"/>
            <w:left w:val="none" w:sz="0" w:space="0" w:color="auto"/>
            <w:bottom w:val="none" w:sz="0" w:space="0" w:color="auto"/>
            <w:right w:val="none" w:sz="0" w:space="0" w:color="auto"/>
          </w:divBdr>
        </w:div>
        <w:div w:id="572590225">
          <w:marLeft w:val="480"/>
          <w:marRight w:val="0"/>
          <w:marTop w:val="0"/>
          <w:marBottom w:val="0"/>
          <w:divBdr>
            <w:top w:val="none" w:sz="0" w:space="0" w:color="auto"/>
            <w:left w:val="none" w:sz="0" w:space="0" w:color="auto"/>
            <w:bottom w:val="none" w:sz="0" w:space="0" w:color="auto"/>
            <w:right w:val="none" w:sz="0" w:space="0" w:color="auto"/>
          </w:divBdr>
        </w:div>
        <w:div w:id="580216290">
          <w:marLeft w:val="480"/>
          <w:marRight w:val="0"/>
          <w:marTop w:val="0"/>
          <w:marBottom w:val="0"/>
          <w:divBdr>
            <w:top w:val="none" w:sz="0" w:space="0" w:color="auto"/>
            <w:left w:val="none" w:sz="0" w:space="0" w:color="auto"/>
            <w:bottom w:val="none" w:sz="0" w:space="0" w:color="auto"/>
            <w:right w:val="none" w:sz="0" w:space="0" w:color="auto"/>
          </w:divBdr>
        </w:div>
        <w:div w:id="588348971">
          <w:marLeft w:val="480"/>
          <w:marRight w:val="0"/>
          <w:marTop w:val="0"/>
          <w:marBottom w:val="0"/>
          <w:divBdr>
            <w:top w:val="none" w:sz="0" w:space="0" w:color="auto"/>
            <w:left w:val="none" w:sz="0" w:space="0" w:color="auto"/>
            <w:bottom w:val="none" w:sz="0" w:space="0" w:color="auto"/>
            <w:right w:val="none" w:sz="0" w:space="0" w:color="auto"/>
          </w:divBdr>
        </w:div>
        <w:div w:id="609897418">
          <w:marLeft w:val="480"/>
          <w:marRight w:val="0"/>
          <w:marTop w:val="0"/>
          <w:marBottom w:val="0"/>
          <w:divBdr>
            <w:top w:val="none" w:sz="0" w:space="0" w:color="auto"/>
            <w:left w:val="none" w:sz="0" w:space="0" w:color="auto"/>
            <w:bottom w:val="none" w:sz="0" w:space="0" w:color="auto"/>
            <w:right w:val="none" w:sz="0" w:space="0" w:color="auto"/>
          </w:divBdr>
        </w:div>
        <w:div w:id="626739505">
          <w:marLeft w:val="480"/>
          <w:marRight w:val="0"/>
          <w:marTop w:val="0"/>
          <w:marBottom w:val="0"/>
          <w:divBdr>
            <w:top w:val="none" w:sz="0" w:space="0" w:color="auto"/>
            <w:left w:val="none" w:sz="0" w:space="0" w:color="auto"/>
            <w:bottom w:val="none" w:sz="0" w:space="0" w:color="auto"/>
            <w:right w:val="none" w:sz="0" w:space="0" w:color="auto"/>
          </w:divBdr>
        </w:div>
        <w:div w:id="729160492">
          <w:marLeft w:val="480"/>
          <w:marRight w:val="0"/>
          <w:marTop w:val="0"/>
          <w:marBottom w:val="0"/>
          <w:divBdr>
            <w:top w:val="none" w:sz="0" w:space="0" w:color="auto"/>
            <w:left w:val="none" w:sz="0" w:space="0" w:color="auto"/>
            <w:bottom w:val="none" w:sz="0" w:space="0" w:color="auto"/>
            <w:right w:val="none" w:sz="0" w:space="0" w:color="auto"/>
          </w:divBdr>
        </w:div>
        <w:div w:id="729966729">
          <w:marLeft w:val="480"/>
          <w:marRight w:val="0"/>
          <w:marTop w:val="0"/>
          <w:marBottom w:val="0"/>
          <w:divBdr>
            <w:top w:val="none" w:sz="0" w:space="0" w:color="auto"/>
            <w:left w:val="none" w:sz="0" w:space="0" w:color="auto"/>
            <w:bottom w:val="none" w:sz="0" w:space="0" w:color="auto"/>
            <w:right w:val="none" w:sz="0" w:space="0" w:color="auto"/>
          </w:divBdr>
        </w:div>
        <w:div w:id="755202187">
          <w:marLeft w:val="480"/>
          <w:marRight w:val="0"/>
          <w:marTop w:val="0"/>
          <w:marBottom w:val="0"/>
          <w:divBdr>
            <w:top w:val="none" w:sz="0" w:space="0" w:color="auto"/>
            <w:left w:val="none" w:sz="0" w:space="0" w:color="auto"/>
            <w:bottom w:val="none" w:sz="0" w:space="0" w:color="auto"/>
            <w:right w:val="none" w:sz="0" w:space="0" w:color="auto"/>
          </w:divBdr>
        </w:div>
        <w:div w:id="855465770">
          <w:marLeft w:val="480"/>
          <w:marRight w:val="0"/>
          <w:marTop w:val="0"/>
          <w:marBottom w:val="0"/>
          <w:divBdr>
            <w:top w:val="none" w:sz="0" w:space="0" w:color="auto"/>
            <w:left w:val="none" w:sz="0" w:space="0" w:color="auto"/>
            <w:bottom w:val="none" w:sz="0" w:space="0" w:color="auto"/>
            <w:right w:val="none" w:sz="0" w:space="0" w:color="auto"/>
          </w:divBdr>
        </w:div>
        <w:div w:id="892470959">
          <w:marLeft w:val="480"/>
          <w:marRight w:val="0"/>
          <w:marTop w:val="0"/>
          <w:marBottom w:val="0"/>
          <w:divBdr>
            <w:top w:val="none" w:sz="0" w:space="0" w:color="auto"/>
            <w:left w:val="none" w:sz="0" w:space="0" w:color="auto"/>
            <w:bottom w:val="none" w:sz="0" w:space="0" w:color="auto"/>
            <w:right w:val="none" w:sz="0" w:space="0" w:color="auto"/>
          </w:divBdr>
        </w:div>
        <w:div w:id="1019312936">
          <w:marLeft w:val="480"/>
          <w:marRight w:val="0"/>
          <w:marTop w:val="0"/>
          <w:marBottom w:val="0"/>
          <w:divBdr>
            <w:top w:val="none" w:sz="0" w:space="0" w:color="auto"/>
            <w:left w:val="none" w:sz="0" w:space="0" w:color="auto"/>
            <w:bottom w:val="none" w:sz="0" w:space="0" w:color="auto"/>
            <w:right w:val="none" w:sz="0" w:space="0" w:color="auto"/>
          </w:divBdr>
        </w:div>
        <w:div w:id="1034960439">
          <w:marLeft w:val="480"/>
          <w:marRight w:val="0"/>
          <w:marTop w:val="0"/>
          <w:marBottom w:val="0"/>
          <w:divBdr>
            <w:top w:val="none" w:sz="0" w:space="0" w:color="auto"/>
            <w:left w:val="none" w:sz="0" w:space="0" w:color="auto"/>
            <w:bottom w:val="none" w:sz="0" w:space="0" w:color="auto"/>
            <w:right w:val="none" w:sz="0" w:space="0" w:color="auto"/>
          </w:divBdr>
        </w:div>
        <w:div w:id="1139417770">
          <w:marLeft w:val="480"/>
          <w:marRight w:val="0"/>
          <w:marTop w:val="0"/>
          <w:marBottom w:val="0"/>
          <w:divBdr>
            <w:top w:val="none" w:sz="0" w:space="0" w:color="auto"/>
            <w:left w:val="none" w:sz="0" w:space="0" w:color="auto"/>
            <w:bottom w:val="none" w:sz="0" w:space="0" w:color="auto"/>
            <w:right w:val="none" w:sz="0" w:space="0" w:color="auto"/>
          </w:divBdr>
        </w:div>
        <w:div w:id="1216162603">
          <w:marLeft w:val="480"/>
          <w:marRight w:val="0"/>
          <w:marTop w:val="0"/>
          <w:marBottom w:val="0"/>
          <w:divBdr>
            <w:top w:val="none" w:sz="0" w:space="0" w:color="auto"/>
            <w:left w:val="none" w:sz="0" w:space="0" w:color="auto"/>
            <w:bottom w:val="none" w:sz="0" w:space="0" w:color="auto"/>
            <w:right w:val="none" w:sz="0" w:space="0" w:color="auto"/>
          </w:divBdr>
        </w:div>
        <w:div w:id="1227643012">
          <w:marLeft w:val="480"/>
          <w:marRight w:val="0"/>
          <w:marTop w:val="0"/>
          <w:marBottom w:val="0"/>
          <w:divBdr>
            <w:top w:val="none" w:sz="0" w:space="0" w:color="auto"/>
            <w:left w:val="none" w:sz="0" w:space="0" w:color="auto"/>
            <w:bottom w:val="none" w:sz="0" w:space="0" w:color="auto"/>
            <w:right w:val="none" w:sz="0" w:space="0" w:color="auto"/>
          </w:divBdr>
        </w:div>
        <w:div w:id="1256087539">
          <w:marLeft w:val="480"/>
          <w:marRight w:val="0"/>
          <w:marTop w:val="0"/>
          <w:marBottom w:val="0"/>
          <w:divBdr>
            <w:top w:val="none" w:sz="0" w:space="0" w:color="auto"/>
            <w:left w:val="none" w:sz="0" w:space="0" w:color="auto"/>
            <w:bottom w:val="none" w:sz="0" w:space="0" w:color="auto"/>
            <w:right w:val="none" w:sz="0" w:space="0" w:color="auto"/>
          </w:divBdr>
        </w:div>
        <w:div w:id="1311640022">
          <w:marLeft w:val="480"/>
          <w:marRight w:val="0"/>
          <w:marTop w:val="0"/>
          <w:marBottom w:val="0"/>
          <w:divBdr>
            <w:top w:val="none" w:sz="0" w:space="0" w:color="auto"/>
            <w:left w:val="none" w:sz="0" w:space="0" w:color="auto"/>
            <w:bottom w:val="none" w:sz="0" w:space="0" w:color="auto"/>
            <w:right w:val="none" w:sz="0" w:space="0" w:color="auto"/>
          </w:divBdr>
        </w:div>
        <w:div w:id="1362319381">
          <w:marLeft w:val="480"/>
          <w:marRight w:val="0"/>
          <w:marTop w:val="0"/>
          <w:marBottom w:val="0"/>
          <w:divBdr>
            <w:top w:val="none" w:sz="0" w:space="0" w:color="auto"/>
            <w:left w:val="none" w:sz="0" w:space="0" w:color="auto"/>
            <w:bottom w:val="none" w:sz="0" w:space="0" w:color="auto"/>
            <w:right w:val="none" w:sz="0" w:space="0" w:color="auto"/>
          </w:divBdr>
        </w:div>
        <w:div w:id="1363363481">
          <w:marLeft w:val="480"/>
          <w:marRight w:val="0"/>
          <w:marTop w:val="0"/>
          <w:marBottom w:val="0"/>
          <w:divBdr>
            <w:top w:val="none" w:sz="0" w:space="0" w:color="auto"/>
            <w:left w:val="none" w:sz="0" w:space="0" w:color="auto"/>
            <w:bottom w:val="none" w:sz="0" w:space="0" w:color="auto"/>
            <w:right w:val="none" w:sz="0" w:space="0" w:color="auto"/>
          </w:divBdr>
        </w:div>
        <w:div w:id="1444886493">
          <w:marLeft w:val="480"/>
          <w:marRight w:val="0"/>
          <w:marTop w:val="0"/>
          <w:marBottom w:val="0"/>
          <w:divBdr>
            <w:top w:val="none" w:sz="0" w:space="0" w:color="auto"/>
            <w:left w:val="none" w:sz="0" w:space="0" w:color="auto"/>
            <w:bottom w:val="none" w:sz="0" w:space="0" w:color="auto"/>
            <w:right w:val="none" w:sz="0" w:space="0" w:color="auto"/>
          </w:divBdr>
        </w:div>
        <w:div w:id="1507548689">
          <w:marLeft w:val="480"/>
          <w:marRight w:val="0"/>
          <w:marTop w:val="0"/>
          <w:marBottom w:val="0"/>
          <w:divBdr>
            <w:top w:val="none" w:sz="0" w:space="0" w:color="auto"/>
            <w:left w:val="none" w:sz="0" w:space="0" w:color="auto"/>
            <w:bottom w:val="none" w:sz="0" w:space="0" w:color="auto"/>
            <w:right w:val="none" w:sz="0" w:space="0" w:color="auto"/>
          </w:divBdr>
        </w:div>
        <w:div w:id="1571039673">
          <w:marLeft w:val="480"/>
          <w:marRight w:val="0"/>
          <w:marTop w:val="0"/>
          <w:marBottom w:val="0"/>
          <w:divBdr>
            <w:top w:val="none" w:sz="0" w:space="0" w:color="auto"/>
            <w:left w:val="none" w:sz="0" w:space="0" w:color="auto"/>
            <w:bottom w:val="none" w:sz="0" w:space="0" w:color="auto"/>
            <w:right w:val="none" w:sz="0" w:space="0" w:color="auto"/>
          </w:divBdr>
        </w:div>
        <w:div w:id="1614362730">
          <w:marLeft w:val="480"/>
          <w:marRight w:val="0"/>
          <w:marTop w:val="0"/>
          <w:marBottom w:val="0"/>
          <w:divBdr>
            <w:top w:val="none" w:sz="0" w:space="0" w:color="auto"/>
            <w:left w:val="none" w:sz="0" w:space="0" w:color="auto"/>
            <w:bottom w:val="none" w:sz="0" w:space="0" w:color="auto"/>
            <w:right w:val="none" w:sz="0" w:space="0" w:color="auto"/>
          </w:divBdr>
        </w:div>
        <w:div w:id="1886285003">
          <w:marLeft w:val="480"/>
          <w:marRight w:val="0"/>
          <w:marTop w:val="0"/>
          <w:marBottom w:val="0"/>
          <w:divBdr>
            <w:top w:val="none" w:sz="0" w:space="0" w:color="auto"/>
            <w:left w:val="none" w:sz="0" w:space="0" w:color="auto"/>
            <w:bottom w:val="none" w:sz="0" w:space="0" w:color="auto"/>
            <w:right w:val="none" w:sz="0" w:space="0" w:color="auto"/>
          </w:divBdr>
        </w:div>
        <w:div w:id="1942102644">
          <w:marLeft w:val="480"/>
          <w:marRight w:val="0"/>
          <w:marTop w:val="0"/>
          <w:marBottom w:val="0"/>
          <w:divBdr>
            <w:top w:val="none" w:sz="0" w:space="0" w:color="auto"/>
            <w:left w:val="none" w:sz="0" w:space="0" w:color="auto"/>
            <w:bottom w:val="none" w:sz="0" w:space="0" w:color="auto"/>
            <w:right w:val="none" w:sz="0" w:space="0" w:color="auto"/>
          </w:divBdr>
        </w:div>
        <w:div w:id="1963222147">
          <w:marLeft w:val="480"/>
          <w:marRight w:val="0"/>
          <w:marTop w:val="0"/>
          <w:marBottom w:val="0"/>
          <w:divBdr>
            <w:top w:val="none" w:sz="0" w:space="0" w:color="auto"/>
            <w:left w:val="none" w:sz="0" w:space="0" w:color="auto"/>
            <w:bottom w:val="none" w:sz="0" w:space="0" w:color="auto"/>
            <w:right w:val="none" w:sz="0" w:space="0" w:color="auto"/>
          </w:divBdr>
        </w:div>
        <w:div w:id="1975401716">
          <w:marLeft w:val="480"/>
          <w:marRight w:val="0"/>
          <w:marTop w:val="0"/>
          <w:marBottom w:val="0"/>
          <w:divBdr>
            <w:top w:val="none" w:sz="0" w:space="0" w:color="auto"/>
            <w:left w:val="none" w:sz="0" w:space="0" w:color="auto"/>
            <w:bottom w:val="none" w:sz="0" w:space="0" w:color="auto"/>
            <w:right w:val="none" w:sz="0" w:space="0" w:color="auto"/>
          </w:divBdr>
        </w:div>
        <w:div w:id="2030332391">
          <w:marLeft w:val="480"/>
          <w:marRight w:val="0"/>
          <w:marTop w:val="0"/>
          <w:marBottom w:val="0"/>
          <w:divBdr>
            <w:top w:val="none" w:sz="0" w:space="0" w:color="auto"/>
            <w:left w:val="none" w:sz="0" w:space="0" w:color="auto"/>
            <w:bottom w:val="none" w:sz="0" w:space="0" w:color="auto"/>
            <w:right w:val="none" w:sz="0" w:space="0" w:color="auto"/>
          </w:divBdr>
        </w:div>
        <w:div w:id="2031223365">
          <w:marLeft w:val="480"/>
          <w:marRight w:val="0"/>
          <w:marTop w:val="0"/>
          <w:marBottom w:val="0"/>
          <w:divBdr>
            <w:top w:val="none" w:sz="0" w:space="0" w:color="auto"/>
            <w:left w:val="none" w:sz="0" w:space="0" w:color="auto"/>
            <w:bottom w:val="none" w:sz="0" w:space="0" w:color="auto"/>
            <w:right w:val="none" w:sz="0" w:space="0" w:color="auto"/>
          </w:divBdr>
        </w:div>
        <w:div w:id="2031645262">
          <w:marLeft w:val="480"/>
          <w:marRight w:val="0"/>
          <w:marTop w:val="0"/>
          <w:marBottom w:val="0"/>
          <w:divBdr>
            <w:top w:val="none" w:sz="0" w:space="0" w:color="auto"/>
            <w:left w:val="none" w:sz="0" w:space="0" w:color="auto"/>
            <w:bottom w:val="none" w:sz="0" w:space="0" w:color="auto"/>
            <w:right w:val="none" w:sz="0" w:space="0" w:color="auto"/>
          </w:divBdr>
        </w:div>
        <w:div w:id="2099935573">
          <w:marLeft w:val="480"/>
          <w:marRight w:val="0"/>
          <w:marTop w:val="0"/>
          <w:marBottom w:val="0"/>
          <w:divBdr>
            <w:top w:val="none" w:sz="0" w:space="0" w:color="auto"/>
            <w:left w:val="none" w:sz="0" w:space="0" w:color="auto"/>
            <w:bottom w:val="none" w:sz="0" w:space="0" w:color="auto"/>
            <w:right w:val="none" w:sz="0" w:space="0" w:color="auto"/>
          </w:divBdr>
        </w:div>
      </w:divsChild>
    </w:div>
    <w:div w:id="965045128">
      <w:bodyDiv w:val="1"/>
      <w:marLeft w:val="0"/>
      <w:marRight w:val="0"/>
      <w:marTop w:val="0"/>
      <w:marBottom w:val="0"/>
      <w:divBdr>
        <w:top w:val="none" w:sz="0" w:space="0" w:color="auto"/>
        <w:left w:val="none" w:sz="0" w:space="0" w:color="auto"/>
        <w:bottom w:val="none" w:sz="0" w:space="0" w:color="auto"/>
        <w:right w:val="none" w:sz="0" w:space="0" w:color="auto"/>
      </w:divBdr>
    </w:div>
    <w:div w:id="965743298">
      <w:bodyDiv w:val="1"/>
      <w:marLeft w:val="0"/>
      <w:marRight w:val="0"/>
      <w:marTop w:val="0"/>
      <w:marBottom w:val="0"/>
      <w:divBdr>
        <w:top w:val="none" w:sz="0" w:space="0" w:color="auto"/>
        <w:left w:val="none" w:sz="0" w:space="0" w:color="auto"/>
        <w:bottom w:val="none" w:sz="0" w:space="0" w:color="auto"/>
        <w:right w:val="none" w:sz="0" w:space="0" w:color="auto"/>
      </w:divBdr>
    </w:div>
    <w:div w:id="968828407">
      <w:bodyDiv w:val="1"/>
      <w:marLeft w:val="0"/>
      <w:marRight w:val="0"/>
      <w:marTop w:val="0"/>
      <w:marBottom w:val="0"/>
      <w:divBdr>
        <w:top w:val="none" w:sz="0" w:space="0" w:color="auto"/>
        <w:left w:val="none" w:sz="0" w:space="0" w:color="auto"/>
        <w:bottom w:val="none" w:sz="0" w:space="0" w:color="auto"/>
        <w:right w:val="none" w:sz="0" w:space="0" w:color="auto"/>
      </w:divBdr>
      <w:divsChild>
        <w:div w:id="42338149">
          <w:marLeft w:val="480"/>
          <w:marRight w:val="0"/>
          <w:marTop w:val="0"/>
          <w:marBottom w:val="0"/>
          <w:divBdr>
            <w:top w:val="none" w:sz="0" w:space="0" w:color="auto"/>
            <w:left w:val="none" w:sz="0" w:space="0" w:color="auto"/>
            <w:bottom w:val="none" w:sz="0" w:space="0" w:color="auto"/>
            <w:right w:val="none" w:sz="0" w:space="0" w:color="auto"/>
          </w:divBdr>
        </w:div>
        <w:div w:id="133453249">
          <w:marLeft w:val="480"/>
          <w:marRight w:val="0"/>
          <w:marTop w:val="0"/>
          <w:marBottom w:val="0"/>
          <w:divBdr>
            <w:top w:val="none" w:sz="0" w:space="0" w:color="auto"/>
            <w:left w:val="none" w:sz="0" w:space="0" w:color="auto"/>
            <w:bottom w:val="none" w:sz="0" w:space="0" w:color="auto"/>
            <w:right w:val="none" w:sz="0" w:space="0" w:color="auto"/>
          </w:divBdr>
        </w:div>
        <w:div w:id="221409017">
          <w:marLeft w:val="480"/>
          <w:marRight w:val="0"/>
          <w:marTop w:val="0"/>
          <w:marBottom w:val="0"/>
          <w:divBdr>
            <w:top w:val="none" w:sz="0" w:space="0" w:color="auto"/>
            <w:left w:val="none" w:sz="0" w:space="0" w:color="auto"/>
            <w:bottom w:val="none" w:sz="0" w:space="0" w:color="auto"/>
            <w:right w:val="none" w:sz="0" w:space="0" w:color="auto"/>
          </w:divBdr>
        </w:div>
        <w:div w:id="246695910">
          <w:marLeft w:val="480"/>
          <w:marRight w:val="0"/>
          <w:marTop w:val="0"/>
          <w:marBottom w:val="0"/>
          <w:divBdr>
            <w:top w:val="none" w:sz="0" w:space="0" w:color="auto"/>
            <w:left w:val="none" w:sz="0" w:space="0" w:color="auto"/>
            <w:bottom w:val="none" w:sz="0" w:space="0" w:color="auto"/>
            <w:right w:val="none" w:sz="0" w:space="0" w:color="auto"/>
          </w:divBdr>
        </w:div>
        <w:div w:id="273557302">
          <w:marLeft w:val="480"/>
          <w:marRight w:val="0"/>
          <w:marTop w:val="0"/>
          <w:marBottom w:val="0"/>
          <w:divBdr>
            <w:top w:val="none" w:sz="0" w:space="0" w:color="auto"/>
            <w:left w:val="none" w:sz="0" w:space="0" w:color="auto"/>
            <w:bottom w:val="none" w:sz="0" w:space="0" w:color="auto"/>
            <w:right w:val="none" w:sz="0" w:space="0" w:color="auto"/>
          </w:divBdr>
        </w:div>
        <w:div w:id="343557447">
          <w:marLeft w:val="480"/>
          <w:marRight w:val="0"/>
          <w:marTop w:val="0"/>
          <w:marBottom w:val="0"/>
          <w:divBdr>
            <w:top w:val="none" w:sz="0" w:space="0" w:color="auto"/>
            <w:left w:val="none" w:sz="0" w:space="0" w:color="auto"/>
            <w:bottom w:val="none" w:sz="0" w:space="0" w:color="auto"/>
            <w:right w:val="none" w:sz="0" w:space="0" w:color="auto"/>
          </w:divBdr>
        </w:div>
        <w:div w:id="644703760">
          <w:marLeft w:val="480"/>
          <w:marRight w:val="0"/>
          <w:marTop w:val="0"/>
          <w:marBottom w:val="0"/>
          <w:divBdr>
            <w:top w:val="none" w:sz="0" w:space="0" w:color="auto"/>
            <w:left w:val="none" w:sz="0" w:space="0" w:color="auto"/>
            <w:bottom w:val="none" w:sz="0" w:space="0" w:color="auto"/>
            <w:right w:val="none" w:sz="0" w:space="0" w:color="auto"/>
          </w:divBdr>
        </w:div>
        <w:div w:id="663170225">
          <w:marLeft w:val="480"/>
          <w:marRight w:val="0"/>
          <w:marTop w:val="0"/>
          <w:marBottom w:val="0"/>
          <w:divBdr>
            <w:top w:val="none" w:sz="0" w:space="0" w:color="auto"/>
            <w:left w:val="none" w:sz="0" w:space="0" w:color="auto"/>
            <w:bottom w:val="none" w:sz="0" w:space="0" w:color="auto"/>
            <w:right w:val="none" w:sz="0" w:space="0" w:color="auto"/>
          </w:divBdr>
        </w:div>
        <w:div w:id="756050138">
          <w:marLeft w:val="480"/>
          <w:marRight w:val="0"/>
          <w:marTop w:val="0"/>
          <w:marBottom w:val="0"/>
          <w:divBdr>
            <w:top w:val="none" w:sz="0" w:space="0" w:color="auto"/>
            <w:left w:val="none" w:sz="0" w:space="0" w:color="auto"/>
            <w:bottom w:val="none" w:sz="0" w:space="0" w:color="auto"/>
            <w:right w:val="none" w:sz="0" w:space="0" w:color="auto"/>
          </w:divBdr>
        </w:div>
        <w:div w:id="772897759">
          <w:marLeft w:val="480"/>
          <w:marRight w:val="0"/>
          <w:marTop w:val="0"/>
          <w:marBottom w:val="0"/>
          <w:divBdr>
            <w:top w:val="none" w:sz="0" w:space="0" w:color="auto"/>
            <w:left w:val="none" w:sz="0" w:space="0" w:color="auto"/>
            <w:bottom w:val="none" w:sz="0" w:space="0" w:color="auto"/>
            <w:right w:val="none" w:sz="0" w:space="0" w:color="auto"/>
          </w:divBdr>
        </w:div>
        <w:div w:id="788010846">
          <w:marLeft w:val="480"/>
          <w:marRight w:val="0"/>
          <w:marTop w:val="0"/>
          <w:marBottom w:val="0"/>
          <w:divBdr>
            <w:top w:val="none" w:sz="0" w:space="0" w:color="auto"/>
            <w:left w:val="none" w:sz="0" w:space="0" w:color="auto"/>
            <w:bottom w:val="none" w:sz="0" w:space="0" w:color="auto"/>
            <w:right w:val="none" w:sz="0" w:space="0" w:color="auto"/>
          </w:divBdr>
        </w:div>
        <w:div w:id="796336870">
          <w:marLeft w:val="480"/>
          <w:marRight w:val="0"/>
          <w:marTop w:val="0"/>
          <w:marBottom w:val="0"/>
          <w:divBdr>
            <w:top w:val="none" w:sz="0" w:space="0" w:color="auto"/>
            <w:left w:val="none" w:sz="0" w:space="0" w:color="auto"/>
            <w:bottom w:val="none" w:sz="0" w:space="0" w:color="auto"/>
            <w:right w:val="none" w:sz="0" w:space="0" w:color="auto"/>
          </w:divBdr>
        </w:div>
        <w:div w:id="833910583">
          <w:marLeft w:val="480"/>
          <w:marRight w:val="0"/>
          <w:marTop w:val="0"/>
          <w:marBottom w:val="0"/>
          <w:divBdr>
            <w:top w:val="none" w:sz="0" w:space="0" w:color="auto"/>
            <w:left w:val="none" w:sz="0" w:space="0" w:color="auto"/>
            <w:bottom w:val="none" w:sz="0" w:space="0" w:color="auto"/>
            <w:right w:val="none" w:sz="0" w:space="0" w:color="auto"/>
          </w:divBdr>
        </w:div>
        <w:div w:id="972176307">
          <w:marLeft w:val="480"/>
          <w:marRight w:val="0"/>
          <w:marTop w:val="0"/>
          <w:marBottom w:val="0"/>
          <w:divBdr>
            <w:top w:val="none" w:sz="0" w:space="0" w:color="auto"/>
            <w:left w:val="none" w:sz="0" w:space="0" w:color="auto"/>
            <w:bottom w:val="none" w:sz="0" w:space="0" w:color="auto"/>
            <w:right w:val="none" w:sz="0" w:space="0" w:color="auto"/>
          </w:divBdr>
        </w:div>
        <w:div w:id="999620786">
          <w:marLeft w:val="480"/>
          <w:marRight w:val="0"/>
          <w:marTop w:val="0"/>
          <w:marBottom w:val="0"/>
          <w:divBdr>
            <w:top w:val="none" w:sz="0" w:space="0" w:color="auto"/>
            <w:left w:val="none" w:sz="0" w:space="0" w:color="auto"/>
            <w:bottom w:val="none" w:sz="0" w:space="0" w:color="auto"/>
            <w:right w:val="none" w:sz="0" w:space="0" w:color="auto"/>
          </w:divBdr>
        </w:div>
        <w:div w:id="1013413784">
          <w:marLeft w:val="480"/>
          <w:marRight w:val="0"/>
          <w:marTop w:val="0"/>
          <w:marBottom w:val="0"/>
          <w:divBdr>
            <w:top w:val="none" w:sz="0" w:space="0" w:color="auto"/>
            <w:left w:val="none" w:sz="0" w:space="0" w:color="auto"/>
            <w:bottom w:val="none" w:sz="0" w:space="0" w:color="auto"/>
            <w:right w:val="none" w:sz="0" w:space="0" w:color="auto"/>
          </w:divBdr>
        </w:div>
        <w:div w:id="1075128464">
          <w:marLeft w:val="480"/>
          <w:marRight w:val="0"/>
          <w:marTop w:val="0"/>
          <w:marBottom w:val="0"/>
          <w:divBdr>
            <w:top w:val="none" w:sz="0" w:space="0" w:color="auto"/>
            <w:left w:val="none" w:sz="0" w:space="0" w:color="auto"/>
            <w:bottom w:val="none" w:sz="0" w:space="0" w:color="auto"/>
            <w:right w:val="none" w:sz="0" w:space="0" w:color="auto"/>
          </w:divBdr>
        </w:div>
        <w:div w:id="1098259831">
          <w:marLeft w:val="480"/>
          <w:marRight w:val="0"/>
          <w:marTop w:val="0"/>
          <w:marBottom w:val="0"/>
          <w:divBdr>
            <w:top w:val="none" w:sz="0" w:space="0" w:color="auto"/>
            <w:left w:val="none" w:sz="0" w:space="0" w:color="auto"/>
            <w:bottom w:val="none" w:sz="0" w:space="0" w:color="auto"/>
            <w:right w:val="none" w:sz="0" w:space="0" w:color="auto"/>
          </w:divBdr>
        </w:div>
        <w:div w:id="1149636734">
          <w:marLeft w:val="480"/>
          <w:marRight w:val="0"/>
          <w:marTop w:val="0"/>
          <w:marBottom w:val="0"/>
          <w:divBdr>
            <w:top w:val="none" w:sz="0" w:space="0" w:color="auto"/>
            <w:left w:val="none" w:sz="0" w:space="0" w:color="auto"/>
            <w:bottom w:val="none" w:sz="0" w:space="0" w:color="auto"/>
            <w:right w:val="none" w:sz="0" w:space="0" w:color="auto"/>
          </w:divBdr>
        </w:div>
        <w:div w:id="1202085260">
          <w:marLeft w:val="480"/>
          <w:marRight w:val="0"/>
          <w:marTop w:val="0"/>
          <w:marBottom w:val="0"/>
          <w:divBdr>
            <w:top w:val="none" w:sz="0" w:space="0" w:color="auto"/>
            <w:left w:val="none" w:sz="0" w:space="0" w:color="auto"/>
            <w:bottom w:val="none" w:sz="0" w:space="0" w:color="auto"/>
            <w:right w:val="none" w:sz="0" w:space="0" w:color="auto"/>
          </w:divBdr>
        </w:div>
        <w:div w:id="1240599026">
          <w:marLeft w:val="480"/>
          <w:marRight w:val="0"/>
          <w:marTop w:val="0"/>
          <w:marBottom w:val="0"/>
          <w:divBdr>
            <w:top w:val="none" w:sz="0" w:space="0" w:color="auto"/>
            <w:left w:val="none" w:sz="0" w:space="0" w:color="auto"/>
            <w:bottom w:val="none" w:sz="0" w:space="0" w:color="auto"/>
            <w:right w:val="none" w:sz="0" w:space="0" w:color="auto"/>
          </w:divBdr>
        </w:div>
        <w:div w:id="1241716780">
          <w:marLeft w:val="480"/>
          <w:marRight w:val="0"/>
          <w:marTop w:val="0"/>
          <w:marBottom w:val="0"/>
          <w:divBdr>
            <w:top w:val="none" w:sz="0" w:space="0" w:color="auto"/>
            <w:left w:val="none" w:sz="0" w:space="0" w:color="auto"/>
            <w:bottom w:val="none" w:sz="0" w:space="0" w:color="auto"/>
            <w:right w:val="none" w:sz="0" w:space="0" w:color="auto"/>
          </w:divBdr>
        </w:div>
        <w:div w:id="1264413250">
          <w:marLeft w:val="480"/>
          <w:marRight w:val="0"/>
          <w:marTop w:val="0"/>
          <w:marBottom w:val="0"/>
          <w:divBdr>
            <w:top w:val="none" w:sz="0" w:space="0" w:color="auto"/>
            <w:left w:val="none" w:sz="0" w:space="0" w:color="auto"/>
            <w:bottom w:val="none" w:sz="0" w:space="0" w:color="auto"/>
            <w:right w:val="none" w:sz="0" w:space="0" w:color="auto"/>
          </w:divBdr>
        </w:div>
        <w:div w:id="1292596960">
          <w:marLeft w:val="480"/>
          <w:marRight w:val="0"/>
          <w:marTop w:val="0"/>
          <w:marBottom w:val="0"/>
          <w:divBdr>
            <w:top w:val="none" w:sz="0" w:space="0" w:color="auto"/>
            <w:left w:val="none" w:sz="0" w:space="0" w:color="auto"/>
            <w:bottom w:val="none" w:sz="0" w:space="0" w:color="auto"/>
            <w:right w:val="none" w:sz="0" w:space="0" w:color="auto"/>
          </w:divBdr>
        </w:div>
        <w:div w:id="1324506625">
          <w:marLeft w:val="480"/>
          <w:marRight w:val="0"/>
          <w:marTop w:val="0"/>
          <w:marBottom w:val="0"/>
          <w:divBdr>
            <w:top w:val="none" w:sz="0" w:space="0" w:color="auto"/>
            <w:left w:val="none" w:sz="0" w:space="0" w:color="auto"/>
            <w:bottom w:val="none" w:sz="0" w:space="0" w:color="auto"/>
            <w:right w:val="none" w:sz="0" w:space="0" w:color="auto"/>
          </w:divBdr>
        </w:div>
        <w:div w:id="1388644111">
          <w:marLeft w:val="480"/>
          <w:marRight w:val="0"/>
          <w:marTop w:val="0"/>
          <w:marBottom w:val="0"/>
          <w:divBdr>
            <w:top w:val="none" w:sz="0" w:space="0" w:color="auto"/>
            <w:left w:val="none" w:sz="0" w:space="0" w:color="auto"/>
            <w:bottom w:val="none" w:sz="0" w:space="0" w:color="auto"/>
            <w:right w:val="none" w:sz="0" w:space="0" w:color="auto"/>
          </w:divBdr>
        </w:div>
        <w:div w:id="1391611091">
          <w:marLeft w:val="480"/>
          <w:marRight w:val="0"/>
          <w:marTop w:val="0"/>
          <w:marBottom w:val="0"/>
          <w:divBdr>
            <w:top w:val="none" w:sz="0" w:space="0" w:color="auto"/>
            <w:left w:val="none" w:sz="0" w:space="0" w:color="auto"/>
            <w:bottom w:val="none" w:sz="0" w:space="0" w:color="auto"/>
            <w:right w:val="none" w:sz="0" w:space="0" w:color="auto"/>
          </w:divBdr>
        </w:div>
        <w:div w:id="1461151775">
          <w:marLeft w:val="480"/>
          <w:marRight w:val="0"/>
          <w:marTop w:val="0"/>
          <w:marBottom w:val="0"/>
          <w:divBdr>
            <w:top w:val="none" w:sz="0" w:space="0" w:color="auto"/>
            <w:left w:val="none" w:sz="0" w:space="0" w:color="auto"/>
            <w:bottom w:val="none" w:sz="0" w:space="0" w:color="auto"/>
            <w:right w:val="none" w:sz="0" w:space="0" w:color="auto"/>
          </w:divBdr>
        </w:div>
        <w:div w:id="1467119418">
          <w:marLeft w:val="480"/>
          <w:marRight w:val="0"/>
          <w:marTop w:val="0"/>
          <w:marBottom w:val="0"/>
          <w:divBdr>
            <w:top w:val="none" w:sz="0" w:space="0" w:color="auto"/>
            <w:left w:val="none" w:sz="0" w:space="0" w:color="auto"/>
            <w:bottom w:val="none" w:sz="0" w:space="0" w:color="auto"/>
            <w:right w:val="none" w:sz="0" w:space="0" w:color="auto"/>
          </w:divBdr>
        </w:div>
        <w:div w:id="1562792909">
          <w:marLeft w:val="480"/>
          <w:marRight w:val="0"/>
          <w:marTop w:val="0"/>
          <w:marBottom w:val="0"/>
          <w:divBdr>
            <w:top w:val="none" w:sz="0" w:space="0" w:color="auto"/>
            <w:left w:val="none" w:sz="0" w:space="0" w:color="auto"/>
            <w:bottom w:val="none" w:sz="0" w:space="0" w:color="auto"/>
            <w:right w:val="none" w:sz="0" w:space="0" w:color="auto"/>
          </w:divBdr>
        </w:div>
        <w:div w:id="1700548166">
          <w:marLeft w:val="480"/>
          <w:marRight w:val="0"/>
          <w:marTop w:val="0"/>
          <w:marBottom w:val="0"/>
          <w:divBdr>
            <w:top w:val="none" w:sz="0" w:space="0" w:color="auto"/>
            <w:left w:val="none" w:sz="0" w:space="0" w:color="auto"/>
            <w:bottom w:val="none" w:sz="0" w:space="0" w:color="auto"/>
            <w:right w:val="none" w:sz="0" w:space="0" w:color="auto"/>
          </w:divBdr>
        </w:div>
        <w:div w:id="1793550798">
          <w:marLeft w:val="480"/>
          <w:marRight w:val="0"/>
          <w:marTop w:val="0"/>
          <w:marBottom w:val="0"/>
          <w:divBdr>
            <w:top w:val="none" w:sz="0" w:space="0" w:color="auto"/>
            <w:left w:val="none" w:sz="0" w:space="0" w:color="auto"/>
            <w:bottom w:val="none" w:sz="0" w:space="0" w:color="auto"/>
            <w:right w:val="none" w:sz="0" w:space="0" w:color="auto"/>
          </w:divBdr>
        </w:div>
        <w:div w:id="1819761702">
          <w:marLeft w:val="480"/>
          <w:marRight w:val="0"/>
          <w:marTop w:val="0"/>
          <w:marBottom w:val="0"/>
          <w:divBdr>
            <w:top w:val="none" w:sz="0" w:space="0" w:color="auto"/>
            <w:left w:val="none" w:sz="0" w:space="0" w:color="auto"/>
            <w:bottom w:val="none" w:sz="0" w:space="0" w:color="auto"/>
            <w:right w:val="none" w:sz="0" w:space="0" w:color="auto"/>
          </w:divBdr>
        </w:div>
        <w:div w:id="1885562683">
          <w:marLeft w:val="480"/>
          <w:marRight w:val="0"/>
          <w:marTop w:val="0"/>
          <w:marBottom w:val="0"/>
          <w:divBdr>
            <w:top w:val="none" w:sz="0" w:space="0" w:color="auto"/>
            <w:left w:val="none" w:sz="0" w:space="0" w:color="auto"/>
            <w:bottom w:val="none" w:sz="0" w:space="0" w:color="auto"/>
            <w:right w:val="none" w:sz="0" w:space="0" w:color="auto"/>
          </w:divBdr>
        </w:div>
        <w:div w:id="2068720704">
          <w:marLeft w:val="480"/>
          <w:marRight w:val="0"/>
          <w:marTop w:val="0"/>
          <w:marBottom w:val="0"/>
          <w:divBdr>
            <w:top w:val="none" w:sz="0" w:space="0" w:color="auto"/>
            <w:left w:val="none" w:sz="0" w:space="0" w:color="auto"/>
            <w:bottom w:val="none" w:sz="0" w:space="0" w:color="auto"/>
            <w:right w:val="none" w:sz="0" w:space="0" w:color="auto"/>
          </w:divBdr>
        </w:div>
        <w:div w:id="2134399993">
          <w:marLeft w:val="480"/>
          <w:marRight w:val="0"/>
          <w:marTop w:val="0"/>
          <w:marBottom w:val="0"/>
          <w:divBdr>
            <w:top w:val="none" w:sz="0" w:space="0" w:color="auto"/>
            <w:left w:val="none" w:sz="0" w:space="0" w:color="auto"/>
            <w:bottom w:val="none" w:sz="0" w:space="0" w:color="auto"/>
            <w:right w:val="none" w:sz="0" w:space="0" w:color="auto"/>
          </w:divBdr>
        </w:div>
        <w:div w:id="2139378142">
          <w:marLeft w:val="480"/>
          <w:marRight w:val="0"/>
          <w:marTop w:val="0"/>
          <w:marBottom w:val="0"/>
          <w:divBdr>
            <w:top w:val="none" w:sz="0" w:space="0" w:color="auto"/>
            <w:left w:val="none" w:sz="0" w:space="0" w:color="auto"/>
            <w:bottom w:val="none" w:sz="0" w:space="0" w:color="auto"/>
            <w:right w:val="none" w:sz="0" w:space="0" w:color="auto"/>
          </w:divBdr>
        </w:div>
      </w:divsChild>
    </w:div>
    <w:div w:id="968898511">
      <w:bodyDiv w:val="1"/>
      <w:marLeft w:val="0"/>
      <w:marRight w:val="0"/>
      <w:marTop w:val="0"/>
      <w:marBottom w:val="0"/>
      <w:divBdr>
        <w:top w:val="none" w:sz="0" w:space="0" w:color="auto"/>
        <w:left w:val="none" w:sz="0" w:space="0" w:color="auto"/>
        <w:bottom w:val="none" w:sz="0" w:space="0" w:color="auto"/>
        <w:right w:val="none" w:sz="0" w:space="0" w:color="auto"/>
      </w:divBdr>
    </w:div>
    <w:div w:id="969215262">
      <w:bodyDiv w:val="1"/>
      <w:marLeft w:val="0"/>
      <w:marRight w:val="0"/>
      <w:marTop w:val="0"/>
      <w:marBottom w:val="0"/>
      <w:divBdr>
        <w:top w:val="none" w:sz="0" w:space="0" w:color="auto"/>
        <w:left w:val="none" w:sz="0" w:space="0" w:color="auto"/>
        <w:bottom w:val="none" w:sz="0" w:space="0" w:color="auto"/>
        <w:right w:val="none" w:sz="0" w:space="0" w:color="auto"/>
      </w:divBdr>
    </w:div>
    <w:div w:id="969556698">
      <w:bodyDiv w:val="1"/>
      <w:marLeft w:val="0"/>
      <w:marRight w:val="0"/>
      <w:marTop w:val="0"/>
      <w:marBottom w:val="0"/>
      <w:divBdr>
        <w:top w:val="none" w:sz="0" w:space="0" w:color="auto"/>
        <w:left w:val="none" w:sz="0" w:space="0" w:color="auto"/>
        <w:bottom w:val="none" w:sz="0" w:space="0" w:color="auto"/>
        <w:right w:val="none" w:sz="0" w:space="0" w:color="auto"/>
      </w:divBdr>
    </w:div>
    <w:div w:id="970867675">
      <w:bodyDiv w:val="1"/>
      <w:marLeft w:val="0"/>
      <w:marRight w:val="0"/>
      <w:marTop w:val="0"/>
      <w:marBottom w:val="0"/>
      <w:divBdr>
        <w:top w:val="none" w:sz="0" w:space="0" w:color="auto"/>
        <w:left w:val="none" w:sz="0" w:space="0" w:color="auto"/>
        <w:bottom w:val="none" w:sz="0" w:space="0" w:color="auto"/>
        <w:right w:val="none" w:sz="0" w:space="0" w:color="auto"/>
      </w:divBdr>
    </w:div>
    <w:div w:id="971591035">
      <w:bodyDiv w:val="1"/>
      <w:marLeft w:val="0"/>
      <w:marRight w:val="0"/>
      <w:marTop w:val="0"/>
      <w:marBottom w:val="0"/>
      <w:divBdr>
        <w:top w:val="none" w:sz="0" w:space="0" w:color="auto"/>
        <w:left w:val="none" w:sz="0" w:space="0" w:color="auto"/>
        <w:bottom w:val="none" w:sz="0" w:space="0" w:color="auto"/>
        <w:right w:val="none" w:sz="0" w:space="0" w:color="auto"/>
      </w:divBdr>
    </w:div>
    <w:div w:id="972760097">
      <w:bodyDiv w:val="1"/>
      <w:marLeft w:val="0"/>
      <w:marRight w:val="0"/>
      <w:marTop w:val="0"/>
      <w:marBottom w:val="0"/>
      <w:divBdr>
        <w:top w:val="none" w:sz="0" w:space="0" w:color="auto"/>
        <w:left w:val="none" w:sz="0" w:space="0" w:color="auto"/>
        <w:bottom w:val="none" w:sz="0" w:space="0" w:color="auto"/>
        <w:right w:val="none" w:sz="0" w:space="0" w:color="auto"/>
      </w:divBdr>
      <w:divsChild>
        <w:div w:id="70010093">
          <w:marLeft w:val="480"/>
          <w:marRight w:val="0"/>
          <w:marTop w:val="0"/>
          <w:marBottom w:val="0"/>
          <w:divBdr>
            <w:top w:val="none" w:sz="0" w:space="0" w:color="auto"/>
            <w:left w:val="none" w:sz="0" w:space="0" w:color="auto"/>
            <w:bottom w:val="none" w:sz="0" w:space="0" w:color="auto"/>
            <w:right w:val="none" w:sz="0" w:space="0" w:color="auto"/>
          </w:divBdr>
        </w:div>
        <w:div w:id="282157166">
          <w:marLeft w:val="480"/>
          <w:marRight w:val="0"/>
          <w:marTop w:val="0"/>
          <w:marBottom w:val="0"/>
          <w:divBdr>
            <w:top w:val="none" w:sz="0" w:space="0" w:color="auto"/>
            <w:left w:val="none" w:sz="0" w:space="0" w:color="auto"/>
            <w:bottom w:val="none" w:sz="0" w:space="0" w:color="auto"/>
            <w:right w:val="none" w:sz="0" w:space="0" w:color="auto"/>
          </w:divBdr>
        </w:div>
        <w:div w:id="307245818">
          <w:marLeft w:val="480"/>
          <w:marRight w:val="0"/>
          <w:marTop w:val="0"/>
          <w:marBottom w:val="0"/>
          <w:divBdr>
            <w:top w:val="none" w:sz="0" w:space="0" w:color="auto"/>
            <w:left w:val="none" w:sz="0" w:space="0" w:color="auto"/>
            <w:bottom w:val="none" w:sz="0" w:space="0" w:color="auto"/>
            <w:right w:val="none" w:sz="0" w:space="0" w:color="auto"/>
          </w:divBdr>
        </w:div>
        <w:div w:id="331304227">
          <w:marLeft w:val="480"/>
          <w:marRight w:val="0"/>
          <w:marTop w:val="0"/>
          <w:marBottom w:val="0"/>
          <w:divBdr>
            <w:top w:val="none" w:sz="0" w:space="0" w:color="auto"/>
            <w:left w:val="none" w:sz="0" w:space="0" w:color="auto"/>
            <w:bottom w:val="none" w:sz="0" w:space="0" w:color="auto"/>
            <w:right w:val="none" w:sz="0" w:space="0" w:color="auto"/>
          </w:divBdr>
        </w:div>
        <w:div w:id="341977152">
          <w:marLeft w:val="480"/>
          <w:marRight w:val="0"/>
          <w:marTop w:val="0"/>
          <w:marBottom w:val="0"/>
          <w:divBdr>
            <w:top w:val="none" w:sz="0" w:space="0" w:color="auto"/>
            <w:left w:val="none" w:sz="0" w:space="0" w:color="auto"/>
            <w:bottom w:val="none" w:sz="0" w:space="0" w:color="auto"/>
            <w:right w:val="none" w:sz="0" w:space="0" w:color="auto"/>
          </w:divBdr>
        </w:div>
        <w:div w:id="352220737">
          <w:marLeft w:val="480"/>
          <w:marRight w:val="0"/>
          <w:marTop w:val="0"/>
          <w:marBottom w:val="0"/>
          <w:divBdr>
            <w:top w:val="none" w:sz="0" w:space="0" w:color="auto"/>
            <w:left w:val="none" w:sz="0" w:space="0" w:color="auto"/>
            <w:bottom w:val="none" w:sz="0" w:space="0" w:color="auto"/>
            <w:right w:val="none" w:sz="0" w:space="0" w:color="auto"/>
          </w:divBdr>
        </w:div>
        <w:div w:id="411120791">
          <w:marLeft w:val="480"/>
          <w:marRight w:val="0"/>
          <w:marTop w:val="0"/>
          <w:marBottom w:val="0"/>
          <w:divBdr>
            <w:top w:val="none" w:sz="0" w:space="0" w:color="auto"/>
            <w:left w:val="none" w:sz="0" w:space="0" w:color="auto"/>
            <w:bottom w:val="none" w:sz="0" w:space="0" w:color="auto"/>
            <w:right w:val="none" w:sz="0" w:space="0" w:color="auto"/>
          </w:divBdr>
        </w:div>
        <w:div w:id="556629670">
          <w:marLeft w:val="480"/>
          <w:marRight w:val="0"/>
          <w:marTop w:val="0"/>
          <w:marBottom w:val="0"/>
          <w:divBdr>
            <w:top w:val="none" w:sz="0" w:space="0" w:color="auto"/>
            <w:left w:val="none" w:sz="0" w:space="0" w:color="auto"/>
            <w:bottom w:val="none" w:sz="0" w:space="0" w:color="auto"/>
            <w:right w:val="none" w:sz="0" w:space="0" w:color="auto"/>
          </w:divBdr>
        </w:div>
        <w:div w:id="661275046">
          <w:marLeft w:val="480"/>
          <w:marRight w:val="0"/>
          <w:marTop w:val="0"/>
          <w:marBottom w:val="0"/>
          <w:divBdr>
            <w:top w:val="none" w:sz="0" w:space="0" w:color="auto"/>
            <w:left w:val="none" w:sz="0" w:space="0" w:color="auto"/>
            <w:bottom w:val="none" w:sz="0" w:space="0" w:color="auto"/>
            <w:right w:val="none" w:sz="0" w:space="0" w:color="auto"/>
          </w:divBdr>
        </w:div>
        <w:div w:id="680277026">
          <w:marLeft w:val="480"/>
          <w:marRight w:val="0"/>
          <w:marTop w:val="0"/>
          <w:marBottom w:val="0"/>
          <w:divBdr>
            <w:top w:val="none" w:sz="0" w:space="0" w:color="auto"/>
            <w:left w:val="none" w:sz="0" w:space="0" w:color="auto"/>
            <w:bottom w:val="none" w:sz="0" w:space="0" w:color="auto"/>
            <w:right w:val="none" w:sz="0" w:space="0" w:color="auto"/>
          </w:divBdr>
        </w:div>
        <w:div w:id="766582834">
          <w:marLeft w:val="480"/>
          <w:marRight w:val="0"/>
          <w:marTop w:val="0"/>
          <w:marBottom w:val="0"/>
          <w:divBdr>
            <w:top w:val="none" w:sz="0" w:space="0" w:color="auto"/>
            <w:left w:val="none" w:sz="0" w:space="0" w:color="auto"/>
            <w:bottom w:val="none" w:sz="0" w:space="0" w:color="auto"/>
            <w:right w:val="none" w:sz="0" w:space="0" w:color="auto"/>
          </w:divBdr>
        </w:div>
        <w:div w:id="805657569">
          <w:marLeft w:val="480"/>
          <w:marRight w:val="0"/>
          <w:marTop w:val="0"/>
          <w:marBottom w:val="0"/>
          <w:divBdr>
            <w:top w:val="none" w:sz="0" w:space="0" w:color="auto"/>
            <w:left w:val="none" w:sz="0" w:space="0" w:color="auto"/>
            <w:bottom w:val="none" w:sz="0" w:space="0" w:color="auto"/>
            <w:right w:val="none" w:sz="0" w:space="0" w:color="auto"/>
          </w:divBdr>
        </w:div>
        <w:div w:id="905729534">
          <w:marLeft w:val="480"/>
          <w:marRight w:val="0"/>
          <w:marTop w:val="0"/>
          <w:marBottom w:val="0"/>
          <w:divBdr>
            <w:top w:val="none" w:sz="0" w:space="0" w:color="auto"/>
            <w:left w:val="none" w:sz="0" w:space="0" w:color="auto"/>
            <w:bottom w:val="none" w:sz="0" w:space="0" w:color="auto"/>
            <w:right w:val="none" w:sz="0" w:space="0" w:color="auto"/>
          </w:divBdr>
        </w:div>
        <w:div w:id="928779331">
          <w:marLeft w:val="480"/>
          <w:marRight w:val="0"/>
          <w:marTop w:val="0"/>
          <w:marBottom w:val="0"/>
          <w:divBdr>
            <w:top w:val="none" w:sz="0" w:space="0" w:color="auto"/>
            <w:left w:val="none" w:sz="0" w:space="0" w:color="auto"/>
            <w:bottom w:val="none" w:sz="0" w:space="0" w:color="auto"/>
            <w:right w:val="none" w:sz="0" w:space="0" w:color="auto"/>
          </w:divBdr>
        </w:div>
        <w:div w:id="960111650">
          <w:marLeft w:val="480"/>
          <w:marRight w:val="0"/>
          <w:marTop w:val="0"/>
          <w:marBottom w:val="0"/>
          <w:divBdr>
            <w:top w:val="none" w:sz="0" w:space="0" w:color="auto"/>
            <w:left w:val="none" w:sz="0" w:space="0" w:color="auto"/>
            <w:bottom w:val="none" w:sz="0" w:space="0" w:color="auto"/>
            <w:right w:val="none" w:sz="0" w:space="0" w:color="auto"/>
          </w:divBdr>
        </w:div>
        <w:div w:id="997071568">
          <w:marLeft w:val="480"/>
          <w:marRight w:val="0"/>
          <w:marTop w:val="0"/>
          <w:marBottom w:val="0"/>
          <w:divBdr>
            <w:top w:val="none" w:sz="0" w:space="0" w:color="auto"/>
            <w:left w:val="none" w:sz="0" w:space="0" w:color="auto"/>
            <w:bottom w:val="none" w:sz="0" w:space="0" w:color="auto"/>
            <w:right w:val="none" w:sz="0" w:space="0" w:color="auto"/>
          </w:divBdr>
        </w:div>
        <w:div w:id="1003361044">
          <w:marLeft w:val="480"/>
          <w:marRight w:val="0"/>
          <w:marTop w:val="0"/>
          <w:marBottom w:val="0"/>
          <w:divBdr>
            <w:top w:val="none" w:sz="0" w:space="0" w:color="auto"/>
            <w:left w:val="none" w:sz="0" w:space="0" w:color="auto"/>
            <w:bottom w:val="none" w:sz="0" w:space="0" w:color="auto"/>
            <w:right w:val="none" w:sz="0" w:space="0" w:color="auto"/>
          </w:divBdr>
        </w:div>
        <w:div w:id="1080105920">
          <w:marLeft w:val="480"/>
          <w:marRight w:val="0"/>
          <w:marTop w:val="0"/>
          <w:marBottom w:val="0"/>
          <w:divBdr>
            <w:top w:val="none" w:sz="0" w:space="0" w:color="auto"/>
            <w:left w:val="none" w:sz="0" w:space="0" w:color="auto"/>
            <w:bottom w:val="none" w:sz="0" w:space="0" w:color="auto"/>
            <w:right w:val="none" w:sz="0" w:space="0" w:color="auto"/>
          </w:divBdr>
        </w:div>
        <w:div w:id="1109201479">
          <w:marLeft w:val="480"/>
          <w:marRight w:val="0"/>
          <w:marTop w:val="0"/>
          <w:marBottom w:val="0"/>
          <w:divBdr>
            <w:top w:val="none" w:sz="0" w:space="0" w:color="auto"/>
            <w:left w:val="none" w:sz="0" w:space="0" w:color="auto"/>
            <w:bottom w:val="none" w:sz="0" w:space="0" w:color="auto"/>
            <w:right w:val="none" w:sz="0" w:space="0" w:color="auto"/>
          </w:divBdr>
        </w:div>
        <w:div w:id="1201286867">
          <w:marLeft w:val="480"/>
          <w:marRight w:val="0"/>
          <w:marTop w:val="0"/>
          <w:marBottom w:val="0"/>
          <w:divBdr>
            <w:top w:val="none" w:sz="0" w:space="0" w:color="auto"/>
            <w:left w:val="none" w:sz="0" w:space="0" w:color="auto"/>
            <w:bottom w:val="none" w:sz="0" w:space="0" w:color="auto"/>
            <w:right w:val="none" w:sz="0" w:space="0" w:color="auto"/>
          </w:divBdr>
        </w:div>
        <w:div w:id="1228493037">
          <w:marLeft w:val="480"/>
          <w:marRight w:val="0"/>
          <w:marTop w:val="0"/>
          <w:marBottom w:val="0"/>
          <w:divBdr>
            <w:top w:val="none" w:sz="0" w:space="0" w:color="auto"/>
            <w:left w:val="none" w:sz="0" w:space="0" w:color="auto"/>
            <w:bottom w:val="none" w:sz="0" w:space="0" w:color="auto"/>
            <w:right w:val="none" w:sz="0" w:space="0" w:color="auto"/>
          </w:divBdr>
        </w:div>
        <w:div w:id="1234660546">
          <w:marLeft w:val="480"/>
          <w:marRight w:val="0"/>
          <w:marTop w:val="0"/>
          <w:marBottom w:val="0"/>
          <w:divBdr>
            <w:top w:val="none" w:sz="0" w:space="0" w:color="auto"/>
            <w:left w:val="none" w:sz="0" w:space="0" w:color="auto"/>
            <w:bottom w:val="none" w:sz="0" w:space="0" w:color="auto"/>
            <w:right w:val="none" w:sz="0" w:space="0" w:color="auto"/>
          </w:divBdr>
        </w:div>
        <w:div w:id="1246651404">
          <w:marLeft w:val="480"/>
          <w:marRight w:val="0"/>
          <w:marTop w:val="0"/>
          <w:marBottom w:val="0"/>
          <w:divBdr>
            <w:top w:val="none" w:sz="0" w:space="0" w:color="auto"/>
            <w:left w:val="none" w:sz="0" w:space="0" w:color="auto"/>
            <w:bottom w:val="none" w:sz="0" w:space="0" w:color="auto"/>
            <w:right w:val="none" w:sz="0" w:space="0" w:color="auto"/>
          </w:divBdr>
        </w:div>
        <w:div w:id="1335648760">
          <w:marLeft w:val="480"/>
          <w:marRight w:val="0"/>
          <w:marTop w:val="0"/>
          <w:marBottom w:val="0"/>
          <w:divBdr>
            <w:top w:val="none" w:sz="0" w:space="0" w:color="auto"/>
            <w:left w:val="none" w:sz="0" w:space="0" w:color="auto"/>
            <w:bottom w:val="none" w:sz="0" w:space="0" w:color="auto"/>
            <w:right w:val="none" w:sz="0" w:space="0" w:color="auto"/>
          </w:divBdr>
        </w:div>
        <w:div w:id="1455520252">
          <w:marLeft w:val="480"/>
          <w:marRight w:val="0"/>
          <w:marTop w:val="0"/>
          <w:marBottom w:val="0"/>
          <w:divBdr>
            <w:top w:val="none" w:sz="0" w:space="0" w:color="auto"/>
            <w:left w:val="none" w:sz="0" w:space="0" w:color="auto"/>
            <w:bottom w:val="none" w:sz="0" w:space="0" w:color="auto"/>
            <w:right w:val="none" w:sz="0" w:space="0" w:color="auto"/>
          </w:divBdr>
        </w:div>
        <w:div w:id="1499149406">
          <w:marLeft w:val="480"/>
          <w:marRight w:val="0"/>
          <w:marTop w:val="0"/>
          <w:marBottom w:val="0"/>
          <w:divBdr>
            <w:top w:val="none" w:sz="0" w:space="0" w:color="auto"/>
            <w:left w:val="none" w:sz="0" w:space="0" w:color="auto"/>
            <w:bottom w:val="none" w:sz="0" w:space="0" w:color="auto"/>
            <w:right w:val="none" w:sz="0" w:space="0" w:color="auto"/>
          </w:divBdr>
        </w:div>
        <w:div w:id="1512253566">
          <w:marLeft w:val="480"/>
          <w:marRight w:val="0"/>
          <w:marTop w:val="0"/>
          <w:marBottom w:val="0"/>
          <w:divBdr>
            <w:top w:val="none" w:sz="0" w:space="0" w:color="auto"/>
            <w:left w:val="none" w:sz="0" w:space="0" w:color="auto"/>
            <w:bottom w:val="none" w:sz="0" w:space="0" w:color="auto"/>
            <w:right w:val="none" w:sz="0" w:space="0" w:color="auto"/>
          </w:divBdr>
        </w:div>
        <w:div w:id="1517617806">
          <w:marLeft w:val="480"/>
          <w:marRight w:val="0"/>
          <w:marTop w:val="0"/>
          <w:marBottom w:val="0"/>
          <w:divBdr>
            <w:top w:val="none" w:sz="0" w:space="0" w:color="auto"/>
            <w:left w:val="none" w:sz="0" w:space="0" w:color="auto"/>
            <w:bottom w:val="none" w:sz="0" w:space="0" w:color="auto"/>
            <w:right w:val="none" w:sz="0" w:space="0" w:color="auto"/>
          </w:divBdr>
        </w:div>
        <w:div w:id="1560894505">
          <w:marLeft w:val="480"/>
          <w:marRight w:val="0"/>
          <w:marTop w:val="0"/>
          <w:marBottom w:val="0"/>
          <w:divBdr>
            <w:top w:val="none" w:sz="0" w:space="0" w:color="auto"/>
            <w:left w:val="none" w:sz="0" w:space="0" w:color="auto"/>
            <w:bottom w:val="none" w:sz="0" w:space="0" w:color="auto"/>
            <w:right w:val="none" w:sz="0" w:space="0" w:color="auto"/>
          </w:divBdr>
        </w:div>
        <w:div w:id="1575582435">
          <w:marLeft w:val="480"/>
          <w:marRight w:val="0"/>
          <w:marTop w:val="0"/>
          <w:marBottom w:val="0"/>
          <w:divBdr>
            <w:top w:val="none" w:sz="0" w:space="0" w:color="auto"/>
            <w:left w:val="none" w:sz="0" w:space="0" w:color="auto"/>
            <w:bottom w:val="none" w:sz="0" w:space="0" w:color="auto"/>
            <w:right w:val="none" w:sz="0" w:space="0" w:color="auto"/>
          </w:divBdr>
        </w:div>
        <w:div w:id="1646009067">
          <w:marLeft w:val="480"/>
          <w:marRight w:val="0"/>
          <w:marTop w:val="0"/>
          <w:marBottom w:val="0"/>
          <w:divBdr>
            <w:top w:val="none" w:sz="0" w:space="0" w:color="auto"/>
            <w:left w:val="none" w:sz="0" w:space="0" w:color="auto"/>
            <w:bottom w:val="none" w:sz="0" w:space="0" w:color="auto"/>
            <w:right w:val="none" w:sz="0" w:space="0" w:color="auto"/>
          </w:divBdr>
        </w:div>
        <w:div w:id="1668285591">
          <w:marLeft w:val="480"/>
          <w:marRight w:val="0"/>
          <w:marTop w:val="0"/>
          <w:marBottom w:val="0"/>
          <w:divBdr>
            <w:top w:val="none" w:sz="0" w:space="0" w:color="auto"/>
            <w:left w:val="none" w:sz="0" w:space="0" w:color="auto"/>
            <w:bottom w:val="none" w:sz="0" w:space="0" w:color="auto"/>
            <w:right w:val="none" w:sz="0" w:space="0" w:color="auto"/>
          </w:divBdr>
        </w:div>
        <w:div w:id="1778790030">
          <w:marLeft w:val="480"/>
          <w:marRight w:val="0"/>
          <w:marTop w:val="0"/>
          <w:marBottom w:val="0"/>
          <w:divBdr>
            <w:top w:val="none" w:sz="0" w:space="0" w:color="auto"/>
            <w:left w:val="none" w:sz="0" w:space="0" w:color="auto"/>
            <w:bottom w:val="none" w:sz="0" w:space="0" w:color="auto"/>
            <w:right w:val="none" w:sz="0" w:space="0" w:color="auto"/>
          </w:divBdr>
        </w:div>
        <w:div w:id="1786074046">
          <w:marLeft w:val="480"/>
          <w:marRight w:val="0"/>
          <w:marTop w:val="0"/>
          <w:marBottom w:val="0"/>
          <w:divBdr>
            <w:top w:val="none" w:sz="0" w:space="0" w:color="auto"/>
            <w:left w:val="none" w:sz="0" w:space="0" w:color="auto"/>
            <w:bottom w:val="none" w:sz="0" w:space="0" w:color="auto"/>
            <w:right w:val="none" w:sz="0" w:space="0" w:color="auto"/>
          </w:divBdr>
        </w:div>
        <w:div w:id="1925912530">
          <w:marLeft w:val="480"/>
          <w:marRight w:val="0"/>
          <w:marTop w:val="0"/>
          <w:marBottom w:val="0"/>
          <w:divBdr>
            <w:top w:val="none" w:sz="0" w:space="0" w:color="auto"/>
            <w:left w:val="none" w:sz="0" w:space="0" w:color="auto"/>
            <w:bottom w:val="none" w:sz="0" w:space="0" w:color="auto"/>
            <w:right w:val="none" w:sz="0" w:space="0" w:color="auto"/>
          </w:divBdr>
        </w:div>
        <w:div w:id="2136022729">
          <w:marLeft w:val="480"/>
          <w:marRight w:val="0"/>
          <w:marTop w:val="0"/>
          <w:marBottom w:val="0"/>
          <w:divBdr>
            <w:top w:val="none" w:sz="0" w:space="0" w:color="auto"/>
            <w:left w:val="none" w:sz="0" w:space="0" w:color="auto"/>
            <w:bottom w:val="none" w:sz="0" w:space="0" w:color="auto"/>
            <w:right w:val="none" w:sz="0" w:space="0" w:color="auto"/>
          </w:divBdr>
        </w:div>
        <w:div w:id="2139712570">
          <w:marLeft w:val="480"/>
          <w:marRight w:val="0"/>
          <w:marTop w:val="0"/>
          <w:marBottom w:val="0"/>
          <w:divBdr>
            <w:top w:val="none" w:sz="0" w:space="0" w:color="auto"/>
            <w:left w:val="none" w:sz="0" w:space="0" w:color="auto"/>
            <w:bottom w:val="none" w:sz="0" w:space="0" w:color="auto"/>
            <w:right w:val="none" w:sz="0" w:space="0" w:color="auto"/>
          </w:divBdr>
        </w:div>
      </w:divsChild>
    </w:div>
    <w:div w:id="975989285">
      <w:bodyDiv w:val="1"/>
      <w:marLeft w:val="0"/>
      <w:marRight w:val="0"/>
      <w:marTop w:val="0"/>
      <w:marBottom w:val="0"/>
      <w:divBdr>
        <w:top w:val="none" w:sz="0" w:space="0" w:color="auto"/>
        <w:left w:val="none" w:sz="0" w:space="0" w:color="auto"/>
        <w:bottom w:val="none" w:sz="0" w:space="0" w:color="auto"/>
        <w:right w:val="none" w:sz="0" w:space="0" w:color="auto"/>
      </w:divBdr>
    </w:div>
    <w:div w:id="976760013">
      <w:bodyDiv w:val="1"/>
      <w:marLeft w:val="0"/>
      <w:marRight w:val="0"/>
      <w:marTop w:val="0"/>
      <w:marBottom w:val="0"/>
      <w:divBdr>
        <w:top w:val="none" w:sz="0" w:space="0" w:color="auto"/>
        <w:left w:val="none" w:sz="0" w:space="0" w:color="auto"/>
        <w:bottom w:val="none" w:sz="0" w:space="0" w:color="auto"/>
        <w:right w:val="none" w:sz="0" w:space="0" w:color="auto"/>
      </w:divBdr>
    </w:div>
    <w:div w:id="979461990">
      <w:bodyDiv w:val="1"/>
      <w:marLeft w:val="0"/>
      <w:marRight w:val="0"/>
      <w:marTop w:val="0"/>
      <w:marBottom w:val="0"/>
      <w:divBdr>
        <w:top w:val="none" w:sz="0" w:space="0" w:color="auto"/>
        <w:left w:val="none" w:sz="0" w:space="0" w:color="auto"/>
        <w:bottom w:val="none" w:sz="0" w:space="0" w:color="auto"/>
        <w:right w:val="none" w:sz="0" w:space="0" w:color="auto"/>
      </w:divBdr>
    </w:div>
    <w:div w:id="980113780">
      <w:bodyDiv w:val="1"/>
      <w:marLeft w:val="0"/>
      <w:marRight w:val="0"/>
      <w:marTop w:val="0"/>
      <w:marBottom w:val="0"/>
      <w:divBdr>
        <w:top w:val="none" w:sz="0" w:space="0" w:color="auto"/>
        <w:left w:val="none" w:sz="0" w:space="0" w:color="auto"/>
        <w:bottom w:val="none" w:sz="0" w:space="0" w:color="auto"/>
        <w:right w:val="none" w:sz="0" w:space="0" w:color="auto"/>
      </w:divBdr>
    </w:div>
    <w:div w:id="982152071">
      <w:bodyDiv w:val="1"/>
      <w:marLeft w:val="0"/>
      <w:marRight w:val="0"/>
      <w:marTop w:val="0"/>
      <w:marBottom w:val="0"/>
      <w:divBdr>
        <w:top w:val="none" w:sz="0" w:space="0" w:color="auto"/>
        <w:left w:val="none" w:sz="0" w:space="0" w:color="auto"/>
        <w:bottom w:val="none" w:sz="0" w:space="0" w:color="auto"/>
        <w:right w:val="none" w:sz="0" w:space="0" w:color="auto"/>
      </w:divBdr>
    </w:div>
    <w:div w:id="983046583">
      <w:bodyDiv w:val="1"/>
      <w:marLeft w:val="0"/>
      <w:marRight w:val="0"/>
      <w:marTop w:val="0"/>
      <w:marBottom w:val="0"/>
      <w:divBdr>
        <w:top w:val="none" w:sz="0" w:space="0" w:color="auto"/>
        <w:left w:val="none" w:sz="0" w:space="0" w:color="auto"/>
        <w:bottom w:val="none" w:sz="0" w:space="0" w:color="auto"/>
        <w:right w:val="none" w:sz="0" w:space="0" w:color="auto"/>
      </w:divBdr>
    </w:div>
    <w:div w:id="988904020">
      <w:bodyDiv w:val="1"/>
      <w:marLeft w:val="0"/>
      <w:marRight w:val="0"/>
      <w:marTop w:val="0"/>
      <w:marBottom w:val="0"/>
      <w:divBdr>
        <w:top w:val="none" w:sz="0" w:space="0" w:color="auto"/>
        <w:left w:val="none" w:sz="0" w:space="0" w:color="auto"/>
        <w:bottom w:val="none" w:sz="0" w:space="0" w:color="auto"/>
        <w:right w:val="none" w:sz="0" w:space="0" w:color="auto"/>
      </w:divBdr>
      <w:divsChild>
        <w:div w:id="856577">
          <w:marLeft w:val="480"/>
          <w:marRight w:val="0"/>
          <w:marTop w:val="0"/>
          <w:marBottom w:val="0"/>
          <w:divBdr>
            <w:top w:val="none" w:sz="0" w:space="0" w:color="auto"/>
            <w:left w:val="none" w:sz="0" w:space="0" w:color="auto"/>
            <w:bottom w:val="none" w:sz="0" w:space="0" w:color="auto"/>
            <w:right w:val="none" w:sz="0" w:space="0" w:color="auto"/>
          </w:divBdr>
        </w:div>
        <w:div w:id="1974884">
          <w:marLeft w:val="480"/>
          <w:marRight w:val="0"/>
          <w:marTop w:val="0"/>
          <w:marBottom w:val="0"/>
          <w:divBdr>
            <w:top w:val="none" w:sz="0" w:space="0" w:color="auto"/>
            <w:left w:val="none" w:sz="0" w:space="0" w:color="auto"/>
            <w:bottom w:val="none" w:sz="0" w:space="0" w:color="auto"/>
            <w:right w:val="none" w:sz="0" w:space="0" w:color="auto"/>
          </w:divBdr>
        </w:div>
        <w:div w:id="78061354">
          <w:marLeft w:val="480"/>
          <w:marRight w:val="0"/>
          <w:marTop w:val="0"/>
          <w:marBottom w:val="0"/>
          <w:divBdr>
            <w:top w:val="none" w:sz="0" w:space="0" w:color="auto"/>
            <w:left w:val="none" w:sz="0" w:space="0" w:color="auto"/>
            <w:bottom w:val="none" w:sz="0" w:space="0" w:color="auto"/>
            <w:right w:val="none" w:sz="0" w:space="0" w:color="auto"/>
          </w:divBdr>
        </w:div>
        <w:div w:id="116418525">
          <w:marLeft w:val="480"/>
          <w:marRight w:val="0"/>
          <w:marTop w:val="0"/>
          <w:marBottom w:val="0"/>
          <w:divBdr>
            <w:top w:val="none" w:sz="0" w:space="0" w:color="auto"/>
            <w:left w:val="none" w:sz="0" w:space="0" w:color="auto"/>
            <w:bottom w:val="none" w:sz="0" w:space="0" w:color="auto"/>
            <w:right w:val="none" w:sz="0" w:space="0" w:color="auto"/>
          </w:divBdr>
        </w:div>
        <w:div w:id="130248374">
          <w:marLeft w:val="480"/>
          <w:marRight w:val="0"/>
          <w:marTop w:val="0"/>
          <w:marBottom w:val="0"/>
          <w:divBdr>
            <w:top w:val="none" w:sz="0" w:space="0" w:color="auto"/>
            <w:left w:val="none" w:sz="0" w:space="0" w:color="auto"/>
            <w:bottom w:val="none" w:sz="0" w:space="0" w:color="auto"/>
            <w:right w:val="none" w:sz="0" w:space="0" w:color="auto"/>
          </w:divBdr>
        </w:div>
        <w:div w:id="251285589">
          <w:marLeft w:val="480"/>
          <w:marRight w:val="0"/>
          <w:marTop w:val="0"/>
          <w:marBottom w:val="0"/>
          <w:divBdr>
            <w:top w:val="none" w:sz="0" w:space="0" w:color="auto"/>
            <w:left w:val="none" w:sz="0" w:space="0" w:color="auto"/>
            <w:bottom w:val="none" w:sz="0" w:space="0" w:color="auto"/>
            <w:right w:val="none" w:sz="0" w:space="0" w:color="auto"/>
          </w:divBdr>
        </w:div>
        <w:div w:id="432437553">
          <w:marLeft w:val="480"/>
          <w:marRight w:val="0"/>
          <w:marTop w:val="0"/>
          <w:marBottom w:val="0"/>
          <w:divBdr>
            <w:top w:val="none" w:sz="0" w:space="0" w:color="auto"/>
            <w:left w:val="none" w:sz="0" w:space="0" w:color="auto"/>
            <w:bottom w:val="none" w:sz="0" w:space="0" w:color="auto"/>
            <w:right w:val="none" w:sz="0" w:space="0" w:color="auto"/>
          </w:divBdr>
        </w:div>
        <w:div w:id="589773957">
          <w:marLeft w:val="480"/>
          <w:marRight w:val="0"/>
          <w:marTop w:val="0"/>
          <w:marBottom w:val="0"/>
          <w:divBdr>
            <w:top w:val="none" w:sz="0" w:space="0" w:color="auto"/>
            <w:left w:val="none" w:sz="0" w:space="0" w:color="auto"/>
            <w:bottom w:val="none" w:sz="0" w:space="0" w:color="auto"/>
            <w:right w:val="none" w:sz="0" w:space="0" w:color="auto"/>
          </w:divBdr>
        </w:div>
        <w:div w:id="600531128">
          <w:marLeft w:val="480"/>
          <w:marRight w:val="0"/>
          <w:marTop w:val="0"/>
          <w:marBottom w:val="0"/>
          <w:divBdr>
            <w:top w:val="none" w:sz="0" w:space="0" w:color="auto"/>
            <w:left w:val="none" w:sz="0" w:space="0" w:color="auto"/>
            <w:bottom w:val="none" w:sz="0" w:space="0" w:color="auto"/>
            <w:right w:val="none" w:sz="0" w:space="0" w:color="auto"/>
          </w:divBdr>
        </w:div>
        <w:div w:id="743377001">
          <w:marLeft w:val="480"/>
          <w:marRight w:val="0"/>
          <w:marTop w:val="0"/>
          <w:marBottom w:val="0"/>
          <w:divBdr>
            <w:top w:val="none" w:sz="0" w:space="0" w:color="auto"/>
            <w:left w:val="none" w:sz="0" w:space="0" w:color="auto"/>
            <w:bottom w:val="none" w:sz="0" w:space="0" w:color="auto"/>
            <w:right w:val="none" w:sz="0" w:space="0" w:color="auto"/>
          </w:divBdr>
        </w:div>
        <w:div w:id="823937055">
          <w:marLeft w:val="480"/>
          <w:marRight w:val="0"/>
          <w:marTop w:val="0"/>
          <w:marBottom w:val="0"/>
          <w:divBdr>
            <w:top w:val="none" w:sz="0" w:space="0" w:color="auto"/>
            <w:left w:val="none" w:sz="0" w:space="0" w:color="auto"/>
            <w:bottom w:val="none" w:sz="0" w:space="0" w:color="auto"/>
            <w:right w:val="none" w:sz="0" w:space="0" w:color="auto"/>
          </w:divBdr>
        </w:div>
        <w:div w:id="863403522">
          <w:marLeft w:val="480"/>
          <w:marRight w:val="0"/>
          <w:marTop w:val="0"/>
          <w:marBottom w:val="0"/>
          <w:divBdr>
            <w:top w:val="none" w:sz="0" w:space="0" w:color="auto"/>
            <w:left w:val="none" w:sz="0" w:space="0" w:color="auto"/>
            <w:bottom w:val="none" w:sz="0" w:space="0" w:color="auto"/>
            <w:right w:val="none" w:sz="0" w:space="0" w:color="auto"/>
          </w:divBdr>
        </w:div>
        <w:div w:id="903445399">
          <w:marLeft w:val="480"/>
          <w:marRight w:val="0"/>
          <w:marTop w:val="0"/>
          <w:marBottom w:val="0"/>
          <w:divBdr>
            <w:top w:val="none" w:sz="0" w:space="0" w:color="auto"/>
            <w:left w:val="none" w:sz="0" w:space="0" w:color="auto"/>
            <w:bottom w:val="none" w:sz="0" w:space="0" w:color="auto"/>
            <w:right w:val="none" w:sz="0" w:space="0" w:color="auto"/>
          </w:divBdr>
        </w:div>
        <w:div w:id="970135623">
          <w:marLeft w:val="480"/>
          <w:marRight w:val="0"/>
          <w:marTop w:val="0"/>
          <w:marBottom w:val="0"/>
          <w:divBdr>
            <w:top w:val="none" w:sz="0" w:space="0" w:color="auto"/>
            <w:left w:val="none" w:sz="0" w:space="0" w:color="auto"/>
            <w:bottom w:val="none" w:sz="0" w:space="0" w:color="auto"/>
            <w:right w:val="none" w:sz="0" w:space="0" w:color="auto"/>
          </w:divBdr>
        </w:div>
        <w:div w:id="996037915">
          <w:marLeft w:val="480"/>
          <w:marRight w:val="0"/>
          <w:marTop w:val="0"/>
          <w:marBottom w:val="0"/>
          <w:divBdr>
            <w:top w:val="none" w:sz="0" w:space="0" w:color="auto"/>
            <w:left w:val="none" w:sz="0" w:space="0" w:color="auto"/>
            <w:bottom w:val="none" w:sz="0" w:space="0" w:color="auto"/>
            <w:right w:val="none" w:sz="0" w:space="0" w:color="auto"/>
          </w:divBdr>
        </w:div>
        <w:div w:id="1028988021">
          <w:marLeft w:val="480"/>
          <w:marRight w:val="0"/>
          <w:marTop w:val="0"/>
          <w:marBottom w:val="0"/>
          <w:divBdr>
            <w:top w:val="none" w:sz="0" w:space="0" w:color="auto"/>
            <w:left w:val="none" w:sz="0" w:space="0" w:color="auto"/>
            <w:bottom w:val="none" w:sz="0" w:space="0" w:color="auto"/>
            <w:right w:val="none" w:sz="0" w:space="0" w:color="auto"/>
          </w:divBdr>
        </w:div>
        <w:div w:id="1178933362">
          <w:marLeft w:val="480"/>
          <w:marRight w:val="0"/>
          <w:marTop w:val="0"/>
          <w:marBottom w:val="0"/>
          <w:divBdr>
            <w:top w:val="none" w:sz="0" w:space="0" w:color="auto"/>
            <w:left w:val="none" w:sz="0" w:space="0" w:color="auto"/>
            <w:bottom w:val="none" w:sz="0" w:space="0" w:color="auto"/>
            <w:right w:val="none" w:sz="0" w:space="0" w:color="auto"/>
          </w:divBdr>
        </w:div>
        <w:div w:id="1286345915">
          <w:marLeft w:val="480"/>
          <w:marRight w:val="0"/>
          <w:marTop w:val="0"/>
          <w:marBottom w:val="0"/>
          <w:divBdr>
            <w:top w:val="none" w:sz="0" w:space="0" w:color="auto"/>
            <w:left w:val="none" w:sz="0" w:space="0" w:color="auto"/>
            <w:bottom w:val="none" w:sz="0" w:space="0" w:color="auto"/>
            <w:right w:val="none" w:sz="0" w:space="0" w:color="auto"/>
          </w:divBdr>
        </w:div>
        <w:div w:id="1487281906">
          <w:marLeft w:val="480"/>
          <w:marRight w:val="0"/>
          <w:marTop w:val="0"/>
          <w:marBottom w:val="0"/>
          <w:divBdr>
            <w:top w:val="none" w:sz="0" w:space="0" w:color="auto"/>
            <w:left w:val="none" w:sz="0" w:space="0" w:color="auto"/>
            <w:bottom w:val="none" w:sz="0" w:space="0" w:color="auto"/>
            <w:right w:val="none" w:sz="0" w:space="0" w:color="auto"/>
          </w:divBdr>
        </w:div>
        <w:div w:id="1509445966">
          <w:marLeft w:val="480"/>
          <w:marRight w:val="0"/>
          <w:marTop w:val="0"/>
          <w:marBottom w:val="0"/>
          <w:divBdr>
            <w:top w:val="none" w:sz="0" w:space="0" w:color="auto"/>
            <w:left w:val="none" w:sz="0" w:space="0" w:color="auto"/>
            <w:bottom w:val="none" w:sz="0" w:space="0" w:color="auto"/>
            <w:right w:val="none" w:sz="0" w:space="0" w:color="auto"/>
          </w:divBdr>
        </w:div>
        <w:div w:id="1540631286">
          <w:marLeft w:val="480"/>
          <w:marRight w:val="0"/>
          <w:marTop w:val="0"/>
          <w:marBottom w:val="0"/>
          <w:divBdr>
            <w:top w:val="none" w:sz="0" w:space="0" w:color="auto"/>
            <w:left w:val="none" w:sz="0" w:space="0" w:color="auto"/>
            <w:bottom w:val="none" w:sz="0" w:space="0" w:color="auto"/>
            <w:right w:val="none" w:sz="0" w:space="0" w:color="auto"/>
          </w:divBdr>
        </w:div>
        <w:div w:id="1570654218">
          <w:marLeft w:val="480"/>
          <w:marRight w:val="0"/>
          <w:marTop w:val="0"/>
          <w:marBottom w:val="0"/>
          <w:divBdr>
            <w:top w:val="none" w:sz="0" w:space="0" w:color="auto"/>
            <w:left w:val="none" w:sz="0" w:space="0" w:color="auto"/>
            <w:bottom w:val="none" w:sz="0" w:space="0" w:color="auto"/>
            <w:right w:val="none" w:sz="0" w:space="0" w:color="auto"/>
          </w:divBdr>
        </w:div>
        <w:div w:id="1576817746">
          <w:marLeft w:val="480"/>
          <w:marRight w:val="0"/>
          <w:marTop w:val="0"/>
          <w:marBottom w:val="0"/>
          <w:divBdr>
            <w:top w:val="none" w:sz="0" w:space="0" w:color="auto"/>
            <w:left w:val="none" w:sz="0" w:space="0" w:color="auto"/>
            <w:bottom w:val="none" w:sz="0" w:space="0" w:color="auto"/>
            <w:right w:val="none" w:sz="0" w:space="0" w:color="auto"/>
          </w:divBdr>
        </w:div>
        <w:div w:id="1603957161">
          <w:marLeft w:val="480"/>
          <w:marRight w:val="0"/>
          <w:marTop w:val="0"/>
          <w:marBottom w:val="0"/>
          <w:divBdr>
            <w:top w:val="none" w:sz="0" w:space="0" w:color="auto"/>
            <w:left w:val="none" w:sz="0" w:space="0" w:color="auto"/>
            <w:bottom w:val="none" w:sz="0" w:space="0" w:color="auto"/>
            <w:right w:val="none" w:sz="0" w:space="0" w:color="auto"/>
          </w:divBdr>
        </w:div>
        <w:div w:id="1651324043">
          <w:marLeft w:val="480"/>
          <w:marRight w:val="0"/>
          <w:marTop w:val="0"/>
          <w:marBottom w:val="0"/>
          <w:divBdr>
            <w:top w:val="none" w:sz="0" w:space="0" w:color="auto"/>
            <w:left w:val="none" w:sz="0" w:space="0" w:color="auto"/>
            <w:bottom w:val="none" w:sz="0" w:space="0" w:color="auto"/>
            <w:right w:val="none" w:sz="0" w:space="0" w:color="auto"/>
          </w:divBdr>
        </w:div>
        <w:div w:id="1690452957">
          <w:marLeft w:val="480"/>
          <w:marRight w:val="0"/>
          <w:marTop w:val="0"/>
          <w:marBottom w:val="0"/>
          <w:divBdr>
            <w:top w:val="none" w:sz="0" w:space="0" w:color="auto"/>
            <w:left w:val="none" w:sz="0" w:space="0" w:color="auto"/>
            <w:bottom w:val="none" w:sz="0" w:space="0" w:color="auto"/>
            <w:right w:val="none" w:sz="0" w:space="0" w:color="auto"/>
          </w:divBdr>
        </w:div>
        <w:div w:id="1795371278">
          <w:marLeft w:val="480"/>
          <w:marRight w:val="0"/>
          <w:marTop w:val="0"/>
          <w:marBottom w:val="0"/>
          <w:divBdr>
            <w:top w:val="none" w:sz="0" w:space="0" w:color="auto"/>
            <w:left w:val="none" w:sz="0" w:space="0" w:color="auto"/>
            <w:bottom w:val="none" w:sz="0" w:space="0" w:color="auto"/>
            <w:right w:val="none" w:sz="0" w:space="0" w:color="auto"/>
          </w:divBdr>
        </w:div>
        <w:div w:id="1801924064">
          <w:marLeft w:val="480"/>
          <w:marRight w:val="0"/>
          <w:marTop w:val="0"/>
          <w:marBottom w:val="0"/>
          <w:divBdr>
            <w:top w:val="none" w:sz="0" w:space="0" w:color="auto"/>
            <w:left w:val="none" w:sz="0" w:space="0" w:color="auto"/>
            <w:bottom w:val="none" w:sz="0" w:space="0" w:color="auto"/>
            <w:right w:val="none" w:sz="0" w:space="0" w:color="auto"/>
          </w:divBdr>
        </w:div>
        <w:div w:id="1832135377">
          <w:marLeft w:val="480"/>
          <w:marRight w:val="0"/>
          <w:marTop w:val="0"/>
          <w:marBottom w:val="0"/>
          <w:divBdr>
            <w:top w:val="none" w:sz="0" w:space="0" w:color="auto"/>
            <w:left w:val="none" w:sz="0" w:space="0" w:color="auto"/>
            <w:bottom w:val="none" w:sz="0" w:space="0" w:color="auto"/>
            <w:right w:val="none" w:sz="0" w:space="0" w:color="auto"/>
          </w:divBdr>
        </w:div>
        <w:div w:id="1834180844">
          <w:marLeft w:val="480"/>
          <w:marRight w:val="0"/>
          <w:marTop w:val="0"/>
          <w:marBottom w:val="0"/>
          <w:divBdr>
            <w:top w:val="none" w:sz="0" w:space="0" w:color="auto"/>
            <w:left w:val="none" w:sz="0" w:space="0" w:color="auto"/>
            <w:bottom w:val="none" w:sz="0" w:space="0" w:color="auto"/>
            <w:right w:val="none" w:sz="0" w:space="0" w:color="auto"/>
          </w:divBdr>
        </w:div>
        <w:div w:id="1845240730">
          <w:marLeft w:val="480"/>
          <w:marRight w:val="0"/>
          <w:marTop w:val="0"/>
          <w:marBottom w:val="0"/>
          <w:divBdr>
            <w:top w:val="none" w:sz="0" w:space="0" w:color="auto"/>
            <w:left w:val="none" w:sz="0" w:space="0" w:color="auto"/>
            <w:bottom w:val="none" w:sz="0" w:space="0" w:color="auto"/>
            <w:right w:val="none" w:sz="0" w:space="0" w:color="auto"/>
          </w:divBdr>
        </w:div>
        <w:div w:id="1895921268">
          <w:marLeft w:val="480"/>
          <w:marRight w:val="0"/>
          <w:marTop w:val="0"/>
          <w:marBottom w:val="0"/>
          <w:divBdr>
            <w:top w:val="none" w:sz="0" w:space="0" w:color="auto"/>
            <w:left w:val="none" w:sz="0" w:space="0" w:color="auto"/>
            <w:bottom w:val="none" w:sz="0" w:space="0" w:color="auto"/>
            <w:right w:val="none" w:sz="0" w:space="0" w:color="auto"/>
          </w:divBdr>
        </w:div>
        <w:div w:id="1970283682">
          <w:marLeft w:val="480"/>
          <w:marRight w:val="0"/>
          <w:marTop w:val="0"/>
          <w:marBottom w:val="0"/>
          <w:divBdr>
            <w:top w:val="none" w:sz="0" w:space="0" w:color="auto"/>
            <w:left w:val="none" w:sz="0" w:space="0" w:color="auto"/>
            <w:bottom w:val="none" w:sz="0" w:space="0" w:color="auto"/>
            <w:right w:val="none" w:sz="0" w:space="0" w:color="auto"/>
          </w:divBdr>
        </w:div>
        <w:div w:id="1993556349">
          <w:marLeft w:val="480"/>
          <w:marRight w:val="0"/>
          <w:marTop w:val="0"/>
          <w:marBottom w:val="0"/>
          <w:divBdr>
            <w:top w:val="none" w:sz="0" w:space="0" w:color="auto"/>
            <w:left w:val="none" w:sz="0" w:space="0" w:color="auto"/>
            <w:bottom w:val="none" w:sz="0" w:space="0" w:color="auto"/>
            <w:right w:val="none" w:sz="0" w:space="0" w:color="auto"/>
          </w:divBdr>
        </w:div>
        <w:div w:id="2085642157">
          <w:marLeft w:val="480"/>
          <w:marRight w:val="0"/>
          <w:marTop w:val="0"/>
          <w:marBottom w:val="0"/>
          <w:divBdr>
            <w:top w:val="none" w:sz="0" w:space="0" w:color="auto"/>
            <w:left w:val="none" w:sz="0" w:space="0" w:color="auto"/>
            <w:bottom w:val="none" w:sz="0" w:space="0" w:color="auto"/>
            <w:right w:val="none" w:sz="0" w:space="0" w:color="auto"/>
          </w:divBdr>
        </w:div>
        <w:div w:id="2102989602">
          <w:marLeft w:val="480"/>
          <w:marRight w:val="0"/>
          <w:marTop w:val="0"/>
          <w:marBottom w:val="0"/>
          <w:divBdr>
            <w:top w:val="none" w:sz="0" w:space="0" w:color="auto"/>
            <w:left w:val="none" w:sz="0" w:space="0" w:color="auto"/>
            <w:bottom w:val="none" w:sz="0" w:space="0" w:color="auto"/>
            <w:right w:val="none" w:sz="0" w:space="0" w:color="auto"/>
          </w:divBdr>
        </w:div>
        <w:div w:id="2134513926">
          <w:marLeft w:val="480"/>
          <w:marRight w:val="0"/>
          <w:marTop w:val="0"/>
          <w:marBottom w:val="0"/>
          <w:divBdr>
            <w:top w:val="none" w:sz="0" w:space="0" w:color="auto"/>
            <w:left w:val="none" w:sz="0" w:space="0" w:color="auto"/>
            <w:bottom w:val="none" w:sz="0" w:space="0" w:color="auto"/>
            <w:right w:val="none" w:sz="0" w:space="0" w:color="auto"/>
          </w:divBdr>
        </w:div>
      </w:divsChild>
    </w:div>
    <w:div w:id="989556308">
      <w:bodyDiv w:val="1"/>
      <w:marLeft w:val="0"/>
      <w:marRight w:val="0"/>
      <w:marTop w:val="0"/>
      <w:marBottom w:val="0"/>
      <w:divBdr>
        <w:top w:val="none" w:sz="0" w:space="0" w:color="auto"/>
        <w:left w:val="none" w:sz="0" w:space="0" w:color="auto"/>
        <w:bottom w:val="none" w:sz="0" w:space="0" w:color="auto"/>
        <w:right w:val="none" w:sz="0" w:space="0" w:color="auto"/>
      </w:divBdr>
    </w:div>
    <w:div w:id="991324556">
      <w:bodyDiv w:val="1"/>
      <w:marLeft w:val="0"/>
      <w:marRight w:val="0"/>
      <w:marTop w:val="0"/>
      <w:marBottom w:val="0"/>
      <w:divBdr>
        <w:top w:val="none" w:sz="0" w:space="0" w:color="auto"/>
        <w:left w:val="none" w:sz="0" w:space="0" w:color="auto"/>
        <w:bottom w:val="none" w:sz="0" w:space="0" w:color="auto"/>
        <w:right w:val="none" w:sz="0" w:space="0" w:color="auto"/>
      </w:divBdr>
    </w:div>
    <w:div w:id="991447576">
      <w:bodyDiv w:val="1"/>
      <w:marLeft w:val="0"/>
      <w:marRight w:val="0"/>
      <w:marTop w:val="0"/>
      <w:marBottom w:val="0"/>
      <w:divBdr>
        <w:top w:val="none" w:sz="0" w:space="0" w:color="auto"/>
        <w:left w:val="none" w:sz="0" w:space="0" w:color="auto"/>
        <w:bottom w:val="none" w:sz="0" w:space="0" w:color="auto"/>
        <w:right w:val="none" w:sz="0" w:space="0" w:color="auto"/>
      </w:divBdr>
    </w:div>
    <w:div w:id="992948403">
      <w:bodyDiv w:val="1"/>
      <w:marLeft w:val="0"/>
      <w:marRight w:val="0"/>
      <w:marTop w:val="0"/>
      <w:marBottom w:val="0"/>
      <w:divBdr>
        <w:top w:val="none" w:sz="0" w:space="0" w:color="auto"/>
        <w:left w:val="none" w:sz="0" w:space="0" w:color="auto"/>
        <w:bottom w:val="none" w:sz="0" w:space="0" w:color="auto"/>
        <w:right w:val="none" w:sz="0" w:space="0" w:color="auto"/>
      </w:divBdr>
    </w:div>
    <w:div w:id="993413671">
      <w:bodyDiv w:val="1"/>
      <w:marLeft w:val="0"/>
      <w:marRight w:val="0"/>
      <w:marTop w:val="0"/>
      <w:marBottom w:val="0"/>
      <w:divBdr>
        <w:top w:val="none" w:sz="0" w:space="0" w:color="auto"/>
        <w:left w:val="none" w:sz="0" w:space="0" w:color="auto"/>
        <w:bottom w:val="none" w:sz="0" w:space="0" w:color="auto"/>
        <w:right w:val="none" w:sz="0" w:space="0" w:color="auto"/>
      </w:divBdr>
    </w:div>
    <w:div w:id="994454923">
      <w:bodyDiv w:val="1"/>
      <w:marLeft w:val="0"/>
      <w:marRight w:val="0"/>
      <w:marTop w:val="0"/>
      <w:marBottom w:val="0"/>
      <w:divBdr>
        <w:top w:val="none" w:sz="0" w:space="0" w:color="auto"/>
        <w:left w:val="none" w:sz="0" w:space="0" w:color="auto"/>
        <w:bottom w:val="none" w:sz="0" w:space="0" w:color="auto"/>
        <w:right w:val="none" w:sz="0" w:space="0" w:color="auto"/>
      </w:divBdr>
      <w:divsChild>
        <w:div w:id="3749599">
          <w:marLeft w:val="480"/>
          <w:marRight w:val="0"/>
          <w:marTop w:val="0"/>
          <w:marBottom w:val="0"/>
          <w:divBdr>
            <w:top w:val="none" w:sz="0" w:space="0" w:color="auto"/>
            <w:left w:val="none" w:sz="0" w:space="0" w:color="auto"/>
            <w:bottom w:val="none" w:sz="0" w:space="0" w:color="auto"/>
            <w:right w:val="none" w:sz="0" w:space="0" w:color="auto"/>
          </w:divBdr>
        </w:div>
        <w:div w:id="37516312">
          <w:marLeft w:val="480"/>
          <w:marRight w:val="0"/>
          <w:marTop w:val="0"/>
          <w:marBottom w:val="0"/>
          <w:divBdr>
            <w:top w:val="none" w:sz="0" w:space="0" w:color="auto"/>
            <w:left w:val="none" w:sz="0" w:space="0" w:color="auto"/>
            <w:bottom w:val="none" w:sz="0" w:space="0" w:color="auto"/>
            <w:right w:val="none" w:sz="0" w:space="0" w:color="auto"/>
          </w:divBdr>
        </w:div>
        <w:div w:id="95907210">
          <w:marLeft w:val="480"/>
          <w:marRight w:val="0"/>
          <w:marTop w:val="0"/>
          <w:marBottom w:val="0"/>
          <w:divBdr>
            <w:top w:val="none" w:sz="0" w:space="0" w:color="auto"/>
            <w:left w:val="none" w:sz="0" w:space="0" w:color="auto"/>
            <w:bottom w:val="none" w:sz="0" w:space="0" w:color="auto"/>
            <w:right w:val="none" w:sz="0" w:space="0" w:color="auto"/>
          </w:divBdr>
        </w:div>
        <w:div w:id="119107384">
          <w:marLeft w:val="480"/>
          <w:marRight w:val="0"/>
          <w:marTop w:val="0"/>
          <w:marBottom w:val="0"/>
          <w:divBdr>
            <w:top w:val="none" w:sz="0" w:space="0" w:color="auto"/>
            <w:left w:val="none" w:sz="0" w:space="0" w:color="auto"/>
            <w:bottom w:val="none" w:sz="0" w:space="0" w:color="auto"/>
            <w:right w:val="none" w:sz="0" w:space="0" w:color="auto"/>
          </w:divBdr>
        </w:div>
        <w:div w:id="276450767">
          <w:marLeft w:val="480"/>
          <w:marRight w:val="0"/>
          <w:marTop w:val="0"/>
          <w:marBottom w:val="0"/>
          <w:divBdr>
            <w:top w:val="none" w:sz="0" w:space="0" w:color="auto"/>
            <w:left w:val="none" w:sz="0" w:space="0" w:color="auto"/>
            <w:bottom w:val="none" w:sz="0" w:space="0" w:color="auto"/>
            <w:right w:val="none" w:sz="0" w:space="0" w:color="auto"/>
          </w:divBdr>
        </w:div>
        <w:div w:id="285350760">
          <w:marLeft w:val="480"/>
          <w:marRight w:val="0"/>
          <w:marTop w:val="0"/>
          <w:marBottom w:val="0"/>
          <w:divBdr>
            <w:top w:val="none" w:sz="0" w:space="0" w:color="auto"/>
            <w:left w:val="none" w:sz="0" w:space="0" w:color="auto"/>
            <w:bottom w:val="none" w:sz="0" w:space="0" w:color="auto"/>
            <w:right w:val="none" w:sz="0" w:space="0" w:color="auto"/>
          </w:divBdr>
        </w:div>
        <w:div w:id="318001589">
          <w:marLeft w:val="480"/>
          <w:marRight w:val="0"/>
          <w:marTop w:val="0"/>
          <w:marBottom w:val="0"/>
          <w:divBdr>
            <w:top w:val="none" w:sz="0" w:space="0" w:color="auto"/>
            <w:left w:val="none" w:sz="0" w:space="0" w:color="auto"/>
            <w:bottom w:val="none" w:sz="0" w:space="0" w:color="auto"/>
            <w:right w:val="none" w:sz="0" w:space="0" w:color="auto"/>
          </w:divBdr>
        </w:div>
        <w:div w:id="337001417">
          <w:marLeft w:val="480"/>
          <w:marRight w:val="0"/>
          <w:marTop w:val="0"/>
          <w:marBottom w:val="0"/>
          <w:divBdr>
            <w:top w:val="none" w:sz="0" w:space="0" w:color="auto"/>
            <w:left w:val="none" w:sz="0" w:space="0" w:color="auto"/>
            <w:bottom w:val="none" w:sz="0" w:space="0" w:color="auto"/>
            <w:right w:val="none" w:sz="0" w:space="0" w:color="auto"/>
          </w:divBdr>
        </w:div>
        <w:div w:id="426537017">
          <w:marLeft w:val="480"/>
          <w:marRight w:val="0"/>
          <w:marTop w:val="0"/>
          <w:marBottom w:val="0"/>
          <w:divBdr>
            <w:top w:val="none" w:sz="0" w:space="0" w:color="auto"/>
            <w:left w:val="none" w:sz="0" w:space="0" w:color="auto"/>
            <w:bottom w:val="none" w:sz="0" w:space="0" w:color="auto"/>
            <w:right w:val="none" w:sz="0" w:space="0" w:color="auto"/>
          </w:divBdr>
        </w:div>
        <w:div w:id="506946722">
          <w:marLeft w:val="480"/>
          <w:marRight w:val="0"/>
          <w:marTop w:val="0"/>
          <w:marBottom w:val="0"/>
          <w:divBdr>
            <w:top w:val="none" w:sz="0" w:space="0" w:color="auto"/>
            <w:left w:val="none" w:sz="0" w:space="0" w:color="auto"/>
            <w:bottom w:val="none" w:sz="0" w:space="0" w:color="auto"/>
            <w:right w:val="none" w:sz="0" w:space="0" w:color="auto"/>
          </w:divBdr>
        </w:div>
        <w:div w:id="528837930">
          <w:marLeft w:val="480"/>
          <w:marRight w:val="0"/>
          <w:marTop w:val="0"/>
          <w:marBottom w:val="0"/>
          <w:divBdr>
            <w:top w:val="none" w:sz="0" w:space="0" w:color="auto"/>
            <w:left w:val="none" w:sz="0" w:space="0" w:color="auto"/>
            <w:bottom w:val="none" w:sz="0" w:space="0" w:color="auto"/>
            <w:right w:val="none" w:sz="0" w:space="0" w:color="auto"/>
          </w:divBdr>
        </w:div>
        <w:div w:id="540556520">
          <w:marLeft w:val="480"/>
          <w:marRight w:val="0"/>
          <w:marTop w:val="0"/>
          <w:marBottom w:val="0"/>
          <w:divBdr>
            <w:top w:val="none" w:sz="0" w:space="0" w:color="auto"/>
            <w:left w:val="none" w:sz="0" w:space="0" w:color="auto"/>
            <w:bottom w:val="none" w:sz="0" w:space="0" w:color="auto"/>
            <w:right w:val="none" w:sz="0" w:space="0" w:color="auto"/>
          </w:divBdr>
        </w:div>
        <w:div w:id="735132702">
          <w:marLeft w:val="480"/>
          <w:marRight w:val="0"/>
          <w:marTop w:val="0"/>
          <w:marBottom w:val="0"/>
          <w:divBdr>
            <w:top w:val="none" w:sz="0" w:space="0" w:color="auto"/>
            <w:left w:val="none" w:sz="0" w:space="0" w:color="auto"/>
            <w:bottom w:val="none" w:sz="0" w:space="0" w:color="auto"/>
            <w:right w:val="none" w:sz="0" w:space="0" w:color="auto"/>
          </w:divBdr>
        </w:div>
        <w:div w:id="763384918">
          <w:marLeft w:val="480"/>
          <w:marRight w:val="0"/>
          <w:marTop w:val="0"/>
          <w:marBottom w:val="0"/>
          <w:divBdr>
            <w:top w:val="none" w:sz="0" w:space="0" w:color="auto"/>
            <w:left w:val="none" w:sz="0" w:space="0" w:color="auto"/>
            <w:bottom w:val="none" w:sz="0" w:space="0" w:color="auto"/>
            <w:right w:val="none" w:sz="0" w:space="0" w:color="auto"/>
          </w:divBdr>
        </w:div>
        <w:div w:id="771239063">
          <w:marLeft w:val="480"/>
          <w:marRight w:val="0"/>
          <w:marTop w:val="0"/>
          <w:marBottom w:val="0"/>
          <w:divBdr>
            <w:top w:val="none" w:sz="0" w:space="0" w:color="auto"/>
            <w:left w:val="none" w:sz="0" w:space="0" w:color="auto"/>
            <w:bottom w:val="none" w:sz="0" w:space="0" w:color="auto"/>
            <w:right w:val="none" w:sz="0" w:space="0" w:color="auto"/>
          </w:divBdr>
        </w:div>
        <w:div w:id="926305609">
          <w:marLeft w:val="480"/>
          <w:marRight w:val="0"/>
          <w:marTop w:val="0"/>
          <w:marBottom w:val="0"/>
          <w:divBdr>
            <w:top w:val="none" w:sz="0" w:space="0" w:color="auto"/>
            <w:left w:val="none" w:sz="0" w:space="0" w:color="auto"/>
            <w:bottom w:val="none" w:sz="0" w:space="0" w:color="auto"/>
            <w:right w:val="none" w:sz="0" w:space="0" w:color="auto"/>
          </w:divBdr>
        </w:div>
        <w:div w:id="986979515">
          <w:marLeft w:val="480"/>
          <w:marRight w:val="0"/>
          <w:marTop w:val="0"/>
          <w:marBottom w:val="0"/>
          <w:divBdr>
            <w:top w:val="none" w:sz="0" w:space="0" w:color="auto"/>
            <w:left w:val="none" w:sz="0" w:space="0" w:color="auto"/>
            <w:bottom w:val="none" w:sz="0" w:space="0" w:color="auto"/>
            <w:right w:val="none" w:sz="0" w:space="0" w:color="auto"/>
          </w:divBdr>
        </w:div>
        <w:div w:id="1068650537">
          <w:marLeft w:val="480"/>
          <w:marRight w:val="0"/>
          <w:marTop w:val="0"/>
          <w:marBottom w:val="0"/>
          <w:divBdr>
            <w:top w:val="none" w:sz="0" w:space="0" w:color="auto"/>
            <w:left w:val="none" w:sz="0" w:space="0" w:color="auto"/>
            <w:bottom w:val="none" w:sz="0" w:space="0" w:color="auto"/>
            <w:right w:val="none" w:sz="0" w:space="0" w:color="auto"/>
          </w:divBdr>
        </w:div>
        <w:div w:id="1081564636">
          <w:marLeft w:val="480"/>
          <w:marRight w:val="0"/>
          <w:marTop w:val="0"/>
          <w:marBottom w:val="0"/>
          <w:divBdr>
            <w:top w:val="none" w:sz="0" w:space="0" w:color="auto"/>
            <w:left w:val="none" w:sz="0" w:space="0" w:color="auto"/>
            <w:bottom w:val="none" w:sz="0" w:space="0" w:color="auto"/>
            <w:right w:val="none" w:sz="0" w:space="0" w:color="auto"/>
          </w:divBdr>
        </w:div>
        <w:div w:id="1150555117">
          <w:marLeft w:val="480"/>
          <w:marRight w:val="0"/>
          <w:marTop w:val="0"/>
          <w:marBottom w:val="0"/>
          <w:divBdr>
            <w:top w:val="none" w:sz="0" w:space="0" w:color="auto"/>
            <w:left w:val="none" w:sz="0" w:space="0" w:color="auto"/>
            <w:bottom w:val="none" w:sz="0" w:space="0" w:color="auto"/>
            <w:right w:val="none" w:sz="0" w:space="0" w:color="auto"/>
          </w:divBdr>
        </w:div>
        <w:div w:id="1200360287">
          <w:marLeft w:val="480"/>
          <w:marRight w:val="0"/>
          <w:marTop w:val="0"/>
          <w:marBottom w:val="0"/>
          <w:divBdr>
            <w:top w:val="none" w:sz="0" w:space="0" w:color="auto"/>
            <w:left w:val="none" w:sz="0" w:space="0" w:color="auto"/>
            <w:bottom w:val="none" w:sz="0" w:space="0" w:color="auto"/>
            <w:right w:val="none" w:sz="0" w:space="0" w:color="auto"/>
          </w:divBdr>
        </w:div>
        <w:div w:id="1262179937">
          <w:marLeft w:val="480"/>
          <w:marRight w:val="0"/>
          <w:marTop w:val="0"/>
          <w:marBottom w:val="0"/>
          <w:divBdr>
            <w:top w:val="none" w:sz="0" w:space="0" w:color="auto"/>
            <w:left w:val="none" w:sz="0" w:space="0" w:color="auto"/>
            <w:bottom w:val="none" w:sz="0" w:space="0" w:color="auto"/>
            <w:right w:val="none" w:sz="0" w:space="0" w:color="auto"/>
          </w:divBdr>
        </w:div>
        <w:div w:id="1349671488">
          <w:marLeft w:val="480"/>
          <w:marRight w:val="0"/>
          <w:marTop w:val="0"/>
          <w:marBottom w:val="0"/>
          <w:divBdr>
            <w:top w:val="none" w:sz="0" w:space="0" w:color="auto"/>
            <w:left w:val="none" w:sz="0" w:space="0" w:color="auto"/>
            <w:bottom w:val="none" w:sz="0" w:space="0" w:color="auto"/>
            <w:right w:val="none" w:sz="0" w:space="0" w:color="auto"/>
          </w:divBdr>
        </w:div>
        <w:div w:id="1350906546">
          <w:marLeft w:val="480"/>
          <w:marRight w:val="0"/>
          <w:marTop w:val="0"/>
          <w:marBottom w:val="0"/>
          <w:divBdr>
            <w:top w:val="none" w:sz="0" w:space="0" w:color="auto"/>
            <w:left w:val="none" w:sz="0" w:space="0" w:color="auto"/>
            <w:bottom w:val="none" w:sz="0" w:space="0" w:color="auto"/>
            <w:right w:val="none" w:sz="0" w:space="0" w:color="auto"/>
          </w:divBdr>
        </w:div>
        <w:div w:id="1416317957">
          <w:marLeft w:val="480"/>
          <w:marRight w:val="0"/>
          <w:marTop w:val="0"/>
          <w:marBottom w:val="0"/>
          <w:divBdr>
            <w:top w:val="none" w:sz="0" w:space="0" w:color="auto"/>
            <w:left w:val="none" w:sz="0" w:space="0" w:color="auto"/>
            <w:bottom w:val="none" w:sz="0" w:space="0" w:color="auto"/>
            <w:right w:val="none" w:sz="0" w:space="0" w:color="auto"/>
          </w:divBdr>
        </w:div>
        <w:div w:id="1499691915">
          <w:marLeft w:val="480"/>
          <w:marRight w:val="0"/>
          <w:marTop w:val="0"/>
          <w:marBottom w:val="0"/>
          <w:divBdr>
            <w:top w:val="none" w:sz="0" w:space="0" w:color="auto"/>
            <w:left w:val="none" w:sz="0" w:space="0" w:color="auto"/>
            <w:bottom w:val="none" w:sz="0" w:space="0" w:color="auto"/>
            <w:right w:val="none" w:sz="0" w:space="0" w:color="auto"/>
          </w:divBdr>
        </w:div>
        <w:div w:id="1506701547">
          <w:marLeft w:val="480"/>
          <w:marRight w:val="0"/>
          <w:marTop w:val="0"/>
          <w:marBottom w:val="0"/>
          <w:divBdr>
            <w:top w:val="none" w:sz="0" w:space="0" w:color="auto"/>
            <w:left w:val="none" w:sz="0" w:space="0" w:color="auto"/>
            <w:bottom w:val="none" w:sz="0" w:space="0" w:color="auto"/>
            <w:right w:val="none" w:sz="0" w:space="0" w:color="auto"/>
          </w:divBdr>
        </w:div>
        <w:div w:id="1580556109">
          <w:marLeft w:val="480"/>
          <w:marRight w:val="0"/>
          <w:marTop w:val="0"/>
          <w:marBottom w:val="0"/>
          <w:divBdr>
            <w:top w:val="none" w:sz="0" w:space="0" w:color="auto"/>
            <w:left w:val="none" w:sz="0" w:space="0" w:color="auto"/>
            <w:bottom w:val="none" w:sz="0" w:space="0" w:color="auto"/>
            <w:right w:val="none" w:sz="0" w:space="0" w:color="auto"/>
          </w:divBdr>
        </w:div>
        <w:div w:id="1757240437">
          <w:marLeft w:val="480"/>
          <w:marRight w:val="0"/>
          <w:marTop w:val="0"/>
          <w:marBottom w:val="0"/>
          <w:divBdr>
            <w:top w:val="none" w:sz="0" w:space="0" w:color="auto"/>
            <w:left w:val="none" w:sz="0" w:space="0" w:color="auto"/>
            <w:bottom w:val="none" w:sz="0" w:space="0" w:color="auto"/>
            <w:right w:val="none" w:sz="0" w:space="0" w:color="auto"/>
          </w:divBdr>
        </w:div>
        <w:div w:id="1799034655">
          <w:marLeft w:val="480"/>
          <w:marRight w:val="0"/>
          <w:marTop w:val="0"/>
          <w:marBottom w:val="0"/>
          <w:divBdr>
            <w:top w:val="none" w:sz="0" w:space="0" w:color="auto"/>
            <w:left w:val="none" w:sz="0" w:space="0" w:color="auto"/>
            <w:bottom w:val="none" w:sz="0" w:space="0" w:color="auto"/>
            <w:right w:val="none" w:sz="0" w:space="0" w:color="auto"/>
          </w:divBdr>
        </w:div>
        <w:div w:id="1912034783">
          <w:marLeft w:val="480"/>
          <w:marRight w:val="0"/>
          <w:marTop w:val="0"/>
          <w:marBottom w:val="0"/>
          <w:divBdr>
            <w:top w:val="none" w:sz="0" w:space="0" w:color="auto"/>
            <w:left w:val="none" w:sz="0" w:space="0" w:color="auto"/>
            <w:bottom w:val="none" w:sz="0" w:space="0" w:color="auto"/>
            <w:right w:val="none" w:sz="0" w:space="0" w:color="auto"/>
          </w:divBdr>
        </w:div>
        <w:div w:id="2057004706">
          <w:marLeft w:val="480"/>
          <w:marRight w:val="0"/>
          <w:marTop w:val="0"/>
          <w:marBottom w:val="0"/>
          <w:divBdr>
            <w:top w:val="none" w:sz="0" w:space="0" w:color="auto"/>
            <w:left w:val="none" w:sz="0" w:space="0" w:color="auto"/>
            <w:bottom w:val="none" w:sz="0" w:space="0" w:color="auto"/>
            <w:right w:val="none" w:sz="0" w:space="0" w:color="auto"/>
          </w:divBdr>
        </w:div>
      </w:divsChild>
    </w:div>
    <w:div w:id="995106115">
      <w:bodyDiv w:val="1"/>
      <w:marLeft w:val="0"/>
      <w:marRight w:val="0"/>
      <w:marTop w:val="0"/>
      <w:marBottom w:val="0"/>
      <w:divBdr>
        <w:top w:val="none" w:sz="0" w:space="0" w:color="auto"/>
        <w:left w:val="none" w:sz="0" w:space="0" w:color="auto"/>
        <w:bottom w:val="none" w:sz="0" w:space="0" w:color="auto"/>
        <w:right w:val="none" w:sz="0" w:space="0" w:color="auto"/>
      </w:divBdr>
    </w:div>
    <w:div w:id="995114806">
      <w:bodyDiv w:val="1"/>
      <w:marLeft w:val="0"/>
      <w:marRight w:val="0"/>
      <w:marTop w:val="0"/>
      <w:marBottom w:val="0"/>
      <w:divBdr>
        <w:top w:val="none" w:sz="0" w:space="0" w:color="auto"/>
        <w:left w:val="none" w:sz="0" w:space="0" w:color="auto"/>
        <w:bottom w:val="none" w:sz="0" w:space="0" w:color="auto"/>
        <w:right w:val="none" w:sz="0" w:space="0" w:color="auto"/>
      </w:divBdr>
    </w:div>
    <w:div w:id="997196397">
      <w:bodyDiv w:val="1"/>
      <w:marLeft w:val="0"/>
      <w:marRight w:val="0"/>
      <w:marTop w:val="0"/>
      <w:marBottom w:val="0"/>
      <w:divBdr>
        <w:top w:val="none" w:sz="0" w:space="0" w:color="auto"/>
        <w:left w:val="none" w:sz="0" w:space="0" w:color="auto"/>
        <w:bottom w:val="none" w:sz="0" w:space="0" w:color="auto"/>
        <w:right w:val="none" w:sz="0" w:space="0" w:color="auto"/>
      </w:divBdr>
    </w:div>
    <w:div w:id="999580120">
      <w:bodyDiv w:val="1"/>
      <w:marLeft w:val="0"/>
      <w:marRight w:val="0"/>
      <w:marTop w:val="0"/>
      <w:marBottom w:val="0"/>
      <w:divBdr>
        <w:top w:val="none" w:sz="0" w:space="0" w:color="auto"/>
        <w:left w:val="none" w:sz="0" w:space="0" w:color="auto"/>
        <w:bottom w:val="none" w:sz="0" w:space="0" w:color="auto"/>
        <w:right w:val="none" w:sz="0" w:space="0" w:color="auto"/>
      </w:divBdr>
      <w:divsChild>
        <w:div w:id="38676160">
          <w:marLeft w:val="480"/>
          <w:marRight w:val="0"/>
          <w:marTop w:val="0"/>
          <w:marBottom w:val="0"/>
          <w:divBdr>
            <w:top w:val="none" w:sz="0" w:space="0" w:color="auto"/>
            <w:left w:val="none" w:sz="0" w:space="0" w:color="auto"/>
            <w:bottom w:val="none" w:sz="0" w:space="0" w:color="auto"/>
            <w:right w:val="none" w:sz="0" w:space="0" w:color="auto"/>
          </w:divBdr>
        </w:div>
        <w:div w:id="64844708">
          <w:marLeft w:val="480"/>
          <w:marRight w:val="0"/>
          <w:marTop w:val="0"/>
          <w:marBottom w:val="0"/>
          <w:divBdr>
            <w:top w:val="none" w:sz="0" w:space="0" w:color="auto"/>
            <w:left w:val="none" w:sz="0" w:space="0" w:color="auto"/>
            <w:bottom w:val="none" w:sz="0" w:space="0" w:color="auto"/>
            <w:right w:val="none" w:sz="0" w:space="0" w:color="auto"/>
          </w:divBdr>
        </w:div>
        <w:div w:id="67271803">
          <w:marLeft w:val="480"/>
          <w:marRight w:val="0"/>
          <w:marTop w:val="0"/>
          <w:marBottom w:val="0"/>
          <w:divBdr>
            <w:top w:val="none" w:sz="0" w:space="0" w:color="auto"/>
            <w:left w:val="none" w:sz="0" w:space="0" w:color="auto"/>
            <w:bottom w:val="none" w:sz="0" w:space="0" w:color="auto"/>
            <w:right w:val="none" w:sz="0" w:space="0" w:color="auto"/>
          </w:divBdr>
        </w:div>
        <w:div w:id="158351480">
          <w:marLeft w:val="480"/>
          <w:marRight w:val="0"/>
          <w:marTop w:val="0"/>
          <w:marBottom w:val="0"/>
          <w:divBdr>
            <w:top w:val="none" w:sz="0" w:space="0" w:color="auto"/>
            <w:left w:val="none" w:sz="0" w:space="0" w:color="auto"/>
            <w:bottom w:val="none" w:sz="0" w:space="0" w:color="auto"/>
            <w:right w:val="none" w:sz="0" w:space="0" w:color="auto"/>
          </w:divBdr>
        </w:div>
        <w:div w:id="162164607">
          <w:marLeft w:val="480"/>
          <w:marRight w:val="0"/>
          <w:marTop w:val="0"/>
          <w:marBottom w:val="0"/>
          <w:divBdr>
            <w:top w:val="none" w:sz="0" w:space="0" w:color="auto"/>
            <w:left w:val="none" w:sz="0" w:space="0" w:color="auto"/>
            <w:bottom w:val="none" w:sz="0" w:space="0" w:color="auto"/>
            <w:right w:val="none" w:sz="0" w:space="0" w:color="auto"/>
          </w:divBdr>
        </w:div>
        <w:div w:id="174460569">
          <w:marLeft w:val="480"/>
          <w:marRight w:val="0"/>
          <w:marTop w:val="0"/>
          <w:marBottom w:val="0"/>
          <w:divBdr>
            <w:top w:val="none" w:sz="0" w:space="0" w:color="auto"/>
            <w:left w:val="none" w:sz="0" w:space="0" w:color="auto"/>
            <w:bottom w:val="none" w:sz="0" w:space="0" w:color="auto"/>
            <w:right w:val="none" w:sz="0" w:space="0" w:color="auto"/>
          </w:divBdr>
        </w:div>
        <w:div w:id="280384044">
          <w:marLeft w:val="480"/>
          <w:marRight w:val="0"/>
          <w:marTop w:val="0"/>
          <w:marBottom w:val="0"/>
          <w:divBdr>
            <w:top w:val="none" w:sz="0" w:space="0" w:color="auto"/>
            <w:left w:val="none" w:sz="0" w:space="0" w:color="auto"/>
            <w:bottom w:val="none" w:sz="0" w:space="0" w:color="auto"/>
            <w:right w:val="none" w:sz="0" w:space="0" w:color="auto"/>
          </w:divBdr>
        </w:div>
        <w:div w:id="315106340">
          <w:marLeft w:val="480"/>
          <w:marRight w:val="0"/>
          <w:marTop w:val="0"/>
          <w:marBottom w:val="0"/>
          <w:divBdr>
            <w:top w:val="none" w:sz="0" w:space="0" w:color="auto"/>
            <w:left w:val="none" w:sz="0" w:space="0" w:color="auto"/>
            <w:bottom w:val="none" w:sz="0" w:space="0" w:color="auto"/>
            <w:right w:val="none" w:sz="0" w:space="0" w:color="auto"/>
          </w:divBdr>
        </w:div>
        <w:div w:id="379137795">
          <w:marLeft w:val="480"/>
          <w:marRight w:val="0"/>
          <w:marTop w:val="0"/>
          <w:marBottom w:val="0"/>
          <w:divBdr>
            <w:top w:val="none" w:sz="0" w:space="0" w:color="auto"/>
            <w:left w:val="none" w:sz="0" w:space="0" w:color="auto"/>
            <w:bottom w:val="none" w:sz="0" w:space="0" w:color="auto"/>
            <w:right w:val="none" w:sz="0" w:space="0" w:color="auto"/>
          </w:divBdr>
        </w:div>
        <w:div w:id="394790033">
          <w:marLeft w:val="480"/>
          <w:marRight w:val="0"/>
          <w:marTop w:val="0"/>
          <w:marBottom w:val="0"/>
          <w:divBdr>
            <w:top w:val="none" w:sz="0" w:space="0" w:color="auto"/>
            <w:left w:val="none" w:sz="0" w:space="0" w:color="auto"/>
            <w:bottom w:val="none" w:sz="0" w:space="0" w:color="auto"/>
            <w:right w:val="none" w:sz="0" w:space="0" w:color="auto"/>
          </w:divBdr>
        </w:div>
        <w:div w:id="486944537">
          <w:marLeft w:val="480"/>
          <w:marRight w:val="0"/>
          <w:marTop w:val="0"/>
          <w:marBottom w:val="0"/>
          <w:divBdr>
            <w:top w:val="none" w:sz="0" w:space="0" w:color="auto"/>
            <w:left w:val="none" w:sz="0" w:space="0" w:color="auto"/>
            <w:bottom w:val="none" w:sz="0" w:space="0" w:color="auto"/>
            <w:right w:val="none" w:sz="0" w:space="0" w:color="auto"/>
          </w:divBdr>
        </w:div>
        <w:div w:id="498078814">
          <w:marLeft w:val="480"/>
          <w:marRight w:val="0"/>
          <w:marTop w:val="0"/>
          <w:marBottom w:val="0"/>
          <w:divBdr>
            <w:top w:val="none" w:sz="0" w:space="0" w:color="auto"/>
            <w:left w:val="none" w:sz="0" w:space="0" w:color="auto"/>
            <w:bottom w:val="none" w:sz="0" w:space="0" w:color="auto"/>
            <w:right w:val="none" w:sz="0" w:space="0" w:color="auto"/>
          </w:divBdr>
        </w:div>
        <w:div w:id="721490173">
          <w:marLeft w:val="480"/>
          <w:marRight w:val="0"/>
          <w:marTop w:val="0"/>
          <w:marBottom w:val="0"/>
          <w:divBdr>
            <w:top w:val="none" w:sz="0" w:space="0" w:color="auto"/>
            <w:left w:val="none" w:sz="0" w:space="0" w:color="auto"/>
            <w:bottom w:val="none" w:sz="0" w:space="0" w:color="auto"/>
            <w:right w:val="none" w:sz="0" w:space="0" w:color="auto"/>
          </w:divBdr>
        </w:div>
        <w:div w:id="759300622">
          <w:marLeft w:val="480"/>
          <w:marRight w:val="0"/>
          <w:marTop w:val="0"/>
          <w:marBottom w:val="0"/>
          <w:divBdr>
            <w:top w:val="none" w:sz="0" w:space="0" w:color="auto"/>
            <w:left w:val="none" w:sz="0" w:space="0" w:color="auto"/>
            <w:bottom w:val="none" w:sz="0" w:space="0" w:color="auto"/>
            <w:right w:val="none" w:sz="0" w:space="0" w:color="auto"/>
          </w:divBdr>
        </w:div>
        <w:div w:id="837647515">
          <w:marLeft w:val="480"/>
          <w:marRight w:val="0"/>
          <w:marTop w:val="0"/>
          <w:marBottom w:val="0"/>
          <w:divBdr>
            <w:top w:val="none" w:sz="0" w:space="0" w:color="auto"/>
            <w:left w:val="none" w:sz="0" w:space="0" w:color="auto"/>
            <w:bottom w:val="none" w:sz="0" w:space="0" w:color="auto"/>
            <w:right w:val="none" w:sz="0" w:space="0" w:color="auto"/>
          </w:divBdr>
        </w:div>
        <w:div w:id="862093238">
          <w:marLeft w:val="480"/>
          <w:marRight w:val="0"/>
          <w:marTop w:val="0"/>
          <w:marBottom w:val="0"/>
          <w:divBdr>
            <w:top w:val="none" w:sz="0" w:space="0" w:color="auto"/>
            <w:left w:val="none" w:sz="0" w:space="0" w:color="auto"/>
            <w:bottom w:val="none" w:sz="0" w:space="0" w:color="auto"/>
            <w:right w:val="none" w:sz="0" w:space="0" w:color="auto"/>
          </w:divBdr>
        </w:div>
        <w:div w:id="984703502">
          <w:marLeft w:val="480"/>
          <w:marRight w:val="0"/>
          <w:marTop w:val="0"/>
          <w:marBottom w:val="0"/>
          <w:divBdr>
            <w:top w:val="none" w:sz="0" w:space="0" w:color="auto"/>
            <w:left w:val="none" w:sz="0" w:space="0" w:color="auto"/>
            <w:bottom w:val="none" w:sz="0" w:space="0" w:color="auto"/>
            <w:right w:val="none" w:sz="0" w:space="0" w:color="auto"/>
          </w:divBdr>
        </w:div>
        <w:div w:id="1130637291">
          <w:marLeft w:val="480"/>
          <w:marRight w:val="0"/>
          <w:marTop w:val="0"/>
          <w:marBottom w:val="0"/>
          <w:divBdr>
            <w:top w:val="none" w:sz="0" w:space="0" w:color="auto"/>
            <w:left w:val="none" w:sz="0" w:space="0" w:color="auto"/>
            <w:bottom w:val="none" w:sz="0" w:space="0" w:color="auto"/>
            <w:right w:val="none" w:sz="0" w:space="0" w:color="auto"/>
          </w:divBdr>
        </w:div>
        <w:div w:id="1141386448">
          <w:marLeft w:val="480"/>
          <w:marRight w:val="0"/>
          <w:marTop w:val="0"/>
          <w:marBottom w:val="0"/>
          <w:divBdr>
            <w:top w:val="none" w:sz="0" w:space="0" w:color="auto"/>
            <w:left w:val="none" w:sz="0" w:space="0" w:color="auto"/>
            <w:bottom w:val="none" w:sz="0" w:space="0" w:color="auto"/>
            <w:right w:val="none" w:sz="0" w:space="0" w:color="auto"/>
          </w:divBdr>
        </w:div>
        <w:div w:id="1210533211">
          <w:marLeft w:val="480"/>
          <w:marRight w:val="0"/>
          <w:marTop w:val="0"/>
          <w:marBottom w:val="0"/>
          <w:divBdr>
            <w:top w:val="none" w:sz="0" w:space="0" w:color="auto"/>
            <w:left w:val="none" w:sz="0" w:space="0" w:color="auto"/>
            <w:bottom w:val="none" w:sz="0" w:space="0" w:color="auto"/>
            <w:right w:val="none" w:sz="0" w:space="0" w:color="auto"/>
          </w:divBdr>
        </w:div>
        <w:div w:id="1468157106">
          <w:marLeft w:val="480"/>
          <w:marRight w:val="0"/>
          <w:marTop w:val="0"/>
          <w:marBottom w:val="0"/>
          <w:divBdr>
            <w:top w:val="none" w:sz="0" w:space="0" w:color="auto"/>
            <w:left w:val="none" w:sz="0" w:space="0" w:color="auto"/>
            <w:bottom w:val="none" w:sz="0" w:space="0" w:color="auto"/>
            <w:right w:val="none" w:sz="0" w:space="0" w:color="auto"/>
          </w:divBdr>
        </w:div>
        <w:div w:id="1478380674">
          <w:marLeft w:val="480"/>
          <w:marRight w:val="0"/>
          <w:marTop w:val="0"/>
          <w:marBottom w:val="0"/>
          <w:divBdr>
            <w:top w:val="none" w:sz="0" w:space="0" w:color="auto"/>
            <w:left w:val="none" w:sz="0" w:space="0" w:color="auto"/>
            <w:bottom w:val="none" w:sz="0" w:space="0" w:color="auto"/>
            <w:right w:val="none" w:sz="0" w:space="0" w:color="auto"/>
          </w:divBdr>
        </w:div>
        <w:div w:id="1492017845">
          <w:marLeft w:val="480"/>
          <w:marRight w:val="0"/>
          <w:marTop w:val="0"/>
          <w:marBottom w:val="0"/>
          <w:divBdr>
            <w:top w:val="none" w:sz="0" w:space="0" w:color="auto"/>
            <w:left w:val="none" w:sz="0" w:space="0" w:color="auto"/>
            <w:bottom w:val="none" w:sz="0" w:space="0" w:color="auto"/>
            <w:right w:val="none" w:sz="0" w:space="0" w:color="auto"/>
          </w:divBdr>
        </w:div>
        <w:div w:id="1550141099">
          <w:marLeft w:val="480"/>
          <w:marRight w:val="0"/>
          <w:marTop w:val="0"/>
          <w:marBottom w:val="0"/>
          <w:divBdr>
            <w:top w:val="none" w:sz="0" w:space="0" w:color="auto"/>
            <w:left w:val="none" w:sz="0" w:space="0" w:color="auto"/>
            <w:bottom w:val="none" w:sz="0" w:space="0" w:color="auto"/>
            <w:right w:val="none" w:sz="0" w:space="0" w:color="auto"/>
          </w:divBdr>
        </w:div>
        <w:div w:id="1564487420">
          <w:marLeft w:val="480"/>
          <w:marRight w:val="0"/>
          <w:marTop w:val="0"/>
          <w:marBottom w:val="0"/>
          <w:divBdr>
            <w:top w:val="none" w:sz="0" w:space="0" w:color="auto"/>
            <w:left w:val="none" w:sz="0" w:space="0" w:color="auto"/>
            <w:bottom w:val="none" w:sz="0" w:space="0" w:color="auto"/>
            <w:right w:val="none" w:sz="0" w:space="0" w:color="auto"/>
          </w:divBdr>
        </w:div>
        <w:div w:id="1618835707">
          <w:marLeft w:val="480"/>
          <w:marRight w:val="0"/>
          <w:marTop w:val="0"/>
          <w:marBottom w:val="0"/>
          <w:divBdr>
            <w:top w:val="none" w:sz="0" w:space="0" w:color="auto"/>
            <w:left w:val="none" w:sz="0" w:space="0" w:color="auto"/>
            <w:bottom w:val="none" w:sz="0" w:space="0" w:color="auto"/>
            <w:right w:val="none" w:sz="0" w:space="0" w:color="auto"/>
          </w:divBdr>
        </w:div>
        <w:div w:id="1638144088">
          <w:marLeft w:val="480"/>
          <w:marRight w:val="0"/>
          <w:marTop w:val="0"/>
          <w:marBottom w:val="0"/>
          <w:divBdr>
            <w:top w:val="none" w:sz="0" w:space="0" w:color="auto"/>
            <w:left w:val="none" w:sz="0" w:space="0" w:color="auto"/>
            <w:bottom w:val="none" w:sz="0" w:space="0" w:color="auto"/>
            <w:right w:val="none" w:sz="0" w:space="0" w:color="auto"/>
          </w:divBdr>
        </w:div>
        <w:div w:id="1842113272">
          <w:marLeft w:val="480"/>
          <w:marRight w:val="0"/>
          <w:marTop w:val="0"/>
          <w:marBottom w:val="0"/>
          <w:divBdr>
            <w:top w:val="none" w:sz="0" w:space="0" w:color="auto"/>
            <w:left w:val="none" w:sz="0" w:space="0" w:color="auto"/>
            <w:bottom w:val="none" w:sz="0" w:space="0" w:color="auto"/>
            <w:right w:val="none" w:sz="0" w:space="0" w:color="auto"/>
          </w:divBdr>
        </w:div>
        <w:div w:id="1850438898">
          <w:marLeft w:val="480"/>
          <w:marRight w:val="0"/>
          <w:marTop w:val="0"/>
          <w:marBottom w:val="0"/>
          <w:divBdr>
            <w:top w:val="none" w:sz="0" w:space="0" w:color="auto"/>
            <w:left w:val="none" w:sz="0" w:space="0" w:color="auto"/>
            <w:bottom w:val="none" w:sz="0" w:space="0" w:color="auto"/>
            <w:right w:val="none" w:sz="0" w:space="0" w:color="auto"/>
          </w:divBdr>
        </w:div>
        <w:div w:id="1872912408">
          <w:marLeft w:val="480"/>
          <w:marRight w:val="0"/>
          <w:marTop w:val="0"/>
          <w:marBottom w:val="0"/>
          <w:divBdr>
            <w:top w:val="none" w:sz="0" w:space="0" w:color="auto"/>
            <w:left w:val="none" w:sz="0" w:space="0" w:color="auto"/>
            <w:bottom w:val="none" w:sz="0" w:space="0" w:color="auto"/>
            <w:right w:val="none" w:sz="0" w:space="0" w:color="auto"/>
          </w:divBdr>
        </w:div>
        <w:div w:id="1891770140">
          <w:marLeft w:val="480"/>
          <w:marRight w:val="0"/>
          <w:marTop w:val="0"/>
          <w:marBottom w:val="0"/>
          <w:divBdr>
            <w:top w:val="none" w:sz="0" w:space="0" w:color="auto"/>
            <w:left w:val="none" w:sz="0" w:space="0" w:color="auto"/>
            <w:bottom w:val="none" w:sz="0" w:space="0" w:color="auto"/>
            <w:right w:val="none" w:sz="0" w:space="0" w:color="auto"/>
          </w:divBdr>
        </w:div>
        <w:div w:id="2028362282">
          <w:marLeft w:val="480"/>
          <w:marRight w:val="0"/>
          <w:marTop w:val="0"/>
          <w:marBottom w:val="0"/>
          <w:divBdr>
            <w:top w:val="none" w:sz="0" w:space="0" w:color="auto"/>
            <w:left w:val="none" w:sz="0" w:space="0" w:color="auto"/>
            <w:bottom w:val="none" w:sz="0" w:space="0" w:color="auto"/>
            <w:right w:val="none" w:sz="0" w:space="0" w:color="auto"/>
          </w:divBdr>
        </w:div>
      </w:divsChild>
    </w:div>
    <w:div w:id="1003505978">
      <w:bodyDiv w:val="1"/>
      <w:marLeft w:val="0"/>
      <w:marRight w:val="0"/>
      <w:marTop w:val="0"/>
      <w:marBottom w:val="0"/>
      <w:divBdr>
        <w:top w:val="none" w:sz="0" w:space="0" w:color="auto"/>
        <w:left w:val="none" w:sz="0" w:space="0" w:color="auto"/>
        <w:bottom w:val="none" w:sz="0" w:space="0" w:color="auto"/>
        <w:right w:val="none" w:sz="0" w:space="0" w:color="auto"/>
      </w:divBdr>
    </w:div>
    <w:div w:id="1005283513">
      <w:bodyDiv w:val="1"/>
      <w:marLeft w:val="0"/>
      <w:marRight w:val="0"/>
      <w:marTop w:val="0"/>
      <w:marBottom w:val="0"/>
      <w:divBdr>
        <w:top w:val="none" w:sz="0" w:space="0" w:color="auto"/>
        <w:left w:val="none" w:sz="0" w:space="0" w:color="auto"/>
        <w:bottom w:val="none" w:sz="0" w:space="0" w:color="auto"/>
        <w:right w:val="none" w:sz="0" w:space="0" w:color="auto"/>
      </w:divBdr>
    </w:div>
    <w:div w:id="1010110364">
      <w:bodyDiv w:val="1"/>
      <w:marLeft w:val="0"/>
      <w:marRight w:val="0"/>
      <w:marTop w:val="0"/>
      <w:marBottom w:val="0"/>
      <w:divBdr>
        <w:top w:val="none" w:sz="0" w:space="0" w:color="auto"/>
        <w:left w:val="none" w:sz="0" w:space="0" w:color="auto"/>
        <w:bottom w:val="none" w:sz="0" w:space="0" w:color="auto"/>
        <w:right w:val="none" w:sz="0" w:space="0" w:color="auto"/>
      </w:divBdr>
    </w:div>
    <w:div w:id="1010984218">
      <w:bodyDiv w:val="1"/>
      <w:marLeft w:val="0"/>
      <w:marRight w:val="0"/>
      <w:marTop w:val="0"/>
      <w:marBottom w:val="0"/>
      <w:divBdr>
        <w:top w:val="none" w:sz="0" w:space="0" w:color="auto"/>
        <w:left w:val="none" w:sz="0" w:space="0" w:color="auto"/>
        <w:bottom w:val="none" w:sz="0" w:space="0" w:color="auto"/>
        <w:right w:val="none" w:sz="0" w:space="0" w:color="auto"/>
      </w:divBdr>
    </w:div>
    <w:div w:id="1011488052">
      <w:bodyDiv w:val="1"/>
      <w:marLeft w:val="0"/>
      <w:marRight w:val="0"/>
      <w:marTop w:val="0"/>
      <w:marBottom w:val="0"/>
      <w:divBdr>
        <w:top w:val="none" w:sz="0" w:space="0" w:color="auto"/>
        <w:left w:val="none" w:sz="0" w:space="0" w:color="auto"/>
        <w:bottom w:val="none" w:sz="0" w:space="0" w:color="auto"/>
        <w:right w:val="none" w:sz="0" w:space="0" w:color="auto"/>
      </w:divBdr>
    </w:div>
    <w:div w:id="1012029559">
      <w:bodyDiv w:val="1"/>
      <w:marLeft w:val="0"/>
      <w:marRight w:val="0"/>
      <w:marTop w:val="0"/>
      <w:marBottom w:val="0"/>
      <w:divBdr>
        <w:top w:val="none" w:sz="0" w:space="0" w:color="auto"/>
        <w:left w:val="none" w:sz="0" w:space="0" w:color="auto"/>
        <w:bottom w:val="none" w:sz="0" w:space="0" w:color="auto"/>
        <w:right w:val="none" w:sz="0" w:space="0" w:color="auto"/>
      </w:divBdr>
    </w:div>
    <w:div w:id="1012148833">
      <w:bodyDiv w:val="1"/>
      <w:marLeft w:val="0"/>
      <w:marRight w:val="0"/>
      <w:marTop w:val="0"/>
      <w:marBottom w:val="0"/>
      <w:divBdr>
        <w:top w:val="none" w:sz="0" w:space="0" w:color="auto"/>
        <w:left w:val="none" w:sz="0" w:space="0" w:color="auto"/>
        <w:bottom w:val="none" w:sz="0" w:space="0" w:color="auto"/>
        <w:right w:val="none" w:sz="0" w:space="0" w:color="auto"/>
      </w:divBdr>
    </w:div>
    <w:div w:id="1012418037">
      <w:bodyDiv w:val="1"/>
      <w:marLeft w:val="0"/>
      <w:marRight w:val="0"/>
      <w:marTop w:val="0"/>
      <w:marBottom w:val="0"/>
      <w:divBdr>
        <w:top w:val="none" w:sz="0" w:space="0" w:color="auto"/>
        <w:left w:val="none" w:sz="0" w:space="0" w:color="auto"/>
        <w:bottom w:val="none" w:sz="0" w:space="0" w:color="auto"/>
        <w:right w:val="none" w:sz="0" w:space="0" w:color="auto"/>
      </w:divBdr>
    </w:div>
    <w:div w:id="1012491107">
      <w:bodyDiv w:val="1"/>
      <w:marLeft w:val="0"/>
      <w:marRight w:val="0"/>
      <w:marTop w:val="0"/>
      <w:marBottom w:val="0"/>
      <w:divBdr>
        <w:top w:val="none" w:sz="0" w:space="0" w:color="auto"/>
        <w:left w:val="none" w:sz="0" w:space="0" w:color="auto"/>
        <w:bottom w:val="none" w:sz="0" w:space="0" w:color="auto"/>
        <w:right w:val="none" w:sz="0" w:space="0" w:color="auto"/>
      </w:divBdr>
    </w:div>
    <w:div w:id="1018121888">
      <w:bodyDiv w:val="1"/>
      <w:marLeft w:val="0"/>
      <w:marRight w:val="0"/>
      <w:marTop w:val="0"/>
      <w:marBottom w:val="0"/>
      <w:divBdr>
        <w:top w:val="none" w:sz="0" w:space="0" w:color="auto"/>
        <w:left w:val="none" w:sz="0" w:space="0" w:color="auto"/>
        <w:bottom w:val="none" w:sz="0" w:space="0" w:color="auto"/>
        <w:right w:val="none" w:sz="0" w:space="0" w:color="auto"/>
      </w:divBdr>
    </w:div>
    <w:div w:id="1018192070">
      <w:bodyDiv w:val="1"/>
      <w:marLeft w:val="0"/>
      <w:marRight w:val="0"/>
      <w:marTop w:val="0"/>
      <w:marBottom w:val="0"/>
      <w:divBdr>
        <w:top w:val="none" w:sz="0" w:space="0" w:color="auto"/>
        <w:left w:val="none" w:sz="0" w:space="0" w:color="auto"/>
        <w:bottom w:val="none" w:sz="0" w:space="0" w:color="auto"/>
        <w:right w:val="none" w:sz="0" w:space="0" w:color="auto"/>
      </w:divBdr>
    </w:div>
    <w:div w:id="1018265545">
      <w:bodyDiv w:val="1"/>
      <w:marLeft w:val="0"/>
      <w:marRight w:val="0"/>
      <w:marTop w:val="0"/>
      <w:marBottom w:val="0"/>
      <w:divBdr>
        <w:top w:val="none" w:sz="0" w:space="0" w:color="auto"/>
        <w:left w:val="none" w:sz="0" w:space="0" w:color="auto"/>
        <w:bottom w:val="none" w:sz="0" w:space="0" w:color="auto"/>
        <w:right w:val="none" w:sz="0" w:space="0" w:color="auto"/>
      </w:divBdr>
    </w:div>
    <w:div w:id="1020737136">
      <w:bodyDiv w:val="1"/>
      <w:marLeft w:val="0"/>
      <w:marRight w:val="0"/>
      <w:marTop w:val="0"/>
      <w:marBottom w:val="0"/>
      <w:divBdr>
        <w:top w:val="none" w:sz="0" w:space="0" w:color="auto"/>
        <w:left w:val="none" w:sz="0" w:space="0" w:color="auto"/>
        <w:bottom w:val="none" w:sz="0" w:space="0" w:color="auto"/>
        <w:right w:val="none" w:sz="0" w:space="0" w:color="auto"/>
      </w:divBdr>
    </w:div>
    <w:div w:id="1023441907">
      <w:bodyDiv w:val="1"/>
      <w:marLeft w:val="0"/>
      <w:marRight w:val="0"/>
      <w:marTop w:val="0"/>
      <w:marBottom w:val="0"/>
      <w:divBdr>
        <w:top w:val="none" w:sz="0" w:space="0" w:color="auto"/>
        <w:left w:val="none" w:sz="0" w:space="0" w:color="auto"/>
        <w:bottom w:val="none" w:sz="0" w:space="0" w:color="auto"/>
        <w:right w:val="none" w:sz="0" w:space="0" w:color="auto"/>
      </w:divBdr>
      <w:divsChild>
        <w:div w:id="134615317">
          <w:marLeft w:val="480"/>
          <w:marRight w:val="0"/>
          <w:marTop w:val="0"/>
          <w:marBottom w:val="0"/>
          <w:divBdr>
            <w:top w:val="none" w:sz="0" w:space="0" w:color="auto"/>
            <w:left w:val="none" w:sz="0" w:space="0" w:color="auto"/>
            <w:bottom w:val="none" w:sz="0" w:space="0" w:color="auto"/>
            <w:right w:val="none" w:sz="0" w:space="0" w:color="auto"/>
          </w:divBdr>
        </w:div>
        <w:div w:id="317000153">
          <w:marLeft w:val="480"/>
          <w:marRight w:val="0"/>
          <w:marTop w:val="0"/>
          <w:marBottom w:val="0"/>
          <w:divBdr>
            <w:top w:val="none" w:sz="0" w:space="0" w:color="auto"/>
            <w:left w:val="none" w:sz="0" w:space="0" w:color="auto"/>
            <w:bottom w:val="none" w:sz="0" w:space="0" w:color="auto"/>
            <w:right w:val="none" w:sz="0" w:space="0" w:color="auto"/>
          </w:divBdr>
        </w:div>
        <w:div w:id="409815663">
          <w:marLeft w:val="480"/>
          <w:marRight w:val="0"/>
          <w:marTop w:val="0"/>
          <w:marBottom w:val="0"/>
          <w:divBdr>
            <w:top w:val="none" w:sz="0" w:space="0" w:color="auto"/>
            <w:left w:val="none" w:sz="0" w:space="0" w:color="auto"/>
            <w:bottom w:val="none" w:sz="0" w:space="0" w:color="auto"/>
            <w:right w:val="none" w:sz="0" w:space="0" w:color="auto"/>
          </w:divBdr>
        </w:div>
        <w:div w:id="524248724">
          <w:marLeft w:val="480"/>
          <w:marRight w:val="0"/>
          <w:marTop w:val="0"/>
          <w:marBottom w:val="0"/>
          <w:divBdr>
            <w:top w:val="none" w:sz="0" w:space="0" w:color="auto"/>
            <w:left w:val="none" w:sz="0" w:space="0" w:color="auto"/>
            <w:bottom w:val="none" w:sz="0" w:space="0" w:color="auto"/>
            <w:right w:val="none" w:sz="0" w:space="0" w:color="auto"/>
          </w:divBdr>
        </w:div>
        <w:div w:id="533034036">
          <w:marLeft w:val="480"/>
          <w:marRight w:val="0"/>
          <w:marTop w:val="0"/>
          <w:marBottom w:val="0"/>
          <w:divBdr>
            <w:top w:val="none" w:sz="0" w:space="0" w:color="auto"/>
            <w:left w:val="none" w:sz="0" w:space="0" w:color="auto"/>
            <w:bottom w:val="none" w:sz="0" w:space="0" w:color="auto"/>
            <w:right w:val="none" w:sz="0" w:space="0" w:color="auto"/>
          </w:divBdr>
        </w:div>
        <w:div w:id="536043242">
          <w:marLeft w:val="480"/>
          <w:marRight w:val="0"/>
          <w:marTop w:val="0"/>
          <w:marBottom w:val="0"/>
          <w:divBdr>
            <w:top w:val="none" w:sz="0" w:space="0" w:color="auto"/>
            <w:left w:val="none" w:sz="0" w:space="0" w:color="auto"/>
            <w:bottom w:val="none" w:sz="0" w:space="0" w:color="auto"/>
            <w:right w:val="none" w:sz="0" w:space="0" w:color="auto"/>
          </w:divBdr>
        </w:div>
        <w:div w:id="558712450">
          <w:marLeft w:val="480"/>
          <w:marRight w:val="0"/>
          <w:marTop w:val="0"/>
          <w:marBottom w:val="0"/>
          <w:divBdr>
            <w:top w:val="none" w:sz="0" w:space="0" w:color="auto"/>
            <w:left w:val="none" w:sz="0" w:space="0" w:color="auto"/>
            <w:bottom w:val="none" w:sz="0" w:space="0" w:color="auto"/>
            <w:right w:val="none" w:sz="0" w:space="0" w:color="auto"/>
          </w:divBdr>
        </w:div>
        <w:div w:id="576474651">
          <w:marLeft w:val="480"/>
          <w:marRight w:val="0"/>
          <w:marTop w:val="0"/>
          <w:marBottom w:val="0"/>
          <w:divBdr>
            <w:top w:val="none" w:sz="0" w:space="0" w:color="auto"/>
            <w:left w:val="none" w:sz="0" w:space="0" w:color="auto"/>
            <w:bottom w:val="none" w:sz="0" w:space="0" w:color="auto"/>
            <w:right w:val="none" w:sz="0" w:space="0" w:color="auto"/>
          </w:divBdr>
        </w:div>
        <w:div w:id="692077814">
          <w:marLeft w:val="480"/>
          <w:marRight w:val="0"/>
          <w:marTop w:val="0"/>
          <w:marBottom w:val="0"/>
          <w:divBdr>
            <w:top w:val="none" w:sz="0" w:space="0" w:color="auto"/>
            <w:left w:val="none" w:sz="0" w:space="0" w:color="auto"/>
            <w:bottom w:val="none" w:sz="0" w:space="0" w:color="auto"/>
            <w:right w:val="none" w:sz="0" w:space="0" w:color="auto"/>
          </w:divBdr>
        </w:div>
        <w:div w:id="1025978939">
          <w:marLeft w:val="480"/>
          <w:marRight w:val="0"/>
          <w:marTop w:val="0"/>
          <w:marBottom w:val="0"/>
          <w:divBdr>
            <w:top w:val="none" w:sz="0" w:space="0" w:color="auto"/>
            <w:left w:val="none" w:sz="0" w:space="0" w:color="auto"/>
            <w:bottom w:val="none" w:sz="0" w:space="0" w:color="auto"/>
            <w:right w:val="none" w:sz="0" w:space="0" w:color="auto"/>
          </w:divBdr>
        </w:div>
        <w:div w:id="1184174388">
          <w:marLeft w:val="480"/>
          <w:marRight w:val="0"/>
          <w:marTop w:val="0"/>
          <w:marBottom w:val="0"/>
          <w:divBdr>
            <w:top w:val="none" w:sz="0" w:space="0" w:color="auto"/>
            <w:left w:val="none" w:sz="0" w:space="0" w:color="auto"/>
            <w:bottom w:val="none" w:sz="0" w:space="0" w:color="auto"/>
            <w:right w:val="none" w:sz="0" w:space="0" w:color="auto"/>
          </w:divBdr>
        </w:div>
        <w:div w:id="1319532607">
          <w:marLeft w:val="480"/>
          <w:marRight w:val="0"/>
          <w:marTop w:val="0"/>
          <w:marBottom w:val="0"/>
          <w:divBdr>
            <w:top w:val="none" w:sz="0" w:space="0" w:color="auto"/>
            <w:left w:val="none" w:sz="0" w:space="0" w:color="auto"/>
            <w:bottom w:val="none" w:sz="0" w:space="0" w:color="auto"/>
            <w:right w:val="none" w:sz="0" w:space="0" w:color="auto"/>
          </w:divBdr>
        </w:div>
        <w:div w:id="1429036296">
          <w:marLeft w:val="480"/>
          <w:marRight w:val="0"/>
          <w:marTop w:val="0"/>
          <w:marBottom w:val="0"/>
          <w:divBdr>
            <w:top w:val="none" w:sz="0" w:space="0" w:color="auto"/>
            <w:left w:val="none" w:sz="0" w:space="0" w:color="auto"/>
            <w:bottom w:val="none" w:sz="0" w:space="0" w:color="auto"/>
            <w:right w:val="none" w:sz="0" w:space="0" w:color="auto"/>
          </w:divBdr>
        </w:div>
        <w:div w:id="1444112726">
          <w:marLeft w:val="480"/>
          <w:marRight w:val="0"/>
          <w:marTop w:val="0"/>
          <w:marBottom w:val="0"/>
          <w:divBdr>
            <w:top w:val="none" w:sz="0" w:space="0" w:color="auto"/>
            <w:left w:val="none" w:sz="0" w:space="0" w:color="auto"/>
            <w:bottom w:val="none" w:sz="0" w:space="0" w:color="auto"/>
            <w:right w:val="none" w:sz="0" w:space="0" w:color="auto"/>
          </w:divBdr>
        </w:div>
        <w:div w:id="1495560796">
          <w:marLeft w:val="480"/>
          <w:marRight w:val="0"/>
          <w:marTop w:val="0"/>
          <w:marBottom w:val="0"/>
          <w:divBdr>
            <w:top w:val="none" w:sz="0" w:space="0" w:color="auto"/>
            <w:left w:val="none" w:sz="0" w:space="0" w:color="auto"/>
            <w:bottom w:val="none" w:sz="0" w:space="0" w:color="auto"/>
            <w:right w:val="none" w:sz="0" w:space="0" w:color="auto"/>
          </w:divBdr>
        </w:div>
        <w:div w:id="1734304650">
          <w:marLeft w:val="480"/>
          <w:marRight w:val="0"/>
          <w:marTop w:val="0"/>
          <w:marBottom w:val="0"/>
          <w:divBdr>
            <w:top w:val="none" w:sz="0" w:space="0" w:color="auto"/>
            <w:left w:val="none" w:sz="0" w:space="0" w:color="auto"/>
            <w:bottom w:val="none" w:sz="0" w:space="0" w:color="auto"/>
            <w:right w:val="none" w:sz="0" w:space="0" w:color="auto"/>
          </w:divBdr>
        </w:div>
        <w:div w:id="1838687235">
          <w:marLeft w:val="480"/>
          <w:marRight w:val="0"/>
          <w:marTop w:val="0"/>
          <w:marBottom w:val="0"/>
          <w:divBdr>
            <w:top w:val="none" w:sz="0" w:space="0" w:color="auto"/>
            <w:left w:val="none" w:sz="0" w:space="0" w:color="auto"/>
            <w:bottom w:val="none" w:sz="0" w:space="0" w:color="auto"/>
            <w:right w:val="none" w:sz="0" w:space="0" w:color="auto"/>
          </w:divBdr>
        </w:div>
        <w:div w:id="1856844850">
          <w:marLeft w:val="480"/>
          <w:marRight w:val="0"/>
          <w:marTop w:val="0"/>
          <w:marBottom w:val="0"/>
          <w:divBdr>
            <w:top w:val="none" w:sz="0" w:space="0" w:color="auto"/>
            <w:left w:val="none" w:sz="0" w:space="0" w:color="auto"/>
            <w:bottom w:val="none" w:sz="0" w:space="0" w:color="auto"/>
            <w:right w:val="none" w:sz="0" w:space="0" w:color="auto"/>
          </w:divBdr>
        </w:div>
        <w:div w:id="1891111585">
          <w:marLeft w:val="480"/>
          <w:marRight w:val="0"/>
          <w:marTop w:val="0"/>
          <w:marBottom w:val="0"/>
          <w:divBdr>
            <w:top w:val="none" w:sz="0" w:space="0" w:color="auto"/>
            <w:left w:val="none" w:sz="0" w:space="0" w:color="auto"/>
            <w:bottom w:val="none" w:sz="0" w:space="0" w:color="auto"/>
            <w:right w:val="none" w:sz="0" w:space="0" w:color="auto"/>
          </w:divBdr>
        </w:div>
        <w:div w:id="1907522489">
          <w:marLeft w:val="480"/>
          <w:marRight w:val="0"/>
          <w:marTop w:val="0"/>
          <w:marBottom w:val="0"/>
          <w:divBdr>
            <w:top w:val="none" w:sz="0" w:space="0" w:color="auto"/>
            <w:left w:val="none" w:sz="0" w:space="0" w:color="auto"/>
            <w:bottom w:val="none" w:sz="0" w:space="0" w:color="auto"/>
            <w:right w:val="none" w:sz="0" w:space="0" w:color="auto"/>
          </w:divBdr>
        </w:div>
        <w:div w:id="2046639230">
          <w:marLeft w:val="480"/>
          <w:marRight w:val="0"/>
          <w:marTop w:val="0"/>
          <w:marBottom w:val="0"/>
          <w:divBdr>
            <w:top w:val="none" w:sz="0" w:space="0" w:color="auto"/>
            <w:left w:val="none" w:sz="0" w:space="0" w:color="auto"/>
            <w:bottom w:val="none" w:sz="0" w:space="0" w:color="auto"/>
            <w:right w:val="none" w:sz="0" w:space="0" w:color="auto"/>
          </w:divBdr>
        </w:div>
        <w:div w:id="2063557776">
          <w:marLeft w:val="480"/>
          <w:marRight w:val="0"/>
          <w:marTop w:val="0"/>
          <w:marBottom w:val="0"/>
          <w:divBdr>
            <w:top w:val="none" w:sz="0" w:space="0" w:color="auto"/>
            <w:left w:val="none" w:sz="0" w:space="0" w:color="auto"/>
            <w:bottom w:val="none" w:sz="0" w:space="0" w:color="auto"/>
            <w:right w:val="none" w:sz="0" w:space="0" w:color="auto"/>
          </w:divBdr>
        </w:div>
        <w:div w:id="2064865847">
          <w:marLeft w:val="480"/>
          <w:marRight w:val="0"/>
          <w:marTop w:val="0"/>
          <w:marBottom w:val="0"/>
          <w:divBdr>
            <w:top w:val="none" w:sz="0" w:space="0" w:color="auto"/>
            <w:left w:val="none" w:sz="0" w:space="0" w:color="auto"/>
            <w:bottom w:val="none" w:sz="0" w:space="0" w:color="auto"/>
            <w:right w:val="none" w:sz="0" w:space="0" w:color="auto"/>
          </w:divBdr>
        </w:div>
        <w:div w:id="2067678251">
          <w:marLeft w:val="480"/>
          <w:marRight w:val="0"/>
          <w:marTop w:val="0"/>
          <w:marBottom w:val="0"/>
          <w:divBdr>
            <w:top w:val="none" w:sz="0" w:space="0" w:color="auto"/>
            <w:left w:val="none" w:sz="0" w:space="0" w:color="auto"/>
            <w:bottom w:val="none" w:sz="0" w:space="0" w:color="auto"/>
            <w:right w:val="none" w:sz="0" w:space="0" w:color="auto"/>
          </w:divBdr>
        </w:div>
        <w:div w:id="2128960513">
          <w:marLeft w:val="480"/>
          <w:marRight w:val="0"/>
          <w:marTop w:val="0"/>
          <w:marBottom w:val="0"/>
          <w:divBdr>
            <w:top w:val="none" w:sz="0" w:space="0" w:color="auto"/>
            <w:left w:val="none" w:sz="0" w:space="0" w:color="auto"/>
            <w:bottom w:val="none" w:sz="0" w:space="0" w:color="auto"/>
            <w:right w:val="none" w:sz="0" w:space="0" w:color="auto"/>
          </w:divBdr>
        </w:div>
      </w:divsChild>
    </w:div>
    <w:div w:id="1026365724">
      <w:bodyDiv w:val="1"/>
      <w:marLeft w:val="0"/>
      <w:marRight w:val="0"/>
      <w:marTop w:val="0"/>
      <w:marBottom w:val="0"/>
      <w:divBdr>
        <w:top w:val="none" w:sz="0" w:space="0" w:color="auto"/>
        <w:left w:val="none" w:sz="0" w:space="0" w:color="auto"/>
        <w:bottom w:val="none" w:sz="0" w:space="0" w:color="auto"/>
        <w:right w:val="none" w:sz="0" w:space="0" w:color="auto"/>
      </w:divBdr>
    </w:div>
    <w:div w:id="1027024199">
      <w:bodyDiv w:val="1"/>
      <w:marLeft w:val="0"/>
      <w:marRight w:val="0"/>
      <w:marTop w:val="0"/>
      <w:marBottom w:val="0"/>
      <w:divBdr>
        <w:top w:val="none" w:sz="0" w:space="0" w:color="auto"/>
        <w:left w:val="none" w:sz="0" w:space="0" w:color="auto"/>
        <w:bottom w:val="none" w:sz="0" w:space="0" w:color="auto"/>
        <w:right w:val="none" w:sz="0" w:space="0" w:color="auto"/>
      </w:divBdr>
      <w:divsChild>
        <w:div w:id="78143008">
          <w:marLeft w:val="480"/>
          <w:marRight w:val="0"/>
          <w:marTop w:val="0"/>
          <w:marBottom w:val="0"/>
          <w:divBdr>
            <w:top w:val="none" w:sz="0" w:space="0" w:color="auto"/>
            <w:left w:val="none" w:sz="0" w:space="0" w:color="auto"/>
            <w:bottom w:val="none" w:sz="0" w:space="0" w:color="auto"/>
            <w:right w:val="none" w:sz="0" w:space="0" w:color="auto"/>
          </w:divBdr>
        </w:div>
        <w:div w:id="90899818">
          <w:marLeft w:val="480"/>
          <w:marRight w:val="0"/>
          <w:marTop w:val="0"/>
          <w:marBottom w:val="0"/>
          <w:divBdr>
            <w:top w:val="none" w:sz="0" w:space="0" w:color="auto"/>
            <w:left w:val="none" w:sz="0" w:space="0" w:color="auto"/>
            <w:bottom w:val="none" w:sz="0" w:space="0" w:color="auto"/>
            <w:right w:val="none" w:sz="0" w:space="0" w:color="auto"/>
          </w:divBdr>
        </w:div>
        <w:div w:id="149711683">
          <w:marLeft w:val="480"/>
          <w:marRight w:val="0"/>
          <w:marTop w:val="0"/>
          <w:marBottom w:val="0"/>
          <w:divBdr>
            <w:top w:val="none" w:sz="0" w:space="0" w:color="auto"/>
            <w:left w:val="none" w:sz="0" w:space="0" w:color="auto"/>
            <w:bottom w:val="none" w:sz="0" w:space="0" w:color="auto"/>
            <w:right w:val="none" w:sz="0" w:space="0" w:color="auto"/>
          </w:divBdr>
        </w:div>
        <w:div w:id="297271415">
          <w:marLeft w:val="480"/>
          <w:marRight w:val="0"/>
          <w:marTop w:val="0"/>
          <w:marBottom w:val="0"/>
          <w:divBdr>
            <w:top w:val="none" w:sz="0" w:space="0" w:color="auto"/>
            <w:left w:val="none" w:sz="0" w:space="0" w:color="auto"/>
            <w:bottom w:val="none" w:sz="0" w:space="0" w:color="auto"/>
            <w:right w:val="none" w:sz="0" w:space="0" w:color="auto"/>
          </w:divBdr>
        </w:div>
        <w:div w:id="389887213">
          <w:marLeft w:val="480"/>
          <w:marRight w:val="0"/>
          <w:marTop w:val="0"/>
          <w:marBottom w:val="0"/>
          <w:divBdr>
            <w:top w:val="none" w:sz="0" w:space="0" w:color="auto"/>
            <w:left w:val="none" w:sz="0" w:space="0" w:color="auto"/>
            <w:bottom w:val="none" w:sz="0" w:space="0" w:color="auto"/>
            <w:right w:val="none" w:sz="0" w:space="0" w:color="auto"/>
          </w:divBdr>
        </w:div>
        <w:div w:id="451173194">
          <w:marLeft w:val="480"/>
          <w:marRight w:val="0"/>
          <w:marTop w:val="0"/>
          <w:marBottom w:val="0"/>
          <w:divBdr>
            <w:top w:val="none" w:sz="0" w:space="0" w:color="auto"/>
            <w:left w:val="none" w:sz="0" w:space="0" w:color="auto"/>
            <w:bottom w:val="none" w:sz="0" w:space="0" w:color="auto"/>
            <w:right w:val="none" w:sz="0" w:space="0" w:color="auto"/>
          </w:divBdr>
        </w:div>
        <w:div w:id="602343669">
          <w:marLeft w:val="480"/>
          <w:marRight w:val="0"/>
          <w:marTop w:val="0"/>
          <w:marBottom w:val="0"/>
          <w:divBdr>
            <w:top w:val="none" w:sz="0" w:space="0" w:color="auto"/>
            <w:left w:val="none" w:sz="0" w:space="0" w:color="auto"/>
            <w:bottom w:val="none" w:sz="0" w:space="0" w:color="auto"/>
            <w:right w:val="none" w:sz="0" w:space="0" w:color="auto"/>
          </w:divBdr>
        </w:div>
        <w:div w:id="719788541">
          <w:marLeft w:val="480"/>
          <w:marRight w:val="0"/>
          <w:marTop w:val="0"/>
          <w:marBottom w:val="0"/>
          <w:divBdr>
            <w:top w:val="none" w:sz="0" w:space="0" w:color="auto"/>
            <w:left w:val="none" w:sz="0" w:space="0" w:color="auto"/>
            <w:bottom w:val="none" w:sz="0" w:space="0" w:color="auto"/>
            <w:right w:val="none" w:sz="0" w:space="0" w:color="auto"/>
          </w:divBdr>
        </w:div>
        <w:div w:id="744957795">
          <w:marLeft w:val="480"/>
          <w:marRight w:val="0"/>
          <w:marTop w:val="0"/>
          <w:marBottom w:val="0"/>
          <w:divBdr>
            <w:top w:val="none" w:sz="0" w:space="0" w:color="auto"/>
            <w:left w:val="none" w:sz="0" w:space="0" w:color="auto"/>
            <w:bottom w:val="none" w:sz="0" w:space="0" w:color="auto"/>
            <w:right w:val="none" w:sz="0" w:space="0" w:color="auto"/>
          </w:divBdr>
        </w:div>
        <w:div w:id="798105866">
          <w:marLeft w:val="480"/>
          <w:marRight w:val="0"/>
          <w:marTop w:val="0"/>
          <w:marBottom w:val="0"/>
          <w:divBdr>
            <w:top w:val="none" w:sz="0" w:space="0" w:color="auto"/>
            <w:left w:val="none" w:sz="0" w:space="0" w:color="auto"/>
            <w:bottom w:val="none" w:sz="0" w:space="0" w:color="auto"/>
            <w:right w:val="none" w:sz="0" w:space="0" w:color="auto"/>
          </w:divBdr>
        </w:div>
        <w:div w:id="807472929">
          <w:marLeft w:val="480"/>
          <w:marRight w:val="0"/>
          <w:marTop w:val="0"/>
          <w:marBottom w:val="0"/>
          <w:divBdr>
            <w:top w:val="none" w:sz="0" w:space="0" w:color="auto"/>
            <w:left w:val="none" w:sz="0" w:space="0" w:color="auto"/>
            <w:bottom w:val="none" w:sz="0" w:space="0" w:color="auto"/>
            <w:right w:val="none" w:sz="0" w:space="0" w:color="auto"/>
          </w:divBdr>
        </w:div>
        <w:div w:id="898128701">
          <w:marLeft w:val="480"/>
          <w:marRight w:val="0"/>
          <w:marTop w:val="0"/>
          <w:marBottom w:val="0"/>
          <w:divBdr>
            <w:top w:val="none" w:sz="0" w:space="0" w:color="auto"/>
            <w:left w:val="none" w:sz="0" w:space="0" w:color="auto"/>
            <w:bottom w:val="none" w:sz="0" w:space="0" w:color="auto"/>
            <w:right w:val="none" w:sz="0" w:space="0" w:color="auto"/>
          </w:divBdr>
        </w:div>
        <w:div w:id="924729628">
          <w:marLeft w:val="480"/>
          <w:marRight w:val="0"/>
          <w:marTop w:val="0"/>
          <w:marBottom w:val="0"/>
          <w:divBdr>
            <w:top w:val="none" w:sz="0" w:space="0" w:color="auto"/>
            <w:left w:val="none" w:sz="0" w:space="0" w:color="auto"/>
            <w:bottom w:val="none" w:sz="0" w:space="0" w:color="auto"/>
            <w:right w:val="none" w:sz="0" w:space="0" w:color="auto"/>
          </w:divBdr>
        </w:div>
        <w:div w:id="944726139">
          <w:marLeft w:val="480"/>
          <w:marRight w:val="0"/>
          <w:marTop w:val="0"/>
          <w:marBottom w:val="0"/>
          <w:divBdr>
            <w:top w:val="none" w:sz="0" w:space="0" w:color="auto"/>
            <w:left w:val="none" w:sz="0" w:space="0" w:color="auto"/>
            <w:bottom w:val="none" w:sz="0" w:space="0" w:color="auto"/>
            <w:right w:val="none" w:sz="0" w:space="0" w:color="auto"/>
          </w:divBdr>
        </w:div>
        <w:div w:id="990716420">
          <w:marLeft w:val="480"/>
          <w:marRight w:val="0"/>
          <w:marTop w:val="0"/>
          <w:marBottom w:val="0"/>
          <w:divBdr>
            <w:top w:val="none" w:sz="0" w:space="0" w:color="auto"/>
            <w:left w:val="none" w:sz="0" w:space="0" w:color="auto"/>
            <w:bottom w:val="none" w:sz="0" w:space="0" w:color="auto"/>
            <w:right w:val="none" w:sz="0" w:space="0" w:color="auto"/>
          </w:divBdr>
        </w:div>
        <w:div w:id="1077435690">
          <w:marLeft w:val="480"/>
          <w:marRight w:val="0"/>
          <w:marTop w:val="0"/>
          <w:marBottom w:val="0"/>
          <w:divBdr>
            <w:top w:val="none" w:sz="0" w:space="0" w:color="auto"/>
            <w:left w:val="none" w:sz="0" w:space="0" w:color="auto"/>
            <w:bottom w:val="none" w:sz="0" w:space="0" w:color="auto"/>
            <w:right w:val="none" w:sz="0" w:space="0" w:color="auto"/>
          </w:divBdr>
        </w:div>
        <w:div w:id="1187525659">
          <w:marLeft w:val="480"/>
          <w:marRight w:val="0"/>
          <w:marTop w:val="0"/>
          <w:marBottom w:val="0"/>
          <w:divBdr>
            <w:top w:val="none" w:sz="0" w:space="0" w:color="auto"/>
            <w:left w:val="none" w:sz="0" w:space="0" w:color="auto"/>
            <w:bottom w:val="none" w:sz="0" w:space="0" w:color="auto"/>
            <w:right w:val="none" w:sz="0" w:space="0" w:color="auto"/>
          </w:divBdr>
        </w:div>
        <w:div w:id="1201674243">
          <w:marLeft w:val="480"/>
          <w:marRight w:val="0"/>
          <w:marTop w:val="0"/>
          <w:marBottom w:val="0"/>
          <w:divBdr>
            <w:top w:val="none" w:sz="0" w:space="0" w:color="auto"/>
            <w:left w:val="none" w:sz="0" w:space="0" w:color="auto"/>
            <w:bottom w:val="none" w:sz="0" w:space="0" w:color="auto"/>
            <w:right w:val="none" w:sz="0" w:space="0" w:color="auto"/>
          </w:divBdr>
        </w:div>
        <w:div w:id="1243298641">
          <w:marLeft w:val="480"/>
          <w:marRight w:val="0"/>
          <w:marTop w:val="0"/>
          <w:marBottom w:val="0"/>
          <w:divBdr>
            <w:top w:val="none" w:sz="0" w:space="0" w:color="auto"/>
            <w:left w:val="none" w:sz="0" w:space="0" w:color="auto"/>
            <w:bottom w:val="none" w:sz="0" w:space="0" w:color="auto"/>
            <w:right w:val="none" w:sz="0" w:space="0" w:color="auto"/>
          </w:divBdr>
        </w:div>
        <w:div w:id="1403716592">
          <w:marLeft w:val="480"/>
          <w:marRight w:val="0"/>
          <w:marTop w:val="0"/>
          <w:marBottom w:val="0"/>
          <w:divBdr>
            <w:top w:val="none" w:sz="0" w:space="0" w:color="auto"/>
            <w:left w:val="none" w:sz="0" w:space="0" w:color="auto"/>
            <w:bottom w:val="none" w:sz="0" w:space="0" w:color="auto"/>
            <w:right w:val="none" w:sz="0" w:space="0" w:color="auto"/>
          </w:divBdr>
        </w:div>
        <w:div w:id="1412196459">
          <w:marLeft w:val="480"/>
          <w:marRight w:val="0"/>
          <w:marTop w:val="0"/>
          <w:marBottom w:val="0"/>
          <w:divBdr>
            <w:top w:val="none" w:sz="0" w:space="0" w:color="auto"/>
            <w:left w:val="none" w:sz="0" w:space="0" w:color="auto"/>
            <w:bottom w:val="none" w:sz="0" w:space="0" w:color="auto"/>
            <w:right w:val="none" w:sz="0" w:space="0" w:color="auto"/>
          </w:divBdr>
        </w:div>
        <w:div w:id="1513765388">
          <w:marLeft w:val="480"/>
          <w:marRight w:val="0"/>
          <w:marTop w:val="0"/>
          <w:marBottom w:val="0"/>
          <w:divBdr>
            <w:top w:val="none" w:sz="0" w:space="0" w:color="auto"/>
            <w:left w:val="none" w:sz="0" w:space="0" w:color="auto"/>
            <w:bottom w:val="none" w:sz="0" w:space="0" w:color="auto"/>
            <w:right w:val="none" w:sz="0" w:space="0" w:color="auto"/>
          </w:divBdr>
        </w:div>
        <w:div w:id="1541938770">
          <w:marLeft w:val="480"/>
          <w:marRight w:val="0"/>
          <w:marTop w:val="0"/>
          <w:marBottom w:val="0"/>
          <w:divBdr>
            <w:top w:val="none" w:sz="0" w:space="0" w:color="auto"/>
            <w:left w:val="none" w:sz="0" w:space="0" w:color="auto"/>
            <w:bottom w:val="none" w:sz="0" w:space="0" w:color="auto"/>
            <w:right w:val="none" w:sz="0" w:space="0" w:color="auto"/>
          </w:divBdr>
        </w:div>
        <w:div w:id="1552232935">
          <w:marLeft w:val="480"/>
          <w:marRight w:val="0"/>
          <w:marTop w:val="0"/>
          <w:marBottom w:val="0"/>
          <w:divBdr>
            <w:top w:val="none" w:sz="0" w:space="0" w:color="auto"/>
            <w:left w:val="none" w:sz="0" w:space="0" w:color="auto"/>
            <w:bottom w:val="none" w:sz="0" w:space="0" w:color="auto"/>
            <w:right w:val="none" w:sz="0" w:space="0" w:color="auto"/>
          </w:divBdr>
        </w:div>
        <w:div w:id="1562869177">
          <w:marLeft w:val="480"/>
          <w:marRight w:val="0"/>
          <w:marTop w:val="0"/>
          <w:marBottom w:val="0"/>
          <w:divBdr>
            <w:top w:val="none" w:sz="0" w:space="0" w:color="auto"/>
            <w:left w:val="none" w:sz="0" w:space="0" w:color="auto"/>
            <w:bottom w:val="none" w:sz="0" w:space="0" w:color="auto"/>
            <w:right w:val="none" w:sz="0" w:space="0" w:color="auto"/>
          </w:divBdr>
        </w:div>
        <w:div w:id="1566067263">
          <w:marLeft w:val="480"/>
          <w:marRight w:val="0"/>
          <w:marTop w:val="0"/>
          <w:marBottom w:val="0"/>
          <w:divBdr>
            <w:top w:val="none" w:sz="0" w:space="0" w:color="auto"/>
            <w:left w:val="none" w:sz="0" w:space="0" w:color="auto"/>
            <w:bottom w:val="none" w:sz="0" w:space="0" w:color="auto"/>
            <w:right w:val="none" w:sz="0" w:space="0" w:color="auto"/>
          </w:divBdr>
        </w:div>
        <w:div w:id="1756590912">
          <w:marLeft w:val="480"/>
          <w:marRight w:val="0"/>
          <w:marTop w:val="0"/>
          <w:marBottom w:val="0"/>
          <w:divBdr>
            <w:top w:val="none" w:sz="0" w:space="0" w:color="auto"/>
            <w:left w:val="none" w:sz="0" w:space="0" w:color="auto"/>
            <w:bottom w:val="none" w:sz="0" w:space="0" w:color="auto"/>
            <w:right w:val="none" w:sz="0" w:space="0" w:color="auto"/>
          </w:divBdr>
        </w:div>
        <w:div w:id="1807888211">
          <w:marLeft w:val="480"/>
          <w:marRight w:val="0"/>
          <w:marTop w:val="0"/>
          <w:marBottom w:val="0"/>
          <w:divBdr>
            <w:top w:val="none" w:sz="0" w:space="0" w:color="auto"/>
            <w:left w:val="none" w:sz="0" w:space="0" w:color="auto"/>
            <w:bottom w:val="none" w:sz="0" w:space="0" w:color="auto"/>
            <w:right w:val="none" w:sz="0" w:space="0" w:color="auto"/>
          </w:divBdr>
        </w:div>
        <w:div w:id="2010407350">
          <w:marLeft w:val="480"/>
          <w:marRight w:val="0"/>
          <w:marTop w:val="0"/>
          <w:marBottom w:val="0"/>
          <w:divBdr>
            <w:top w:val="none" w:sz="0" w:space="0" w:color="auto"/>
            <w:left w:val="none" w:sz="0" w:space="0" w:color="auto"/>
            <w:bottom w:val="none" w:sz="0" w:space="0" w:color="auto"/>
            <w:right w:val="none" w:sz="0" w:space="0" w:color="auto"/>
          </w:divBdr>
        </w:div>
        <w:div w:id="2061392340">
          <w:marLeft w:val="480"/>
          <w:marRight w:val="0"/>
          <w:marTop w:val="0"/>
          <w:marBottom w:val="0"/>
          <w:divBdr>
            <w:top w:val="none" w:sz="0" w:space="0" w:color="auto"/>
            <w:left w:val="none" w:sz="0" w:space="0" w:color="auto"/>
            <w:bottom w:val="none" w:sz="0" w:space="0" w:color="auto"/>
            <w:right w:val="none" w:sz="0" w:space="0" w:color="auto"/>
          </w:divBdr>
        </w:div>
        <w:div w:id="2131704566">
          <w:marLeft w:val="480"/>
          <w:marRight w:val="0"/>
          <w:marTop w:val="0"/>
          <w:marBottom w:val="0"/>
          <w:divBdr>
            <w:top w:val="none" w:sz="0" w:space="0" w:color="auto"/>
            <w:left w:val="none" w:sz="0" w:space="0" w:color="auto"/>
            <w:bottom w:val="none" w:sz="0" w:space="0" w:color="auto"/>
            <w:right w:val="none" w:sz="0" w:space="0" w:color="auto"/>
          </w:divBdr>
        </w:div>
      </w:divsChild>
    </w:div>
    <w:div w:id="1028869180">
      <w:bodyDiv w:val="1"/>
      <w:marLeft w:val="0"/>
      <w:marRight w:val="0"/>
      <w:marTop w:val="0"/>
      <w:marBottom w:val="0"/>
      <w:divBdr>
        <w:top w:val="none" w:sz="0" w:space="0" w:color="auto"/>
        <w:left w:val="none" w:sz="0" w:space="0" w:color="auto"/>
        <w:bottom w:val="none" w:sz="0" w:space="0" w:color="auto"/>
        <w:right w:val="none" w:sz="0" w:space="0" w:color="auto"/>
      </w:divBdr>
    </w:div>
    <w:div w:id="1031223223">
      <w:bodyDiv w:val="1"/>
      <w:marLeft w:val="0"/>
      <w:marRight w:val="0"/>
      <w:marTop w:val="0"/>
      <w:marBottom w:val="0"/>
      <w:divBdr>
        <w:top w:val="none" w:sz="0" w:space="0" w:color="auto"/>
        <w:left w:val="none" w:sz="0" w:space="0" w:color="auto"/>
        <w:bottom w:val="none" w:sz="0" w:space="0" w:color="auto"/>
        <w:right w:val="none" w:sz="0" w:space="0" w:color="auto"/>
      </w:divBdr>
    </w:div>
    <w:div w:id="1034187995">
      <w:bodyDiv w:val="1"/>
      <w:marLeft w:val="0"/>
      <w:marRight w:val="0"/>
      <w:marTop w:val="0"/>
      <w:marBottom w:val="0"/>
      <w:divBdr>
        <w:top w:val="none" w:sz="0" w:space="0" w:color="auto"/>
        <w:left w:val="none" w:sz="0" w:space="0" w:color="auto"/>
        <w:bottom w:val="none" w:sz="0" w:space="0" w:color="auto"/>
        <w:right w:val="none" w:sz="0" w:space="0" w:color="auto"/>
      </w:divBdr>
    </w:div>
    <w:div w:id="1037970852">
      <w:bodyDiv w:val="1"/>
      <w:marLeft w:val="0"/>
      <w:marRight w:val="0"/>
      <w:marTop w:val="0"/>
      <w:marBottom w:val="0"/>
      <w:divBdr>
        <w:top w:val="none" w:sz="0" w:space="0" w:color="auto"/>
        <w:left w:val="none" w:sz="0" w:space="0" w:color="auto"/>
        <w:bottom w:val="none" w:sz="0" w:space="0" w:color="auto"/>
        <w:right w:val="none" w:sz="0" w:space="0" w:color="auto"/>
      </w:divBdr>
    </w:div>
    <w:div w:id="1038310322">
      <w:bodyDiv w:val="1"/>
      <w:marLeft w:val="0"/>
      <w:marRight w:val="0"/>
      <w:marTop w:val="0"/>
      <w:marBottom w:val="0"/>
      <w:divBdr>
        <w:top w:val="none" w:sz="0" w:space="0" w:color="auto"/>
        <w:left w:val="none" w:sz="0" w:space="0" w:color="auto"/>
        <w:bottom w:val="none" w:sz="0" w:space="0" w:color="auto"/>
        <w:right w:val="none" w:sz="0" w:space="0" w:color="auto"/>
      </w:divBdr>
    </w:div>
    <w:div w:id="1039008093">
      <w:bodyDiv w:val="1"/>
      <w:marLeft w:val="0"/>
      <w:marRight w:val="0"/>
      <w:marTop w:val="0"/>
      <w:marBottom w:val="0"/>
      <w:divBdr>
        <w:top w:val="none" w:sz="0" w:space="0" w:color="auto"/>
        <w:left w:val="none" w:sz="0" w:space="0" w:color="auto"/>
        <w:bottom w:val="none" w:sz="0" w:space="0" w:color="auto"/>
        <w:right w:val="none" w:sz="0" w:space="0" w:color="auto"/>
      </w:divBdr>
    </w:div>
    <w:div w:id="1041394243">
      <w:bodyDiv w:val="1"/>
      <w:marLeft w:val="0"/>
      <w:marRight w:val="0"/>
      <w:marTop w:val="0"/>
      <w:marBottom w:val="0"/>
      <w:divBdr>
        <w:top w:val="none" w:sz="0" w:space="0" w:color="auto"/>
        <w:left w:val="none" w:sz="0" w:space="0" w:color="auto"/>
        <w:bottom w:val="none" w:sz="0" w:space="0" w:color="auto"/>
        <w:right w:val="none" w:sz="0" w:space="0" w:color="auto"/>
      </w:divBdr>
    </w:div>
    <w:div w:id="1042243106">
      <w:bodyDiv w:val="1"/>
      <w:marLeft w:val="0"/>
      <w:marRight w:val="0"/>
      <w:marTop w:val="0"/>
      <w:marBottom w:val="0"/>
      <w:divBdr>
        <w:top w:val="none" w:sz="0" w:space="0" w:color="auto"/>
        <w:left w:val="none" w:sz="0" w:space="0" w:color="auto"/>
        <w:bottom w:val="none" w:sz="0" w:space="0" w:color="auto"/>
        <w:right w:val="none" w:sz="0" w:space="0" w:color="auto"/>
      </w:divBdr>
      <w:divsChild>
        <w:div w:id="140078285">
          <w:marLeft w:val="480"/>
          <w:marRight w:val="0"/>
          <w:marTop w:val="0"/>
          <w:marBottom w:val="0"/>
          <w:divBdr>
            <w:top w:val="none" w:sz="0" w:space="0" w:color="auto"/>
            <w:left w:val="none" w:sz="0" w:space="0" w:color="auto"/>
            <w:bottom w:val="none" w:sz="0" w:space="0" w:color="auto"/>
            <w:right w:val="none" w:sz="0" w:space="0" w:color="auto"/>
          </w:divBdr>
        </w:div>
        <w:div w:id="177818946">
          <w:marLeft w:val="480"/>
          <w:marRight w:val="0"/>
          <w:marTop w:val="0"/>
          <w:marBottom w:val="0"/>
          <w:divBdr>
            <w:top w:val="none" w:sz="0" w:space="0" w:color="auto"/>
            <w:left w:val="none" w:sz="0" w:space="0" w:color="auto"/>
            <w:bottom w:val="none" w:sz="0" w:space="0" w:color="auto"/>
            <w:right w:val="none" w:sz="0" w:space="0" w:color="auto"/>
          </w:divBdr>
        </w:div>
        <w:div w:id="233514118">
          <w:marLeft w:val="480"/>
          <w:marRight w:val="0"/>
          <w:marTop w:val="0"/>
          <w:marBottom w:val="0"/>
          <w:divBdr>
            <w:top w:val="none" w:sz="0" w:space="0" w:color="auto"/>
            <w:left w:val="none" w:sz="0" w:space="0" w:color="auto"/>
            <w:bottom w:val="none" w:sz="0" w:space="0" w:color="auto"/>
            <w:right w:val="none" w:sz="0" w:space="0" w:color="auto"/>
          </w:divBdr>
        </w:div>
        <w:div w:id="272639319">
          <w:marLeft w:val="480"/>
          <w:marRight w:val="0"/>
          <w:marTop w:val="0"/>
          <w:marBottom w:val="0"/>
          <w:divBdr>
            <w:top w:val="none" w:sz="0" w:space="0" w:color="auto"/>
            <w:left w:val="none" w:sz="0" w:space="0" w:color="auto"/>
            <w:bottom w:val="none" w:sz="0" w:space="0" w:color="auto"/>
            <w:right w:val="none" w:sz="0" w:space="0" w:color="auto"/>
          </w:divBdr>
        </w:div>
        <w:div w:id="301077340">
          <w:marLeft w:val="480"/>
          <w:marRight w:val="0"/>
          <w:marTop w:val="0"/>
          <w:marBottom w:val="0"/>
          <w:divBdr>
            <w:top w:val="none" w:sz="0" w:space="0" w:color="auto"/>
            <w:left w:val="none" w:sz="0" w:space="0" w:color="auto"/>
            <w:bottom w:val="none" w:sz="0" w:space="0" w:color="auto"/>
            <w:right w:val="none" w:sz="0" w:space="0" w:color="auto"/>
          </w:divBdr>
        </w:div>
        <w:div w:id="325674659">
          <w:marLeft w:val="480"/>
          <w:marRight w:val="0"/>
          <w:marTop w:val="0"/>
          <w:marBottom w:val="0"/>
          <w:divBdr>
            <w:top w:val="none" w:sz="0" w:space="0" w:color="auto"/>
            <w:left w:val="none" w:sz="0" w:space="0" w:color="auto"/>
            <w:bottom w:val="none" w:sz="0" w:space="0" w:color="auto"/>
            <w:right w:val="none" w:sz="0" w:space="0" w:color="auto"/>
          </w:divBdr>
        </w:div>
        <w:div w:id="553082028">
          <w:marLeft w:val="480"/>
          <w:marRight w:val="0"/>
          <w:marTop w:val="0"/>
          <w:marBottom w:val="0"/>
          <w:divBdr>
            <w:top w:val="none" w:sz="0" w:space="0" w:color="auto"/>
            <w:left w:val="none" w:sz="0" w:space="0" w:color="auto"/>
            <w:bottom w:val="none" w:sz="0" w:space="0" w:color="auto"/>
            <w:right w:val="none" w:sz="0" w:space="0" w:color="auto"/>
          </w:divBdr>
        </w:div>
        <w:div w:id="780538136">
          <w:marLeft w:val="480"/>
          <w:marRight w:val="0"/>
          <w:marTop w:val="0"/>
          <w:marBottom w:val="0"/>
          <w:divBdr>
            <w:top w:val="none" w:sz="0" w:space="0" w:color="auto"/>
            <w:left w:val="none" w:sz="0" w:space="0" w:color="auto"/>
            <w:bottom w:val="none" w:sz="0" w:space="0" w:color="auto"/>
            <w:right w:val="none" w:sz="0" w:space="0" w:color="auto"/>
          </w:divBdr>
        </w:div>
        <w:div w:id="1081096553">
          <w:marLeft w:val="480"/>
          <w:marRight w:val="0"/>
          <w:marTop w:val="0"/>
          <w:marBottom w:val="0"/>
          <w:divBdr>
            <w:top w:val="none" w:sz="0" w:space="0" w:color="auto"/>
            <w:left w:val="none" w:sz="0" w:space="0" w:color="auto"/>
            <w:bottom w:val="none" w:sz="0" w:space="0" w:color="auto"/>
            <w:right w:val="none" w:sz="0" w:space="0" w:color="auto"/>
          </w:divBdr>
        </w:div>
        <w:div w:id="1240208928">
          <w:marLeft w:val="480"/>
          <w:marRight w:val="0"/>
          <w:marTop w:val="0"/>
          <w:marBottom w:val="0"/>
          <w:divBdr>
            <w:top w:val="none" w:sz="0" w:space="0" w:color="auto"/>
            <w:left w:val="none" w:sz="0" w:space="0" w:color="auto"/>
            <w:bottom w:val="none" w:sz="0" w:space="0" w:color="auto"/>
            <w:right w:val="none" w:sz="0" w:space="0" w:color="auto"/>
          </w:divBdr>
        </w:div>
        <w:div w:id="1290819079">
          <w:marLeft w:val="480"/>
          <w:marRight w:val="0"/>
          <w:marTop w:val="0"/>
          <w:marBottom w:val="0"/>
          <w:divBdr>
            <w:top w:val="none" w:sz="0" w:space="0" w:color="auto"/>
            <w:left w:val="none" w:sz="0" w:space="0" w:color="auto"/>
            <w:bottom w:val="none" w:sz="0" w:space="0" w:color="auto"/>
            <w:right w:val="none" w:sz="0" w:space="0" w:color="auto"/>
          </w:divBdr>
        </w:div>
        <w:div w:id="1309361398">
          <w:marLeft w:val="480"/>
          <w:marRight w:val="0"/>
          <w:marTop w:val="0"/>
          <w:marBottom w:val="0"/>
          <w:divBdr>
            <w:top w:val="none" w:sz="0" w:space="0" w:color="auto"/>
            <w:left w:val="none" w:sz="0" w:space="0" w:color="auto"/>
            <w:bottom w:val="none" w:sz="0" w:space="0" w:color="auto"/>
            <w:right w:val="none" w:sz="0" w:space="0" w:color="auto"/>
          </w:divBdr>
        </w:div>
        <w:div w:id="1705596463">
          <w:marLeft w:val="480"/>
          <w:marRight w:val="0"/>
          <w:marTop w:val="0"/>
          <w:marBottom w:val="0"/>
          <w:divBdr>
            <w:top w:val="none" w:sz="0" w:space="0" w:color="auto"/>
            <w:left w:val="none" w:sz="0" w:space="0" w:color="auto"/>
            <w:bottom w:val="none" w:sz="0" w:space="0" w:color="auto"/>
            <w:right w:val="none" w:sz="0" w:space="0" w:color="auto"/>
          </w:divBdr>
        </w:div>
        <w:div w:id="1749303448">
          <w:marLeft w:val="480"/>
          <w:marRight w:val="0"/>
          <w:marTop w:val="0"/>
          <w:marBottom w:val="0"/>
          <w:divBdr>
            <w:top w:val="none" w:sz="0" w:space="0" w:color="auto"/>
            <w:left w:val="none" w:sz="0" w:space="0" w:color="auto"/>
            <w:bottom w:val="none" w:sz="0" w:space="0" w:color="auto"/>
            <w:right w:val="none" w:sz="0" w:space="0" w:color="auto"/>
          </w:divBdr>
        </w:div>
        <w:div w:id="1962489642">
          <w:marLeft w:val="480"/>
          <w:marRight w:val="0"/>
          <w:marTop w:val="0"/>
          <w:marBottom w:val="0"/>
          <w:divBdr>
            <w:top w:val="none" w:sz="0" w:space="0" w:color="auto"/>
            <w:left w:val="none" w:sz="0" w:space="0" w:color="auto"/>
            <w:bottom w:val="none" w:sz="0" w:space="0" w:color="auto"/>
            <w:right w:val="none" w:sz="0" w:space="0" w:color="auto"/>
          </w:divBdr>
        </w:div>
        <w:div w:id="2023046241">
          <w:marLeft w:val="480"/>
          <w:marRight w:val="0"/>
          <w:marTop w:val="0"/>
          <w:marBottom w:val="0"/>
          <w:divBdr>
            <w:top w:val="none" w:sz="0" w:space="0" w:color="auto"/>
            <w:left w:val="none" w:sz="0" w:space="0" w:color="auto"/>
            <w:bottom w:val="none" w:sz="0" w:space="0" w:color="auto"/>
            <w:right w:val="none" w:sz="0" w:space="0" w:color="auto"/>
          </w:divBdr>
        </w:div>
        <w:div w:id="2089570471">
          <w:marLeft w:val="480"/>
          <w:marRight w:val="0"/>
          <w:marTop w:val="0"/>
          <w:marBottom w:val="0"/>
          <w:divBdr>
            <w:top w:val="none" w:sz="0" w:space="0" w:color="auto"/>
            <w:left w:val="none" w:sz="0" w:space="0" w:color="auto"/>
            <w:bottom w:val="none" w:sz="0" w:space="0" w:color="auto"/>
            <w:right w:val="none" w:sz="0" w:space="0" w:color="auto"/>
          </w:divBdr>
        </w:div>
        <w:div w:id="2091149490">
          <w:marLeft w:val="480"/>
          <w:marRight w:val="0"/>
          <w:marTop w:val="0"/>
          <w:marBottom w:val="0"/>
          <w:divBdr>
            <w:top w:val="none" w:sz="0" w:space="0" w:color="auto"/>
            <w:left w:val="none" w:sz="0" w:space="0" w:color="auto"/>
            <w:bottom w:val="none" w:sz="0" w:space="0" w:color="auto"/>
            <w:right w:val="none" w:sz="0" w:space="0" w:color="auto"/>
          </w:divBdr>
        </w:div>
        <w:div w:id="2127310416">
          <w:marLeft w:val="480"/>
          <w:marRight w:val="0"/>
          <w:marTop w:val="0"/>
          <w:marBottom w:val="0"/>
          <w:divBdr>
            <w:top w:val="none" w:sz="0" w:space="0" w:color="auto"/>
            <w:left w:val="none" w:sz="0" w:space="0" w:color="auto"/>
            <w:bottom w:val="none" w:sz="0" w:space="0" w:color="auto"/>
            <w:right w:val="none" w:sz="0" w:space="0" w:color="auto"/>
          </w:divBdr>
        </w:div>
      </w:divsChild>
    </w:div>
    <w:div w:id="1043406490">
      <w:bodyDiv w:val="1"/>
      <w:marLeft w:val="0"/>
      <w:marRight w:val="0"/>
      <w:marTop w:val="0"/>
      <w:marBottom w:val="0"/>
      <w:divBdr>
        <w:top w:val="none" w:sz="0" w:space="0" w:color="auto"/>
        <w:left w:val="none" w:sz="0" w:space="0" w:color="auto"/>
        <w:bottom w:val="none" w:sz="0" w:space="0" w:color="auto"/>
        <w:right w:val="none" w:sz="0" w:space="0" w:color="auto"/>
      </w:divBdr>
      <w:divsChild>
        <w:div w:id="46034918">
          <w:marLeft w:val="480"/>
          <w:marRight w:val="0"/>
          <w:marTop w:val="0"/>
          <w:marBottom w:val="0"/>
          <w:divBdr>
            <w:top w:val="none" w:sz="0" w:space="0" w:color="auto"/>
            <w:left w:val="none" w:sz="0" w:space="0" w:color="auto"/>
            <w:bottom w:val="none" w:sz="0" w:space="0" w:color="auto"/>
            <w:right w:val="none" w:sz="0" w:space="0" w:color="auto"/>
          </w:divBdr>
        </w:div>
        <w:div w:id="671370495">
          <w:marLeft w:val="480"/>
          <w:marRight w:val="0"/>
          <w:marTop w:val="0"/>
          <w:marBottom w:val="0"/>
          <w:divBdr>
            <w:top w:val="none" w:sz="0" w:space="0" w:color="auto"/>
            <w:left w:val="none" w:sz="0" w:space="0" w:color="auto"/>
            <w:bottom w:val="none" w:sz="0" w:space="0" w:color="auto"/>
            <w:right w:val="none" w:sz="0" w:space="0" w:color="auto"/>
          </w:divBdr>
        </w:div>
        <w:div w:id="1160003816">
          <w:marLeft w:val="480"/>
          <w:marRight w:val="0"/>
          <w:marTop w:val="0"/>
          <w:marBottom w:val="0"/>
          <w:divBdr>
            <w:top w:val="none" w:sz="0" w:space="0" w:color="auto"/>
            <w:left w:val="none" w:sz="0" w:space="0" w:color="auto"/>
            <w:bottom w:val="none" w:sz="0" w:space="0" w:color="auto"/>
            <w:right w:val="none" w:sz="0" w:space="0" w:color="auto"/>
          </w:divBdr>
        </w:div>
        <w:div w:id="1768381053">
          <w:marLeft w:val="480"/>
          <w:marRight w:val="0"/>
          <w:marTop w:val="0"/>
          <w:marBottom w:val="0"/>
          <w:divBdr>
            <w:top w:val="none" w:sz="0" w:space="0" w:color="auto"/>
            <w:left w:val="none" w:sz="0" w:space="0" w:color="auto"/>
            <w:bottom w:val="none" w:sz="0" w:space="0" w:color="auto"/>
            <w:right w:val="none" w:sz="0" w:space="0" w:color="auto"/>
          </w:divBdr>
        </w:div>
        <w:div w:id="1957902190">
          <w:marLeft w:val="480"/>
          <w:marRight w:val="0"/>
          <w:marTop w:val="0"/>
          <w:marBottom w:val="0"/>
          <w:divBdr>
            <w:top w:val="none" w:sz="0" w:space="0" w:color="auto"/>
            <w:left w:val="none" w:sz="0" w:space="0" w:color="auto"/>
            <w:bottom w:val="none" w:sz="0" w:space="0" w:color="auto"/>
            <w:right w:val="none" w:sz="0" w:space="0" w:color="auto"/>
          </w:divBdr>
        </w:div>
        <w:div w:id="1974213394">
          <w:marLeft w:val="480"/>
          <w:marRight w:val="0"/>
          <w:marTop w:val="0"/>
          <w:marBottom w:val="0"/>
          <w:divBdr>
            <w:top w:val="none" w:sz="0" w:space="0" w:color="auto"/>
            <w:left w:val="none" w:sz="0" w:space="0" w:color="auto"/>
            <w:bottom w:val="none" w:sz="0" w:space="0" w:color="auto"/>
            <w:right w:val="none" w:sz="0" w:space="0" w:color="auto"/>
          </w:divBdr>
        </w:div>
      </w:divsChild>
    </w:div>
    <w:div w:id="1045831037">
      <w:bodyDiv w:val="1"/>
      <w:marLeft w:val="0"/>
      <w:marRight w:val="0"/>
      <w:marTop w:val="0"/>
      <w:marBottom w:val="0"/>
      <w:divBdr>
        <w:top w:val="none" w:sz="0" w:space="0" w:color="auto"/>
        <w:left w:val="none" w:sz="0" w:space="0" w:color="auto"/>
        <w:bottom w:val="none" w:sz="0" w:space="0" w:color="auto"/>
        <w:right w:val="none" w:sz="0" w:space="0" w:color="auto"/>
      </w:divBdr>
    </w:div>
    <w:div w:id="1047606678">
      <w:bodyDiv w:val="1"/>
      <w:marLeft w:val="0"/>
      <w:marRight w:val="0"/>
      <w:marTop w:val="0"/>
      <w:marBottom w:val="0"/>
      <w:divBdr>
        <w:top w:val="none" w:sz="0" w:space="0" w:color="auto"/>
        <w:left w:val="none" w:sz="0" w:space="0" w:color="auto"/>
        <w:bottom w:val="none" w:sz="0" w:space="0" w:color="auto"/>
        <w:right w:val="none" w:sz="0" w:space="0" w:color="auto"/>
      </w:divBdr>
      <w:divsChild>
        <w:div w:id="450898120">
          <w:marLeft w:val="480"/>
          <w:marRight w:val="0"/>
          <w:marTop w:val="0"/>
          <w:marBottom w:val="0"/>
          <w:divBdr>
            <w:top w:val="none" w:sz="0" w:space="0" w:color="auto"/>
            <w:left w:val="none" w:sz="0" w:space="0" w:color="auto"/>
            <w:bottom w:val="none" w:sz="0" w:space="0" w:color="auto"/>
            <w:right w:val="none" w:sz="0" w:space="0" w:color="auto"/>
          </w:divBdr>
        </w:div>
        <w:div w:id="471022726">
          <w:marLeft w:val="480"/>
          <w:marRight w:val="0"/>
          <w:marTop w:val="0"/>
          <w:marBottom w:val="0"/>
          <w:divBdr>
            <w:top w:val="none" w:sz="0" w:space="0" w:color="auto"/>
            <w:left w:val="none" w:sz="0" w:space="0" w:color="auto"/>
            <w:bottom w:val="none" w:sz="0" w:space="0" w:color="auto"/>
            <w:right w:val="none" w:sz="0" w:space="0" w:color="auto"/>
          </w:divBdr>
        </w:div>
        <w:div w:id="591204449">
          <w:marLeft w:val="480"/>
          <w:marRight w:val="0"/>
          <w:marTop w:val="0"/>
          <w:marBottom w:val="0"/>
          <w:divBdr>
            <w:top w:val="none" w:sz="0" w:space="0" w:color="auto"/>
            <w:left w:val="none" w:sz="0" w:space="0" w:color="auto"/>
            <w:bottom w:val="none" w:sz="0" w:space="0" w:color="auto"/>
            <w:right w:val="none" w:sz="0" w:space="0" w:color="auto"/>
          </w:divBdr>
        </w:div>
        <w:div w:id="1246649401">
          <w:marLeft w:val="480"/>
          <w:marRight w:val="0"/>
          <w:marTop w:val="0"/>
          <w:marBottom w:val="0"/>
          <w:divBdr>
            <w:top w:val="none" w:sz="0" w:space="0" w:color="auto"/>
            <w:left w:val="none" w:sz="0" w:space="0" w:color="auto"/>
            <w:bottom w:val="none" w:sz="0" w:space="0" w:color="auto"/>
            <w:right w:val="none" w:sz="0" w:space="0" w:color="auto"/>
          </w:divBdr>
        </w:div>
        <w:div w:id="1517621619">
          <w:marLeft w:val="480"/>
          <w:marRight w:val="0"/>
          <w:marTop w:val="0"/>
          <w:marBottom w:val="0"/>
          <w:divBdr>
            <w:top w:val="none" w:sz="0" w:space="0" w:color="auto"/>
            <w:left w:val="none" w:sz="0" w:space="0" w:color="auto"/>
            <w:bottom w:val="none" w:sz="0" w:space="0" w:color="auto"/>
            <w:right w:val="none" w:sz="0" w:space="0" w:color="auto"/>
          </w:divBdr>
        </w:div>
        <w:div w:id="1664044343">
          <w:marLeft w:val="480"/>
          <w:marRight w:val="0"/>
          <w:marTop w:val="0"/>
          <w:marBottom w:val="0"/>
          <w:divBdr>
            <w:top w:val="none" w:sz="0" w:space="0" w:color="auto"/>
            <w:left w:val="none" w:sz="0" w:space="0" w:color="auto"/>
            <w:bottom w:val="none" w:sz="0" w:space="0" w:color="auto"/>
            <w:right w:val="none" w:sz="0" w:space="0" w:color="auto"/>
          </w:divBdr>
        </w:div>
        <w:div w:id="1696540564">
          <w:marLeft w:val="480"/>
          <w:marRight w:val="0"/>
          <w:marTop w:val="0"/>
          <w:marBottom w:val="0"/>
          <w:divBdr>
            <w:top w:val="none" w:sz="0" w:space="0" w:color="auto"/>
            <w:left w:val="none" w:sz="0" w:space="0" w:color="auto"/>
            <w:bottom w:val="none" w:sz="0" w:space="0" w:color="auto"/>
            <w:right w:val="none" w:sz="0" w:space="0" w:color="auto"/>
          </w:divBdr>
        </w:div>
        <w:div w:id="1756777773">
          <w:marLeft w:val="480"/>
          <w:marRight w:val="0"/>
          <w:marTop w:val="0"/>
          <w:marBottom w:val="0"/>
          <w:divBdr>
            <w:top w:val="none" w:sz="0" w:space="0" w:color="auto"/>
            <w:left w:val="none" w:sz="0" w:space="0" w:color="auto"/>
            <w:bottom w:val="none" w:sz="0" w:space="0" w:color="auto"/>
            <w:right w:val="none" w:sz="0" w:space="0" w:color="auto"/>
          </w:divBdr>
        </w:div>
        <w:div w:id="1953392655">
          <w:marLeft w:val="480"/>
          <w:marRight w:val="0"/>
          <w:marTop w:val="0"/>
          <w:marBottom w:val="0"/>
          <w:divBdr>
            <w:top w:val="none" w:sz="0" w:space="0" w:color="auto"/>
            <w:left w:val="none" w:sz="0" w:space="0" w:color="auto"/>
            <w:bottom w:val="none" w:sz="0" w:space="0" w:color="auto"/>
            <w:right w:val="none" w:sz="0" w:space="0" w:color="auto"/>
          </w:divBdr>
        </w:div>
        <w:div w:id="2015184490">
          <w:marLeft w:val="480"/>
          <w:marRight w:val="0"/>
          <w:marTop w:val="0"/>
          <w:marBottom w:val="0"/>
          <w:divBdr>
            <w:top w:val="none" w:sz="0" w:space="0" w:color="auto"/>
            <w:left w:val="none" w:sz="0" w:space="0" w:color="auto"/>
            <w:bottom w:val="none" w:sz="0" w:space="0" w:color="auto"/>
            <w:right w:val="none" w:sz="0" w:space="0" w:color="auto"/>
          </w:divBdr>
        </w:div>
        <w:div w:id="2016224763">
          <w:marLeft w:val="480"/>
          <w:marRight w:val="0"/>
          <w:marTop w:val="0"/>
          <w:marBottom w:val="0"/>
          <w:divBdr>
            <w:top w:val="none" w:sz="0" w:space="0" w:color="auto"/>
            <w:left w:val="none" w:sz="0" w:space="0" w:color="auto"/>
            <w:bottom w:val="none" w:sz="0" w:space="0" w:color="auto"/>
            <w:right w:val="none" w:sz="0" w:space="0" w:color="auto"/>
          </w:divBdr>
        </w:div>
        <w:div w:id="2071414876">
          <w:marLeft w:val="480"/>
          <w:marRight w:val="0"/>
          <w:marTop w:val="0"/>
          <w:marBottom w:val="0"/>
          <w:divBdr>
            <w:top w:val="none" w:sz="0" w:space="0" w:color="auto"/>
            <w:left w:val="none" w:sz="0" w:space="0" w:color="auto"/>
            <w:bottom w:val="none" w:sz="0" w:space="0" w:color="auto"/>
            <w:right w:val="none" w:sz="0" w:space="0" w:color="auto"/>
          </w:divBdr>
        </w:div>
        <w:div w:id="2146241296">
          <w:marLeft w:val="480"/>
          <w:marRight w:val="0"/>
          <w:marTop w:val="0"/>
          <w:marBottom w:val="0"/>
          <w:divBdr>
            <w:top w:val="none" w:sz="0" w:space="0" w:color="auto"/>
            <w:left w:val="none" w:sz="0" w:space="0" w:color="auto"/>
            <w:bottom w:val="none" w:sz="0" w:space="0" w:color="auto"/>
            <w:right w:val="none" w:sz="0" w:space="0" w:color="auto"/>
          </w:divBdr>
        </w:div>
      </w:divsChild>
    </w:div>
    <w:div w:id="1049185278">
      <w:bodyDiv w:val="1"/>
      <w:marLeft w:val="0"/>
      <w:marRight w:val="0"/>
      <w:marTop w:val="0"/>
      <w:marBottom w:val="0"/>
      <w:divBdr>
        <w:top w:val="none" w:sz="0" w:space="0" w:color="auto"/>
        <w:left w:val="none" w:sz="0" w:space="0" w:color="auto"/>
        <w:bottom w:val="none" w:sz="0" w:space="0" w:color="auto"/>
        <w:right w:val="none" w:sz="0" w:space="0" w:color="auto"/>
      </w:divBdr>
    </w:div>
    <w:div w:id="1050959572">
      <w:bodyDiv w:val="1"/>
      <w:marLeft w:val="0"/>
      <w:marRight w:val="0"/>
      <w:marTop w:val="0"/>
      <w:marBottom w:val="0"/>
      <w:divBdr>
        <w:top w:val="none" w:sz="0" w:space="0" w:color="auto"/>
        <w:left w:val="none" w:sz="0" w:space="0" w:color="auto"/>
        <w:bottom w:val="none" w:sz="0" w:space="0" w:color="auto"/>
        <w:right w:val="none" w:sz="0" w:space="0" w:color="auto"/>
      </w:divBdr>
    </w:div>
    <w:div w:id="1051608934">
      <w:bodyDiv w:val="1"/>
      <w:marLeft w:val="0"/>
      <w:marRight w:val="0"/>
      <w:marTop w:val="0"/>
      <w:marBottom w:val="0"/>
      <w:divBdr>
        <w:top w:val="none" w:sz="0" w:space="0" w:color="auto"/>
        <w:left w:val="none" w:sz="0" w:space="0" w:color="auto"/>
        <w:bottom w:val="none" w:sz="0" w:space="0" w:color="auto"/>
        <w:right w:val="none" w:sz="0" w:space="0" w:color="auto"/>
      </w:divBdr>
    </w:div>
    <w:div w:id="1052578691">
      <w:bodyDiv w:val="1"/>
      <w:marLeft w:val="0"/>
      <w:marRight w:val="0"/>
      <w:marTop w:val="0"/>
      <w:marBottom w:val="0"/>
      <w:divBdr>
        <w:top w:val="none" w:sz="0" w:space="0" w:color="auto"/>
        <w:left w:val="none" w:sz="0" w:space="0" w:color="auto"/>
        <w:bottom w:val="none" w:sz="0" w:space="0" w:color="auto"/>
        <w:right w:val="none" w:sz="0" w:space="0" w:color="auto"/>
      </w:divBdr>
    </w:div>
    <w:div w:id="1053499634">
      <w:bodyDiv w:val="1"/>
      <w:marLeft w:val="0"/>
      <w:marRight w:val="0"/>
      <w:marTop w:val="0"/>
      <w:marBottom w:val="0"/>
      <w:divBdr>
        <w:top w:val="none" w:sz="0" w:space="0" w:color="auto"/>
        <w:left w:val="none" w:sz="0" w:space="0" w:color="auto"/>
        <w:bottom w:val="none" w:sz="0" w:space="0" w:color="auto"/>
        <w:right w:val="none" w:sz="0" w:space="0" w:color="auto"/>
      </w:divBdr>
    </w:div>
    <w:div w:id="1055396146">
      <w:bodyDiv w:val="1"/>
      <w:marLeft w:val="0"/>
      <w:marRight w:val="0"/>
      <w:marTop w:val="0"/>
      <w:marBottom w:val="0"/>
      <w:divBdr>
        <w:top w:val="none" w:sz="0" w:space="0" w:color="auto"/>
        <w:left w:val="none" w:sz="0" w:space="0" w:color="auto"/>
        <w:bottom w:val="none" w:sz="0" w:space="0" w:color="auto"/>
        <w:right w:val="none" w:sz="0" w:space="0" w:color="auto"/>
      </w:divBdr>
    </w:div>
    <w:div w:id="1058555948">
      <w:bodyDiv w:val="1"/>
      <w:marLeft w:val="0"/>
      <w:marRight w:val="0"/>
      <w:marTop w:val="0"/>
      <w:marBottom w:val="0"/>
      <w:divBdr>
        <w:top w:val="none" w:sz="0" w:space="0" w:color="auto"/>
        <w:left w:val="none" w:sz="0" w:space="0" w:color="auto"/>
        <w:bottom w:val="none" w:sz="0" w:space="0" w:color="auto"/>
        <w:right w:val="none" w:sz="0" w:space="0" w:color="auto"/>
      </w:divBdr>
      <w:divsChild>
        <w:div w:id="36318873">
          <w:marLeft w:val="480"/>
          <w:marRight w:val="0"/>
          <w:marTop w:val="0"/>
          <w:marBottom w:val="0"/>
          <w:divBdr>
            <w:top w:val="none" w:sz="0" w:space="0" w:color="auto"/>
            <w:left w:val="none" w:sz="0" w:space="0" w:color="auto"/>
            <w:bottom w:val="none" w:sz="0" w:space="0" w:color="auto"/>
            <w:right w:val="none" w:sz="0" w:space="0" w:color="auto"/>
          </w:divBdr>
        </w:div>
        <w:div w:id="85661211">
          <w:marLeft w:val="480"/>
          <w:marRight w:val="0"/>
          <w:marTop w:val="0"/>
          <w:marBottom w:val="0"/>
          <w:divBdr>
            <w:top w:val="none" w:sz="0" w:space="0" w:color="auto"/>
            <w:left w:val="none" w:sz="0" w:space="0" w:color="auto"/>
            <w:bottom w:val="none" w:sz="0" w:space="0" w:color="auto"/>
            <w:right w:val="none" w:sz="0" w:space="0" w:color="auto"/>
          </w:divBdr>
        </w:div>
        <w:div w:id="114377240">
          <w:marLeft w:val="480"/>
          <w:marRight w:val="0"/>
          <w:marTop w:val="0"/>
          <w:marBottom w:val="0"/>
          <w:divBdr>
            <w:top w:val="none" w:sz="0" w:space="0" w:color="auto"/>
            <w:left w:val="none" w:sz="0" w:space="0" w:color="auto"/>
            <w:bottom w:val="none" w:sz="0" w:space="0" w:color="auto"/>
            <w:right w:val="none" w:sz="0" w:space="0" w:color="auto"/>
          </w:divBdr>
        </w:div>
        <w:div w:id="257099095">
          <w:marLeft w:val="480"/>
          <w:marRight w:val="0"/>
          <w:marTop w:val="0"/>
          <w:marBottom w:val="0"/>
          <w:divBdr>
            <w:top w:val="none" w:sz="0" w:space="0" w:color="auto"/>
            <w:left w:val="none" w:sz="0" w:space="0" w:color="auto"/>
            <w:bottom w:val="none" w:sz="0" w:space="0" w:color="auto"/>
            <w:right w:val="none" w:sz="0" w:space="0" w:color="auto"/>
          </w:divBdr>
        </w:div>
        <w:div w:id="391391939">
          <w:marLeft w:val="480"/>
          <w:marRight w:val="0"/>
          <w:marTop w:val="0"/>
          <w:marBottom w:val="0"/>
          <w:divBdr>
            <w:top w:val="none" w:sz="0" w:space="0" w:color="auto"/>
            <w:left w:val="none" w:sz="0" w:space="0" w:color="auto"/>
            <w:bottom w:val="none" w:sz="0" w:space="0" w:color="auto"/>
            <w:right w:val="none" w:sz="0" w:space="0" w:color="auto"/>
          </w:divBdr>
        </w:div>
        <w:div w:id="399712222">
          <w:marLeft w:val="480"/>
          <w:marRight w:val="0"/>
          <w:marTop w:val="0"/>
          <w:marBottom w:val="0"/>
          <w:divBdr>
            <w:top w:val="none" w:sz="0" w:space="0" w:color="auto"/>
            <w:left w:val="none" w:sz="0" w:space="0" w:color="auto"/>
            <w:bottom w:val="none" w:sz="0" w:space="0" w:color="auto"/>
            <w:right w:val="none" w:sz="0" w:space="0" w:color="auto"/>
          </w:divBdr>
        </w:div>
        <w:div w:id="414405399">
          <w:marLeft w:val="480"/>
          <w:marRight w:val="0"/>
          <w:marTop w:val="0"/>
          <w:marBottom w:val="0"/>
          <w:divBdr>
            <w:top w:val="none" w:sz="0" w:space="0" w:color="auto"/>
            <w:left w:val="none" w:sz="0" w:space="0" w:color="auto"/>
            <w:bottom w:val="none" w:sz="0" w:space="0" w:color="auto"/>
            <w:right w:val="none" w:sz="0" w:space="0" w:color="auto"/>
          </w:divBdr>
        </w:div>
        <w:div w:id="464810886">
          <w:marLeft w:val="480"/>
          <w:marRight w:val="0"/>
          <w:marTop w:val="0"/>
          <w:marBottom w:val="0"/>
          <w:divBdr>
            <w:top w:val="none" w:sz="0" w:space="0" w:color="auto"/>
            <w:left w:val="none" w:sz="0" w:space="0" w:color="auto"/>
            <w:bottom w:val="none" w:sz="0" w:space="0" w:color="auto"/>
            <w:right w:val="none" w:sz="0" w:space="0" w:color="auto"/>
          </w:divBdr>
        </w:div>
        <w:div w:id="513885256">
          <w:marLeft w:val="480"/>
          <w:marRight w:val="0"/>
          <w:marTop w:val="0"/>
          <w:marBottom w:val="0"/>
          <w:divBdr>
            <w:top w:val="none" w:sz="0" w:space="0" w:color="auto"/>
            <w:left w:val="none" w:sz="0" w:space="0" w:color="auto"/>
            <w:bottom w:val="none" w:sz="0" w:space="0" w:color="auto"/>
            <w:right w:val="none" w:sz="0" w:space="0" w:color="auto"/>
          </w:divBdr>
        </w:div>
        <w:div w:id="518860861">
          <w:marLeft w:val="480"/>
          <w:marRight w:val="0"/>
          <w:marTop w:val="0"/>
          <w:marBottom w:val="0"/>
          <w:divBdr>
            <w:top w:val="none" w:sz="0" w:space="0" w:color="auto"/>
            <w:left w:val="none" w:sz="0" w:space="0" w:color="auto"/>
            <w:bottom w:val="none" w:sz="0" w:space="0" w:color="auto"/>
            <w:right w:val="none" w:sz="0" w:space="0" w:color="auto"/>
          </w:divBdr>
        </w:div>
        <w:div w:id="558324734">
          <w:marLeft w:val="480"/>
          <w:marRight w:val="0"/>
          <w:marTop w:val="0"/>
          <w:marBottom w:val="0"/>
          <w:divBdr>
            <w:top w:val="none" w:sz="0" w:space="0" w:color="auto"/>
            <w:left w:val="none" w:sz="0" w:space="0" w:color="auto"/>
            <w:bottom w:val="none" w:sz="0" w:space="0" w:color="auto"/>
            <w:right w:val="none" w:sz="0" w:space="0" w:color="auto"/>
          </w:divBdr>
        </w:div>
        <w:div w:id="615793893">
          <w:marLeft w:val="480"/>
          <w:marRight w:val="0"/>
          <w:marTop w:val="0"/>
          <w:marBottom w:val="0"/>
          <w:divBdr>
            <w:top w:val="none" w:sz="0" w:space="0" w:color="auto"/>
            <w:left w:val="none" w:sz="0" w:space="0" w:color="auto"/>
            <w:bottom w:val="none" w:sz="0" w:space="0" w:color="auto"/>
            <w:right w:val="none" w:sz="0" w:space="0" w:color="auto"/>
          </w:divBdr>
        </w:div>
        <w:div w:id="694312296">
          <w:marLeft w:val="480"/>
          <w:marRight w:val="0"/>
          <w:marTop w:val="0"/>
          <w:marBottom w:val="0"/>
          <w:divBdr>
            <w:top w:val="none" w:sz="0" w:space="0" w:color="auto"/>
            <w:left w:val="none" w:sz="0" w:space="0" w:color="auto"/>
            <w:bottom w:val="none" w:sz="0" w:space="0" w:color="auto"/>
            <w:right w:val="none" w:sz="0" w:space="0" w:color="auto"/>
          </w:divBdr>
        </w:div>
        <w:div w:id="724380020">
          <w:marLeft w:val="480"/>
          <w:marRight w:val="0"/>
          <w:marTop w:val="0"/>
          <w:marBottom w:val="0"/>
          <w:divBdr>
            <w:top w:val="none" w:sz="0" w:space="0" w:color="auto"/>
            <w:left w:val="none" w:sz="0" w:space="0" w:color="auto"/>
            <w:bottom w:val="none" w:sz="0" w:space="0" w:color="auto"/>
            <w:right w:val="none" w:sz="0" w:space="0" w:color="auto"/>
          </w:divBdr>
        </w:div>
        <w:div w:id="870536077">
          <w:marLeft w:val="480"/>
          <w:marRight w:val="0"/>
          <w:marTop w:val="0"/>
          <w:marBottom w:val="0"/>
          <w:divBdr>
            <w:top w:val="none" w:sz="0" w:space="0" w:color="auto"/>
            <w:left w:val="none" w:sz="0" w:space="0" w:color="auto"/>
            <w:bottom w:val="none" w:sz="0" w:space="0" w:color="auto"/>
            <w:right w:val="none" w:sz="0" w:space="0" w:color="auto"/>
          </w:divBdr>
        </w:div>
        <w:div w:id="873005510">
          <w:marLeft w:val="480"/>
          <w:marRight w:val="0"/>
          <w:marTop w:val="0"/>
          <w:marBottom w:val="0"/>
          <w:divBdr>
            <w:top w:val="none" w:sz="0" w:space="0" w:color="auto"/>
            <w:left w:val="none" w:sz="0" w:space="0" w:color="auto"/>
            <w:bottom w:val="none" w:sz="0" w:space="0" w:color="auto"/>
            <w:right w:val="none" w:sz="0" w:space="0" w:color="auto"/>
          </w:divBdr>
        </w:div>
        <w:div w:id="906764099">
          <w:marLeft w:val="480"/>
          <w:marRight w:val="0"/>
          <w:marTop w:val="0"/>
          <w:marBottom w:val="0"/>
          <w:divBdr>
            <w:top w:val="none" w:sz="0" w:space="0" w:color="auto"/>
            <w:left w:val="none" w:sz="0" w:space="0" w:color="auto"/>
            <w:bottom w:val="none" w:sz="0" w:space="0" w:color="auto"/>
            <w:right w:val="none" w:sz="0" w:space="0" w:color="auto"/>
          </w:divBdr>
        </w:div>
        <w:div w:id="963852322">
          <w:marLeft w:val="480"/>
          <w:marRight w:val="0"/>
          <w:marTop w:val="0"/>
          <w:marBottom w:val="0"/>
          <w:divBdr>
            <w:top w:val="none" w:sz="0" w:space="0" w:color="auto"/>
            <w:left w:val="none" w:sz="0" w:space="0" w:color="auto"/>
            <w:bottom w:val="none" w:sz="0" w:space="0" w:color="auto"/>
            <w:right w:val="none" w:sz="0" w:space="0" w:color="auto"/>
          </w:divBdr>
        </w:div>
        <w:div w:id="984821961">
          <w:marLeft w:val="480"/>
          <w:marRight w:val="0"/>
          <w:marTop w:val="0"/>
          <w:marBottom w:val="0"/>
          <w:divBdr>
            <w:top w:val="none" w:sz="0" w:space="0" w:color="auto"/>
            <w:left w:val="none" w:sz="0" w:space="0" w:color="auto"/>
            <w:bottom w:val="none" w:sz="0" w:space="0" w:color="auto"/>
            <w:right w:val="none" w:sz="0" w:space="0" w:color="auto"/>
          </w:divBdr>
        </w:div>
        <w:div w:id="1053501826">
          <w:marLeft w:val="480"/>
          <w:marRight w:val="0"/>
          <w:marTop w:val="0"/>
          <w:marBottom w:val="0"/>
          <w:divBdr>
            <w:top w:val="none" w:sz="0" w:space="0" w:color="auto"/>
            <w:left w:val="none" w:sz="0" w:space="0" w:color="auto"/>
            <w:bottom w:val="none" w:sz="0" w:space="0" w:color="auto"/>
            <w:right w:val="none" w:sz="0" w:space="0" w:color="auto"/>
          </w:divBdr>
        </w:div>
        <w:div w:id="1062292580">
          <w:marLeft w:val="480"/>
          <w:marRight w:val="0"/>
          <w:marTop w:val="0"/>
          <w:marBottom w:val="0"/>
          <w:divBdr>
            <w:top w:val="none" w:sz="0" w:space="0" w:color="auto"/>
            <w:left w:val="none" w:sz="0" w:space="0" w:color="auto"/>
            <w:bottom w:val="none" w:sz="0" w:space="0" w:color="auto"/>
            <w:right w:val="none" w:sz="0" w:space="0" w:color="auto"/>
          </w:divBdr>
        </w:div>
        <w:div w:id="1068770064">
          <w:marLeft w:val="480"/>
          <w:marRight w:val="0"/>
          <w:marTop w:val="0"/>
          <w:marBottom w:val="0"/>
          <w:divBdr>
            <w:top w:val="none" w:sz="0" w:space="0" w:color="auto"/>
            <w:left w:val="none" w:sz="0" w:space="0" w:color="auto"/>
            <w:bottom w:val="none" w:sz="0" w:space="0" w:color="auto"/>
            <w:right w:val="none" w:sz="0" w:space="0" w:color="auto"/>
          </w:divBdr>
        </w:div>
        <w:div w:id="1115716735">
          <w:marLeft w:val="480"/>
          <w:marRight w:val="0"/>
          <w:marTop w:val="0"/>
          <w:marBottom w:val="0"/>
          <w:divBdr>
            <w:top w:val="none" w:sz="0" w:space="0" w:color="auto"/>
            <w:left w:val="none" w:sz="0" w:space="0" w:color="auto"/>
            <w:bottom w:val="none" w:sz="0" w:space="0" w:color="auto"/>
            <w:right w:val="none" w:sz="0" w:space="0" w:color="auto"/>
          </w:divBdr>
        </w:div>
        <w:div w:id="1132477252">
          <w:marLeft w:val="480"/>
          <w:marRight w:val="0"/>
          <w:marTop w:val="0"/>
          <w:marBottom w:val="0"/>
          <w:divBdr>
            <w:top w:val="none" w:sz="0" w:space="0" w:color="auto"/>
            <w:left w:val="none" w:sz="0" w:space="0" w:color="auto"/>
            <w:bottom w:val="none" w:sz="0" w:space="0" w:color="auto"/>
            <w:right w:val="none" w:sz="0" w:space="0" w:color="auto"/>
          </w:divBdr>
        </w:div>
        <w:div w:id="1159230772">
          <w:marLeft w:val="480"/>
          <w:marRight w:val="0"/>
          <w:marTop w:val="0"/>
          <w:marBottom w:val="0"/>
          <w:divBdr>
            <w:top w:val="none" w:sz="0" w:space="0" w:color="auto"/>
            <w:left w:val="none" w:sz="0" w:space="0" w:color="auto"/>
            <w:bottom w:val="none" w:sz="0" w:space="0" w:color="auto"/>
            <w:right w:val="none" w:sz="0" w:space="0" w:color="auto"/>
          </w:divBdr>
        </w:div>
        <w:div w:id="1199977684">
          <w:marLeft w:val="480"/>
          <w:marRight w:val="0"/>
          <w:marTop w:val="0"/>
          <w:marBottom w:val="0"/>
          <w:divBdr>
            <w:top w:val="none" w:sz="0" w:space="0" w:color="auto"/>
            <w:left w:val="none" w:sz="0" w:space="0" w:color="auto"/>
            <w:bottom w:val="none" w:sz="0" w:space="0" w:color="auto"/>
            <w:right w:val="none" w:sz="0" w:space="0" w:color="auto"/>
          </w:divBdr>
        </w:div>
        <w:div w:id="1220558682">
          <w:marLeft w:val="480"/>
          <w:marRight w:val="0"/>
          <w:marTop w:val="0"/>
          <w:marBottom w:val="0"/>
          <w:divBdr>
            <w:top w:val="none" w:sz="0" w:space="0" w:color="auto"/>
            <w:left w:val="none" w:sz="0" w:space="0" w:color="auto"/>
            <w:bottom w:val="none" w:sz="0" w:space="0" w:color="auto"/>
            <w:right w:val="none" w:sz="0" w:space="0" w:color="auto"/>
          </w:divBdr>
        </w:div>
        <w:div w:id="1232887559">
          <w:marLeft w:val="480"/>
          <w:marRight w:val="0"/>
          <w:marTop w:val="0"/>
          <w:marBottom w:val="0"/>
          <w:divBdr>
            <w:top w:val="none" w:sz="0" w:space="0" w:color="auto"/>
            <w:left w:val="none" w:sz="0" w:space="0" w:color="auto"/>
            <w:bottom w:val="none" w:sz="0" w:space="0" w:color="auto"/>
            <w:right w:val="none" w:sz="0" w:space="0" w:color="auto"/>
          </w:divBdr>
        </w:div>
        <w:div w:id="1293444873">
          <w:marLeft w:val="480"/>
          <w:marRight w:val="0"/>
          <w:marTop w:val="0"/>
          <w:marBottom w:val="0"/>
          <w:divBdr>
            <w:top w:val="none" w:sz="0" w:space="0" w:color="auto"/>
            <w:left w:val="none" w:sz="0" w:space="0" w:color="auto"/>
            <w:bottom w:val="none" w:sz="0" w:space="0" w:color="auto"/>
            <w:right w:val="none" w:sz="0" w:space="0" w:color="auto"/>
          </w:divBdr>
        </w:div>
        <w:div w:id="1305161138">
          <w:marLeft w:val="480"/>
          <w:marRight w:val="0"/>
          <w:marTop w:val="0"/>
          <w:marBottom w:val="0"/>
          <w:divBdr>
            <w:top w:val="none" w:sz="0" w:space="0" w:color="auto"/>
            <w:left w:val="none" w:sz="0" w:space="0" w:color="auto"/>
            <w:bottom w:val="none" w:sz="0" w:space="0" w:color="auto"/>
            <w:right w:val="none" w:sz="0" w:space="0" w:color="auto"/>
          </w:divBdr>
        </w:div>
        <w:div w:id="1305427477">
          <w:marLeft w:val="480"/>
          <w:marRight w:val="0"/>
          <w:marTop w:val="0"/>
          <w:marBottom w:val="0"/>
          <w:divBdr>
            <w:top w:val="none" w:sz="0" w:space="0" w:color="auto"/>
            <w:left w:val="none" w:sz="0" w:space="0" w:color="auto"/>
            <w:bottom w:val="none" w:sz="0" w:space="0" w:color="auto"/>
            <w:right w:val="none" w:sz="0" w:space="0" w:color="auto"/>
          </w:divBdr>
        </w:div>
        <w:div w:id="1307393211">
          <w:marLeft w:val="480"/>
          <w:marRight w:val="0"/>
          <w:marTop w:val="0"/>
          <w:marBottom w:val="0"/>
          <w:divBdr>
            <w:top w:val="none" w:sz="0" w:space="0" w:color="auto"/>
            <w:left w:val="none" w:sz="0" w:space="0" w:color="auto"/>
            <w:bottom w:val="none" w:sz="0" w:space="0" w:color="auto"/>
            <w:right w:val="none" w:sz="0" w:space="0" w:color="auto"/>
          </w:divBdr>
        </w:div>
        <w:div w:id="1370296677">
          <w:marLeft w:val="480"/>
          <w:marRight w:val="0"/>
          <w:marTop w:val="0"/>
          <w:marBottom w:val="0"/>
          <w:divBdr>
            <w:top w:val="none" w:sz="0" w:space="0" w:color="auto"/>
            <w:left w:val="none" w:sz="0" w:space="0" w:color="auto"/>
            <w:bottom w:val="none" w:sz="0" w:space="0" w:color="auto"/>
            <w:right w:val="none" w:sz="0" w:space="0" w:color="auto"/>
          </w:divBdr>
        </w:div>
        <w:div w:id="1416128712">
          <w:marLeft w:val="480"/>
          <w:marRight w:val="0"/>
          <w:marTop w:val="0"/>
          <w:marBottom w:val="0"/>
          <w:divBdr>
            <w:top w:val="none" w:sz="0" w:space="0" w:color="auto"/>
            <w:left w:val="none" w:sz="0" w:space="0" w:color="auto"/>
            <w:bottom w:val="none" w:sz="0" w:space="0" w:color="auto"/>
            <w:right w:val="none" w:sz="0" w:space="0" w:color="auto"/>
          </w:divBdr>
        </w:div>
        <w:div w:id="1477064613">
          <w:marLeft w:val="480"/>
          <w:marRight w:val="0"/>
          <w:marTop w:val="0"/>
          <w:marBottom w:val="0"/>
          <w:divBdr>
            <w:top w:val="none" w:sz="0" w:space="0" w:color="auto"/>
            <w:left w:val="none" w:sz="0" w:space="0" w:color="auto"/>
            <w:bottom w:val="none" w:sz="0" w:space="0" w:color="auto"/>
            <w:right w:val="none" w:sz="0" w:space="0" w:color="auto"/>
          </w:divBdr>
        </w:div>
        <w:div w:id="1517186005">
          <w:marLeft w:val="480"/>
          <w:marRight w:val="0"/>
          <w:marTop w:val="0"/>
          <w:marBottom w:val="0"/>
          <w:divBdr>
            <w:top w:val="none" w:sz="0" w:space="0" w:color="auto"/>
            <w:left w:val="none" w:sz="0" w:space="0" w:color="auto"/>
            <w:bottom w:val="none" w:sz="0" w:space="0" w:color="auto"/>
            <w:right w:val="none" w:sz="0" w:space="0" w:color="auto"/>
          </w:divBdr>
        </w:div>
        <w:div w:id="1564288862">
          <w:marLeft w:val="480"/>
          <w:marRight w:val="0"/>
          <w:marTop w:val="0"/>
          <w:marBottom w:val="0"/>
          <w:divBdr>
            <w:top w:val="none" w:sz="0" w:space="0" w:color="auto"/>
            <w:left w:val="none" w:sz="0" w:space="0" w:color="auto"/>
            <w:bottom w:val="none" w:sz="0" w:space="0" w:color="auto"/>
            <w:right w:val="none" w:sz="0" w:space="0" w:color="auto"/>
          </w:divBdr>
        </w:div>
        <w:div w:id="1576936283">
          <w:marLeft w:val="480"/>
          <w:marRight w:val="0"/>
          <w:marTop w:val="0"/>
          <w:marBottom w:val="0"/>
          <w:divBdr>
            <w:top w:val="none" w:sz="0" w:space="0" w:color="auto"/>
            <w:left w:val="none" w:sz="0" w:space="0" w:color="auto"/>
            <w:bottom w:val="none" w:sz="0" w:space="0" w:color="auto"/>
            <w:right w:val="none" w:sz="0" w:space="0" w:color="auto"/>
          </w:divBdr>
        </w:div>
        <w:div w:id="1592735819">
          <w:marLeft w:val="480"/>
          <w:marRight w:val="0"/>
          <w:marTop w:val="0"/>
          <w:marBottom w:val="0"/>
          <w:divBdr>
            <w:top w:val="none" w:sz="0" w:space="0" w:color="auto"/>
            <w:left w:val="none" w:sz="0" w:space="0" w:color="auto"/>
            <w:bottom w:val="none" w:sz="0" w:space="0" w:color="auto"/>
            <w:right w:val="none" w:sz="0" w:space="0" w:color="auto"/>
          </w:divBdr>
        </w:div>
        <w:div w:id="1623228137">
          <w:marLeft w:val="480"/>
          <w:marRight w:val="0"/>
          <w:marTop w:val="0"/>
          <w:marBottom w:val="0"/>
          <w:divBdr>
            <w:top w:val="none" w:sz="0" w:space="0" w:color="auto"/>
            <w:left w:val="none" w:sz="0" w:space="0" w:color="auto"/>
            <w:bottom w:val="none" w:sz="0" w:space="0" w:color="auto"/>
            <w:right w:val="none" w:sz="0" w:space="0" w:color="auto"/>
          </w:divBdr>
        </w:div>
        <w:div w:id="1653636846">
          <w:marLeft w:val="480"/>
          <w:marRight w:val="0"/>
          <w:marTop w:val="0"/>
          <w:marBottom w:val="0"/>
          <w:divBdr>
            <w:top w:val="none" w:sz="0" w:space="0" w:color="auto"/>
            <w:left w:val="none" w:sz="0" w:space="0" w:color="auto"/>
            <w:bottom w:val="none" w:sz="0" w:space="0" w:color="auto"/>
            <w:right w:val="none" w:sz="0" w:space="0" w:color="auto"/>
          </w:divBdr>
        </w:div>
        <w:div w:id="1737701520">
          <w:marLeft w:val="480"/>
          <w:marRight w:val="0"/>
          <w:marTop w:val="0"/>
          <w:marBottom w:val="0"/>
          <w:divBdr>
            <w:top w:val="none" w:sz="0" w:space="0" w:color="auto"/>
            <w:left w:val="none" w:sz="0" w:space="0" w:color="auto"/>
            <w:bottom w:val="none" w:sz="0" w:space="0" w:color="auto"/>
            <w:right w:val="none" w:sz="0" w:space="0" w:color="auto"/>
          </w:divBdr>
        </w:div>
        <w:div w:id="1744063703">
          <w:marLeft w:val="480"/>
          <w:marRight w:val="0"/>
          <w:marTop w:val="0"/>
          <w:marBottom w:val="0"/>
          <w:divBdr>
            <w:top w:val="none" w:sz="0" w:space="0" w:color="auto"/>
            <w:left w:val="none" w:sz="0" w:space="0" w:color="auto"/>
            <w:bottom w:val="none" w:sz="0" w:space="0" w:color="auto"/>
            <w:right w:val="none" w:sz="0" w:space="0" w:color="auto"/>
          </w:divBdr>
        </w:div>
        <w:div w:id="1829710554">
          <w:marLeft w:val="480"/>
          <w:marRight w:val="0"/>
          <w:marTop w:val="0"/>
          <w:marBottom w:val="0"/>
          <w:divBdr>
            <w:top w:val="none" w:sz="0" w:space="0" w:color="auto"/>
            <w:left w:val="none" w:sz="0" w:space="0" w:color="auto"/>
            <w:bottom w:val="none" w:sz="0" w:space="0" w:color="auto"/>
            <w:right w:val="none" w:sz="0" w:space="0" w:color="auto"/>
          </w:divBdr>
        </w:div>
        <w:div w:id="1875850813">
          <w:marLeft w:val="480"/>
          <w:marRight w:val="0"/>
          <w:marTop w:val="0"/>
          <w:marBottom w:val="0"/>
          <w:divBdr>
            <w:top w:val="none" w:sz="0" w:space="0" w:color="auto"/>
            <w:left w:val="none" w:sz="0" w:space="0" w:color="auto"/>
            <w:bottom w:val="none" w:sz="0" w:space="0" w:color="auto"/>
            <w:right w:val="none" w:sz="0" w:space="0" w:color="auto"/>
          </w:divBdr>
        </w:div>
        <w:div w:id="1907644001">
          <w:marLeft w:val="480"/>
          <w:marRight w:val="0"/>
          <w:marTop w:val="0"/>
          <w:marBottom w:val="0"/>
          <w:divBdr>
            <w:top w:val="none" w:sz="0" w:space="0" w:color="auto"/>
            <w:left w:val="none" w:sz="0" w:space="0" w:color="auto"/>
            <w:bottom w:val="none" w:sz="0" w:space="0" w:color="auto"/>
            <w:right w:val="none" w:sz="0" w:space="0" w:color="auto"/>
          </w:divBdr>
        </w:div>
        <w:div w:id="1913543518">
          <w:marLeft w:val="480"/>
          <w:marRight w:val="0"/>
          <w:marTop w:val="0"/>
          <w:marBottom w:val="0"/>
          <w:divBdr>
            <w:top w:val="none" w:sz="0" w:space="0" w:color="auto"/>
            <w:left w:val="none" w:sz="0" w:space="0" w:color="auto"/>
            <w:bottom w:val="none" w:sz="0" w:space="0" w:color="auto"/>
            <w:right w:val="none" w:sz="0" w:space="0" w:color="auto"/>
          </w:divBdr>
        </w:div>
        <w:div w:id="1915582341">
          <w:marLeft w:val="480"/>
          <w:marRight w:val="0"/>
          <w:marTop w:val="0"/>
          <w:marBottom w:val="0"/>
          <w:divBdr>
            <w:top w:val="none" w:sz="0" w:space="0" w:color="auto"/>
            <w:left w:val="none" w:sz="0" w:space="0" w:color="auto"/>
            <w:bottom w:val="none" w:sz="0" w:space="0" w:color="auto"/>
            <w:right w:val="none" w:sz="0" w:space="0" w:color="auto"/>
          </w:divBdr>
        </w:div>
        <w:div w:id="1921793174">
          <w:marLeft w:val="480"/>
          <w:marRight w:val="0"/>
          <w:marTop w:val="0"/>
          <w:marBottom w:val="0"/>
          <w:divBdr>
            <w:top w:val="none" w:sz="0" w:space="0" w:color="auto"/>
            <w:left w:val="none" w:sz="0" w:space="0" w:color="auto"/>
            <w:bottom w:val="none" w:sz="0" w:space="0" w:color="auto"/>
            <w:right w:val="none" w:sz="0" w:space="0" w:color="auto"/>
          </w:divBdr>
        </w:div>
        <w:div w:id="1959214363">
          <w:marLeft w:val="480"/>
          <w:marRight w:val="0"/>
          <w:marTop w:val="0"/>
          <w:marBottom w:val="0"/>
          <w:divBdr>
            <w:top w:val="none" w:sz="0" w:space="0" w:color="auto"/>
            <w:left w:val="none" w:sz="0" w:space="0" w:color="auto"/>
            <w:bottom w:val="none" w:sz="0" w:space="0" w:color="auto"/>
            <w:right w:val="none" w:sz="0" w:space="0" w:color="auto"/>
          </w:divBdr>
        </w:div>
        <w:div w:id="2023507421">
          <w:marLeft w:val="480"/>
          <w:marRight w:val="0"/>
          <w:marTop w:val="0"/>
          <w:marBottom w:val="0"/>
          <w:divBdr>
            <w:top w:val="none" w:sz="0" w:space="0" w:color="auto"/>
            <w:left w:val="none" w:sz="0" w:space="0" w:color="auto"/>
            <w:bottom w:val="none" w:sz="0" w:space="0" w:color="auto"/>
            <w:right w:val="none" w:sz="0" w:space="0" w:color="auto"/>
          </w:divBdr>
        </w:div>
        <w:div w:id="2087073063">
          <w:marLeft w:val="480"/>
          <w:marRight w:val="0"/>
          <w:marTop w:val="0"/>
          <w:marBottom w:val="0"/>
          <w:divBdr>
            <w:top w:val="none" w:sz="0" w:space="0" w:color="auto"/>
            <w:left w:val="none" w:sz="0" w:space="0" w:color="auto"/>
            <w:bottom w:val="none" w:sz="0" w:space="0" w:color="auto"/>
            <w:right w:val="none" w:sz="0" w:space="0" w:color="auto"/>
          </w:divBdr>
        </w:div>
        <w:div w:id="2111702486">
          <w:marLeft w:val="480"/>
          <w:marRight w:val="0"/>
          <w:marTop w:val="0"/>
          <w:marBottom w:val="0"/>
          <w:divBdr>
            <w:top w:val="none" w:sz="0" w:space="0" w:color="auto"/>
            <w:left w:val="none" w:sz="0" w:space="0" w:color="auto"/>
            <w:bottom w:val="none" w:sz="0" w:space="0" w:color="auto"/>
            <w:right w:val="none" w:sz="0" w:space="0" w:color="auto"/>
          </w:divBdr>
        </w:div>
      </w:divsChild>
    </w:div>
    <w:div w:id="1059984820">
      <w:bodyDiv w:val="1"/>
      <w:marLeft w:val="0"/>
      <w:marRight w:val="0"/>
      <w:marTop w:val="0"/>
      <w:marBottom w:val="0"/>
      <w:divBdr>
        <w:top w:val="none" w:sz="0" w:space="0" w:color="auto"/>
        <w:left w:val="none" w:sz="0" w:space="0" w:color="auto"/>
        <w:bottom w:val="none" w:sz="0" w:space="0" w:color="auto"/>
        <w:right w:val="none" w:sz="0" w:space="0" w:color="auto"/>
      </w:divBdr>
    </w:div>
    <w:div w:id="1061977100">
      <w:bodyDiv w:val="1"/>
      <w:marLeft w:val="0"/>
      <w:marRight w:val="0"/>
      <w:marTop w:val="0"/>
      <w:marBottom w:val="0"/>
      <w:divBdr>
        <w:top w:val="none" w:sz="0" w:space="0" w:color="auto"/>
        <w:left w:val="none" w:sz="0" w:space="0" w:color="auto"/>
        <w:bottom w:val="none" w:sz="0" w:space="0" w:color="auto"/>
        <w:right w:val="none" w:sz="0" w:space="0" w:color="auto"/>
      </w:divBdr>
    </w:div>
    <w:div w:id="1062797450">
      <w:bodyDiv w:val="1"/>
      <w:marLeft w:val="0"/>
      <w:marRight w:val="0"/>
      <w:marTop w:val="0"/>
      <w:marBottom w:val="0"/>
      <w:divBdr>
        <w:top w:val="none" w:sz="0" w:space="0" w:color="auto"/>
        <w:left w:val="none" w:sz="0" w:space="0" w:color="auto"/>
        <w:bottom w:val="none" w:sz="0" w:space="0" w:color="auto"/>
        <w:right w:val="none" w:sz="0" w:space="0" w:color="auto"/>
      </w:divBdr>
    </w:div>
    <w:div w:id="1065763763">
      <w:bodyDiv w:val="1"/>
      <w:marLeft w:val="0"/>
      <w:marRight w:val="0"/>
      <w:marTop w:val="0"/>
      <w:marBottom w:val="0"/>
      <w:divBdr>
        <w:top w:val="none" w:sz="0" w:space="0" w:color="auto"/>
        <w:left w:val="none" w:sz="0" w:space="0" w:color="auto"/>
        <w:bottom w:val="none" w:sz="0" w:space="0" w:color="auto"/>
        <w:right w:val="none" w:sz="0" w:space="0" w:color="auto"/>
      </w:divBdr>
    </w:div>
    <w:div w:id="1068309398">
      <w:bodyDiv w:val="1"/>
      <w:marLeft w:val="0"/>
      <w:marRight w:val="0"/>
      <w:marTop w:val="0"/>
      <w:marBottom w:val="0"/>
      <w:divBdr>
        <w:top w:val="none" w:sz="0" w:space="0" w:color="auto"/>
        <w:left w:val="none" w:sz="0" w:space="0" w:color="auto"/>
        <w:bottom w:val="none" w:sz="0" w:space="0" w:color="auto"/>
        <w:right w:val="none" w:sz="0" w:space="0" w:color="auto"/>
      </w:divBdr>
    </w:div>
    <w:div w:id="1073091525">
      <w:bodyDiv w:val="1"/>
      <w:marLeft w:val="0"/>
      <w:marRight w:val="0"/>
      <w:marTop w:val="0"/>
      <w:marBottom w:val="0"/>
      <w:divBdr>
        <w:top w:val="none" w:sz="0" w:space="0" w:color="auto"/>
        <w:left w:val="none" w:sz="0" w:space="0" w:color="auto"/>
        <w:bottom w:val="none" w:sz="0" w:space="0" w:color="auto"/>
        <w:right w:val="none" w:sz="0" w:space="0" w:color="auto"/>
      </w:divBdr>
    </w:div>
    <w:div w:id="1073628297">
      <w:bodyDiv w:val="1"/>
      <w:marLeft w:val="0"/>
      <w:marRight w:val="0"/>
      <w:marTop w:val="0"/>
      <w:marBottom w:val="0"/>
      <w:divBdr>
        <w:top w:val="none" w:sz="0" w:space="0" w:color="auto"/>
        <w:left w:val="none" w:sz="0" w:space="0" w:color="auto"/>
        <w:bottom w:val="none" w:sz="0" w:space="0" w:color="auto"/>
        <w:right w:val="none" w:sz="0" w:space="0" w:color="auto"/>
      </w:divBdr>
    </w:div>
    <w:div w:id="1074084307">
      <w:bodyDiv w:val="1"/>
      <w:marLeft w:val="0"/>
      <w:marRight w:val="0"/>
      <w:marTop w:val="0"/>
      <w:marBottom w:val="0"/>
      <w:divBdr>
        <w:top w:val="none" w:sz="0" w:space="0" w:color="auto"/>
        <w:left w:val="none" w:sz="0" w:space="0" w:color="auto"/>
        <w:bottom w:val="none" w:sz="0" w:space="0" w:color="auto"/>
        <w:right w:val="none" w:sz="0" w:space="0" w:color="auto"/>
      </w:divBdr>
    </w:div>
    <w:div w:id="1075740458">
      <w:bodyDiv w:val="1"/>
      <w:marLeft w:val="0"/>
      <w:marRight w:val="0"/>
      <w:marTop w:val="0"/>
      <w:marBottom w:val="0"/>
      <w:divBdr>
        <w:top w:val="none" w:sz="0" w:space="0" w:color="auto"/>
        <w:left w:val="none" w:sz="0" w:space="0" w:color="auto"/>
        <w:bottom w:val="none" w:sz="0" w:space="0" w:color="auto"/>
        <w:right w:val="none" w:sz="0" w:space="0" w:color="auto"/>
      </w:divBdr>
    </w:div>
    <w:div w:id="1075976766">
      <w:bodyDiv w:val="1"/>
      <w:marLeft w:val="0"/>
      <w:marRight w:val="0"/>
      <w:marTop w:val="0"/>
      <w:marBottom w:val="0"/>
      <w:divBdr>
        <w:top w:val="none" w:sz="0" w:space="0" w:color="auto"/>
        <w:left w:val="none" w:sz="0" w:space="0" w:color="auto"/>
        <w:bottom w:val="none" w:sz="0" w:space="0" w:color="auto"/>
        <w:right w:val="none" w:sz="0" w:space="0" w:color="auto"/>
      </w:divBdr>
      <w:divsChild>
        <w:div w:id="89207405">
          <w:marLeft w:val="480"/>
          <w:marRight w:val="0"/>
          <w:marTop w:val="0"/>
          <w:marBottom w:val="0"/>
          <w:divBdr>
            <w:top w:val="none" w:sz="0" w:space="0" w:color="auto"/>
            <w:left w:val="none" w:sz="0" w:space="0" w:color="auto"/>
            <w:bottom w:val="none" w:sz="0" w:space="0" w:color="auto"/>
            <w:right w:val="none" w:sz="0" w:space="0" w:color="auto"/>
          </w:divBdr>
        </w:div>
        <w:div w:id="224146674">
          <w:marLeft w:val="480"/>
          <w:marRight w:val="0"/>
          <w:marTop w:val="0"/>
          <w:marBottom w:val="0"/>
          <w:divBdr>
            <w:top w:val="none" w:sz="0" w:space="0" w:color="auto"/>
            <w:left w:val="none" w:sz="0" w:space="0" w:color="auto"/>
            <w:bottom w:val="none" w:sz="0" w:space="0" w:color="auto"/>
            <w:right w:val="none" w:sz="0" w:space="0" w:color="auto"/>
          </w:divBdr>
        </w:div>
        <w:div w:id="334843752">
          <w:marLeft w:val="480"/>
          <w:marRight w:val="0"/>
          <w:marTop w:val="0"/>
          <w:marBottom w:val="0"/>
          <w:divBdr>
            <w:top w:val="none" w:sz="0" w:space="0" w:color="auto"/>
            <w:left w:val="none" w:sz="0" w:space="0" w:color="auto"/>
            <w:bottom w:val="none" w:sz="0" w:space="0" w:color="auto"/>
            <w:right w:val="none" w:sz="0" w:space="0" w:color="auto"/>
          </w:divBdr>
        </w:div>
        <w:div w:id="521670755">
          <w:marLeft w:val="480"/>
          <w:marRight w:val="0"/>
          <w:marTop w:val="0"/>
          <w:marBottom w:val="0"/>
          <w:divBdr>
            <w:top w:val="none" w:sz="0" w:space="0" w:color="auto"/>
            <w:left w:val="none" w:sz="0" w:space="0" w:color="auto"/>
            <w:bottom w:val="none" w:sz="0" w:space="0" w:color="auto"/>
            <w:right w:val="none" w:sz="0" w:space="0" w:color="auto"/>
          </w:divBdr>
        </w:div>
        <w:div w:id="525094176">
          <w:marLeft w:val="480"/>
          <w:marRight w:val="0"/>
          <w:marTop w:val="0"/>
          <w:marBottom w:val="0"/>
          <w:divBdr>
            <w:top w:val="none" w:sz="0" w:space="0" w:color="auto"/>
            <w:left w:val="none" w:sz="0" w:space="0" w:color="auto"/>
            <w:bottom w:val="none" w:sz="0" w:space="0" w:color="auto"/>
            <w:right w:val="none" w:sz="0" w:space="0" w:color="auto"/>
          </w:divBdr>
        </w:div>
        <w:div w:id="556665321">
          <w:marLeft w:val="480"/>
          <w:marRight w:val="0"/>
          <w:marTop w:val="0"/>
          <w:marBottom w:val="0"/>
          <w:divBdr>
            <w:top w:val="none" w:sz="0" w:space="0" w:color="auto"/>
            <w:left w:val="none" w:sz="0" w:space="0" w:color="auto"/>
            <w:bottom w:val="none" w:sz="0" w:space="0" w:color="auto"/>
            <w:right w:val="none" w:sz="0" w:space="0" w:color="auto"/>
          </w:divBdr>
        </w:div>
        <w:div w:id="619995619">
          <w:marLeft w:val="480"/>
          <w:marRight w:val="0"/>
          <w:marTop w:val="0"/>
          <w:marBottom w:val="0"/>
          <w:divBdr>
            <w:top w:val="none" w:sz="0" w:space="0" w:color="auto"/>
            <w:left w:val="none" w:sz="0" w:space="0" w:color="auto"/>
            <w:bottom w:val="none" w:sz="0" w:space="0" w:color="auto"/>
            <w:right w:val="none" w:sz="0" w:space="0" w:color="auto"/>
          </w:divBdr>
        </w:div>
        <w:div w:id="648680524">
          <w:marLeft w:val="480"/>
          <w:marRight w:val="0"/>
          <w:marTop w:val="0"/>
          <w:marBottom w:val="0"/>
          <w:divBdr>
            <w:top w:val="none" w:sz="0" w:space="0" w:color="auto"/>
            <w:left w:val="none" w:sz="0" w:space="0" w:color="auto"/>
            <w:bottom w:val="none" w:sz="0" w:space="0" w:color="auto"/>
            <w:right w:val="none" w:sz="0" w:space="0" w:color="auto"/>
          </w:divBdr>
        </w:div>
        <w:div w:id="686642906">
          <w:marLeft w:val="480"/>
          <w:marRight w:val="0"/>
          <w:marTop w:val="0"/>
          <w:marBottom w:val="0"/>
          <w:divBdr>
            <w:top w:val="none" w:sz="0" w:space="0" w:color="auto"/>
            <w:left w:val="none" w:sz="0" w:space="0" w:color="auto"/>
            <w:bottom w:val="none" w:sz="0" w:space="0" w:color="auto"/>
            <w:right w:val="none" w:sz="0" w:space="0" w:color="auto"/>
          </w:divBdr>
        </w:div>
        <w:div w:id="717897219">
          <w:marLeft w:val="480"/>
          <w:marRight w:val="0"/>
          <w:marTop w:val="0"/>
          <w:marBottom w:val="0"/>
          <w:divBdr>
            <w:top w:val="none" w:sz="0" w:space="0" w:color="auto"/>
            <w:left w:val="none" w:sz="0" w:space="0" w:color="auto"/>
            <w:bottom w:val="none" w:sz="0" w:space="0" w:color="auto"/>
            <w:right w:val="none" w:sz="0" w:space="0" w:color="auto"/>
          </w:divBdr>
        </w:div>
        <w:div w:id="794714036">
          <w:marLeft w:val="480"/>
          <w:marRight w:val="0"/>
          <w:marTop w:val="0"/>
          <w:marBottom w:val="0"/>
          <w:divBdr>
            <w:top w:val="none" w:sz="0" w:space="0" w:color="auto"/>
            <w:left w:val="none" w:sz="0" w:space="0" w:color="auto"/>
            <w:bottom w:val="none" w:sz="0" w:space="0" w:color="auto"/>
            <w:right w:val="none" w:sz="0" w:space="0" w:color="auto"/>
          </w:divBdr>
        </w:div>
        <w:div w:id="811142395">
          <w:marLeft w:val="480"/>
          <w:marRight w:val="0"/>
          <w:marTop w:val="0"/>
          <w:marBottom w:val="0"/>
          <w:divBdr>
            <w:top w:val="none" w:sz="0" w:space="0" w:color="auto"/>
            <w:left w:val="none" w:sz="0" w:space="0" w:color="auto"/>
            <w:bottom w:val="none" w:sz="0" w:space="0" w:color="auto"/>
            <w:right w:val="none" w:sz="0" w:space="0" w:color="auto"/>
          </w:divBdr>
        </w:div>
        <w:div w:id="865756672">
          <w:marLeft w:val="480"/>
          <w:marRight w:val="0"/>
          <w:marTop w:val="0"/>
          <w:marBottom w:val="0"/>
          <w:divBdr>
            <w:top w:val="none" w:sz="0" w:space="0" w:color="auto"/>
            <w:left w:val="none" w:sz="0" w:space="0" w:color="auto"/>
            <w:bottom w:val="none" w:sz="0" w:space="0" w:color="auto"/>
            <w:right w:val="none" w:sz="0" w:space="0" w:color="auto"/>
          </w:divBdr>
        </w:div>
        <w:div w:id="939987471">
          <w:marLeft w:val="480"/>
          <w:marRight w:val="0"/>
          <w:marTop w:val="0"/>
          <w:marBottom w:val="0"/>
          <w:divBdr>
            <w:top w:val="none" w:sz="0" w:space="0" w:color="auto"/>
            <w:left w:val="none" w:sz="0" w:space="0" w:color="auto"/>
            <w:bottom w:val="none" w:sz="0" w:space="0" w:color="auto"/>
            <w:right w:val="none" w:sz="0" w:space="0" w:color="auto"/>
          </w:divBdr>
        </w:div>
        <w:div w:id="940449444">
          <w:marLeft w:val="480"/>
          <w:marRight w:val="0"/>
          <w:marTop w:val="0"/>
          <w:marBottom w:val="0"/>
          <w:divBdr>
            <w:top w:val="none" w:sz="0" w:space="0" w:color="auto"/>
            <w:left w:val="none" w:sz="0" w:space="0" w:color="auto"/>
            <w:bottom w:val="none" w:sz="0" w:space="0" w:color="auto"/>
            <w:right w:val="none" w:sz="0" w:space="0" w:color="auto"/>
          </w:divBdr>
        </w:div>
        <w:div w:id="1125273636">
          <w:marLeft w:val="480"/>
          <w:marRight w:val="0"/>
          <w:marTop w:val="0"/>
          <w:marBottom w:val="0"/>
          <w:divBdr>
            <w:top w:val="none" w:sz="0" w:space="0" w:color="auto"/>
            <w:left w:val="none" w:sz="0" w:space="0" w:color="auto"/>
            <w:bottom w:val="none" w:sz="0" w:space="0" w:color="auto"/>
            <w:right w:val="none" w:sz="0" w:space="0" w:color="auto"/>
          </w:divBdr>
        </w:div>
        <w:div w:id="1182351956">
          <w:marLeft w:val="480"/>
          <w:marRight w:val="0"/>
          <w:marTop w:val="0"/>
          <w:marBottom w:val="0"/>
          <w:divBdr>
            <w:top w:val="none" w:sz="0" w:space="0" w:color="auto"/>
            <w:left w:val="none" w:sz="0" w:space="0" w:color="auto"/>
            <w:bottom w:val="none" w:sz="0" w:space="0" w:color="auto"/>
            <w:right w:val="none" w:sz="0" w:space="0" w:color="auto"/>
          </w:divBdr>
        </w:div>
        <w:div w:id="1243876390">
          <w:marLeft w:val="480"/>
          <w:marRight w:val="0"/>
          <w:marTop w:val="0"/>
          <w:marBottom w:val="0"/>
          <w:divBdr>
            <w:top w:val="none" w:sz="0" w:space="0" w:color="auto"/>
            <w:left w:val="none" w:sz="0" w:space="0" w:color="auto"/>
            <w:bottom w:val="none" w:sz="0" w:space="0" w:color="auto"/>
            <w:right w:val="none" w:sz="0" w:space="0" w:color="auto"/>
          </w:divBdr>
        </w:div>
        <w:div w:id="1258757279">
          <w:marLeft w:val="480"/>
          <w:marRight w:val="0"/>
          <w:marTop w:val="0"/>
          <w:marBottom w:val="0"/>
          <w:divBdr>
            <w:top w:val="none" w:sz="0" w:space="0" w:color="auto"/>
            <w:left w:val="none" w:sz="0" w:space="0" w:color="auto"/>
            <w:bottom w:val="none" w:sz="0" w:space="0" w:color="auto"/>
            <w:right w:val="none" w:sz="0" w:space="0" w:color="auto"/>
          </w:divBdr>
        </w:div>
        <w:div w:id="1449276310">
          <w:marLeft w:val="480"/>
          <w:marRight w:val="0"/>
          <w:marTop w:val="0"/>
          <w:marBottom w:val="0"/>
          <w:divBdr>
            <w:top w:val="none" w:sz="0" w:space="0" w:color="auto"/>
            <w:left w:val="none" w:sz="0" w:space="0" w:color="auto"/>
            <w:bottom w:val="none" w:sz="0" w:space="0" w:color="auto"/>
            <w:right w:val="none" w:sz="0" w:space="0" w:color="auto"/>
          </w:divBdr>
        </w:div>
        <w:div w:id="1466778487">
          <w:marLeft w:val="480"/>
          <w:marRight w:val="0"/>
          <w:marTop w:val="0"/>
          <w:marBottom w:val="0"/>
          <w:divBdr>
            <w:top w:val="none" w:sz="0" w:space="0" w:color="auto"/>
            <w:left w:val="none" w:sz="0" w:space="0" w:color="auto"/>
            <w:bottom w:val="none" w:sz="0" w:space="0" w:color="auto"/>
            <w:right w:val="none" w:sz="0" w:space="0" w:color="auto"/>
          </w:divBdr>
        </w:div>
        <w:div w:id="1494758204">
          <w:marLeft w:val="480"/>
          <w:marRight w:val="0"/>
          <w:marTop w:val="0"/>
          <w:marBottom w:val="0"/>
          <w:divBdr>
            <w:top w:val="none" w:sz="0" w:space="0" w:color="auto"/>
            <w:left w:val="none" w:sz="0" w:space="0" w:color="auto"/>
            <w:bottom w:val="none" w:sz="0" w:space="0" w:color="auto"/>
            <w:right w:val="none" w:sz="0" w:space="0" w:color="auto"/>
          </w:divBdr>
        </w:div>
        <w:div w:id="1640766776">
          <w:marLeft w:val="480"/>
          <w:marRight w:val="0"/>
          <w:marTop w:val="0"/>
          <w:marBottom w:val="0"/>
          <w:divBdr>
            <w:top w:val="none" w:sz="0" w:space="0" w:color="auto"/>
            <w:left w:val="none" w:sz="0" w:space="0" w:color="auto"/>
            <w:bottom w:val="none" w:sz="0" w:space="0" w:color="auto"/>
            <w:right w:val="none" w:sz="0" w:space="0" w:color="auto"/>
          </w:divBdr>
        </w:div>
        <w:div w:id="1672096666">
          <w:marLeft w:val="480"/>
          <w:marRight w:val="0"/>
          <w:marTop w:val="0"/>
          <w:marBottom w:val="0"/>
          <w:divBdr>
            <w:top w:val="none" w:sz="0" w:space="0" w:color="auto"/>
            <w:left w:val="none" w:sz="0" w:space="0" w:color="auto"/>
            <w:bottom w:val="none" w:sz="0" w:space="0" w:color="auto"/>
            <w:right w:val="none" w:sz="0" w:space="0" w:color="auto"/>
          </w:divBdr>
        </w:div>
        <w:div w:id="1762330231">
          <w:marLeft w:val="480"/>
          <w:marRight w:val="0"/>
          <w:marTop w:val="0"/>
          <w:marBottom w:val="0"/>
          <w:divBdr>
            <w:top w:val="none" w:sz="0" w:space="0" w:color="auto"/>
            <w:left w:val="none" w:sz="0" w:space="0" w:color="auto"/>
            <w:bottom w:val="none" w:sz="0" w:space="0" w:color="auto"/>
            <w:right w:val="none" w:sz="0" w:space="0" w:color="auto"/>
          </w:divBdr>
        </w:div>
        <w:div w:id="1806044098">
          <w:marLeft w:val="480"/>
          <w:marRight w:val="0"/>
          <w:marTop w:val="0"/>
          <w:marBottom w:val="0"/>
          <w:divBdr>
            <w:top w:val="none" w:sz="0" w:space="0" w:color="auto"/>
            <w:left w:val="none" w:sz="0" w:space="0" w:color="auto"/>
            <w:bottom w:val="none" w:sz="0" w:space="0" w:color="auto"/>
            <w:right w:val="none" w:sz="0" w:space="0" w:color="auto"/>
          </w:divBdr>
        </w:div>
        <w:div w:id="1850489031">
          <w:marLeft w:val="480"/>
          <w:marRight w:val="0"/>
          <w:marTop w:val="0"/>
          <w:marBottom w:val="0"/>
          <w:divBdr>
            <w:top w:val="none" w:sz="0" w:space="0" w:color="auto"/>
            <w:left w:val="none" w:sz="0" w:space="0" w:color="auto"/>
            <w:bottom w:val="none" w:sz="0" w:space="0" w:color="auto"/>
            <w:right w:val="none" w:sz="0" w:space="0" w:color="auto"/>
          </w:divBdr>
        </w:div>
        <w:div w:id="2051150336">
          <w:marLeft w:val="480"/>
          <w:marRight w:val="0"/>
          <w:marTop w:val="0"/>
          <w:marBottom w:val="0"/>
          <w:divBdr>
            <w:top w:val="none" w:sz="0" w:space="0" w:color="auto"/>
            <w:left w:val="none" w:sz="0" w:space="0" w:color="auto"/>
            <w:bottom w:val="none" w:sz="0" w:space="0" w:color="auto"/>
            <w:right w:val="none" w:sz="0" w:space="0" w:color="auto"/>
          </w:divBdr>
        </w:div>
        <w:div w:id="2071341984">
          <w:marLeft w:val="480"/>
          <w:marRight w:val="0"/>
          <w:marTop w:val="0"/>
          <w:marBottom w:val="0"/>
          <w:divBdr>
            <w:top w:val="none" w:sz="0" w:space="0" w:color="auto"/>
            <w:left w:val="none" w:sz="0" w:space="0" w:color="auto"/>
            <w:bottom w:val="none" w:sz="0" w:space="0" w:color="auto"/>
            <w:right w:val="none" w:sz="0" w:space="0" w:color="auto"/>
          </w:divBdr>
        </w:div>
        <w:div w:id="2119368850">
          <w:marLeft w:val="480"/>
          <w:marRight w:val="0"/>
          <w:marTop w:val="0"/>
          <w:marBottom w:val="0"/>
          <w:divBdr>
            <w:top w:val="none" w:sz="0" w:space="0" w:color="auto"/>
            <w:left w:val="none" w:sz="0" w:space="0" w:color="auto"/>
            <w:bottom w:val="none" w:sz="0" w:space="0" w:color="auto"/>
            <w:right w:val="none" w:sz="0" w:space="0" w:color="auto"/>
          </w:divBdr>
        </w:div>
      </w:divsChild>
    </w:div>
    <w:div w:id="1078601135">
      <w:bodyDiv w:val="1"/>
      <w:marLeft w:val="0"/>
      <w:marRight w:val="0"/>
      <w:marTop w:val="0"/>
      <w:marBottom w:val="0"/>
      <w:divBdr>
        <w:top w:val="none" w:sz="0" w:space="0" w:color="auto"/>
        <w:left w:val="none" w:sz="0" w:space="0" w:color="auto"/>
        <w:bottom w:val="none" w:sz="0" w:space="0" w:color="auto"/>
        <w:right w:val="none" w:sz="0" w:space="0" w:color="auto"/>
      </w:divBdr>
    </w:div>
    <w:div w:id="1079449193">
      <w:bodyDiv w:val="1"/>
      <w:marLeft w:val="0"/>
      <w:marRight w:val="0"/>
      <w:marTop w:val="0"/>
      <w:marBottom w:val="0"/>
      <w:divBdr>
        <w:top w:val="none" w:sz="0" w:space="0" w:color="auto"/>
        <w:left w:val="none" w:sz="0" w:space="0" w:color="auto"/>
        <w:bottom w:val="none" w:sz="0" w:space="0" w:color="auto"/>
        <w:right w:val="none" w:sz="0" w:space="0" w:color="auto"/>
      </w:divBdr>
    </w:div>
    <w:div w:id="1079595233">
      <w:bodyDiv w:val="1"/>
      <w:marLeft w:val="0"/>
      <w:marRight w:val="0"/>
      <w:marTop w:val="0"/>
      <w:marBottom w:val="0"/>
      <w:divBdr>
        <w:top w:val="none" w:sz="0" w:space="0" w:color="auto"/>
        <w:left w:val="none" w:sz="0" w:space="0" w:color="auto"/>
        <w:bottom w:val="none" w:sz="0" w:space="0" w:color="auto"/>
        <w:right w:val="none" w:sz="0" w:space="0" w:color="auto"/>
      </w:divBdr>
    </w:div>
    <w:div w:id="1080448708">
      <w:bodyDiv w:val="1"/>
      <w:marLeft w:val="0"/>
      <w:marRight w:val="0"/>
      <w:marTop w:val="0"/>
      <w:marBottom w:val="0"/>
      <w:divBdr>
        <w:top w:val="none" w:sz="0" w:space="0" w:color="auto"/>
        <w:left w:val="none" w:sz="0" w:space="0" w:color="auto"/>
        <w:bottom w:val="none" w:sz="0" w:space="0" w:color="auto"/>
        <w:right w:val="none" w:sz="0" w:space="0" w:color="auto"/>
      </w:divBdr>
      <w:divsChild>
        <w:div w:id="41830557">
          <w:marLeft w:val="480"/>
          <w:marRight w:val="0"/>
          <w:marTop w:val="0"/>
          <w:marBottom w:val="0"/>
          <w:divBdr>
            <w:top w:val="none" w:sz="0" w:space="0" w:color="auto"/>
            <w:left w:val="none" w:sz="0" w:space="0" w:color="auto"/>
            <w:bottom w:val="none" w:sz="0" w:space="0" w:color="auto"/>
            <w:right w:val="none" w:sz="0" w:space="0" w:color="auto"/>
          </w:divBdr>
        </w:div>
        <w:div w:id="118036566">
          <w:marLeft w:val="480"/>
          <w:marRight w:val="0"/>
          <w:marTop w:val="0"/>
          <w:marBottom w:val="0"/>
          <w:divBdr>
            <w:top w:val="none" w:sz="0" w:space="0" w:color="auto"/>
            <w:left w:val="none" w:sz="0" w:space="0" w:color="auto"/>
            <w:bottom w:val="none" w:sz="0" w:space="0" w:color="auto"/>
            <w:right w:val="none" w:sz="0" w:space="0" w:color="auto"/>
          </w:divBdr>
        </w:div>
        <w:div w:id="232087782">
          <w:marLeft w:val="480"/>
          <w:marRight w:val="0"/>
          <w:marTop w:val="0"/>
          <w:marBottom w:val="0"/>
          <w:divBdr>
            <w:top w:val="none" w:sz="0" w:space="0" w:color="auto"/>
            <w:left w:val="none" w:sz="0" w:space="0" w:color="auto"/>
            <w:bottom w:val="none" w:sz="0" w:space="0" w:color="auto"/>
            <w:right w:val="none" w:sz="0" w:space="0" w:color="auto"/>
          </w:divBdr>
        </w:div>
        <w:div w:id="379937431">
          <w:marLeft w:val="480"/>
          <w:marRight w:val="0"/>
          <w:marTop w:val="0"/>
          <w:marBottom w:val="0"/>
          <w:divBdr>
            <w:top w:val="none" w:sz="0" w:space="0" w:color="auto"/>
            <w:left w:val="none" w:sz="0" w:space="0" w:color="auto"/>
            <w:bottom w:val="none" w:sz="0" w:space="0" w:color="auto"/>
            <w:right w:val="none" w:sz="0" w:space="0" w:color="auto"/>
          </w:divBdr>
        </w:div>
        <w:div w:id="383876178">
          <w:marLeft w:val="480"/>
          <w:marRight w:val="0"/>
          <w:marTop w:val="0"/>
          <w:marBottom w:val="0"/>
          <w:divBdr>
            <w:top w:val="none" w:sz="0" w:space="0" w:color="auto"/>
            <w:left w:val="none" w:sz="0" w:space="0" w:color="auto"/>
            <w:bottom w:val="none" w:sz="0" w:space="0" w:color="auto"/>
            <w:right w:val="none" w:sz="0" w:space="0" w:color="auto"/>
          </w:divBdr>
        </w:div>
        <w:div w:id="512302351">
          <w:marLeft w:val="480"/>
          <w:marRight w:val="0"/>
          <w:marTop w:val="0"/>
          <w:marBottom w:val="0"/>
          <w:divBdr>
            <w:top w:val="none" w:sz="0" w:space="0" w:color="auto"/>
            <w:left w:val="none" w:sz="0" w:space="0" w:color="auto"/>
            <w:bottom w:val="none" w:sz="0" w:space="0" w:color="auto"/>
            <w:right w:val="none" w:sz="0" w:space="0" w:color="auto"/>
          </w:divBdr>
        </w:div>
        <w:div w:id="518935310">
          <w:marLeft w:val="480"/>
          <w:marRight w:val="0"/>
          <w:marTop w:val="0"/>
          <w:marBottom w:val="0"/>
          <w:divBdr>
            <w:top w:val="none" w:sz="0" w:space="0" w:color="auto"/>
            <w:left w:val="none" w:sz="0" w:space="0" w:color="auto"/>
            <w:bottom w:val="none" w:sz="0" w:space="0" w:color="auto"/>
            <w:right w:val="none" w:sz="0" w:space="0" w:color="auto"/>
          </w:divBdr>
        </w:div>
        <w:div w:id="586039565">
          <w:marLeft w:val="480"/>
          <w:marRight w:val="0"/>
          <w:marTop w:val="0"/>
          <w:marBottom w:val="0"/>
          <w:divBdr>
            <w:top w:val="none" w:sz="0" w:space="0" w:color="auto"/>
            <w:left w:val="none" w:sz="0" w:space="0" w:color="auto"/>
            <w:bottom w:val="none" w:sz="0" w:space="0" w:color="auto"/>
            <w:right w:val="none" w:sz="0" w:space="0" w:color="auto"/>
          </w:divBdr>
        </w:div>
        <w:div w:id="811826169">
          <w:marLeft w:val="480"/>
          <w:marRight w:val="0"/>
          <w:marTop w:val="0"/>
          <w:marBottom w:val="0"/>
          <w:divBdr>
            <w:top w:val="none" w:sz="0" w:space="0" w:color="auto"/>
            <w:left w:val="none" w:sz="0" w:space="0" w:color="auto"/>
            <w:bottom w:val="none" w:sz="0" w:space="0" w:color="auto"/>
            <w:right w:val="none" w:sz="0" w:space="0" w:color="auto"/>
          </w:divBdr>
        </w:div>
        <w:div w:id="822815596">
          <w:marLeft w:val="480"/>
          <w:marRight w:val="0"/>
          <w:marTop w:val="0"/>
          <w:marBottom w:val="0"/>
          <w:divBdr>
            <w:top w:val="none" w:sz="0" w:space="0" w:color="auto"/>
            <w:left w:val="none" w:sz="0" w:space="0" w:color="auto"/>
            <w:bottom w:val="none" w:sz="0" w:space="0" w:color="auto"/>
            <w:right w:val="none" w:sz="0" w:space="0" w:color="auto"/>
          </w:divBdr>
        </w:div>
        <w:div w:id="870607683">
          <w:marLeft w:val="480"/>
          <w:marRight w:val="0"/>
          <w:marTop w:val="0"/>
          <w:marBottom w:val="0"/>
          <w:divBdr>
            <w:top w:val="none" w:sz="0" w:space="0" w:color="auto"/>
            <w:left w:val="none" w:sz="0" w:space="0" w:color="auto"/>
            <w:bottom w:val="none" w:sz="0" w:space="0" w:color="auto"/>
            <w:right w:val="none" w:sz="0" w:space="0" w:color="auto"/>
          </w:divBdr>
        </w:div>
        <w:div w:id="945186688">
          <w:marLeft w:val="480"/>
          <w:marRight w:val="0"/>
          <w:marTop w:val="0"/>
          <w:marBottom w:val="0"/>
          <w:divBdr>
            <w:top w:val="none" w:sz="0" w:space="0" w:color="auto"/>
            <w:left w:val="none" w:sz="0" w:space="0" w:color="auto"/>
            <w:bottom w:val="none" w:sz="0" w:space="0" w:color="auto"/>
            <w:right w:val="none" w:sz="0" w:space="0" w:color="auto"/>
          </w:divBdr>
        </w:div>
        <w:div w:id="1047680691">
          <w:marLeft w:val="480"/>
          <w:marRight w:val="0"/>
          <w:marTop w:val="0"/>
          <w:marBottom w:val="0"/>
          <w:divBdr>
            <w:top w:val="none" w:sz="0" w:space="0" w:color="auto"/>
            <w:left w:val="none" w:sz="0" w:space="0" w:color="auto"/>
            <w:bottom w:val="none" w:sz="0" w:space="0" w:color="auto"/>
            <w:right w:val="none" w:sz="0" w:space="0" w:color="auto"/>
          </w:divBdr>
        </w:div>
        <w:div w:id="1172917885">
          <w:marLeft w:val="480"/>
          <w:marRight w:val="0"/>
          <w:marTop w:val="0"/>
          <w:marBottom w:val="0"/>
          <w:divBdr>
            <w:top w:val="none" w:sz="0" w:space="0" w:color="auto"/>
            <w:left w:val="none" w:sz="0" w:space="0" w:color="auto"/>
            <w:bottom w:val="none" w:sz="0" w:space="0" w:color="auto"/>
            <w:right w:val="none" w:sz="0" w:space="0" w:color="auto"/>
          </w:divBdr>
        </w:div>
        <w:div w:id="1219439511">
          <w:marLeft w:val="480"/>
          <w:marRight w:val="0"/>
          <w:marTop w:val="0"/>
          <w:marBottom w:val="0"/>
          <w:divBdr>
            <w:top w:val="none" w:sz="0" w:space="0" w:color="auto"/>
            <w:left w:val="none" w:sz="0" w:space="0" w:color="auto"/>
            <w:bottom w:val="none" w:sz="0" w:space="0" w:color="auto"/>
            <w:right w:val="none" w:sz="0" w:space="0" w:color="auto"/>
          </w:divBdr>
        </w:div>
        <w:div w:id="1223831448">
          <w:marLeft w:val="480"/>
          <w:marRight w:val="0"/>
          <w:marTop w:val="0"/>
          <w:marBottom w:val="0"/>
          <w:divBdr>
            <w:top w:val="none" w:sz="0" w:space="0" w:color="auto"/>
            <w:left w:val="none" w:sz="0" w:space="0" w:color="auto"/>
            <w:bottom w:val="none" w:sz="0" w:space="0" w:color="auto"/>
            <w:right w:val="none" w:sz="0" w:space="0" w:color="auto"/>
          </w:divBdr>
        </w:div>
        <w:div w:id="1252274500">
          <w:marLeft w:val="480"/>
          <w:marRight w:val="0"/>
          <w:marTop w:val="0"/>
          <w:marBottom w:val="0"/>
          <w:divBdr>
            <w:top w:val="none" w:sz="0" w:space="0" w:color="auto"/>
            <w:left w:val="none" w:sz="0" w:space="0" w:color="auto"/>
            <w:bottom w:val="none" w:sz="0" w:space="0" w:color="auto"/>
            <w:right w:val="none" w:sz="0" w:space="0" w:color="auto"/>
          </w:divBdr>
        </w:div>
        <w:div w:id="1302465213">
          <w:marLeft w:val="480"/>
          <w:marRight w:val="0"/>
          <w:marTop w:val="0"/>
          <w:marBottom w:val="0"/>
          <w:divBdr>
            <w:top w:val="none" w:sz="0" w:space="0" w:color="auto"/>
            <w:left w:val="none" w:sz="0" w:space="0" w:color="auto"/>
            <w:bottom w:val="none" w:sz="0" w:space="0" w:color="auto"/>
            <w:right w:val="none" w:sz="0" w:space="0" w:color="auto"/>
          </w:divBdr>
        </w:div>
        <w:div w:id="1431924299">
          <w:marLeft w:val="480"/>
          <w:marRight w:val="0"/>
          <w:marTop w:val="0"/>
          <w:marBottom w:val="0"/>
          <w:divBdr>
            <w:top w:val="none" w:sz="0" w:space="0" w:color="auto"/>
            <w:left w:val="none" w:sz="0" w:space="0" w:color="auto"/>
            <w:bottom w:val="none" w:sz="0" w:space="0" w:color="auto"/>
            <w:right w:val="none" w:sz="0" w:space="0" w:color="auto"/>
          </w:divBdr>
        </w:div>
        <w:div w:id="1438988691">
          <w:marLeft w:val="480"/>
          <w:marRight w:val="0"/>
          <w:marTop w:val="0"/>
          <w:marBottom w:val="0"/>
          <w:divBdr>
            <w:top w:val="none" w:sz="0" w:space="0" w:color="auto"/>
            <w:left w:val="none" w:sz="0" w:space="0" w:color="auto"/>
            <w:bottom w:val="none" w:sz="0" w:space="0" w:color="auto"/>
            <w:right w:val="none" w:sz="0" w:space="0" w:color="auto"/>
          </w:divBdr>
        </w:div>
        <w:div w:id="1580795425">
          <w:marLeft w:val="480"/>
          <w:marRight w:val="0"/>
          <w:marTop w:val="0"/>
          <w:marBottom w:val="0"/>
          <w:divBdr>
            <w:top w:val="none" w:sz="0" w:space="0" w:color="auto"/>
            <w:left w:val="none" w:sz="0" w:space="0" w:color="auto"/>
            <w:bottom w:val="none" w:sz="0" w:space="0" w:color="auto"/>
            <w:right w:val="none" w:sz="0" w:space="0" w:color="auto"/>
          </w:divBdr>
        </w:div>
        <w:div w:id="1609393294">
          <w:marLeft w:val="480"/>
          <w:marRight w:val="0"/>
          <w:marTop w:val="0"/>
          <w:marBottom w:val="0"/>
          <w:divBdr>
            <w:top w:val="none" w:sz="0" w:space="0" w:color="auto"/>
            <w:left w:val="none" w:sz="0" w:space="0" w:color="auto"/>
            <w:bottom w:val="none" w:sz="0" w:space="0" w:color="auto"/>
            <w:right w:val="none" w:sz="0" w:space="0" w:color="auto"/>
          </w:divBdr>
        </w:div>
        <w:div w:id="1642731338">
          <w:marLeft w:val="480"/>
          <w:marRight w:val="0"/>
          <w:marTop w:val="0"/>
          <w:marBottom w:val="0"/>
          <w:divBdr>
            <w:top w:val="none" w:sz="0" w:space="0" w:color="auto"/>
            <w:left w:val="none" w:sz="0" w:space="0" w:color="auto"/>
            <w:bottom w:val="none" w:sz="0" w:space="0" w:color="auto"/>
            <w:right w:val="none" w:sz="0" w:space="0" w:color="auto"/>
          </w:divBdr>
        </w:div>
        <w:div w:id="1650553720">
          <w:marLeft w:val="480"/>
          <w:marRight w:val="0"/>
          <w:marTop w:val="0"/>
          <w:marBottom w:val="0"/>
          <w:divBdr>
            <w:top w:val="none" w:sz="0" w:space="0" w:color="auto"/>
            <w:left w:val="none" w:sz="0" w:space="0" w:color="auto"/>
            <w:bottom w:val="none" w:sz="0" w:space="0" w:color="auto"/>
            <w:right w:val="none" w:sz="0" w:space="0" w:color="auto"/>
          </w:divBdr>
        </w:div>
        <w:div w:id="1688755030">
          <w:marLeft w:val="480"/>
          <w:marRight w:val="0"/>
          <w:marTop w:val="0"/>
          <w:marBottom w:val="0"/>
          <w:divBdr>
            <w:top w:val="none" w:sz="0" w:space="0" w:color="auto"/>
            <w:left w:val="none" w:sz="0" w:space="0" w:color="auto"/>
            <w:bottom w:val="none" w:sz="0" w:space="0" w:color="auto"/>
            <w:right w:val="none" w:sz="0" w:space="0" w:color="auto"/>
          </w:divBdr>
        </w:div>
        <w:div w:id="1692803251">
          <w:marLeft w:val="480"/>
          <w:marRight w:val="0"/>
          <w:marTop w:val="0"/>
          <w:marBottom w:val="0"/>
          <w:divBdr>
            <w:top w:val="none" w:sz="0" w:space="0" w:color="auto"/>
            <w:left w:val="none" w:sz="0" w:space="0" w:color="auto"/>
            <w:bottom w:val="none" w:sz="0" w:space="0" w:color="auto"/>
            <w:right w:val="none" w:sz="0" w:space="0" w:color="auto"/>
          </w:divBdr>
        </w:div>
        <w:div w:id="1807702331">
          <w:marLeft w:val="480"/>
          <w:marRight w:val="0"/>
          <w:marTop w:val="0"/>
          <w:marBottom w:val="0"/>
          <w:divBdr>
            <w:top w:val="none" w:sz="0" w:space="0" w:color="auto"/>
            <w:left w:val="none" w:sz="0" w:space="0" w:color="auto"/>
            <w:bottom w:val="none" w:sz="0" w:space="0" w:color="auto"/>
            <w:right w:val="none" w:sz="0" w:space="0" w:color="auto"/>
          </w:divBdr>
        </w:div>
        <w:div w:id="1888182984">
          <w:marLeft w:val="480"/>
          <w:marRight w:val="0"/>
          <w:marTop w:val="0"/>
          <w:marBottom w:val="0"/>
          <w:divBdr>
            <w:top w:val="none" w:sz="0" w:space="0" w:color="auto"/>
            <w:left w:val="none" w:sz="0" w:space="0" w:color="auto"/>
            <w:bottom w:val="none" w:sz="0" w:space="0" w:color="auto"/>
            <w:right w:val="none" w:sz="0" w:space="0" w:color="auto"/>
          </w:divBdr>
        </w:div>
        <w:div w:id="1891109011">
          <w:marLeft w:val="480"/>
          <w:marRight w:val="0"/>
          <w:marTop w:val="0"/>
          <w:marBottom w:val="0"/>
          <w:divBdr>
            <w:top w:val="none" w:sz="0" w:space="0" w:color="auto"/>
            <w:left w:val="none" w:sz="0" w:space="0" w:color="auto"/>
            <w:bottom w:val="none" w:sz="0" w:space="0" w:color="auto"/>
            <w:right w:val="none" w:sz="0" w:space="0" w:color="auto"/>
          </w:divBdr>
        </w:div>
        <w:div w:id="1994292263">
          <w:marLeft w:val="480"/>
          <w:marRight w:val="0"/>
          <w:marTop w:val="0"/>
          <w:marBottom w:val="0"/>
          <w:divBdr>
            <w:top w:val="none" w:sz="0" w:space="0" w:color="auto"/>
            <w:left w:val="none" w:sz="0" w:space="0" w:color="auto"/>
            <w:bottom w:val="none" w:sz="0" w:space="0" w:color="auto"/>
            <w:right w:val="none" w:sz="0" w:space="0" w:color="auto"/>
          </w:divBdr>
        </w:div>
        <w:div w:id="2000378540">
          <w:marLeft w:val="480"/>
          <w:marRight w:val="0"/>
          <w:marTop w:val="0"/>
          <w:marBottom w:val="0"/>
          <w:divBdr>
            <w:top w:val="none" w:sz="0" w:space="0" w:color="auto"/>
            <w:left w:val="none" w:sz="0" w:space="0" w:color="auto"/>
            <w:bottom w:val="none" w:sz="0" w:space="0" w:color="auto"/>
            <w:right w:val="none" w:sz="0" w:space="0" w:color="auto"/>
          </w:divBdr>
        </w:div>
        <w:div w:id="2032142221">
          <w:marLeft w:val="480"/>
          <w:marRight w:val="0"/>
          <w:marTop w:val="0"/>
          <w:marBottom w:val="0"/>
          <w:divBdr>
            <w:top w:val="none" w:sz="0" w:space="0" w:color="auto"/>
            <w:left w:val="none" w:sz="0" w:space="0" w:color="auto"/>
            <w:bottom w:val="none" w:sz="0" w:space="0" w:color="auto"/>
            <w:right w:val="none" w:sz="0" w:space="0" w:color="auto"/>
          </w:divBdr>
        </w:div>
      </w:divsChild>
    </w:div>
    <w:div w:id="1081291977">
      <w:bodyDiv w:val="1"/>
      <w:marLeft w:val="0"/>
      <w:marRight w:val="0"/>
      <w:marTop w:val="0"/>
      <w:marBottom w:val="0"/>
      <w:divBdr>
        <w:top w:val="none" w:sz="0" w:space="0" w:color="auto"/>
        <w:left w:val="none" w:sz="0" w:space="0" w:color="auto"/>
        <w:bottom w:val="none" w:sz="0" w:space="0" w:color="auto"/>
        <w:right w:val="none" w:sz="0" w:space="0" w:color="auto"/>
      </w:divBdr>
    </w:div>
    <w:div w:id="1082334289">
      <w:bodyDiv w:val="1"/>
      <w:marLeft w:val="0"/>
      <w:marRight w:val="0"/>
      <w:marTop w:val="0"/>
      <w:marBottom w:val="0"/>
      <w:divBdr>
        <w:top w:val="none" w:sz="0" w:space="0" w:color="auto"/>
        <w:left w:val="none" w:sz="0" w:space="0" w:color="auto"/>
        <w:bottom w:val="none" w:sz="0" w:space="0" w:color="auto"/>
        <w:right w:val="none" w:sz="0" w:space="0" w:color="auto"/>
      </w:divBdr>
    </w:div>
    <w:div w:id="1082608098">
      <w:bodyDiv w:val="1"/>
      <w:marLeft w:val="0"/>
      <w:marRight w:val="0"/>
      <w:marTop w:val="0"/>
      <w:marBottom w:val="0"/>
      <w:divBdr>
        <w:top w:val="none" w:sz="0" w:space="0" w:color="auto"/>
        <w:left w:val="none" w:sz="0" w:space="0" w:color="auto"/>
        <w:bottom w:val="none" w:sz="0" w:space="0" w:color="auto"/>
        <w:right w:val="none" w:sz="0" w:space="0" w:color="auto"/>
      </w:divBdr>
    </w:div>
    <w:div w:id="1083452626">
      <w:bodyDiv w:val="1"/>
      <w:marLeft w:val="0"/>
      <w:marRight w:val="0"/>
      <w:marTop w:val="0"/>
      <w:marBottom w:val="0"/>
      <w:divBdr>
        <w:top w:val="none" w:sz="0" w:space="0" w:color="auto"/>
        <w:left w:val="none" w:sz="0" w:space="0" w:color="auto"/>
        <w:bottom w:val="none" w:sz="0" w:space="0" w:color="auto"/>
        <w:right w:val="none" w:sz="0" w:space="0" w:color="auto"/>
      </w:divBdr>
    </w:div>
    <w:div w:id="1088387320">
      <w:bodyDiv w:val="1"/>
      <w:marLeft w:val="0"/>
      <w:marRight w:val="0"/>
      <w:marTop w:val="0"/>
      <w:marBottom w:val="0"/>
      <w:divBdr>
        <w:top w:val="none" w:sz="0" w:space="0" w:color="auto"/>
        <w:left w:val="none" w:sz="0" w:space="0" w:color="auto"/>
        <w:bottom w:val="none" w:sz="0" w:space="0" w:color="auto"/>
        <w:right w:val="none" w:sz="0" w:space="0" w:color="auto"/>
      </w:divBdr>
    </w:div>
    <w:div w:id="1091897908">
      <w:bodyDiv w:val="1"/>
      <w:marLeft w:val="0"/>
      <w:marRight w:val="0"/>
      <w:marTop w:val="0"/>
      <w:marBottom w:val="0"/>
      <w:divBdr>
        <w:top w:val="none" w:sz="0" w:space="0" w:color="auto"/>
        <w:left w:val="none" w:sz="0" w:space="0" w:color="auto"/>
        <w:bottom w:val="none" w:sz="0" w:space="0" w:color="auto"/>
        <w:right w:val="none" w:sz="0" w:space="0" w:color="auto"/>
      </w:divBdr>
    </w:div>
    <w:div w:id="1092238157">
      <w:bodyDiv w:val="1"/>
      <w:marLeft w:val="0"/>
      <w:marRight w:val="0"/>
      <w:marTop w:val="0"/>
      <w:marBottom w:val="0"/>
      <w:divBdr>
        <w:top w:val="none" w:sz="0" w:space="0" w:color="auto"/>
        <w:left w:val="none" w:sz="0" w:space="0" w:color="auto"/>
        <w:bottom w:val="none" w:sz="0" w:space="0" w:color="auto"/>
        <w:right w:val="none" w:sz="0" w:space="0" w:color="auto"/>
      </w:divBdr>
    </w:div>
    <w:div w:id="1092775896">
      <w:bodyDiv w:val="1"/>
      <w:marLeft w:val="0"/>
      <w:marRight w:val="0"/>
      <w:marTop w:val="0"/>
      <w:marBottom w:val="0"/>
      <w:divBdr>
        <w:top w:val="none" w:sz="0" w:space="0" w:color="auto"/>
        <w:left w:val="none" w:sz="0" w:space="0" w:color="auto"/>
        <w:bottom w:val="none" w:sz="0" w:space="0" w:color="auto"/>
        <w:right w:val="none" w:sz="0" w:space="0" w:color="auto"/>
      </w:divBdr>
    </w:div>
    <w:div w:id="1094864617">
      <w:bodyDiv w:val="1"/>
      <w:marLeft w:val="0"/>
      <w:marRight w:val="0"/>
      <w:marTop w:val="0"/>
      <w:marBottom w:val="0"/>
      <w:divBdr>
        <w:top w:val="none" w:sz="0" w:space="0" w:color="auto"/>
        <w:left w:val="none" w:sz="0" w:space="0" w:color="auto"/>
        <w:bottom w:val="none" w:sz="0" w:space="0" w:color="auto"/>
        <w:right w:val="none" w:sz="0" w:space="0" w:color="auto"/>
      </w:divBdr>
    </w:div>
    <w:div w:id="1095173775">
      <w:bodyDiv w:val="1"/>
      <w:marLeft w:val="0"/>
      <w:marRight w:val="0"/>
      <w:marTop w:val="0"/>
      <w:marBottom w:val="0"/>
      <w:divBdr>
        <w:top w:val="none" w:sz="0" w:space="0" w:color="auto"/>
        <w:left w:val="none" w:sz="0" w:space="0" w:color="auto"/>
        <w:bottom w:val="none" w:sz="0" w:space="0" w:color="auto"/>
        <w:right w:val="none" w:sz="0" w:space="0" w:color="auto"/>
      </w:divBdr>
    </w:div>
    <w:div w:id="1095246558">
      <w:bodyDiv w:val="1"/>
      <w:marLeft w:val="0"/>
      <w:marRight w:val="0"/>
      <w:marTop w:val="0"/>
      <w:marBottom w:val="0"/>
      <w:divBdr>
        <w:top w:val="none" w:sz="0" w:space="0" w:color="auto"/>
        <w:left w:val="none" w:sz="0" w:space="0" w:color="auto"/>
        <w:bottom w:val="none" w:sz="0" w:space="0" w:color="auto"/>
        <w:right w:val="none" w:sz="0" w:space="0" w:color="auto"/>
      </w:divBdr>
    </w:div>
    <w:div w:id="1097214874">
      <w:bodyDiv w:val="1"/>
      <w:marLeft w:val="0"/>
      <w:marRight w:val="0"/>
      <w:marTop w:val="0"/>
      <w:marBottom w:val="0"/>
      <w:divBdr>
        <w:top w:val="none" w:sz="0" w:space="0" w:color="auto"/>
        <w:left w:val="none" w:sz="0" w:space="0" w:color="auto"/>
        <w:bottom w:val="none" w:sz="0" w:space="0" w:color="auto"/>
        <w:right w:val="none" w:sz="0" w:space="0" w:color="auto"/>
      </w:divBdr>
      <w:divsChild>
        <w:div w:id="52900207">
          <w:marLeft w:val="480"/>
          <w:marRight w:val="0"/>
          <w:marTop w:val="0"/>
          <w:marBottom w:val="0"/>
          <w:divBdr>
            <w:top w:val="none" w:sz="0" w:space="0" w:color="auto"/>
            <w:left w:val="none" w:sz="0" w:space="0" w:color="auto"/>
            <w:bottom w:val="none" w:sz="0" w:space="0" w:color="auto"/>
            <w:right w:val="none" w:sz="0" w:space="0" w:color="auto"/>
          </w:divBdr>
        </w:div>
        <w:div w:id="60249476">
          <w:marLeft w:val="480"/>
          <w:marRight w:val="0"/>
          <w:marTop w:val="0"/>
          <w:marBottom w:val="0"/>
          <w:divBdr>
            <w:top w:val="none" w:sz="0" w:space="0" w:color="auto"/>
            <w:left w:val="none" w:sz="0" w:space="0" w:color="auto"/>
            <w:bottom w:val="none" w:sz="0" w:space="0" w:color="auto"/>
            <w:right w:val="none" w:sz="0" w:space="0" w:color="auto"/>
          </w:divBdr>
        </w:div>
        <w:div w:id="63577458">
          <w:marLeft w:val="480"/>
          <w:marRight w:val="0"/>
          <w:marTop w:val="0"/>
          <w:marBottom w:val="0"/>
          <w:divBdr>
            <w:top w:val="none" w:sz="0" w:space="0" w:color="auto"/>
            <w:left w:val="none" w:sz="0" w:space="0" w:color="auto"/>
            <w:bottom w:val="none" w:sz="0" w:space="0" w:color="auto"/>
            <w:right w:val="none" w:sz="0" w:space="0" w:color="auto"/>
          </w:divBdr>
        </w:div>
        <w:div w:id="258803514">
          <w:marLeft w:val="480"/>
          <w:marRight w:val="0"/>
          <w:marTop w:val="0"/>
          <w:marBottom w:val="0"/>
          <w:divBdr>
            <w:top w:val="none" w:sz="0" w:space="0" w:color="auto"/>
            <w:left w:val="none" w:sz="0" w:space="0" w:color="auto"/>
            <w:bottom w:val="none" w:sz="0" w:space="0" w:color="auto"/>
            <w:right w:val="none" w:sz="0" w:space="0" w:color="auto"/>
          </w:divBdr>
        </w:div>
        <w:div w:id="335042036">
          <w:marLeft w:val="480"/>
          <w:marRight w:val="0"/>
          <w:marTop w:val="0"/>
          <w:marBottom w:val="0"/>
          <w:divBdr>
            <w:top w:val="none" w:sz="0" w:space="0" w:color="auto"/>
            <w:left w:val="none" w:sz="0" w:space="0" w:color="auto"/>
            <w:bottom w:val="none" w:sz="0" w:space="0" w:color="auto"/>
            <w:right w:val="none" w:sz="0" w:space="0" w:color="auto"/>
          </w:divBdr>
        </w:div>
        <w:div w:id="348258892">
          <w:marLeft w:val="480"/>
          <w:marRight w:val="0"/>
          <w:marTop w:val="0"/>
          <w:marBottom w:val="0"/>
          <w:divBdr>
            <w:top w:val="none" w:sz="0" w:space="0" w:color="auto"/>
            <w:left w:val="none" w:sz="0" w:space="0" w:color="auto"/>
            <w:bottom w:val="none" w:sz="0" w:space="0" w:color="auto"/>
            <w:right w:val="none" w:sz="0" w:space="0" w:color="auto"/>
          </w:divBdr>
        </w:div>
        <w:div w:id="466551810">
          <w:marLeft w:val="480"/>
          <w:marRight w:val="0"/>
          <w:marTop w:val="0"/>
          <w:marBottom w:val="0"/>
          <w:divBdr>
            <w:top w:val="none" w:sz="0" w:space="0" w:color="auto"/>
            <w:left w:val="none" w:sz="0" w:space="0" w:color="auto"/>
            <w:bottom w:val="none" w:sz="0" w:space="0" w:color="auto"/>
            <w:right w:val="none" w:sz="0" w:space="0" w:color="auto"/>
          </w:divBdr>
        </w:div>
        <w:div w:id="647978909">
          <w:marLeft w:val="480"/>
          <w:marRight w:val="0"/>
          <w:marTop w:val="0"/>
          <w:marBottom w:val="0"/>
          <w:divBdr>
            <w:top w:val="none" w:sz="0" w:space="0" w:color="auto"/>
            <w:left w:val="none" w:sz="0" w:space="0" w:color="auto"/>
            <w:bottom w:val="none" w:sz="0" w:space="0" w:color="auto"/>
            <w:right w:val="none" w:sz="0" w:space="0" w:color="auto"/>
          </w:divBdr>
        </w:div>
        <w:div w:id="649480266">
          <w:marLeft w:val="480"/>
          <w:marRight w:val="0"/>
          <w:marTop w:val="0"/>
          <w:marBottom w:val="0"/>
          <w:divBdr>
            <w:top w:val="none" w:sz="0" w:space="0" w:color="auto"/>
            <w:left w:val="none" w:sz="0" w:space="0" w:color="auto"/>
            <w:bottom w:val="none" w:sz="0" w:space="0" w:color="auto"/>
            <w:right w:val="none" w:sz="0" w:space="0" w:color="auto"/>
          </w:divBdr>
        </w:div>
        <w:div w:id="741879270">
          <w:marLeft w:val="480"/>
          <w:marRight w:val="0"/>
          <w:marTop w:val="0"/>
          <w:marBottom w:val="0"/>
          <w:divBdr>
            <w:top w:val="none" w:sz="0" w:space="0" w:color="auto"/>
            <w:left w:val="none" w:sz="0" w:space="0" w:color="auto"/>
            <w:bottom w:val="none" w:sz="0" w:space="0" w:color="auto"/>
            <w:right w:val="none" w:sz="0" w:space="0" w:color="auto"/>
          </w:divBdr>
        </w:div>
        <w:div w:id="796294845">
          <w:marLeft w:val="480"/>
          <w:marRight w:val="0"/>
          <w:marTop w:val="0"/>
          <w:marBottom w:val="0"/>
          <w:divBdr>
            <w:top w:val="none" w:sz="0" w:space="0" w:color="auto"/>
            <w:left w:val="none" w:sz="0" w:space="0" w:color="auto"/>
            <w:bottom w:val="none" w:sz="0" w:space="0" w:color="auto"/>
            <w:right w:val="none" w:sz="0" w:space="0" w:color="auto"/>
          </w:divBdr>
        </w:div>
        <w:div w:id="839275231">
          <w:marLeft w:val="480"/>
          <w:marRight w:val="0"/>
          <w:marTop w:val="0"/>
          <w:marBottom w:val="0"/>
          <w:divBdr>
            <w:top w:val="none" w:sz="0" w:space="0" w:color="auto"/>
            <w:left w:val="none" w:sz="0" w:space="0" w:color="auto"/>
            <w:bottom w:val="none" w:sz="0" w:space="0" w:color="auto"/>
            <w:right w:val="none" w:sz="0" w:space="0" w:color="auto"/>
          </w:divBdr>
        </w:div>
        <w:div w:id="1024601508">
          <w:marLeft w:val="480"/>
          <w:marRight w:val="0"/>
          <w:marTop w:val="0"/>
          <w:marBottom w:val="0"/>
          <w:divBdr>
            <w:top w:val="none" w:sz="0" w:space="0" w:color="auto"/>
            <w:left w:val="none" w:sz="0" w:space="0" w:color="auto"/>
            <w:bottom w:val="none" w:sz="0" w:space="0" w:color="auto"/>
            <w:right w:val="none" w:sz="0" w:space="0" w:color="auto"/>
          </w:divBdr>
        </w:div>
        <w:div w:id="1036464698">
          <w:marLeft w:val="480"/>
          <w:marRight w:val="0"/>
          <w:marTop w:val="0"/>
          <w:marBottom w:val="0"/>
          <w:divBdr>
            <w:top w:val="none" w:sz="0" w:space="0" w:color="auto"/>
            <w:left w:val="none" w:sz="0" w:space="0" w:color="auto"/>
            <w:bottom w:val="none" w:sz="0" w:space="0" w:color="auto"/>
            <w:right w:val="none" w:sz="0" w:space="0" w:color="auto"/>
          </w:divBdr>
        </w:div>
        <w:div w:id="1053654233">
          <w:marLeft w:val="480"/>
          <w:marRight w:val="0"/>
          <w:marTop w:val="0"/>
          <w:marBottom w:val="0"/>
          <w:divBdr>
            <w:top w:val="none" w:sz="0" w:space="0" w:color="auto"/>
            <w:left w:val="none" w:sz="0" w:space="0" w:color="auto"/>
            <w:bottom w:val="none" w:sz="0" w:space="0" w:color="auto"/>
            <w:right w:val="none" w:sz="0" w:space="0" w:color="auto"/>
          </w:divBdr>
        </w:div>
        <w:div w:id="1189218425">
          <w:marLeft w:val="480"/>
          <w:marRight w:val="0"/>
          <w:marTop w:val="0"/>
          <w:marBottom w:val="0"/>
          <w:divBdr>
            <w:top w:val="none" w:sz="0" w:space="0" w:color="auto"/>
            <w:left w:val="none" w:sz="0" w:space="0" w:color="auto"/>
            <w:bottom w:val="none" w:sz="0" w:space="0" w:color="auto"/>
            <w:right w:val="none" w:sz="0" w:space="0" w:color="auto"/>
          </w:divBdr>
        </w:div>
        <w:div w:id="1202280851">
          <w:marLeft w:val="480"/>
          <w:marRight w:val="0"/>
          <w:marTop w:val="0"/>
          <w:marBottom w:val="0"/>
          <w:divBdr>
            <w:top w:val="none" w:sz="0" w:space="0" w:color="auto"/>
            <w:left w:val="none" w:sz="0" w:space="0" w:color="auto"/>
            <w:bottom w:val="none" w:sz="0" w:space="0" w:color="auto"/>
            <w:right w:val="none" w:sz="0" w:space="0" w:color="auto"/>
          </w:divBdr>
        </w:div>
        <w:div w:id="1204756503">
          <w:marLeft w:val="480"/>
          <w:marRight w:val="0"/>
          <w:marTop w:val="0"/>
          <w:marBottom w:val="0"/>
          <w:divBdr>
            <w:top w:val="none" w:sz="0" w:space="0" w:color="auto"/>
            <w:left w:val="none" w:sz="0" w:space="0" w:color="auto"/>
            <w:bottom w:val="none" w:sz="0" w:space="0" w:color="auto"/>
            <w:right w:val="none" w:sz="0" w:space="0" w:color="auto"/>
          </w:divBdr>
        </w:div>
        <w:div w:id="1215776452">
          <w:marLeft w:val="480"/>
          <w:marRight w:val="0"/>
          <w:marTop w:val="0"/>
          <w:marBottom w:val="0"/>
          <w:divBdr>
            <w:top w:val="none" w:sz="0" w:space="0" w:color="auto"/>
            <w:left w:val="none" w:sz="0" w:space="0" w:color="auto"/>
            <w:bottom w:val="none" w:sz="0" w:space="0" w:color="auto"/>
            <w:right w:val="none" w:sz="0" w:space="0" w:color="auto"/>
          </w:divBdr>
        </w:div>
        <w:div w:id="1217087867">
          <w:marLeft w:val="480"/>
          <w:marRight w:val="0"/>
          <w:marTop w:val="0"/>
          <w:marBottom w:val="0"/>
          <w:divBdr>
            <w:top w:val="none" w:sz="0" w:space="0" w:color="auto"/>
            <w:left w:val="none" w:sz="0" w:space="0" w:color="auto"/>
            <w:bottom w:val="none" w:sz="0" w:space="0" w:color="auto"/>
            <w:right w:val="none" w:sz="0" w:space="0" w:color="auto"/>
          </w:divBdr>
        </w:div>
        <w:div w:id="1234316552">
          <w:marLeft w:val="480"/>
          <w:marRight w:val="0"/>
          <w:marTop w:val="0"/>
          <w:marBottom w:val="0"/>
          <w:divBdr>
            <w:top w:val="none" w:sz="0" w:space="0" w:color="auto"/>
            <w:left w:val="none" w:sz="0" w:space="0" w:color="auto"/>
            <w:bottom w:val="none" w:sz="0" w:space="0" w:color="auto"/>
            <w:right w:val="none" w:sz="0" w:space="0" w:color="auto"/>
          </w:divBdr>
        </w:div>
        <w:div w:id="1461067443">
          <w:marLeft w:val="480"/>
          <w:marRight w:val="0"/>
          <w:marTop w:val="0"/>
          <w:marBottom w:val="0"/>
          <w:divBdr>
            <w:top w:val="none" w:sz="0" w:space="0" w:color="auto"/>
            <w:left w:val="none" w:sz="0" w:space="0" w:color="auto"/>
            <w:bottom w:val="none" w:sz="0" w:space="0" w:color="auto"/>
            <w:right w:val="none" w:sz="0" w:space="0" w:color="auto"/>
          </w:divBdr>
        </w:div>
        <w:div w:id="1518813653">
          <w:marLeft w:val="480"/>
          <w:marRight w:val="0"/>
          <w:marTop w:val="0"/>
          <w:marBottom w:val="0"/>
          <w:divBdr>
            <w:top w:val="none" w:sz="0" w:space="0" w:color="auto"/>
            <w:left w:val="none" w:sz="0" w:space="0" w:color="auto"/>
            <w:bottom w:val="none" w:sz="0" w:space="0" w:color="auto"/>
            <w:right w:val="none" w:sz="0" w:space="0" w:color="auto"/>
          </w:divBdr>
        </w:div>
        <w:div w:id="1783763823">
          <w:marLeft w:val="480"/>
          <w:marRight w:val="0"/>
          <w:marTop w:val="0"/>
          <w:marBottom w:val="0"/>
          <w:divBdr>
            <w:top w:val="none" w:sz="0" w:space="0" w:color="auto"/>
            <w:left w:val="none" w:sz="0" w:space="0" w:color="auto"/>
            <w:bottom w:val="none" w:sz="0" w:space="0" w:color="auto"/>
            <w:right w:val="none" w:sz="0" w:space="0" w:color="auto"/>
          </w:divBdr>
        </w:div>
        <w:div w:id="1825585962">
          <w:marLeft w:val="480"/>
          <w:marRight w:val="0"/>
          <w:marTop w:val="0"/>
          <w:marBottom w:val="0"/>
          <w:divBdr>
            <w:top w:val="none" w:sz="0" w:space="0" w:color="auto"/>
            <w:left w:val="none" w:sz="0" w:space="0" w:color="auto"/>
            <w:bottom w:val="none" w:sz="0" w:space="0" w:color="auto"/>
            <w:right w:val="none" w:sz="0" w:space="0" w:color="auto"/>
          </w:divBdr>
        </w:div>
        <w:div w:id="1840269474">
          <w:marLeft w:val="480"/>
          <w:marRight w:val="0"/>
          <w:marTop w:val="0"/>
          <w:marBottom w:val="0"/>
          <w:divBdr>
            <w:top w:val="none" w:sz="0" w:space="0" w:color="auto"/>
            <w:left w:val="none" w:sz="0" w:space="0" w:color="auto"/>
            <w:bottom w:val="none" w:sz="0" w:space="0" w:color="auto"/>
            <w:right w:val="none" w:sz="0" w:space="0" w:color="auto"/>
          </w:divBdr>
        </w:div>
        <w:div w:id="1907449199">
          <w:marLeft w:val="480"/>
          <w:marRight w:val="0"/>
          <w:marTop w:val="0"/>
          <w:marBottom w:val="0"/>
          <w:divBdr>
            <w:top w:val="none" w:sz="0" w:space="0" w:color="auto"/>
            <w:left w:val="none" w:sz="0" w:space="0" w:color="auto"/>
            <w:bottom w:val="none" w:sz="0" w:space="0" w:color="auto"/>
            <w:right w:val="none" w:sz="0" w:space="0" w:color="auto"/>
          </w:divBdr>
        </w:div>
        <w:div w:id="2022394177">
          <w:marLeft w:val="480"/>
          <w:marRight w:val="0"/>
          <w:marTop w:val="0"/>
          <w:marBottom w:val="0"/>
          <w:divBdr>
            <w:top w:val="none" w:sz="0" w:space="0" w:color="auto"/>
            <w:left w:val="none" w:sz="0" w:space="0" w:color="auto"/>
            <w:bottom w:val="none" w:sz="0" w:space="0" w:color="auto"/>
            <w:right w:val="none" w:sz="0" w:space="0" w:color="auto"/>
          </w:divBdr>
        </w:div>
        <w:div w:id="2078625101">
          <w:marLeft w:val="480"/>
          <w:marRight w:val="0"/>
          <w:marTop w:val="0"/>
          <w:marBottom w:val="0"/>
          <w:divBdr>
            <w:top w:val="none" w:sz="0" w:space="0" w:color="auto"/>
            <w:left w:val="none" w:sz="0" w:space="0" w:color="auto"/>
            <w:bottom w:val="none" w:sz="0" w:space="0" w:color="auto"/>
            <w:right w:val="none" w:sz="0" w:space="0" w:color="auto"/>
          </w:divBdr>
        </w:div>
        <w:div w:id="2134862043">
          <w:marLeft w:val="480"/>
          <w:marRight w:val="0"/>
          <w:marTop w:val="0"/>
          <w:marBottom w:val="0"/>
          <w:divBdr>
            <w:top w:val="none" w:sz="0" w:space="0" w:color="auto"/>
            <w:left w:val="none" w:sz="0" w:space="0" w:color="auto"/>
            <w:bottom w:val="none" w:sz="0" w:space="0" w:color="auto"/>
            <w:right w:val="none" w:sz="0" w:space="0" w:color="auto"/>
          </w:divBdr>
        </w:div>
      </w:divsChild>
    </w:div>
    <w:div w:id="1098519659">
      <w:bodyDiv w:val="1"/>
      <w:marLeft w:val="0"/>
      <w:marRight w:val="0"/>
      <w:marTop w:val="0"/>
      <w:marBottom w:val="0"/>
      <w:divBdr>
        <w:top w:val="none" w:sz="0" w:space="0" w:color="auto"/>
        <w:left w:val="none" w:sz="0" w:space="0" w:color="auto"/>
        <w:bottom w:val="none" w:sz="0" w:space="0" w:color="auto"/>
        <w:right w:val="none" w:sz="0" w:space="0" w:color="auto"/>
      </w:divBdr>
    </w:div>
    <w:div w:id="1099764215">
      <w:bodyDiv w:val="1"/>
      <w:marLeft w:val="0"/>
      <w:marRight w:val="0"/>
      <w:marTop w:val="0"/>
      <w:marBottom w:val="0"/>
      <w:divBdr>
        <w:top w:val="none" w:sz="0" w:space="0" w:color="auto"/>
        <w:left w:val="none" w:sz="0" w:space="0" w:color="auto"/>
        <w:bottom w:val="none" w:sz="0" w:space="0" w:color="auto"/>
        <w:right w:val="none" w:sz="0" w:space="0" w:color="auto"/>
      </w:divBdr>
    </w:div>
    <w:div w:id="1101797771">
      <w:bodyDiv w:val="1"/>
      <w:marLeft w:val="0"/>
      <w:marRight w:val="0"/>
      <w:marTop w:val="0"/>
      <w:marBottom w:val="0"/>
      <w:divBdr>
        <w:top w:val="none" w:sz="0" w:space="0" w:color="auto"/>
        <w:left w:val="none" w:sz="0" w:space="0" w:color="auto"/>
        <w:bottom w:val="none" w:sz="0" w:space="0" w:color="auto"/>
        <w:right w:val="none" w:sz="0" w:space="0" w:color="auto"/>
      </w:divBdr>
    </w:div>
    <w:div w:id="1102726293">
      <w:bodyDiv w:val="1"/>
      <w:marLeft w:val="0"/>
      <w:marRight w:val="0"/>
      <w:marTop w:val="0"/>
      <w:marBottom w:val="0"/>
      <w:divBdr>
        <w:top w:val="none" w:sz="0" w:space="0" w:color="auto"/>
        <w:left w:val="none" w:sz="0" w:space="0" w:color="auto"/>
        <w:bottom w:val="none" w:sz="0" w:space="0" w:color="auto"/>
        <w:right w:val="none" w:sz="0" w:space="0" w:color="auto"/>
      </w:divBdr>
      <w:divsChild>
        <w:div w:id="90717">
          <w:marLeft w:val="480"/>
          <w:marRight w:val="0"/>
          <w:marTop w:val="0"/>
          <w:marBottom w:val="0"/>
          <w:divBdr>
            <w:top w:val="none" w:sz="0" w:space="0" w:color="auto"/>
            <w:left w:val="none" w:sz="0" w:space="0" w:color="auto"/>
            <w:bottom w:val="none" w:sz="0" w:space="0" w:color="auto"/>
            <w:right w:val="none" w:sz="0" w:space="0" w:color="auto"/>
          </w:divBdr>
        </w:div>
        <w:div w:id="33582410">
          <w:marLeft w:val="480"/>
          <w:marRight w:val="0"/>
          <w:marTop w:val="0"/>
          <w:marBottom w:val="0"/>
          <w:divBdr>
            <w:top w:val="none" w:sz="0" w:space="0" w:color="auto"/>
            <w:left w:val="none" w:sz="0" w:space="0" w:color="auto"/>
            <w:bottom w:val="none" w:sz="0" w:space="0" w:color="auto"/>
            <w:right w:val="none" w:sz="0" w:space="0" w:color="auto"/>
          </w:divBdr>
        </w:div>
        <w:div w:id="80488333">
          <w:marLeft w:val="480"/>
          <w:marRight w:val="0"/>
          <w:marTop w:val="0"/>
          <w:marBottom w:val="0"/>
          <w:divBdr>
            <w:top w:val="none" w:sz="0" w:space="0" w:color="auto"/>
            <w:left w:val="none" w:sz="0" w:space="0" w:color="auto"/>
            <w:bottom w:val="none" w:sz="0" w:space="0" w:color="auto"/>
            <w:right w:val="none" w:sz="0" w:space="0" w:color="auto"/>
          </w:divBdr>
        </w:div>
        <w:div w:id="82915071">
          <w:marLeft w:val="480"/>
          <w:marRight w:val="0"/>
          <w:marTop w:val="0"/>
          <w:marBottom w:val="0"/>
          <w:divBdr>
            <w:top w:val="none" w:sz="0" w:space="0" w:color="auto"/>
            <w:left w:val="none" w:sz="0" w:space="0" w:color="auto"/>
            <w:bottom w:val="none" w:sz="0" w:space="0" w:color="auto"/>
            <w:right w:val="none" w:sz="0" w:space="0" w:color="auto"/>
          </w:divBdr>
        </w:div>
        <w:div w:id="125704554">
          <w:marLeft w:val="480"/>
          <w:marRight w:val="0"/>
          <w:marTop w:val="0"/>
          <w:marBottom w:val="0"/>
          <w:divBdr>
            <w:top w:val="none" w:sz="0" w:space="0" w:color="auto"/>
            <w:left w:val="none" w:sz="0" w:space="0" w:color="auto"/>
            <w:bottom w:val="none" w:sz="0" w:space="0" w:color="auto"/>
            <w:right w:val="none" w:sz="0" w:space="0" w:color="auto"/>
          </w:divBdr>
        </w:div>
        <w:div w:id="131217220">
          <w:marLeft w:val="480"/>
          <w:marRight w:val="0"/>
          <w:marTop w:val="0"/>
          <w:marBottom w:val="0"/>
          <w:divBdr>
            <w:top w:val="none" w:sz="0" w:space="0" w:color="auto"/>
            <w:left w:val="none" w:sz="0" w:space="0" w:color="auto"/>
            <w:bottom w:val="none" w:sz="0" w:space="0" w:color="auto"/>
            <w:right w:val="none" w:sz="0" w:space="0" w:color="auto"/>
          </w:divBdr>
        </w:div>
        <w:div w:id="152307324">
          <w:marLeft w:val="480"/>
          <w:marRight w:val="0"/>
          <w:marTop w:val="0"/>
          <w:marBottom w:val="0"/>
          <w:divBdr>
            <w:top w:val="none" w:sz="0" w:space="0" w:color="auto"/>
            <w:left w:val="none" w:sz="0" w:space="0" w:color="auto"/>
            <w:bottom w:val="none" w:sz="0" w:space="0" w:color="auto"/>
            <w:right w:val="none" w:sz="0" w:space="0" w:color="auto"/>
          </w:divBdr>
        </w:div>
        <w:div w:id="239023245">
          <w:marLeft w:val="480"/>
          <w:marRight w:val="0"/>
          <w:marTop w:val="0"/>
          <w:marBottom w:val="0"/>
          <w:divBdr>
            <w:top w:val="none" w:sz="0" w:space="0" w:color="auto"/>
            <w:left w:val="none" w:sz="0" w:space="0" w:color="auto"/>
            <w:bottom w:val="none" w:sz="0" w:space="0" w:color="auto"/>
            <w:right w:val="none" w:sz="0" w:space="0" w:color="auto"/>
          </w:divBdr>
        </w:div>
        <w:div w:id="400251433">
          <w:marLeft w:val="480"/>
          <w:marRight w:val="0"/>
          <w:marTop w:val="0"/>
          <w:marBottom w:val="0"/>
          <w:divBdr>
            <w:top w:val="none" w:sz="0" w:space="0" w:color="auto"/>
            <w:left w:val="none" w:sz="0" w:space="0" w:color="auto"/>
            <w:bottom w:val="none" w:sz="0" w:space="0" w:color="auto"/>
            <w:right w:val="none" w:sz="0" w:space="0" w:color="auto"/>
          </w:divBdr>
        </w:div>
        <w:div w:id="471944433">
          <w:marLeft w:val="480"/>
          <w:marRight w:val="0"/>
          <w:marTop w:val="0"/>
          <w:marBottom w:val="0"/>
          <w:divBdr>
            <w:top w:val="none" w:sz="0" w:space="0" w:color="auto"/>
            <w:left w:val="none" w:sz="0" w:space="0" w:color="auto"/>
            <w:bottom w:val="none" w:sz="0" w:space="0" w:color="auto"/>
            <w:right w:val="none" w:sz="0" w:space="0" w:color="auto"/>
          </w:divBdr>
        </w:div>
        <w:div w:id="476801610">
          <w:marLeft w:val="480"/>
          <w:marRight w:val="0"/>
          <w:marTop w:val="0"/>
          <w:marBottom w:val="0"/>
          <w:divBdr>
            <w:top w:val="none" w:sz="0" w:space="0" w:color="auto"/>
            <w:left w:val="none" w:sz="0" w:space="0" w:color="auto"/>
            <w:bottom w:val="none" w:sz="0" w:space="0" w:color="auto"/>
            <w:right w:val="none" w:sz="0" w:space="0" w:color="auto"/>
          </w:divBdr>
        </w:div>
        <w:div w:id="564531186">
          <w:marLeft w:val="480"/>
          <w:marRight w:val="0"/>
          <w:marTop w:val="0"/>
          <w:marBottom w:val="0"/>
          <w:divBdr>
            <w:top w:val="none" w:sz="0" w:space="0" w:color="auto"/>
            <w:left w:val="none" w:sz="0" w:space="0" w:color="auto"/>
            <w:bottom w:val="none" w:sz="0" w:space="0" w:color="auto"/>
            <w:right w:val="none" w:sz="0" w:space="0" w:color="auto"/>
          </w:divBdr>
        </w:div>
        <w:div w:id="594560407">
          <w:marLeft w:val="480"/>
          <w:marRight w:val="0"/>
          <w:marTop w:val="0"/>
          <w:marBottom w:val="0"/>
          <w:divBdr>
            <w:top w:val="none" w:sz="0" w:space="0" w:color="auto"/>
            <w:left w:val="none" w:sz="0" w:space="0" w:color="auto"/>
            <w:bottom w:val="none" w:sz="0" w:space="0" w:color="auto"/>
            <w:right w:val="none" w:sz="0" w:space="0" w:color="auto"/>
          </w:divBdr>
        </w:div>
        <w:div w:id="624234623">
          <w:marLeft w:val="480"/>
          <w:marRight w:val="0"/>
          <w:marTop w:val="0"/>
          <w:marBottom w:val="0"/>
          <w:divBdr>
            <w:top w:val="none" w:sz="0" w:space="0" w:color="auto"/>
            <w:left w:val="none" w:sz="0" w:space="0" w:color="auto"/>
            <w:bottom w:val="none" w:sz="0" w:space="0" w:color="auto"/>
            <w:right w:val="none" w:sz="0" w:space="0" w:color="auto"/>
          </w:divBdr>
        </w:div>
        <w:div w:id="625506896">
          <w:marLeft w:val="480"/>
          <w:marRight w:val="0"/>
          <w:marTop w:val="0"/>
          <w:marBottom w:val="0"/>
          <w:divBdr>
            <w:top w:val="none" w:sz="0" w:space="0" w:color="auto"/>
            <w:left w:val="none" w:sz="0" w:space="0" w:color="auto"/>
            <w:bottom w:val="none" w:sz="0" w:space="0" w:color="auto"/>
            <w:right w:val="none" w:sz="0" w:space="0" w:color="auto"/>
          </w:divBdr>
        </w:div>
        <w:div w:id="696082336">
          <w:marLeft w:val="480"/>
          <w:marRight w:val="0"/>
          <w:marTop w:val="0"/>
          <w:marBottom w:val="0"/>
          <w:divBdr>
            <w:top w:val="none" w:sz="0" w:space="0" w:color="auto"/>
            <w:left w:val="none" w:sz="0" w:space="0" w:color="auto"/>
            <w:bottom w:val="none" w:sz="0" w:space="0" w:color="auto"/>
            <w:right w:val="none" w:sz="0" w:space="0" w:color="auto"/>
          </w:divBdr>
        </w:div>
        <w:div w:id="714964480">
          <w:marLeft w:val="480"/>
          <w:marRight w:val="0"/>
          <w:marTop w:val="0"/>
          <w:marBottom w:val="0"/>
          <w:divBdr>
            <w:top w:val="none" w:sz="0" w:space="0" w:color="auto"/>
            <w:left w:val="none" w:sz="0" w:space="0" w:color="auto"/>
            <w:bottom w:val="none" w:sz="0" w:space="0" w:color="auto"/>
            <w:right w:val="none" w:sz="0" w:space="0" w:color="auto"/>
          </w:divBdr>
        </w:div>
        <w:div w:id="756826129">
          <w:marLeft w:val="480"/>
          <w:marRight w:val="0"/>
          <w:marTop w:val="0"/>
          <w:marBottom w:val="0"/>
          <w:divBdr>
            <w:top w:val="none" w:sz="0" w:space="0" w:color="auto"/>
            <w:left w:val="none" w:sz="0" w:space="0" w:color="auto"/>
            <w:bottom w:val="none" w:sz="0" w:space="0" w:color="auto"/>
            <w:right w:val="none" w:sz="0" w:space="0" w:color="auto"/>
          </w:divBdr>
        </w:div>
        <w:div w:id="763452037">
          <w:marLeft w:val="480"/>
          <w:marRight w:val="0"/>
          <w:marTop w:val="0"/>
          <w:marBottom w:val="0"/>
          <w:divBdr>
            <w:top w:val="none" w:sz="0" w:space="0" w:color="auto"/>
            <w:left w:val="none" w:sz="0" w:space="0" w:color="auto"/>
            <w:bottom w:val="none" w:sz="0" w:space="0" w:color="auto"/>
            <w:right w:val="none" w:sz="0" w:space="0" w:color="auto"/>
          </w:divBdr>
        </w:div>
        <w:div w:id="830439302">
          <w:marLeft w:val="480"/>
          <w:marRight w:val="0"/>
          <w:marTop w:val="0"/>
          <w:marBottom w:val="0"/>
          <w:divBdr>
            <w:top w:val="none" w:sz="0" w:space="0" w:color="auto"/>
            <w:left w:val="none" w:sz="0" w:space="0" w:color="auto"/>
            <w:bottom w:val="none" w:sz="0" w:space="0" w:color="auto"/>
            <w:right w:val="none" w:sz="0" w:space="0" w:color="auto"/>
          </w:divBdr>
        </w:div>
        <w:div w:id="871501665">
          <w:marLeft w:val="480"/>
          <w:marRight w:val="0"/>
          <w:marTop w:val="0"/>
          <w:marBottom w:val="0"/>
          <w:divBdr>
            <w:top w:val="none" w:sz="0" w:space="0" w:color="auto"/>
            <w:left w:val="none" w:sz="0" w:space="0" w:color="auto"/>
            <w:bottom w:val="none" w:sz="0" w:space="0" w:color="auto"/>
            <w:right w:val="none" w:sz="0" w:space="0" w:color="auto"/>
          </w:divBdr>
        </w:div>
        <w:div w:id="923605334">
          <w:marLeft w:val="480"/>
          <w:marRight w:val="0"/>
          <w:marTop w:val="0"/>
          <w:marBottom w:val="0"/>
          <w:divBdr>
            <w:top w:val="none" w:sz="0" w:space="0" w:color="auto"/>
            <w:left w:val="none" w:sz="0" w:space="0" w:color="auto"/>
            <w:bottom w:val="none" w:sz="0" w:space="0" w:color="auto"/>
            <w:right w:val="none" w:sz="0" w:space="0" w:color="auto"/>
          </w:divBdr>
        </w:div>
        <w:div w:id="1044527370">
          <w:marLeft w:val="480"/>
          <w:marRight w:val="0"/>
          <w:marTop w:val="0"/>
          <w:marBottom w:val="0"/>
          <w:divBdr>
            <w:top w:val="none" w:sz="0" w:space="0" w:color="auto"/>
            <w:left w:val="none" w:sz="0" w:space="0" w:color="auto"/>
            <w:bottom w:val="none" w:sz="0" w:space="0" w:color="auto"/>
            <w:right w:val="none" w:sz="0" w:space="0" w:color="auto"/>
          </w:divBdr>
        </w:div>
        <w:div w:id="1190336778">
          <w:marLeft w:val="480"/>
          <w:marRight w:val="0"/>
          <w:marTop w:val="0"/>
          <w:marBottom w:val="0"/>
          <w:divBdr>
            <w:top w:val="none" w:sz="0" w:space="0" w:color="auto"/>
            <w:left w:val="none" w:sz="0" w:space="0" w:color="auto"/>
            <w:bottom w:val="none" w:sz="0" w:space="0" w:color="auto"/>
            <w:right w:val="none" w:sz="0" w:space="0" w:color="auto"/>
          </w:divBdr>
        </w:div>
        <w:div w:id="1372533125">
          <w:marLeft w:val="480"/>
          <w:marRight w:val="0"/>
          <w:marTop w:val="0"/>
          <w:marBottom w:val="0"/>
          <w:divBdr>
            <w:top w:val="none" w:sz="0" w:space="0" w:color="auto"/>
            <w:left w:val="none" w:sz="0" w:space="0" w:color="auto"/>
            <w:bottom w:val="none" w:sz="0" w:space="0" w:color="auto"/>
            <w:right w:val="none" w:sz="0" w:space="0" w:color="auto"/>
          </w:divBdr>
        </w:div>
        <w:div w:id="1397775005">
          <w:marLeft w:val="480"/>
          <w:marRight w:val="0"/>
          <w:marTop w:val="0"/>
          <w:marBottom w:val="0"/>
          <w:divBdr>
            <w:top w:val="none" w:sz="0" w:space="0" w:color="auto"/>
            <w:left w:val="none" w:sz="0" w:space="0" w:color="auto"/>
            <w:bottom w:val="none" w:sz="0" w:space="0" w:color="auto"/>
            <w:right w:val="none" w:sz="0" w:space="0" w:color="auto"/>
          </w:divBdr>
        </w:div>
        <w:div w:id="1436057278">
          <w:marLeft w:val="480"/>
          <w:marRight w:val="0"/>
          <w:marTop w:val="0"/>
          <w:marBottom w:val="0"/>
          <w:divBdr>
            <w:top w:val="none" w:sz="0" w:space="0" w:color="auto"/>
            <w:left w:val="none" w:sz="0" w:space="0" w:color="auto"/>
            <w:bottom w:val="none" w:sz="0" w:space="0" w:color="auto"/>
            <w:right w:val="none" w:sz="0" w:space="0" w:color="auto"/>
          </w:divBdr>
        </w:div>
        <w:div w:id="1469012386">
          <w:marLeft w:val="480"/>
          <w:marRight w:val="0"/>
          <w:marTop w:val="0"/>
          <w:marBottom w:val="0"/>
          <w:divBdr>
            <w:top w:val="none" w:sz="0" w:space="0" w:color="auto"/>
            <w:left w:val="none" w:sz="0" w:space="0" w:color="auto"/>
            <w:bottom w:val="none" w:sz="0" w:space="0" w:color="auto"/>
            <w:right w:val="none" w:sz="0" w:space="0" w:color="auto"/>
          </w:divBdr>
        </w:div>
        <w:div w:id="1485002620">
          <w:marLeft w:val="480"/>
          <w:marRight w:val="0"/>
          <w:marTop w:val="0"/>
          <w:marBottom w:val="0"/>
          <w:divBdr>
            <w:top w:val="none" w:sz="0" w:space="0" w:color="auto"/>
            <w:left w:val="none" w:sz="0" w:space="0" w:color="auto"/>
            <w:bottom w:val="none" w:sz="0" w:space="0" w:color="auto"/>
            <w:right w:val="none" w:sz="0" w:space="0" w:color="auto"/>
          </w:divBdr>
        </w:div>
        <w:div w:id="1541162621">
          <w:marLeft w:val="480"/>
          <w:marRight w:val="0"/>
          <w:marTop w:val="0"/>
          <w:marBottom w:val="0"/>
          <w:divBdr>
            <w:top w:val="none" w:sz="0" w:space="0" w:color="auto"/>
            <w:left w:val="none" w:sz="0" w:space="0" w:color="auto"/>
            <w:bottom w:val="none" w:sz="0" w:space="0" w:color="auto"/>
            <w:right w:val="none" w:sz="0" w:space="0" w:color="auto"/>
          </w:divBdr>
        </w:div>
        <w:div w:id="1678001699">
          <w:marLeft w:val="480"/>
          <w:marRight w:val="0"/>
          <w:marTop w:val="0"/>
          <w:marBottom w:val="0"/>
          <w:divBdr>
            <w:top w:val="none" w:sz="0" w:space="0" w:color="auto"/>
            <w:left w:val="none" w:sz="0" w:space="0" w:color="auto"/>
            <w:bottom w:val="none" w:sz="0" w:space="0" w:color="auto"/>
            <w:right w:val="none" w:sz="0" w:space="0" w:color="auto"/>
          </w:divBdr>
        </w:div>
        <w:div w:id="1731808029">
          <w:marLeft w:val="480"/>
          <w:marRight w:val="0"/>
          <w:marTop w:val="0"/>
          <w:marBottom w:val="0"/>
          <w:divBdr>
            <w:top w:val="none" w:sz="0" w:space="0" w:color="auto"/>
            <w:left w:val="none" w:sz="0" w:space="0" w:color="auto"/>
            <w:bottom w:val="none" w:sz="0" w:space="0" w:color="auto"/>
            <w:right w:val="none" w:sz="0" w:space="0" w:color="auto"/>
          </w:divBdr>
        </w:div>
        <w:div w:id="1737629395">
          <w:marLeft w:val="480"/>
          <w:marRight w:val="0"/>
          <w:marTop w:val="0"/>
          <w:marBottom w:val="0"/>
          <w:divBdr>
            <w:top w:val="none" w:sz="0" w:space="0" w:color="auto"/>
            <w:left w:val="none" w:sz="0" w:space="0" w:color="auto"/>
            <w:bottom w:val="none" w:sz="0" w:space="0" w:color="auto"/>
            <w:right w:val="none" w:sz="0" w:space="0" w:color="auto"/>
          </w:divBdr>
        </w:div>
        <w:div w:id="1778022944">
          <w:marLeft w:val="480"/>
          <w:marRight w:val="0"/>
          <w:marTop w:val="0"/>
          <w:marBottom w:val="0"/>
          <w:divBdr>
            <w:top w:val="none" w:sz="0" w:space="0" w:color="auto"/>
            <w:left w:val="none" w:sz="0" w:space="0" w:color="auto"/>
            <w:bottom w:val="none" w:sz="0" w:space="0" w:color="auto"/>
            <w:right w:val="none" w:sz="0" w:space="0" w:color="auto"/>
          </w:divBdr>
        </w:div>
        <w:div w:id="1813476546">
          <w:marLeft w:val="480"/>
          <w:marRight w:val="0"/>
          <w:marTop w:val="0"/>
          <w:marBottom w:val="0"/>
          <w:divBdr>
            <w:top w:val="none" w:sz="0" w:space="0" w:color="auto"/>
            <w:left w:val="none" w:sz="0" w:space="0" w:color="auto"/>
            <w:bottom w:val="none" w:sz="0" w:space="0" w:color="auto"/>
            <w:right w:val="none" w:sz="0" w:space="0" w:color="auto"/>
          </w:divBdr>
        </w:div>
        <w:div w:id="1832022147">
          <w:marLeft w:val="480"/>
          <w:marRight w:val="0"/>
          <w:marTop w:val="0"/>
          <w:marBottom w:val="0"/>
          <w:divBdr>
            <w:top w:val="none" w:sz="0" w:space="0" w:color="auto"/>
            <w:left w:val="none" w:sz="0" w:space="0" w:color="auto"/>
            <w:bottom w:val="none" w:sz="0" w:space="0" w:color="auto"/>
            <w:right w:val="none" w:sz="0" w:space="0" w:color="auto"/>
          </w:divBdr>
        </w:div>
        <w:div w:id="1898780376">
          <w:marLeft w:val="480"/>
          <w:marRight w:val="0"/>
          <w:marTop w:val="0"/>
          <w:marBottom w:val="0"/>
          <w:divBdr>
            <w:top w:val="none" w:sz="0" w:space="0" w:color="auto"/>
            <w:left w:val="none" w:sz="0" w:space="0" w:color="auto"/>
            <w:bottom w:val="none" w:sz="0" w:space="0" w:color="auto"/>
            <w:right w:val="none" w:sz="0" w:space="0" w:color="auto"/>
          </w:divBdr>
        </w:div>
        <w:div w:id="1932155422">
          <w:marLeft w:val="480"/>
          <w:marRight w:val="0"/>
          <w:marTop w:val="0"/>
          <w:marBottom w:val="0"/>
          <w:divBdr>
            <w:top w:val="none" w:sz="0" w:space="0" w:color="auto"/>
            <w:left w:val="none" w:sz="0" w:space="0" w:color="auto"/>
            <w:bottom w:val="none" w:sz="0" w:space="0" w:color="auto"/>
            <w:right w:val="none" w:sz="0" w:space="0" w:color="auto"/>
          </w:divBdr>
        </w:div>
        <w:div w:id="2059282633">
          <w:marLeft w:val="480"/>
          <w:marRight w:val="0"/>
          <w:marTop w:val="0"/>
          <w:marBottom w:val="0"/>
          <w:divBdr>
            <w:top w:val="none" w:sz="0" w:space="0" w:color="auto"/>
            <w:left w:val="none" w:sz="0" w:space="0" w:color="auto"/>
            <w:bottom w:val="none" w:sz="0" w:space="0" w:color="auto"/>
            <w:right w:val="none" w:sz="0" w:space="0" w:color="auto"/>
          </w:divBdr>
        </w:div>
        <w:div w:id="2095130085">
          <w:marLeft w:val="480"/>
          <w:marRight w:val="0"/>
          <w:marTop w:val="0"/>
          <w:marBottom w:val="0"/>
          <w:divBdr>
            <w:top w:val="none" w:sz="0" w:space="0" w:color="auto"/>
            <w:left w:val="none" w:sz="0" w:space="0" w:color="auto"/>
            <w:bottom w:val="none" w:sz="0" w:space="0" w:color="auto"/>
            <w:right w:val="none" w:sz="0" w:space="0" w:color="auto"/>
          </w:divBdr>
        </w:div>
        <w:div w:id="2100052630">
          <w:marLeft w:val="480"/>
          <w:marRight w:val="0"/>
          <w:marTop w:val="0"/>
          <w:marBottom w:val="0"/>
          <w:divBdr>
            <w:top w:val="none" w:sz="0" w:space="0" w:color="auto"/>
            <w:left w:val="none" w:sz="0" w:space="0" w:color="auto"/>
            <w:bottom w:val="none" w:sz="0" w:space="0" w:color="auto"/>
            <w:right w:val="none" w:sz="0" w:space="0" w:color="auto"/>
          </w:divBdr>
        </w:div>
        <w:div w:id="2119332228">
          <w:marLeft w:val="480"/>
          <w:marRight w:val="0"/>
          <w:marTop w:val="0"/>
          <w:marBottom w:val="0"/>
          <w:divBdr>
            <w:top w:val="none" w:sz="0" w:space="0" w:color="auto"/>
            <w:left w:val="none" w:sz="0" w:space="0" w:color="auto"/>
            <w:bottom w:val="none" w:sz="0" w:space="0" w:color="auto"/>
            <w:right w:val="none" w:sz="0" w:space="0" w:color="auto"/>
          </w:divBdr>
        </w:div>
      </w:divsChild>
    </w:div>
    <w:div w:id="1105003252">
      <w:bodyDiv w:val="1"/>
      <w:marLeft w:val="0"/>
      <w:marRight w:val="0"/>
      <w:marTop w:val="0"/>
      <w:marBottom w:val="0"/>
      <w:divBdr>
        <w:top w:val="none" w:sz="0" w:space="0" w:color="auto"/>
        <w:left w:val="none" w:sz="0" w:space="0" w:color="auto"/>
        <w:bottom w:val="none" w:sz="0" w:space="0" w:color="auto"/>
        <w:right w:val="none" w:sz="0" w:space="0" w:color="auto"/>
      </w:divBdr>
    </w:div>
    <w:div w:id="1106541289">
      <w:bodyDiv w:val="1"/>
      <w:marLeft w:val="0"/>
      <w:marRight w:val="0"/>
      <w:marTop w:val="0"/>
      <w:marBottom w:val="0"/>
      <w:divBdr>
        <w:top w:val="none" w:sz="0" w:space="0" w:color="auto"/>
        <w:left w:val="none" w:sz="0" w:space="0" w:color="auto"/>
        <w:bottom w:val="none" w:sz="0" w:space="0" w:color="auto"/>
        <w:right w:val="none" w:sz="0" w:space="0" w:color="auto"/>
      </w:divBdr>
    </w:div>
    <w:div w:id="1108045098">
      <w:bodyDiv w:val="1"/>
      <w:marLeft w:val="0"/>
      <w:marRight w:val="0"/>
      <w:marTop w:val="0"/>
      <w:marBottom w:val="0"/>
      <w:divBdr>
        <w:top w:val="none" w:sz="0" w:space="0" w:color="auto"/>
        <w:left w:val="none" w:sz="0" w:space="0" w:color="auto"/>
        <w:bottom w:val="none" w:sz="0" w:space="0" w:color="auto"/>
        <w:right w:val="none" w:sz="0" w:space="0" w:color="auto"/>
      </w:divBdr>
      <w:divsChild>
        <w:div w:id="27265282">
          <w:marLeft w:val="480"/>
          <w:marRight w:val="0"/>
          <w:marTop w:val="0"/>
          <w:marBottom w:val="0"/>
          <w:divBdr>
            <w:top w:val="none" w:sz="0" w:space="0" w:color="auto"/>
            <w:left w:val="none" w:sz="0" w:space="0" w:color="auto"/>
            <w:bottom w:val="none" w:sz="0" w:space="0" w:color="auto"/>
            <w:right w:val="none" w:sz="0" w:space="0" w:color="auto"/>
          </w:divBdr>
        </w:div>
        <w:div w:id="118643552">
          <w:marLeft w:val="480"/>
          <w:marRight w:val="0"/>
          <w:marTop w:val="0"/>
          <w:marBottom w:val="0"/>
          <w:divBdr>
            <w:top w:val="none" w:sz="0" w:space="0" w:color="auto"/>
            <w:left w:val="none" w:sz="0" w:space="0" w:color="auto"/>
            <w:bottom w:val="none" w:sz="0" w:space="0" w:color="auto"/>
            <w:right w:val="none" w:sz="0" w:space="0" w:color="auto"/>
          </w:divBdr>
        </w:div>
        <w:div w:id="162090448">
          <w:marLeft w:val="480"/>
          <w:marRight w:val="0"/>
          <w:marTop w:val="0"/>
          <w:marBottom w:val="0"/>
          <w:divBdr>
            <w:top w:val="none" w:sz="0" w:space="0" w:color="auto"/>
            <w:left w:val="none" w:sz="0" w:space="0" w:color="auto"/>
            <w:bottom w:val="none" w:sz="0" w:space="0" w:color="auto"/>
            <w:right w:val="none" w:sz="0" w:space="0" w:color="auto"/>
          </w:divBdr>
        </w:div>
        <w:div w:id="229507598">
          <w:marLeft w:val="480"/>
          <w:marRight w:val="0"/>
          <w:marTop w:val="0"/>
          <w:marBottom w:val="0"/>
          <w:divBdr>
            <w:top w:val="none" w:sz="0" w:space="0" w:color="auto"/>
            <w:left w:val="none" w:sz="0" w:space="0" w:color="auto"/>
            <w:bottom w:val="none" w:sz="0" w:space="0" w:color="auto"/>
            <w:right w:val="none" w:sz="0" w:space="0" w:color="auto"/>
          </w:divBdr>
        </w:div>
        <w:div w:id="274750286">
          <w:marLeft w:val="480"/>
          <w:marRight w:val="0"/>
          <w:marTop w:val="0"/>
          <w:marBottom w:val="0"/>
          <w:divBdr>
            <w:top w:val="none" w:sz="0" w:space="0" w:color="auto"/>
            <w:left w:val="none" w:sz="0" w:space="0" w:color="auto"/>
            <w:bottom w:val="none" w:sz="0" w:space="0" w:color="auto"/>
            <w:right w:val="none" w:sz="0" w:space="0" w:color="auto"/>
          </w:divBdr>
        </w:div>
        <w:div w:id="275721139">
          <w:marLeft w:val="480"/>
          <w:marRight w:val="0"/>
          <w:marTop w:val="0"/>
          <w:marBottom w:val="0"/>
          <w:divBdr>
            <w:top w:val="none" w:sz="0" w:space="0" w:color="auto"/>
            <w:left w:val="none" w:sz="0" w:space="0" w:color="auto"/>
            <w:bottom w:val="none" w:sz="0" w:space="0" w:color="auto"/>
            <w:right w:val="none" w:sz="0" w:space="0" w:color="auto"/>
          </w:divBdr>
        </w:div>
        <w:div w:id="321588060">
          <w:marLeft w:val="480"/>
          <w:marRight w:val="0"/>
          <w:marTop w:val="0"/>
          <w:marBottom w:val="0"/>
          <w:divBdr>
            <w:top w:val="none" w:sz="0" w:space="0" w:color="auto"/>
            <w:left w:val="none" w:sz="0" w:space="0" w:color="auto"/>
            <w:bottom w:val="none" w:sz="0" w:space="0" w:color="auto"/>
            <w:right w:val="none" w:sz="0" w:space="0" w:color="auto"/>
          </w:divBdr>
        </w:div>
        <w:div w:id="331685646">
          <w:marLeft w:val="480"/>
          <w:marRight w:val="0"/>
          <w:marTop w:val="0"/>
          <w:marBottom w:val="0"/>
          <w:divBdr>
            <w:top w:val="none" w:sz="0" w:space="0" w:color="auto"/>
            <w:left w:val="none" w:sz="0" w:space="0" w:color="auto"/>
            <w:bottom w:val="none" w:sz="0" w:space="0" w:color="auto"/>
            <w:right w:val="none" w:sz="0" w:space="0" w:color="auto"/>
          </w:divBdr>
        </w:div>
        <w:div w:id="533809848">
          <w:marLeft w:val="480"/>
          <w:marRight w:val="0"/>
          <w:marTop w:val="0"/>
          <w:marBottom w:val="0"/>
          <w:divBdr>
            <w:top w:val="none" w:sz="0" w:space="0" w:color="auto"/>
            <w:left w:val="none" w:sz="0" w:space="0" w:color="auto"/>
            <w:bottom w:val="none" w:sz="0" w:space="0" w:color="auto"/>
            <w:right w:val="none" w:sz="0" w:space="0" w:color="auto"/>
          </w:divBdr>
        </w:div>
        <w:div w:id="579365735">
          <w:marLeft w:val="480"/>
          <w:marRight w:val="0"/>
          <w:marTop w:val="0"/>
          <w:marBottom w:val="0"/>
          <w:divBdr>
            <w:top w:val="none" w:sz="0" w:space="0" w:color="auto"/>
            <w:left w:val="none" w:sz="0" w:space="0" w:color="auto"/>
            <w:bottom w:val="none" w:sz="0" w:space="0" w:color="auto"/>
            <w:right w:val="none" w:sz="0" w:space="0" w:color="auto"/>
          </w:divBdr>
        </w:div>
        <w:div w:id="763839207">
          <w:marLeft w:val="480"/>
          <w:marRight w:val="0"/>
          <w:marTop w:val="0"/>
          <w:marBottom w:val="0"/>
          <w:divBdr>
            <w:top w:val="none" w:sz="0" w:space="0" w:color="auto"/>
            <w:left w:val="none" w:sz="0" w:space="0" w:color="auto"/>
            <w:bottom w:val="none" w:sz="0" w:space="0" w:color="auto"/>
            <w:right w:val="none" w:sz="0" w:space="0" w:color="auto"/>
          </w:divBdr>
        </w:div>
        <w:div w:id="769202721">
          <w:marLeft w:val="480"/>
          <w:marRight w:val="0"/>
          <w:marTop w:val="0"/>
          <w:marBottom w:val="0"/>
          <w:divBdr>
            <w:top w:val="none" w:sz="0" w:space="0" w:color="auto"/>
            <w:left w:val="none" w:sz="0" w:space="0" w:color="auto"/>
            <w:bottom w:val="none" w:sz="0" w:space="0" w:color="auto"/>
            <w:right w:val="none" w:sz="0" w:space="0" w:color="auto"/>
          </w:divBdr>
        </w:div>
        <w:div w:id="947463980">
          <w:marLeft w:val="480"/>
          <w:marRight w:val="0"/>
          <w:marTop w:val="0"/>
          <w:marBottom w:val="0"/>
          <w:divBdr>
            <w:top w:val="none" w:sz="0" w:space="0" w:color="auto"/>
            <w:left w:val="none" w:sz="0" w:space="0" w:color="auto"/>
            <w:bottom w:val="none" w:sz="0" w:space="0" w:color="auto"/>
            <w:right w:val="none" w:sz="0" w:space="0" w:color="auto"/>
          </w:divBdr>
        </w:div>
        <w:div w:id="1243415200">
          <w:marLeft w:val="480"/>
          <w:marRight w:val="0"/>
          <w:marTop w:val="0"/>
          <w:marBottom w:val="0"/>
          <w:divBdr>
            <w:top w:val="none" w:sz="0" w:space="0" w:color="auto"/>
            <w:left w:val="none" w:sz="0" w:space="0" w:color="auto"/>
            <w:bottom w:val="none" w:sz="0" w:space="0" w:color="auto"/>
            <w:right w:val="none" w:sz="0" w:space="0" w:color="auto"/>
          </w:divBdr>
        </w:div>
        <w:div w:id="1287463366">
          <w:marLeft w:val="480"/>
          <w:marRight w:val="0"/>
          <w:marTop w:val="0"/>
          <w:marBottom w:val="0"/>
          <w:divBdr>
            <w:top w:val="none" w:sz="0" w:space="0" w:color="auto"/>
            <w:left w:val="none" w:sz="0" w:space="0" w:color="auto"/>
            <w:bottom w:val="none" w:sz="0" w:space="0" w:color="auto"/>
            <w:right w:val="none" w:sz="0" w:space="0" w:color="auto"/>
          </w:divBdr>
        </w:div>
        <w:div w:id="1380471322">
          <w:marLeft w:val="480"/>
          <w:marRight w:val="0"/>
          <w:marTop w:val="0"/>
          <w:marBottom w:val="0"/>
          <w:divBdr>
            <w:top w:val="none" w:sz="0" w:space="0" w:color="auto"/>
            <w:left w:val="none" w:sz="0" w:space="0" w:color="auto"/>
            <w:bottom w:val="none" w:sz="0" w:space="0" w:color="auto"/>
            <w:right w:val="none" w:sz="0" w:space="0" w:color="auto"/>
          </w:divBdr>
        </w:div>
        <w:div w:id="1412463436">
          <w:marLeft w:val="480"/>
          <w:marRight w:val="0"/>
          <w:marTop w:val="0"/>
          <w:marBottom w:val="0"/>
          <w:divBdr>
            <w:top w:val="none" w:sz="0" w:space="0" w:color="auto"/>
            <w:left w:val="none" w:sz="0" w:space="0" w:color="auto"/>
            <w:bottom w:val="none" w:sz="0" w:space="0" w:color="auto"/>
            <w:right w:val="none" w:sz="0" w:space="0" w:color="auto"/>
          </w:divBdr>
        </w:div>
        <w:div w:id="1544752433">
          <w:marLeft w:val="480"/>
          <w:marRight w:val="0"/>
          <w:marTop w:val="0"/>
          <w:marBottom w:val="0"/>
          <w:divBdr>
            <w:top w:val="none" w:sz="0" w:space="0" w:color="auto"/>
            <w:left w:val="none" w:sz="0" w:space="0" w:color="auto"/>
            <w:bottom w:val="none" w:sz="0" w:space="0" w:color="auto"/>
            <w:right w:val="none" w:sz="0" w:space="0" w:color="auto"/>
          </w:divBdr>
        </w:div>
        <w:div w:id="1640988017">
          <w:marLeft w:val="480"/>
          <w:marRight w:val="0"/>
          <w:marTop w:val="0"/>
          <w:marBottom w:val="0"/>
          <w:divBdr>
            <w:top w:val="none" w:sz="0" w:space="0" w:color="auto"/>
            <w:left w:val="none" w:sz="0" w:space="0" w:color="auto"/>
            <w:bottom w:val="none" w:sz="0" w:space="0" w:color="auto"/>
            <w:right w:val="none" w:sz="0" w:space="0" w:color="auto"/>
          </w:divBdr>
        </w:div>
        <w:div w:id="1684239571">
          <w:marLeft w:val="480"/>
          <w:marRight w:val="0"/>
          <w:marTop w:val="0"/>
          <w:marBottom w:val="0"/>
          <w:divBdr>
            <w:top w:val="none" w:sz="0" w:space="0" w:color="auto"/>
            <w:left w:val="none" w:sz="0" w:space="0" w:color="auto"/>
            <w:bottom w:val="none" w:sz="0" w:space="0" w:color="auto"/>
            <w:right w:val="none" w:sz="0" w:space="0" w:color="auto"/>
          </w:divBdr>
        </w:div>
        <w:div w:id="1771124574">
          <w:marLeft w:val="480"/>
          <w:marRight w:val="0"/>
          <w:marTop w:val="0"/>
          <w:marBottom w:val="0"/>
          <w:divBdr>
            <w:top w:val="none" w:sz="0" w:space="0" w:color="auto"/>
            <w:left w:val="none" w:sz="0" w:space="0" w:color="auto"/>
            <w:bottom w:val="none" w:sz="0" w:space="0" w:color="auto"/>
            <w:right w:val="none" w:sz="0" w:space="0" w:color="auto"/>
          </w:divBdr>
        </w:div>
        <w:div w:id="1804469030">
          <w:marLeft w:val="480"/>
          <w:marRight w:val="0"/>
          <w:marTop w:val="0"/>
          <w:marBottom w:val="0"/>
          <w:divBdr>
            <w:top w:val="none" w:sz="0" w:space="0" w:color="auto"/>
            <w:left w:val="none" w:sz="0" w:space="0" w:color="auto"/>
            <w:bottom w:val="none" w:sz="0" w:space="0" w:color="auto"/>
            <w:right w:val="none" w:sz="0" w:space="0" w:color="auto"/>
          </w:divBdr>
        </w:div>
        <w:div w:id="1915821099">
          <w:marLeft w:val="480"/>
          <w:marRight w:val="0"/>
          <w:marTop w:val="0"/>
          <w:marBottom w:val="0"/>
          <w:divBdr>
            <w:top w:val="none" w:sz="0" w:space="0" w:color="auto"/>
            <w:left w:val="none" w:sz="0" w:space="0" w:color="auto"/>
            <w:bottom w:val="none" w:sz="0" w:space="0" w:color="auto"/>
            <w:right w:val="none" w:sz="0" w:space="0" w:color="auto"/>
          </w:divBdr>
        </w:div>
        <w:div w:id="2003390566">
          <w:marLeft w:val="480"/>
          <w:marRight w:val="0"/>
          <w:marTop w:val="0"/>
          <w:marBottom w:val="0"/>
          <w:divBdr>
            <w:top w:val="none" w:sz="0" w:space="0" w:color="auto"/>
            <w:left w:val="none" w:sz="0" w:space="0" w:color="auto"/>
            <w:bottom w:val="none" w:sz="0" w:space="0" w:color="auto"/>
            <w:right w:val="none" w:sz="0" w:space="0" w:color="auto"/>
          </w:divBdr>
        </w:div>
        <w:div w:id="2060470269">
          <w:marLeft w:val="480"/>
          <w:marRight w:val="0"/>
          <w:marTop w:val="0"/>
          <w:marBottom w:val="0"/>
          <w:divBdr>
            <w:top w:val="none" w:sz="0" w:space="0" w:color="auto"/>
            <w:left w:val="none" w:sz="0" w:space="0" w:color="auto"/>
            <w:bottom w:val="none" w:sz="0" w:space="0" w:color="auto"/>
            <w:right w:val="none" w:sz="0" w:space="0" w:color="auto"/>
          </w:divBdr>
        </w:div>
        <w:div w:id="2071688794">
          <w:marLeft w:val="480"/>
          <w:marRight w:val="0"/>
          <w:marTop w:val="0"/>
          <w:marBottom w:val="0"/>
          <w:divBdr>
            <w:top w:val="none" w:sz="0" w:space="0" w:color="auto"/>
            <w:left w:val="none" w:sz="0" w:space="0" w:color="auto"/>
            <w:bottom w:val="none" w:sz="0" w:space="0" w:color="auto"/>
            <w:right w:val="none" w:sz="0" w:space="0" w:color="auto"/>
          </w:divBdr>
        </w:div>
        <w:div w:id="2136294071">
          <w:marLeft w:val="480"/>
          <w:marRight w:val="0"/>
          <w:marTop w:val="0"/>
          <w:marBottom w:val="0"/>
          <w:divBdr>
            <w:top w:val="none" w:sz="0" w:space="0" w:color="auto"/>
            <w:left w:val="none" w:sz="0" w:space="0" w:color="auto"/>
            <w:bottom w:val="none" w:sz="0" w:space="0" w:color="auto"/>
            <w:right w:val="none" w:sz="0" w:space="0" w:color="auto"/>
          </w:divBdr>
        </w:div>
      </w:divsChild>
    </w:div>
    <w:div w:id="1118254478">
      <w:bodyDiv w:val="1"/>
      <w:marLeft w:val="0"/>
      <w:marRight w:val="0"/>
      <w:marTop w:val="0"/>
      <w:marBottom w:val="0"/>
      <w:divBdr>
        <w:top w:val="none" w:sz="0" w:space="0" w:color="auto"/>
        <w:left w:val="none" w:sz="0" w:space="0" w:color="auto"/>
        <w:bottom w:val="none" w:sz="0" w:space="0" w:color="auto"/>
        <w:right w:val="none" w:sz="0" w:space="0" w:color="auto"/>
      </w:divBdr>
      <w:divsChild>
        <w:div w:id="167722064">
          <w:marLeft w:val="480"/>
          <w:marRight w:val="0"/>
          <w:marTop w:val="0"/>
          <w:marBottom w:val="0"/>
          <w:divBdr>
            <w:top w:val="none" w:sz="0" w:space="0" w:color="auto"/>
            <w:left w:val="none" w:sz="0" w:space="0" w:color="auto"/>
            <w:bottom w:val="none" w:sz="0" w:space="0" w:color="auto"/>
            <w:right w:val="none" w:sz="0" w:space="0" w:color="auto"/>
          </w:divBdr>
        </w:div>
        <w:div w:id="217055258">
          <w:marLeft w:val="480"/>
          <w:marRight w:val="0"/>
          <w:marTop w:val="0"/>
          <w:marBottom w:val="0"/>
          <w:divBdr>
            <w:top w:val="none" w:sz="0" w:space="0" w:color="auto"/>
            <w:left w:val="none" w:sz="0" w:space="0" w:color="auto"/>
            <w:bottom w:val="none" w:sz="0" w:space="0" w:color="auto"/>
            <w:right w:val="none" w:sz="0" w:space="0" w:color="auto"/>
          </w:divBdr>
        </w:div>
        <w:div w:id="267736379">
          <w:marLeft w:val="480"/>
          <w:marRight w:val="0"/>
          <w:marTop w:val="0"/>
          <w:marBottom w:val="0"/>
          <w:divBdr>
            <w:top w:val="none" w:sz="0" w:space="0" w:color="auto"/>
            <w:left w:val="none" w:sz="0" w:space="0" w:color="auto"/>
            <w:bottom w:val="none" w:sz="0" w:space="0" w:color="auto"/>
            <w:right w:val="none" w:sz="0" w:space="0" w:color="auto"/>
          </w:divBdr>
        </w:div>
        <w:div w:id="329328962">
          <w:marLeft w:val="480"/>
          <w:marRight w:val="0"/>
          <w:marTop w:val="0"/>
          <w:marBottom w:val="0"/>
          <w:divBdr>
            <w:top w:val="none" w:sz="0" w:space="0" w:color="auto"/>
            <w:left w:val="none" w:sz="0" w:space="0" w:color="auto"/>
            <w:bottom w:val="none" w:sz="0" w:space="0" w:color="auto"/>
            <w:right w:val="none" w:sz="0" w:space="0" w:color="auto"/>
          </w:divBdr>
        </w:div>
        <w:div w:id="388655378">
          <w:marLeft w:val="480"/>
          <w:marRight w:val="0"/>
          <w:marTop w:val="0"/>
          <w:marBottom w:val="0"/>
          <w:divBdr>
            <w:top w:val="none" w:sz="0" w:space="0" w:color="auto"/>
            <w:left w:val="none" w:sz="0" w:space="0" w:color="auto"/>
            <w:bottom w:val="none" w:sz="0" w:space="0" w:color="auto"/>
            <w:right w:val="none" w:sz="0" w:space="0" w:color="auto"/>
          </w:divBdr>
        </w:div>
        <w:div w:id="645627314">
          <w:marLeft w:val="480"/>
          <w:marRight w:val="0"/>
          <w:marTop w:val="0"/>
          <w:marBottom w:val="0"/>
          <w:divBdr>
            <w:top w:val="none" w:sz="0" w:space="0" w:color="auto"/>
            <w:left w:val="none" w:sz="0" w:space="0" w:color="auto"/>
            <w:bottom w:val="none" w:sz="0" w:space="0" w:color="auto"/>
            <w:right w:val="none" w:sz="0" w:space="0" w:color="auto"/>
          </w:divBdr>
        </w:div>
        <w:div w:id="672027240">
          <w:marLeft w:val="480"/>
          <w:marRight w:val="0"/>
          <w:marTop w:val="0"/>
          <w:marBottom w:val="0"/>
          <w:divBdr>
            <w:top w:val="none" w:sz="0" w:space="0" w:color="auto"/>
            <w:left w:val="none" w:sz="0" w:space="0" w:color="auto"/>
            <w:bottom w:val="none" w:sz="0" w:space="0" w:color="auto"/>
            <w:right w:val="none" w:sz="0" w:space="0" w:color="auto"/>
          </w:divBdr>
        </w:div>
        <w:div w:id="755246579">
          <w:marLeft w:val="480"/>
          <w:marRight w:val="0"/>
          <w:marTop w:val="0"/>
          <w:marBottom w:val="0"/>
          <w:divBdr>
            <w:top w:val="none" w:sz="0" w:space="0" w:color="auto"/>
            <w:left w:val="none" w:sz="0" w:space="0" w:color="auto"/>
            <w:bottom w:val="none" w:sz="0" w:space="0" w:color="auto"/>
            <w:right w:val="none" w:sz="0" w:space="0" w:color="auto"/>
          </w:divBdr>
        </w:div>
        <w:div w:id="763651457">
          <w:marLeft w:val="480"/>
          <w:marRight w:val="0"/>
          <w:marTop w:val="0"/>
          <w:marBottom w:val="0"/>
          <w:divBdr>
            <w:top w:val="none" w:sz="0" w:space="0" w:color="auto"/>
            <w:left w:val="none" w:sz="0" w:space="0" w:color="auto"/>
            <w:bottom w:val="none" w:sz="0" w:space="0" w:color="auto"/>
            <w:right w:val="none" w:sz="0" w:space="0" w:color="auto"/>
          </w:divBdr>
        </w:div>
        <w:div w:id="782000783">
          <w:marLeft w:val="480"/>
          <w:marRight w:val="0"/>
          <w:marTop w:val="0"/>
          <w:marBottom w:val="0"/>
          <w:divBdr>
            <w:top w:val="none" w:sz="0" w:space="0" w:color="auto"/>
            <w:left w:val="none" w:sz="0" w:space="0" w:color="auto"/>
            <w:bottom w:val="none" w:sz="0" w:space="0" w:color="auto"/>
            <w:right w:val="none" w:sz="0" w:space="0" w:color="auto"/>
          </w:divBdr>
        </w:div>
        <w:div w:id="872353166">
          <w:marLeft w:val="480"/>
          <w:marRight w:val="0"/>
          <w:marTop w:val="0"/>
          <w:marBottom w:val="0"/>
          <w:divBdr>
            <w:top w:val="none" w:sz="0" w:space="0" w:color="auto"/>
            <w:left w:val="none" w:sz="0" w:space="0" w:color="auto"/>
            <w:bottom w:val="none" w:sz="0" w:space="0" w:color="auto"/>
            <w:right w:val="none" w:sz="0" w:space="0" w:color="auto"/>
          </w:divBdr>
        </w:div>
        <w:div w:id="898246702">
          <w:marLeft w:val="480"/>
          <w:marRight w:val="0"/>
          <w:marTop w:val="0"/>
          <w:marBottom w:val="0"/>
          <w:divBdr>
            <w:top w:val="none" w:sz="0" w:space="0" w:color="auto"/>
            <w:left w:val="none" w:sz="0" w:space="0" w:color="auto"/>
            <w:bottom w:val="none" w:sz="0" w:space="0" w:color="auto"/>
            <w:right w:val="none" w:sz="0" w:space="0" w:color="auto"/>
          </w:divBdr>
        </w:div>
        <w:div w:id="910509362">
          <w:marLeft w:val="480"/>
          <w:marRight w:val="0"/>
          <w:marTop w:val="0"/>
          <w:marBottom w:val="0"/>
          <w:divBdr>
            <w:top w:val="none" w:sz="0" w:space="0" w:color="auto"/>
            <w:left w:val="none" w:sz="0" w:space="0" w:color="auto"/>
            <w:bottom w:val="none" w:sz="0" w:space="0" w:color="auto"/>
            <w:right w:val="none" w:sz="0" w:space="0" w:color="auto"/>
          </w:divBdr>
        </w:div>
        <w:div w:id="933898275">
          <w:marLeft w:val="480"/>
          <w:marRight w:val="0"/>
          <w:marTop w:val="0"/>
          <w:marBottom w:val="0"/>
          <w:divBdr>
            <w:top w:val="none" w:sz="0" w:space="0" w:color="auto"/>
            <w:left w:val="none" w:sz="0" w:space="0" w:color="auto"/>
            <w:bottom w:val="none" w:sz="0" w:space="0" w:color="auto"/>
            <w:right w:val="none" w:sz="0" w:space="0" w:color="auto"/>
          </w:divBdr>
        </w:div>
        <w:div w:id="980160035">
          <w:marLeft w:val="480"/>
          <w:marRight w:val="0"/>
          <w:marTop w:val="0"/>
          <w:marBottom w:val="0"/>
          <w:divBdr>
            <w:top w:val="none" w:sz="0" w:space="0" w:color="auto"/>
            <w:left w:val="none" w:sz="0" w:space="0" w:color="auto"/>
            <w:bottom w:val="none" w:sz="0" w:space="0" w:color="auto"/>
            <w:right w:val="none" w:sz="0" w:space="0" w:color="auto"/>
          </w:divBdr>
        </w:div>
        <w:div w:id="988283824">
          <w:marLeft w:val="480"/>
          <w:marRight w:val="0"/>
          <w:marTop w:val="0"/>
          <w:marBottom w:val="0"/>
          <w:divBdr>
            <w:top w:val="none" w:sz="0" w:space="0" w:color="auto"/>
            <w:left w:val="none" w:sz="0" w:space="0" w:color="auto"/>
            <w:bottom w:val="none" w:sz="0" w:space="0" w:color="auto"/>
            <w:right w:val="none" w:sz="0" w:space="0" w:color="auto"/>
          </w:divBdr>
        </w:div>
        <w:div w:id="998340591">
          <w:marLeft w:val="480"/>
          <w:marRight w:val="0"/>
          <w:marTop w:val="0"/>
          <w:marBottom w:val="0"/>
          <w:divBdr>
            <w:top w:val="none" w:sz="0" w:space="0" w:color="auto"/>
            <w:left w:val="none" w:sz="0" w:space="0" w:color="auto"/>
            <w:bottom w:val="none" w:sz="0" w:space="0" w:color="auto"/>
            <w:right w:val="none" w:sz="0" w:space="0" w:color="auto"/>
          </w:divBdr>
        </w:div>
        <w:div w:id="1015890120">
          <w:marLeft w:val="480"/>
          <w:marRight w:val="0"/>
          <w:marTop w:val="0"/>
          <w:marBottom w:val="0"/>
          <w:divBdr>
            <w:top w:val="none" w:sz="0" w:space="0" w:color="auto"/>
            <w:left w:val="none" w:sz="0" w:space="0" w:color="auto"/>
            <w:bottom w:val="none" w:sz="0" w:space="0" w:color="auto"/>
            <w:right w:val="none" w:sz="0" w:space="0" w:color="auto"/>
          </w:divBdr>
        </w:div>
        <w:div w:id="1117531587">
          <w:marLeft w:val="480"/>
          <w:marRight w:val="0"/>
          <w:marTop w:val="0"/>
          <w:marBottom w:val="0"/>
          <w:divBdr>
            <w:top w:val="none" w:sz="0" w:space="0" w:color="auto"/>
            <w:left w:val="none" w:sz="0" w:space="0" w:color="auto"/>
            <w:bottom w:val="none" w:sz="0" w:space="0" w:color="auto"/>
            <w:right w:val="none" w:sz="0" w:space="0" w:color="auto"/>
          </w:divBdr>
        </w:div>
        <w:div w:id="1120875844">
          <w:marLeft w:val="480"/>
          <w:marRight w:val="0"/>
          <w:marTop w:val="0"/>
          <w:marBottom w:val="0"/>
          <w:divBdr>
            <w:top w:val="none" w:sz="0" w:space="0" w:color="auto"/>
            <w:left w:val="none" w:sz="0" w:space="0" w:color="auto"/>
            <w:bottom w:val="none" w:sz="0" w:space="0" w:color="auto"/>
            <w:right w:val="none" w:sz="0" w:space="0" w:color="auto"/>
          </w:divBdr>
        </w:div>
        <w:div w:id="1147360980">
          <w:marLeft w:val="480"/>
          <w:marRight w:val="0"/>
          <w:marTop w:val="0"/>
          <w:marBottom w:val="0"/>
          <w:divBdr>
            <w:top w:val="none" w:sz="0" w:space="0" w:color="auto"/>
            <w:left w:val="none" w:sz="0" w:space="0" w:color="auto"/>
            <w:bottom w:val="none" w:sz="0" w:space="0" w:color="auto"/>
            <w:right w:val="none" w:sz="0" w:space="0" w:color="auto"/>
          </w:divBdr>
        </w:div>
        <w:div w:id="1206218704">
          <w:marLeft w:val="480"/>
          <w:marRight w:val="0"/>
          <w:marTop w:val="0"/>
          <w:marBottom w:val="0"/>
          <w:divBdr>
            <w:top w:val="none" w:sz="0" w:space="0" w:color="auto"/>
            <w:left w:val="none" w:sz="0" w:space="0" w:color="auto"/>
            <w:bottom w:val="none" w:sz="0" w:space="0" w:color="auto"/>
            <w:right w:val="none" w:sz="0" w:space="0" w:color="auto"/>
          </w:divBdr>
        </w:div>
        <w:div w:id="1259676498">
          <w:marLeft w:val="480"/>
          <w:marRight w:val="0"/>
          <w:marTop w:val="0"/>
          <w:marBottom w:val="0"/>
          <w:divBdr>
            <w:top w:val="none" w:sz="0" w:space="0" w:color="auto"/>
            <w:left w:val="none" w:sz="0" w:space="0" w:color="auto"/>
            <w:bottom w:val="none" w:sz="0" w:space="0" w:color="auto"/>
            <w:right w:val="none" w:sz="0" w:space="0" w:color="auto"/>
          </w:divBdr>
        </w:div>
        <w:div w:id="1434932278">
          <w:marLeft w:val="480"/>
          <w:marRight w:val="0"/>
          <w:marTop w:val="0"/>
          <w:marBottom w:val="0"/>
          <w:divBdr>
            <w:top w:val="none" w:sz="0" w:space="0" w:color="auto"/>
            <w:left w:val="none" w:sz="0" w:space="0" w:color="auto"/>
            <w:bottom w:val="none" w:sz="0" w:space="0" w:color="auto"/>
            <w:right w:val="none" w:sz="0" w:space="0" w:color="auto"/>
          </w:divBdr>
        </w:div>
        <w:div w:id="1537698464">
          <w:marLeft w:val="480"/>
          <w:marRight w:val="0"/>
          <w:marTop w:val="0"/>
          <w:marBottom w:val="0"/>
          <w:divBdr>
            <w:top w:val="none" w:sz="0" w:space="0" w:color="auto"/>
            <w:left w:val="none" w:sz="0" w:space="0" w:color="auto"/>
            <w:bottom w:val="none" w:sz="0" w:space="0" w:color="auto"/>
            <w:right w:val="none" w:sz="0" w:space="0" w:color="auto"/>
          </w:divBdr>
        </w:div>
        <w:div w:id="1628195313">
          <w:marLeft w:val="480"/>
          <w:marRight w:val="0"/>
          <w:marTop w:val="0"/>
          <w:marBottom w:val="0"/>
          <w:divBdr>
            <w:top w:val="none" w:sz="0" w:space="0" w:color="auto"/>
            <w:left w:val="none" w:sz="0" w:space="0" w:color="auto"/>
            <w:bottom w:val="none" w:sz="0" w:space="0" w:color="auto"/>
            <w:right w:val="none" w:sz="0" w:space="0" w:color="auto"/>
          </w:divBdr>
        </w:div>
        <w:div w:id="1651790356">
          <w:marLeft w:val="480"/>
          <w:marRight w:val="0"/>
          <w:marTop w:val="0"/>
          <w:marBottom w:val="0"/>
          <w:divBdr>
            <w:top w:val="none" w:sz="0" w:space="0" w:color="auto"/>
            <w:left w:val="none" w:sz="0" w:space="0" w:color="auto"/>
            <w:bottom w:val="none" w:sz="0" w:space="0" w:color="auto"/>
            <w:right w:val="none" w:sz="0" w:space="0" w:color="auto"/>
          </w:divBdr>
        </w:div>
        <w:div w:id="1652170918">
          <w:marLeft w:val="480"/>
          <w:marRight w:val="0"/>
          <w:marTop w:val="0"/>
          <w:marBottom w:val="0"/>
          <w:divBdr>
            <w:top w:val="none" w:sz="0" w:space="0" w:color="auto"/>
            <w:left w:val="none" w:sz="0" w:space="0" w:color="auto"/>
            <w:bottom w:val="none" w:sz="0" w:space="0" w:color="auto"/>
            <w:right w:val="none" w:sz="0" w:space="0" w:color="auto"/>
          </w:divBdr>
        </w:div>
        <w:div w:id="1818719518">
          <w:marLeft w:val="480"/>
          <w:marRight w:val="0"/>
          <w:marTop w:val="0"/>
          <w:marBottom w:val="0"/>
          <w:divBdr>
            <w:top w:val="none" w:sz="0" w:space="0" w:color="auto"/>
            <w:left w:val="none" w:sz="0" w:space="0" w:color="auto"/>
            <w:bottom w:val="none" w:sz="0" w:space="0" w:color="auto"/>
            <w:right w:val="none" w:sz="0" w:space="0" w:color="auto"/>
          </w:divBdr>
        </w:div>
        <w:div w:id="1949509769">
          <w:marLeft w:val="480"/>
          <w:marRight w:val="0"/>
          <w:marTop w:val="0"/>
          <w:marBottom w:val="0"/>
          <w:divBdr>
            <w:top w:val="none" w:sz="0" w:space="0" w:color="auto"/>
            <w:left w:val="none" w:sz="0" w:space="0" w:color="auto"/>
            <w:bottom w:val="none" w:sz="0" w:space="0" w:color="auto"/>
            <w:right w:val="none" w:sz="0" w:space="0" w:color="auto"/>
          </w:divBdr>
        </w:div>
        <w:div w:id="2037995626">
          <w:marLeft w:val="480"/>
          <w:marRight w:val="0"/>
          <w:marTop w:val="0"/>
          <w:marBottom w:val="0"/>
          <w:divBdr>
            <w:top w:val="none" w:sz="0" w:space="0" w:color="auto"/>
            <w:left w:val="none" w:sz="0" w:space="0" w:color="auto"/>
            <w:bottom w:val="none" w:sz="0" w:space="0" w:color="auto"/>
            <w:right w:val="none" w:sz="0" w:space="0" w:color="auto"/>
          </w:divBdr>
        </w:div>
        <w:div w:id="2078436642">
          <w:marLeft w:val="480"/>
          <w:marRight w:val="0"/>
          <w:marTop w:val="0"/>
          <w:marBottom w:val="0"/>
          <w:divBdr>
            <w:top w:val="none" w:sz="0" w:space="0" w:color="auto"/>
            <w:left w:val="none" w:sz="0" w:space="0" w:color="auto"/>
            <w:bottom w:val="none" w:sz="0" w:space="0" w:color="auto"/>
            <w:right w:val="none" w:sz="0" w:space="0" w:color="auto"/>
          </w:divBdr>
        </w:div>
      </w:divsChild>
    </w:div>
    <w:div w:id="1121191740">
      <w:bodyDiv w:val="1"/>
      <w:marLeft w:val="0"/>
      <w:marRight w:val="0"/>
      <w:marTop w:val="0"/>
      <w:marBottom w:val="0"/>
      <w:divBdr>
        <w:top w:val="none" w:sz="0" w:space="0" w:color="auto"/>
        <w:left w:val="none" w:sz="0" w:space="0" w:color="auto"/>
        <w:bottom w:val="none" w:sz="0" w:space="0" w:color="auto"/>
        <w:right w:val="none" w:sz="0" w:space="0" w:color="auto"/>
      </w:divBdr>
    </w:div>
    <w:div w:id="1123767543">
      <w:bodyDiv w:val="1"/>
      <w:marLeft w:val="0"/>
      <w:marRight w:val="0"/>
      <w:marTop w:val="0"/>
      <w:marBottom w:val="0"/>
      <w:divBdr>
        <w:top w:val="none" w:sz="0" w:space="0" w:color="auto"/>
        <w:left w:val="none" w:sz="0" w:space="0" w:color="auto"/>
        <w:bottom w:val="none" w:sz="0" w:space="0" w:color="auto"/>
        <w:right w:val="none" w:sz="0" w:space="0" w:color="auto"/>
      </w:divBdr>
    </w:div>
    <w:div w:id="1124688778">
      <w:bodyDiv w:val="1"/>
      <w:marLeft w:val="0"/>
      <w:marRight w:val="0"/>
      <w:marTop w:val="0"/>
      <w:marBottom w:val="0"/>
      <w:divBdr>
        <w:top w:val="none" w:sz="0" w:space="0" w:color="auto"/>
        <w:left w:val="none" w:sz="0" w:space="0" w:color="auto"/>
        <w:bottom w:val="none" w:sz="0" w:space="0" w:color="auto"/>
        <w:right w:val="none" w:sz="0" w:space="0" w:color="auto"/>
      </w:divBdr>
    </w:div>
    <w:div w:id="1124731719">
      <w:bodyDiv w:val="1"/>
      <w:marLeft w:val="0"/>
      <w:marRight w:val="0"/>
      <w:marTop w:val="0"/>
      <w:marBottom w:val="0"/>
      <w:divBdr>
        <w:top w:val="none" w:sz="0" w:space="0" w:color="auto"/>
        <w:left w:val="none" w:sz="0" w:space="0" w:color="auto"/>
        <w:bottom w:val="none" w:sz="0" w:space="0" w:color="auto"/>
        <w:right w:val="none" w:sz="0" w:space="0" w:color="auto"/>
      </w:divBdr>
    </w:div>
    <w:div w:id="1126968438">
      <w:bodyDiv w:val="1"/>
      <w:marLeft w:val="0"/>
      <w:marRight w:val="0"/>
      <w:marTop w:val="0"/>
      <w:marBottom w:val="0"/>
      <w:divBdr>
        <w:top w:val="none" w:sz="0" w:space="0" w:color="auto"/>
        <w:left w:val="none" w:sz="0" w:space="0" w:color="auto"/>
        <w:bottom w:val="none" w:sz="0" w:space="0" w:color="auto"/>
        <w:right w:val="none" w:sz="0" w:space="0" w:color="auto"/>
      </w:divBdr>
    </w:div>
    <w:div w:id="1129085002">
      <w:bodyDiv w:val="1"/>
      <w:marLeft w:val="0"/>
      <w:marRight w:val="0"/>
      <w:marTop w:val="0"/>
      <w:marBottom w:val="0"/>
      <w:divBdr>
        <w:top w:val="none" w:sz="0" w:space="0" w:color="auto"/>
        <w:left w:val="none" w:sz="0" w:space="0" w:color="auto"/>
        <w:bottom w:val="none" w:sz="0" w:space="0" w:color="auto"/>
        <w:right w:val="none" w:sz="0" w:space="0" w:color="auto"/>
      </w:divBdr>
    </w:div>
    <w:div w:id="113733952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sChild>
        <w:div w:id="150679525">
          <w:marLeft w:val="480"/>
          <w:marRight w:val="0"/>
          <w:marTop w:val="0"/>
          <w:marBottom w:val="0"/>
          <w:divBdr>
            <w:top w:val="none" w:sz="0" w:space="0" w:color="auto"/>
            <w:left w:val="none" w:sz="0" w:space="0" w:color="auto"/>
            <w:bottom w:val="none" w:sz="0" w:space="0" w:color="auto"/>
            <w:right w:val="none" w:sz="0" w:space="0" w:color="auto"/>
          </w:divBdr>
        </w:div>
        <w:div w:id="190000267">
          <w:marLeft w:val="480"/>
          <w:marRight w:val="0"/>
          <w:marTop w:val="0"/>
          <w:marBottom w:val="0"/>
          <w:divBdr>
            <w:top w:val="none" w:sz="0" w:space="0" w:color="auto"/>
            <w:left w:val="none" w:sz="0" w:space="0" w:color="auto"/>
            <w:bottom w:val="none" w:sz="0" w:space="0" w:color="auto"/>
            <w:right w:val="none" w:sz="0" w:space="0" w:color="auto"/>
          </w:divBdr>
        </w:div>
        <w:div w:id="368143769">
          <w:marLeft w:val="480"/>
          <w:marRight w:val="0"/>
          <w:marTop w:val="0"/>
          <w:marBottom w:val="0"/>
          <w:divBdr>
            <w:top w:val="none" w:sz="0" w:space="0" w:color="auto"/>
            <w:left w:val="none" w:sz="0" w:space="0" w:color="auto"/>
            <w:bottom w:val="none" w:sz="0" w:space="0" w:color="auto"/>
            <w:right w:val="none" w:sz="0" w:space="0" w:color="auto"/>
          </w:divBdr>
        </w:div>
        <w:div w:id="377434172">
          <w:marLeft w:val="480"/>
          <w:marRight w:val="0"/>
          <w:marTop w:val="0"/>
          <w:marBottom w:val="0"/>
          <w:divBdr>
            <w:top w:val="none" w:sz="0" w:space="0" w:color="auto"/>
            <w:left w:val="none" w:sz="0" w:space="0" w:color="auto"/>
            <w:bottom w:val="none" w:sz="0" w:space="0" w:color="auto"/>
            <w:right w:val="none" w:sz="0" w:space="0" w:color="auto"/>
          </w:divBdr>
        </w:div>
        <w:div w:id="480974001">
          <w:marLeft w:val="480"/>
          <w:marRight w:val="0"/>
          <w:marTop w:val="0"/>
          <w:marBottom w:val="0"/>
          <w:divBdr>
            <w:top w:val="none" w:sz="0" w:space="0" w:color="auto"/>
            <w:left w:val="none" w:sz="0" w:space="0" w:color="auto"/>
            <w:bottom w:val="none" w:sz="0" w:space="0" w:color="auto"/>
            <w:right w:val="none" w:sz="0" w:space="0" w:color="auto"/>
          </w:divBdr>
        </w:div>
        <w:div w:id="523858799">
          <w:marLeft w:val="480"/>
          <w:marRight w:val="0"/>
          <w:marTop w:val="0"/>
          <w:marBottom w:val="0"/>
          <w:divBdr>
            <w:top w:val="none" w:sz="0" w:space="0" w:color="auto"/>
            <w:left w:val="none" w:sz="0" w:space="0" w:color="auto"/>
            <w:bottom w:val="none" w:sz="0" w:space="0" w:color="auto"/>
            <w:right w:val="none" w:sz="0" w:space="0" w:color="auto"/>
          </w:divBdr>
        </w:div>
        <w:div w:id="605387867">
          <w:marLeft w:val="480"/>
          <w:marRight w:val="0"/>
          <w:marTop w:val="0"/>
          <w:marBottom w:val="0"/>
          <w:divBdr>
            <w:top w:val="none" w:sz="0" w:space="0" w:color="auto"/>
            <w:left w:val="none" w:sz="0" w:space="0" w:color="auto"/>
            <w:bottom w:val="none" w:sz="0" w:space="0" w:color="auto"/>
            <w:right w:val="none" w:sz="0" w:space="0" w:color="auto"/>
          </w:divBdr>
        </w:div>
        <w:div w:id="794560850">
          <w:marLeft w:val="480"/>
          <w:marRight w:val="0"/>
          <w:marTop w:val="0"/>
          <w:marBottom w:val="0"/>
          <w:divBdr>
            <w:top w:val="none" w:sz="0" w:space="0" w:color="auto"/>
            <w:left w:val="none" w:sz="0" w:space="0" w:color="auto"/>
            <w:bottom w:val="none" w:sz="0" w:space="0" w:color="auto"/>
            <w:right w:val="none" w:sz="0" w:space="0" w:color="auto"/>
          </w:divBdr>
        </w:div>
        <w:div w:id="915939112">
          <w:marLeft w:val="480"/>
          <w:marRight w:val="0"/>
          <w:marTop w:val="0"/>
          <w:marBottom w:val="0"/>
          <w:divBdr>
            <w:top w:val="none" w:sz="0" w:space="0" w:color="auto"/>
            <w:left w:val="none" w:sz="0" w:space="0" w:color="auto"/>
            <w:bottom w:val="none" w:sz="0" w:space="0" w:color="auto"/>
            <w:right w:val="none" w:sz="0" w:space="0" w:color="auto"/>
          </w:divBdr>
        </w:div>
        <w:div w:id="993486279">
          <w:marLeft w:val="480"/>
          <w:marRight w:val="0"/>
          <w:marTop w:val="0"/>
          <w:marBottom w:val="0"/>
          <w:divBdr>
            <w:top w:val="none" w:sz="0" w:space="0" w:color="auto"/>
            <w:left w:val="none" w:sz="0" w:space="0" w:color="auto"/>
            <w:bottom w:val="none" w:sz="0" w:space="0" w:color="auto"/>
            <w:right w:val="none" w:sz="0" w:space="0" w:color="auto"/>
          </w:divBdr>
        </w:div>
        <w:div w:id="1001353902">
          <w:marLeft w:val="480"/>
          <w:marRight w:val="0"/>
          <w:marTop w:val="0"/>
          <w:marBottom w:val="0"/>
          <w:divBdr>
            <w:top w:val="none" w:sz="0" w:space="0" w:color="auto"/>
            <w:left w:val="none" w:sz="0" w:space="0" w:color="auto"/>
            <w:bottom w:val="none" w:sz="0" w:space="0" w:color="auto"/>
            <w:right w:val="none" w:sz="0" w:space="0" w:color="auto"/>
          </w:divBdr>
        </w:div>
        <w:div w:id="1054279016">
          <w:marLeft w:val="480"/>
          <w:marRight w:val="0"/>
          <w:marTop w:val="0"/>
          <w:marBottom w:val="0"/>
          <w:divBdr>
            <w:top w:val="none" w:sz="0" w:space="0" w:color="auto"/>
            <w:left w:val="none" w:sz="0" w:space="0" w:color="auto"/>
            <w:bottom w:val="none" w:sz="0" w:space="0" w:color="auto"/>
            <w:right w:val="none" w:sz="0" w:space="0" w:color="auto"/>
          </w:divBdr>
        </w:div>
        <w:div w:id="1055397404">
          <w:marLeft w:val="480"/>
          <w:marRight w:val="0"/>
          <w:marTop w:val="0"/>
          <w:marBottom w:val="0"/>
          <w:divBdr>
            <w:top w:val="none" w:sz="0" w:space="0" w:color="auto"/>
            <w:left w:val="none" w:sz="0" w:space="0" w:color="auto"/>
            <w:bottom w:val="none" w:sz="0" w:space="0" w:color="auto"/>
            <w:right w:val="none" w:sz="0" w:space="0" w:color="auto"/>
          </w:divBdr>
        </w:div>
        <w:div w:id="1107113435">
          <w:marLeft w:val="480"/>
          <w:marRight w:val="0"/>
          <w:marTop w:val="0"/>
          <w:marBottom w:val="0"/>
          <w:divBdr>
            <w:top w:val="none" w:sz="0" w:space="0" w:color="auto"/>
            <w:left w:val="none" w:sz="0" w:space="0" w:color="auto"/>
            <w:bottom w:val="none" w:sz="0" w:space="0" w:color="auto"/>
            <w:right w:val="none" w:sz="0" w:space="0" w:color="auto"/>
          </w:divBdr>
        </w:div>
        <w:div w:id="1153445240">
          <w:marLeft w:val="480"/>
          <w:marRight w:val="0"/>
          <w:marTop w:val="0"/>
          <w:marBottom w:val="0"/>
          <w:divBdr>
            <w:top w:val="none" w:sz="0" w:space="0" w:color="auto"/>
            <w:left w:val="none" w:sz="0" w:space="0" w:color="auto"/>
            <w:bottom w:val="none" w:sz="0" w:space="0" w:color="auto"/>
            <w:right w:val="none" w:sz="0" w:space="0" w:color="auto"/>
          </w:divBdr>
        </w:div>
        <w:div w:id="1177619223">
          <w:marLeft w:val="480"/>
          <w:marRight w:val="0"/>
          <w:marTop w:val="0"/>
          <w:marBottom w:val="0"/>
          <w:divBdr>
            <w:top w:val="none" w:sz="0" w:space="0" w:color="auto"/>
            <w:left w:val="none" w:sz="0" w:space="0" w:color="auto"/>
            <w:bottom w:val="none" w:sz="0" w:space="0" w:color="auto"/>
            <w:right w:val="none" w:sz="0" w:space="0" w:color="auto"/>
          </w:divBdr>
        </w:div>
        <w:div w:id="1200095760">
          <w:marLeft w:val="480"/>
          <w:marRight w:val="0"/>
          <w:marTop w:val="0"/>
          <w:marBottom w:val="0"/>
          <w:divBdr>
            <w:top w:val="none" w:sz="0" w:space="0" w:color="auto"/>
            <w:left w:val="none" w:sz="0" w:space="0" w:color="auto"/>
            <w:bottom w:val="none" w:sz="0" w:space="0" w:color="auto"/>
            <w:right w:val="none" w:sz="0" w:space="0" w:color="auto"/>
          </w:divBdr>
        </w:div>
        <w:div w:id="1259408646">
          <w:marLeft w:val="480"/>
          <w:marRight w:val="0"/>
          <w:marTop w:val="0"/>
          <w:marBottom w:val="0"/>
          <w:divBdr>
            <w:top w:val="none" w:sz="0" w:space="0" w:color="auto"/>
            <w:left w:val="none" w:sz="0" w:space="0" w:color="auto"/>
            <w:bottom w:val="none" w:sz="0" w:space="0" w:color="auto"/>
            <w:right w:val="none" w:sz="0" w:space="0" w:color="auto"/>
          </w:divBdr>
        </w:div>
        <w:div w:id="1303120861">
          <w:marLeft w:val="480"/>
          <w:marRight w:val="0"/>
          <w:marTop w:val="0"/>
          <w:marBottom w:val="0"/>
          <w:divBdr>
            <w:top w:val="none" w:sz="0" w:space="0" w:color="auto"/>
            <w:left w:val="none" w:sz="0" w:space="0" w:color="auto"/>
            <w:bottom w:val="none" w:sz="0" w:space="0" w:color="auto"/>
            <w:right w:val="none" w:sz="0" w:space="0" w:color="auto"/>
          </w:divBdr>
        </w:div>
        <w:div w:id="1321543583">
          <w:marLeft w:val="480"/>
          <w:marRight w:val="0"/>
          <w:marTop w:val="0"/>
          <w:marBottom w:val="0"/>
          <w:divBdr>
            <w:top w:val="none" w:sz="0" w:space="0" w:color="auto"/>
            <w:left w:val="none" w:sz="0" w:space="0" w:color="auto"/>
            <w:bottom w:val="none" w:sz="0" w:space="0" w:color="auto"/>
            <w:right w:val="none" w:sz="0" w:space="0" w:color="auto"/>
          </w:divBdr>
        </w:div>
        <w:div w:id="1382169226">
          <w:marLeft w:val="480"/>
          <w:marRight w:val="0"/>
          <w:marTop w:val="0"/>
          <w:marBottom w:val="0"/>
          <w:divBdr>
            <w:top w:val="none" w:sz="0" w:space="0" w:color="auto"/>
            <w:left w:val="none" w:sz="0" w:space="0" w:color="auto"/>
            <w:bottom w:val="none" w:sz="0" w:space="0" w:color="auto"/>
            <w:right w:val="none" w:sz="0" w:space="0" w:color="auto"/>
          </w:divBdr>
        </w:div>
        <w:div w:id="1391878648">
          <w:marLeft w:val="480"/>
          <w:marRight w:val="0"/>
          <w:marTop w:val="0"/>
          <w:marBottom w:val="0"/>
          <w:divBdr>
            <w:top w:val="none" w:sz="0" w:space="0" w:color="auto"/>
            <w:left w:val="none" w:sz="0" w:space="0" w:color="auto"/>
            <w:bottom w:val="none" w:sz="0" w:space="0" w:color="auto"/>
            <w:right w:val="none" w:sz="0" w:space="0" w:color="auto"/>
          </w:divBdr>
        </w:div>
        <w:div w:id="1552962169">
          <w:marLeft w:val="480"/>
          <w:marRight w:val="0"/>
          <w:marTop w:val="0"/>
          <w:marBottom w:val="0"/>
          <w:divBdr>
            <w:top w:val="none" w:sz="0" w:space="0" w:color="auto"/>
            <w:left w:val="none" w:sz="0" w:space="0" w:color="auto"/>
            <w:bottom w:val="none" w:sz="0" w:space="0" w:color="auto"/>
            <w:right w:val="none" w:sz="0" w:space="0" w:color="auto"/>
          </w:divBdr>
        </w:div>
        <w:div w:id="1673336544">
          <w:marLeft w:val="480"/>
          <w:marRight w:val="0"/>
          <w:marTop w:val="0"/>
          <w:marBottom w:val="0"/>
          <w:divBdr>
            <w:top w:val="none" w:sz="0" w:space="0" w:color="auto"/>
            <w:left w:val="none" w:sz="0" w:space="0" w:color="auto"/>
            <w:bottom w:val="none" w:sz="0" w:space="0" w:color="auto"/>
            <w:right w:val="none" w:sz="0" w:space="0" w:color="auto"/>
          </w:divBdr>
        </w:div>
        <w:div w:id="1732340490">
          <w:marLeft w:val="480"/>
          <w:marRight w:val="0"/>
          <w:marTop w:val="0"/>
          <w:marBottom w:val="0"/>
          <w:divBdr>
            <w:top w:val="none" w:sz="0" w:space="0" w:color="auto"/>
            <w:left w:val="none" w:sz="0" w:space="0" w:color="auto"/>
            <w:bottom w:val="none" w:sz="0" w:space="0" w:color="auto"/>
            <w:right w:val="none" w:sz="0" w:space="0" w:color="auto"/>
          </w:divBdr>
        </w:div>
        <w:div w:id="1756894972">
          <w:marLeft w:val="480"/>
          <w:marRight w:val="0"/>
          <w:marTop w:val="0"/>
          <w:marBottom w:val="0"/>
          <w:divBdr>
            <w:top w:val="none" w:sz="0" w:space="0" w:color="auto"/>
            <w:left w:val="none" w:sz="0" w:space="0" w:color="auto"/>
            <w:bottom w:val="none" w:sz="0" w:space="0" w:color="auto"/>
            <w:right w:val="none" w:sz="0" w:space="0" w:color="auto"/>
          </w:divBdr>
        </w:div>
        <w:div w:id="1791437797">
          <w:marLeft w:val="480"/>
          <w:marRight w:val="0"/>
          <w:marTop w:val="0"/>
          <w:marBottom w:val="0"/>
          <w:divBdr>
            <w:top w:val="none" w:sz="0" w:space="0" w:color="auto"/>
            <w:left w:val="none" w:sz="0" w:space="0" w:color="auto"/>
            <w:bottom w:val="none" w:sz="0" w:space="0" w:color="auto"/>
            <w:right w:val="none" w:sz="0" w:space="0" w:color="auto"/>
          </w:divBdr>
        </w:div>
        <w:div w:id="1801269047">
          <w:marLeft w:val="480"/>
          <w:marRight w:val="0"/>
          <w:marTop w:val="0"/>
          <w:marBottom w:val="0"/>
          <w:divBdr>
            <w:top w:val="none" w:sz="0" w:space="0" w:color="auto"/>
            <w:left w:val="none" w:sz="0" w:space="0" w:color="auto"/>
            <w:bottom w:val="none" w:sz="0" w:space="0" w:color="auto"/>
            <w:right w:val="none" w:sz="0" w:space="0" w:color="auto"/>
          </w:divBdr>
        </w:div>
        <w:div w:id="1943759066">
          <w:marLeft w:val="480"/>
          <w:marRight w:val="0"/>
          <w:marTop w:val="0"/>
          <w:marBottom w:val="0"/>
          <w:divBdr>
            <w:top w:val="none" w:sz="0" w:space="0" w:color="auto"/>
            <w:left w:val="none" w:sz="0" w:space="0" w:color="auto"/>
            <w:bottom w:val="none" w:sz="0" w:space="0" w:color="auto"/>
            <w:right w:val="none" w:sz="0" w:space="0" w:color="auto"/>
          </w:divBdr>
        </w:div>
        <w:div w:id="1977878754">
          <w:marLeft w:val="480"/>
          <w:marRight w:val="0"/>
          <w:marTop w:val="0"/>
          <w:marBottom w:val="0"/>
          <w:divBdr>
            <w:top w:val="none" w:sz="0" w:space="0" w:color="auto"/>
            <w:left w:val="none" w:sz="0" w:space="0" w:color="auto"/>
            <w:bottom w:val="none" w:sz="0" w:space="0" w:color="auto"/>
            <w:right w:val="none" w:sz="0" w:space="0" w:color="auto"/>
          </w:divBdr>
        </w:div>
        <w:div w:id="2024434336">
          <w:marLeft w:val="480"/>
          <w:marRight w:val="0"/>
          <w:marTop w:val="0"/>
          <w:marBottom w:val="0"/>
          <w:divBdr>
            <w:top w:val="none" w:sz="0" w:space="0" w:color="auto"/>
            <w:left w:val="none" w:sz="0" w:space="0" w:color="auto"/>
            <w:bottom w:val="none" w:sz="0" w:space="0" w:color="auto"/>
            <w:right w:val="none" w:sz="0" w:space="0" w:color="auto"/>
          </w:divBdr>
        </w:div>
        <w:div w:id="2145270400">
          <w:marLeft w:val="480"/>
          <w:marRight w:val="0"/>
          <w:marTop w:val="0"/>
          <w:marBottom w:val="0"/>
          <w:divBdr>
            <w:top w:val="none" w:sz="0" w:space="0" w:color="auto"/>
            <w:left w:val="none" w:sz="0" w:space="0" w:color="auto"/>
            <w:bottom w:val="none" w:sz="0" w:space="0" w:color="auto"/>
            <w:right w:val="none" w:sz="0" w:space="0" w:color="auto"/>
          </w:divBdr>
        </w:div>
      </w:divsChild>
    </w:div>
    <w:div w:id="1140926295">
      <w:bodyDiv w:val="1"/>
      <w:marLeft w:val="0"/>
      <w:marRight w:val="0"/>
      <w:marTop w:val="0"/>
      <w:marBottom w:val="0"/>
      <w:divBdr>
        <w:top w:val="none" w:sz="0" w:space="0" w:color="auto"/>
        <w:left w:val="none" w:sz="0" w:space="0" w:color="auto"/>
        <w:bottom w:val="none" w:sz="0" w:space="0" w:color="auto"/>
        <w:right w:val="none" w:sz="0" w:space="0" w:color="auto"/>
      </w:divBdr>
    </w:div>
    <w:div w:id="1141460838">
      <w:bodyDiv w:val="1"/>
      <w:marLeft w:val="0"/>
      <w:marRight w:val="0"/>
      <w:marTop w:val="0"/>
      <w:marBottom w:val="0"/>
      <w:divBdr>
        <w:top w:val="none" w:sz="0" w:space="0" w:color="auto"/>
        <w:left w:val="none" w:sz="0" w:space="0" w:color="auto"/>
        <w:bottom w:val="none" w:sz="0" w:space="0" w:color="auto"/>
        <w:right w:val="none" w:sz="0" w:space="0" w:color="auto"/>
      </w:divBdr>
    </w:div>
    <w:div w:id="1141579084">
      <w:bodyDiv w:val="1"/>
      <w:marLeft w:val="0"/>
      <w:marRight w:val="0"/>
      <w:marTop w:val="0"/>
      <w:marBottom w:val="0"/>
      <w:divBdr>
        <w:top w:val="none" w:sz="0" w:space="0" w:color="auto"/>
        <w:left w:val="none" w:sz="0" w:space="0" w:color="auto"/>
        <w:bottom w:val="none" w:sz="0" w:space="0" w:color="auto"/>
        <w:right w:val="none" w:sz="0" w:space="0" w:color="auto"/>
      </w:divBdr>
    </w:div>
    <w:div w:id="1141650731">
      <w:bodyDiv w:val="1"/>
      <w:marLeft w:val="0"/>
      <w:marRight w:val="0"/>
      <w:marTop w:val="0"/>
      <w:marBottom w:val="0"/>
      <w:divBdr>
        <w:top w:val="none" w:sz="0" w:space="0" w:color="auto"/>
        <w:left w:val="none" w:sz="0" w:space="0" w:color="auto"/>
        <w:bottom w:val="none" w:sz="0" w:space="0" w:color="auto"/>
        <w:right w:val="none" w:sz="0" w:space="0" w:color="auto"/>
      </w:divBdr>
    </w:div>
    <w:div w:id="1145394098">
      <w:bodyDiv w:val="1"/>
      <w:marLeft w:val="0"/>
      <w:marRight w:val="0"/>
      <w:marTop w:val="0"/>
      <w:marBottom w:val="0"/>
      <w:divBdr>
        <w:top w:val="none" w:sz="0" w:space="0" w:color="auto"/>
        <w:left w:val="none" w:sz="0" w:space="0" w:color="auto"/>
        <w:bottom w:val="none" w:sz="0" w:space="0" w:color="auto"/>
        <w:right w:val="none" w:sz="0" w:space="0" w:color="auto"/>
      </w:divBdr>
    </w:div>
    <w:div w:id="1145854257">
      <w:bodyDiv w:val="1"/>
      <w:marLeft w:val="0"/>
      <w:marRight w:val="0"/>
      <w:marTop w:val="0"/>
      <w:marBottom w:val="0"/>
      <w:divBdr>
        <w:top w:val="none" w:sz="0" w:space="0" w:color="auto"/>
        <w:left w:val="none" w:sz="0" w:space="0" w:color="auto"/>
        <w:bottom w:val="none" w:sz="0" w:space="0" w:color="auto"/>
        <w:right w:val="none" w:sz="0" w:space="0" w:color="auto"/>
      </w:divBdr>
      <w:divsChild>
        <w:div w:id="143133723">
          <w:marLeft w:val="480"/>
          <w:marRight w:val="0"/>
          <w:marTop w:val="0"/>
          <w:marBottom w:val="0"/>
          <w:divBdr>
            <w:top w:val="none" w:sz="0" w:space="0" w:color="auto"/>
            <w:left w:val="none" w:sz="0" w:space="0" w:color="auto"/>
            <w:bottom w:val="none" w:sz="0" w:space="0" w:color="auto"/>
            <w:right w:val="none" w:sz="0" w:space="0" w:color="auto"/>
          </w:divBdr>
        </w:div>
        <w:div w:id="150952744">
          <w:marLeft w:val="480"/>
          <w:marRight w:val="0"/>
          <w:marTop w:val="0"/>
          <w:marBottom w:val="0"/>
          <w:divBdr>
            <w:top w:val="none" w:sz="0" w:space="0" w:color="auto"/>
            <w:left w:val="none" w:sz="0" w:space="0" w:color="auto"/>
            <w:bottom w:val="none" w:sz="0" w:space="0" w:color="auto"/>
            <w:right w:val="none" w:sz="0" w:space="0" w:color="auto"/>
          </w:divBdr>
        </w:div>
        <w:div w:id="159122277">
          <w:marLeft w:val="480"/>
          <w:marRight w:val="0"/>
          <w:marTop w:val="0"/>
          <w:marBottom w:val="0"/>
          <w:divBdr>
            <w:top w:val="none" w:sz="0" w:space="0" w:color="auto"/>
            <w:left w:val="none" w:sz="0" w:space="0" w:color="auto"/>
            <w:bottom w:val="none" w:sz="0" w:space="0" w:color="auto"/>
            <w:right w:val="none" w:sz="0" w:space="0" w:color="auto"/>
          </w:divBdr>
        </w:div>
        <w:div w:id="226767679">
          <w:marLeft w:val="480"/>
          <w:marRight w:val="0"/>
          <w:marTop w:val="0"/>
          <w:marBottom w:val="0"/>
          <w:divBdr>
            <w:top w:val="none" w:sz="0" w:space="0" w:color="auto"/>
            <w:left w:val="none" w:sz="0" w:space="0" w:color="auto"/>
            <w:bottom w:val="none" w:sz="0" w:space="0" w:color="auto"/>
            <w:right w:val="none" w:sz="0" w:space="0" w:color="auto"/>
          </w:divBdr>
        </w:div>
        <w:div w:id="249893548">
          <w:marLeft w:val="480"/>
          <w:marRight w:val="0"/>
          <w:marTop w:val="0"/>
          <w:marBottom w:val="0"/>
          <w:divBdr>
            <w:top w:val="none" w:sz="0" w:space="0" w:color="auto"/>
            <w:left w:val="none" w:sz="0" w:space="0" w:color="auto"/>
            <w:bottom w:val="none" w:sz="0" w:space="0" w:color="auto"/>
            <w:right w:val="none" w:sz="0" w:space="0" w:color="auto"/>
          </w:divBdr>
        </w:div>
        <w:div w:id="272981166">
          <w:marLeft w:val="480"/>
          <w:marRight w:val="0"/>
          <w:marTop w:val="0"/>
          <w:marBottom w:val="0"/>
          <w:divBdr>
            <w:top w:val="none" w:sz="0" w:space="0" w:color="auto"/>
            <w:left w:val="none" w:sz="0" w:space="0" w:color="auto"/>
            <w:bottom w:val="none" w:sz="0" w:space="0" w:color="auto"/>
            <w:right w:val="none" w:sz="0" w:space="0" w:color="auto"/>
          </w:divBdr>
        </w:div>
        <w:div w:id="283271118">
          <w:marLeft w:val="480"/>
          <w:marRight w:val="0"/>
          <w:marTop w:val="0"/>
          <w:marBottom w:val="0"/>
          <w:divBdr>
            <w:top w:val="none" w:sz="0" w:space="0" w:color="auto"/>
            <w:left w:val="none" w:sz="0" w:space="0" w:color="auto"/>
            <w:bottom w:val="none" w:sz="0" w:space="0" w:color="auto"/>
            <w:right w:val="none" w:sz="0" w:space="0" w:color="auto"/>
          </w:divBdr>
        </w:div>
        <w:div w:id="390814695">
          <w:marLeft w:val="480"/>
          <w:marRight w:val="0"/>
          <w:marTop w:val="0"/>
          <w:marBottom w:val="0"/>
          <w:divBdr>
            <w:top w:val="none" w:sz="0" w:space="0" w:color="auto"/>
            <w:left w:val="none" w:sz="0" w:space="0" w:color="auto"/>
            <w:bottom w:val="none" w:sz="0" w:space="0" w:color="auto"/>
            <w:right w:val="none" w:sz="0" w:space="0" w:color="auto"/>
          </w:divBdr>
        </w:div>
        <w:div w:id="429157741">
          <w:marLeft w:val="480"/>
          <w:marRight w:val="0"/>
          <w:marTop w:val="0"/>
          <w:marBottom w:val="0"/>
          <w:divBdr>
            <w:top w:val="none" w:sz="0" w:space="0" w:color="auto"/>
            <w:left w:val="none" w:sz="0" w:space="0" w:color="auto"/>
            <w:bottom w:val="none" w:sz="0" w:space="0" w:color="auto"/>
            <w:right w:val="none" w:sz="0" w:space="0" w:color="auto"/>
          </w:divBdr>
        </w:div>
        <w:div w:id="518275683">
          <w:marLeft w:val="480"/>
          <w:marRight w:val="0"/>
          <w:marTop w:val="0"/>
          <w:marBottom w:val="0"/>
          <w:divBdr>
            <w:top w:val="none" w:sz="0" w:space="0" w:color="auto"/>
            <w:left w:val="none" w:sz="0" w:space="0" w:color="auto"/>
            <w:bottom w:val="none" w:sz="0" w:space="0" w:color="auto"/>
            <w:right w:val="none" w:sz="0" w:space="0" w:color="auto"/>
          </w:divBdr>
        </w:div>
        <w:div w:id="574825437">
          <w:marLeft w:val="480"/>
          <w:marRight w:val="0"/>
          <w:marTop w:val="0"/>
          <w:marBottom w:val="0"/>
          <w:divBdr>
            <w:top w:val="none" w:sz="0" w:space="0" w:color="auto"/>
            <w:left w:val="none" w:sz="0" w:space="0" w:color="auto"/>
            <w:bottom w:val="none" w:sz="0" w:space="0" w:color="auto"/>
            <w:right w:val="none" w:sz="0" w:space="0" w:color="auto"/>
          </w:divBdr>
        </w:div>
        <w:div w:id="616789298">
          <w:marLeft w:val="480"/>
          <w:marRight w:val="0"/>
          <w:marTop w:val="0"/>
          <w:marBottom w:val="0"/>
          <w:divBdr>
            <w:top w:val="none" w:sz="0" w:space="0" w:color="auto"/>
            <w:left w:val="none" w:sz="0" w:space="0" w:color="auto"/>
            <w:bottom w:val="none" w:sz="0" w:space="0" w:color="auto"/>
            <w:right w:val="none" w:sz="0" w:space="0" w:color="auto"/>
          </w:divBdr>
        </w:div>
        <w:div w:id="664674334">
          <w:marLeft w:val="480"/>
          <w:marRight w:val="0"/>
          <w:marTop w:val="0"/>
          <w:marBottom w:val="0"/>
          <w:divBdr>
            <w:top w:val="none" w:sz="0" w:space="0" w:color="auto"/>
            <w:left w:val="none" w:sz="0" w:space="0" w:color="auto"/>
            <w:bottom w:val="none" w:sz="0" w:space="0" w:color="auto"/>
            <w:right w:val="none" w:sz="0" w:space="0" w:color="auto"/>
          </w:divBdr>
        </w:div>
        <w:div w:id="875045934">
          <w:marLeft w:val="480"/>
          <w:marRight w:val="0"/>
          <w:marTop w:val="0"/>
          <w:marBottom w:val="0"/>
          <w:divBdr>
            <w:top w:val="none" w:sz="0" w:space="0" w:color="auto"/>
            <w:left w:val="none" w:sz="0" w:space="0" w:color="auto"/>
            <w:bottom w:val="none" w:sz="0" w:space="0" w:color="auto"/>
            <w:right w:val="none" w:sz="0" w:space="0" w:color="auto"/>
          </w:divBdr>
        </w:div>
        <w:div w:id="905989143">
          <w:marLeft w:val="480"/>
          <w:marRight w:val="0"/>
          <w:marTop w:val="0"/>
          <w:marBottom w:val="0"/>
          <w:divBdr>
            <w:top w:val="none" w:sz="0" w:space="0" w:color="auto"/>
            <w:left w:val="none" w:sz="0" w:space="0" w:color="auto"/>
            <w:bottom w:val="none" w:sz="0" w:space="0" w:color="auto"/>
            <w:right w:val="none" w:sz="0" w:space="0" w:color="auto"/>
          </w:divBdr>
        </w:div>
        <w:div w:id="966203702">
          <w:marLeft w:val="480"/>
          <w:marRight w:val="0"/>
          <w:marTop w:val="0"/>
          <w:marBottom w:val="0"/>
          <w:divBdr>
            <w:top w:val="none" w:sz="0" w:space="0" w:color="auto"/>
            <w:left w:val="none" w:sz="0" w:space="0" w:color="auto"/>
            <w:bottom w:val="none" w:sz="0" w:space="0" w:color="auto"/>
            <w:right w:val="none" w:sz="0" w:space="0" w:color="auto"/>
          </w:divBdr>
        </w:div>
        <w:div w:id="976451345">
          <w:marLeft w:val="480"/>
          <w:marRight w:val="0"/>
          <w:marTop w:val="0"/>
          <w:marBottom w:val="0"/>
          <w:divBdr>
            <w:top w:val="none" w:sz="0" w:space="0" w:color="auto"/>
            <w:left w:val="none" w:sz="0" w:space="0" w:color="auto"/>
            <w:bottom w:val="none" w:sz="0" w:space="0" w:color="auto"/>
            <w:right w:val="none" w:sz="0" w:space="0" w:color="auto"/>
          </w:divBdr>
        </w:div>
        <w:div w:id="988171487">
          <w:marLeft w:val="480"/>
          <w:marRight w:val="0"/>
          <w:marTop w:val="0"/>
          <w:marBottom w:val="0"/>
          <w:divBdr>
            <w:top w:val="none" w:sz="0" w:space="0" w:color="auto"/>
            <w:left w:val="none" w:sz="0" w:space="0" w:color="auto"/>
            <w:bottom w:val="none" w:sz="0" w:space="0" w:color="auto"/>
            <w:right w:val="none" w:sz="0" w:space="0" w:color="auto"/>
          </w:divBdr>
        </w:div>
        <w:div w:id="988435584">
          <w:marLeft w:val="480"/>
          <w:marRight w:val="0"/>
          <w:marTop w:val="0"/>
          <w:marBottom w:val="0"/>
          <w:divBdr>
            <w:top w:val="none" w:sz="0" w:space="0" w:color="auto"/>
            <w:left w:val="none" w:sz="0" w:space="0" w:color="auto"/>
            <w:bottom w:val="none" w:sz="0" w:space="0" w:color="auto"/>
            <w:right w:val="none" w:sz="0" w:space="0" w:color="auto"/>
          </w:divBdr>
        </w:div>
        <w:div w:id="998114112">
          <w:marLeft w:val="480"/>
          <w:marRight w:val="0"/>
          <w:marTop w:val="0"/>
          <w:marBottom w:val="0"/>
          <w:divBdr>
            <w:top w:val="none" w:sz="0" w:space="0" w:color="auto"/>
            <w:left w:val="none" w:sz="0" w:space="0" w:color="auto"/>
            <w:bottom w:val="none" w:sz="0" w:space="0" w:color="auto"/>
            <w:right w:val="none" w:sz="0" w:space="0" w:color="auto"/>
          </w:divBdr>
        </w:div>
        <w:div w:id="1044014657">
          <w:marLeft w:val="480"/>
          <w:marRight w:val="0"/>
          <w:marTop w:val="0"/>
          <w:marBottom w:val="0"/>
          <w:divBdr>
            <w:top w:val="none" w:sz="0" w:space="0" w:color="auto"/>
            <w:left w:val="none" w:sz="0" w:space="0" w:color="auto"/>
            <w:bottom w:val="none" w:sz="0" w:space="0" w:color="auto"/>
            <w:right w:val="none" w:sz="0" w:space="0" w:color="auto"/>
          </w:divBdr>
        </w:div>
        <w:div w:id="1173569285">
          <w:marLeft w:val="480"/>
          <w:marRight w:val="0"/>
          <w:marTop w:val="0"/>
          <w:marBottom w:val="0"/>
          <w:divBdr>
            <w:top w:val="none" w:sz="0" w:space="0" w:color="auto"/>
            <w:left w:val="none" w:sz="0" w:space="0" w:color="auto"/>
            <w:bottom w:val="none" w:sz="0" w:space="0" w:color="auto"/>
            <w:right w:val="none" w:sz="0" w:space="0" w:color="auto"/>
          </w:divBdr>
        </w:div>
        <w:div w:id="1190802351">
          <w:marLeft w:val="480"/>
          <w:marRight w:val="0"/>
          <w:marTop w:val="0"/>
          <w:marBottom w:val="0"/>
          <w:divBdr>
            <w:top w:val="none" w:sz="0" w:space="0" w:color="auto"/>
            <w:left w:val="none" w:sz="0" w:space="0" w:color="auto"/>
            <w:bottom w:val="none" w:sz="0" w:space="0" w:color="auto"/>
            <w:right w:val="none" w:sz="0" w:space="0" w:color="auto"/>
          </w:divBdr>
        </w:div>
        <w:div w:id="1371805499">
          <w:marLeft w:val="480"/>
          <w:marRight w:val="0"/>
          <w:marTop w:val="0"/>
          <w:marBottom w:val="0"/>
          <w:divBdr>
            <w:top w:val="none" w:sz="0" w:space="0" w:color="auto"/>
            <w:left w:val="none" w:sz="0" w:space="0" w:color="auto"/>
            <w:bottom w:val="none" w:sz="0" w:space="0" w:color="auto"/>
            <w:right w:val="none" w:sz="0" w:space="0" w:color="auto"/>
          </w:divBdr>
        </w:div>
        <w:div w:id="1378506662">
          <w:marLeft w:val="480"/>
          <w:marRight w:val="0"/>
          <w:marTop w:val="0"/>
          <w:marBottom w:val="0"/>
          <w:divBdr>
            <w:top w:val="none" w:sz="0" w:space="0" w:color="auto"/>
            <w:left w:val="none" w:sz="0" w:space="0" w:color="auto"/>
            <w:bottom w:val="none" w:sz="0" w:space="0" w:color="auto"/>
            <w:right w:val="none" w:sz="0" w:space="0" w:color="auto"/>
          </w:divBdr>
        </w:div>
        <w:div w:id="1411075636">
          <w:marLeft w:val="480"/>
          <w:marRight w:val="0"/>
          <w:marTop w:val="0"/>
          <w:marBottom w:val="0"/>
          <w:divBdr>
            <w:top w:val="none" w:sz="0" w:space="0" w:color="auto"/>
            <w:left w:val="none" w:sz="0" w:space="0" w:color="auto"/>
            <w:bottom w:val="none" w:sz="0" w:space="0" w:color="auto"/>
            <w:right w:val="none" w:sz="0" w:space="0" w:color="auto"/>
          </w:divBdr>
        </w:div>
        <w:div w:id="1426145411">
          <w:marLeft w:val="480"/>
          <w:marRight w:val="0"/>
          <w:marTop w:val="0"/>
          <w:marBottom w:val="0"/>
          <w:divBdr>
            <w:top w:val="none" w:sz="0" w:space="0" w:color="auto"/>
            <w:left w:val="none" w:sz="0" w:space="0" w:color="auto"/>
            <w:bottom w:val="none" w:sz="0" w:space="0" w:color="auto"/>
            <w:right w:val="none" w:sz="0" w:space="0" w:color="auto"/>
          </w:divBdr>
        </w:div>
        <w:div w:id="1588540029">
          <w:marLeft w:val="480"/>
          <w:marRight w:val="0"/>
          <w:marTop w:val="0"/>
          <w:marBottom w:val="0"/>
          <w:divBdr>
            <w:top w:val="none" w:sz="0" w:space="0" w:color="auto"/>
            <w:left w:val="none" w:sz="0" w:space="0" w:color="auto"/>
            <w:bottom w:val="none" w:sz="0" w:space="0" w:color="auto"/>
            <w:right w:val="none" w:sz="0" w:space="0" w:color="auto"/>
          </w:divBdr>
        </w:div>
        <w:div w:id="1610165189">
          <w:marLeft w:val="480"/>
          <w:marRight w:val="0"/>
          <w:marTop w:val="0"/>
          <w:marBottom w:val="0"/>
          <w:divBdr>
            <w:top w:val="none" w:sz="0" w:space="0" w:color="auto"/>
            <w:left w:val="none" w:sz="0" w:space="0" w:color="auto"/>
            <w:bottom w:val="none" w:sz="0" w:space="0" w:color="auto"/>
            <w:right w:val="none" w:sz="0" w:space="0" w:color="auto"/>
          </w:divBdr>
        </w:div>
        <w:div w:id="1695962856">
          <w:marLeft w:val="480"/>
          <w:marRight w:val="0"/>
          <w:marTop w:val="0"/>
          <w:marBottom w:val="0"/>
          <w:divBdr>
            <w:top w:val="none" w:sz="0" w:space="0" w:color="auto"/>
            <w:left w:val="none" w:sz="0" w:space="0" w:color="auto"/>
            <w:bottom w:val="none" w:sz="0" w:space="0" w:color="auto"/>
            <w:right w:val="none" w:sz="0" w:space="0" w:color="auto"/>
          </w:divBdr>
        </w:div>
        <w:div w:id="1751729756">
          <w:marLeft w:val="480"/>
          <w:marRight w:val="0"/>
          <w:marTop w:val="0"/>
          <w:marBottom w:val="0"/>
          <w:divBdr>
            <w:top w:val="none" w:sz="0" w:space="0" w:color="auto"/>
            <w:left w:val="none" w:sz="0" w:space="0" w:color="auto"/>
            <w:bottom w:val="none" w:sz="0" w:space="0" w:color="auto"/>
            <w:right w:val="none" w:sz="0" w:space="0" w:color="auto"/>
          </w:divBdr>
        </w:div>
        <w:div w:id="1805154994">
          <w:marLeft w:val="480"/>
          <w:marRight w:val="0"/>
          <w:marTop w:val="0"/>
          <w:marBottom w:val="0"/>
          <w:divBdr>
            <w:top w:val="none" w:sz="0" w:space="0" w:color="auto"/>
            <w:left w:val="none" w:sz="0" w:space="0" w:color="auto"/>
            <w:bottom w:val="none" w:sz="0" w:space="0" w:color="auto"/>
            <w:right w:val="none" w:sz="0" w:space="0" w:color="auto"/>
          </w:divBdr>
        </w:div>
        <w:div w:id="1836845138">
          <w:marLeft w:val="480"/>
          <w:marRight w:val="0"/>
          <w:marTop w:val="0"/>
          <w:marBottom w:val="0"/>
          <w:divBdr>
            <w:top w:val="none" w:sz="0" w:space="0" w:color="auto"/>
            <w:left w:val="none" w:sz="0" w:space="0" w:color="auto"/>
            <w:bottom w:val="none" w:sz="0" w:space="0" w:color="auto"/>
            <w:right w:val="none" w:sz="0" w:space="0" w:color="auto"/>
          </w:divBdr>
        </w:div>
        <w:div w:id="1869951868">
          <w:marLeft w:val="480"/>
          <w:marRight w:val="0"/>
          <w:marTop w:val="0"/>
          <w:marBottom w:val="0"/>
          <w:divBdr>
            <w:top w:val="none" w:sz="0" w:space="0" w:color="auto"/>
            <w:left w:val="none" w:sz="0" w:space="0" w:color="auto"/>
            <w:bottom w:val="none" w:sz="0" w:space="0" w:color="auto"/>
            <w:right w:val="none" w:sz="0" w:space="0" w:color="auto"/>
          </w:divBdr>
        </w:div>
        <w:div w:id="1925456317">
          <w:marLeft w:val="480"/>
          <w:marRight w:val="0"/>
          <w:marTop w:val="0"/>
          <w:marBottom w:val="0"/>
          <w:divBdr>
            <w:top w:val="none" w:sz="0" w:space="0" w:color="auto"/>
            <w:left w:val="none" w:sz="0" w:space="0" w:color="auto"/>
            <w:bottom w:val="none" w:sz="0" w:space="0" w:color="auto"/>
            <w:right w:val="none" w:sz="0" w:space="0" w:color="auto"/>
          </w:divBdr>
        </w:div>
        <w:div w:id="1941596076">
          <w:marLeft w:val="480"/>
          <w:marRight w:val="0"/>
          <w:marTop w:val="0"/>
          <w:marBottom w:val="0"/>
          <w:divBdr>
            <w:top w:val="none" w:sz="0" w:space="0" w:color="auto"/>
            <w:left w:val="none" w:sz="0" w:space="0" w:color="auto"/>
            <w:bottom w:val="none" w:sz="0" w:space="0" w:color="auto"/>
            <w:right w:val="none" w:sz="0" w:space="0" w:color="auto"/>
          </w:divBdr>
        </w:div>
        <w:div w:id="2061706115">
          <w:marLeft w:val="480"/>
          <w:marRight w:val="0"/>
          <w:marTop w:val="0"/>
          <w:marBottom w:val="0"/>
          <w:divBdr>
            <w:top w:val="none" w:sz="0" w:space="0" w:color="auto"/>
            <w:left w:val="none" w:sz="0" w:space="0" w:color="auto"/>
            <w:bottom w:val="none" w:sz="0" w:space="0" w:color="auto"/>
            <w:right w:val="none" w:sz="0" w:space="0" w:color="auto"/>
          </w:divBdr>
        </w:div>
      </w:divsChild>
    </w:div>
    <w:div w:id="1150446251">
      <w:bodyDiv w:val="1"/>
      <w:marLeft w:val="0"/>
      <w:marRight w:val="0"/>
      <w:marTop w:val="0"/>
      <w:marBottom w:val="0"/>
      <w:divBdr>
        <w:top w:val="none" w:sz="0" w:space="0" w:color="auto"/>
        <w:left w:val="none" w:sz="0" w:space="0" w:color="auto"/>
        <w:bottom w:val="none" w:sz="0" w:space="0" w:color="auto"/>
        <w:right w:val="none" w:sz="0" w:space="0" w:color="auto"/>
      </w:divBdr>
    </w:div>
    <w:div w:id="1151095656">
      <w:bodyDiv w:val="1"/>
      <w:marLeft w:val="0"/>
      <w:marRight w:val="0"/>
      <w:marTop w:val="0"/>
      <w:marBottom w:val="0"/>
      <w:divBdr>
        <w:top w:val="none" w:sz="0" w:space="0" w:color="auto"/>
        <w:left w:val="none" w:sz="0" w:space="0" w:color="auto"/>
        <w:bottom w:val="none" w:sz="0" w:space="0" w:color="auto"/>
        <w:right w:val="none" w:sz="0" w:space="0" w:color="auto"/>
      </w:divBdr>
      <w:divsChild>
        <w:div w:id="859770">
          <w:marLeft w:val="480"/>
          <w:marRight w:val="0"/>
          <w:marTop w:val="0"/>
          <w:marBottom w:val="0"/>
          <w:divBdr>
            <w:top w:val="none" w:sz="0" w:space="0" w:color="auto"/>
            <w:left w:val="none" w:sz="0" w:space="0" w:color="auto"/>
            <w:bottom w:val="none" w:sz="0" w:space="0" w:color="auto"/>
            <w:right w:val="none" w:sz="0" w:space="0" w:color="auto"/>
          </w:divBdr>
        </w:div>
        <w:div w:id="39987796">
          <w:marLeft w:val="480"/>
          <w:marRight w:val="0"/>
          <w:marTop w:val="0"/>
          <w:marBottom w:val="0"/>
          <w:divBdr>
            <w:top w:val="none" w:sz="0" w:space="0" w:color="auto"/>
            <w:left w:val="none" w:sz="0" w:space="0" w:color="auto"/>
            <w:bottom w:val="none" w:sz="0" w:space="0" w:color="auto"/>
            <w:right w:val="none" w:sz="0" w:space="0" w:color="auto"/>
          </w:divBdr>
        </w:div>
        <w:div w:id="207493526">
          <w:marLeft w:val="480"/>
          <w:marRight w:val="0"/>
          <w:marTop w:val="0"/>
          <w:marBottom w:val="0"/>
          <w:divBdr>
            <w:top w:val="none" w:sz="0" w:space="0" w:color="auto"/>
            <w:left w:val="none" w:sz="0" w:space="0" w:color="auto"/>
            <w:bottom w:val="none" w:sz="0" w:space="0" w:color="auto"/>
            <w:right w:val="none" w:sz="0" w:space="0" w:color="auto"/>
          </w:divBdr>
        </w:div>
        <w:div w:id="323558633">
          <w:marLeft w:val="480"/>
          <w:marRight w:val="0"/>
          <w:marTop w:val="0"/>
          <w:marBottom w:val="0"/>
          <w:divBdr>
            <w:top w:val="none" w:sz="0" w:space="0" w:color="auto"/>
            <w:left w:val="none" w:sz="0" w:space="0" w:color="auto"/>
            <w:bottom w:val="none" w:sz="0" w:space="0" w:color="auto"/>
            <w:right w:val="none" w:sz="0" w:space="0" w:color="auto"/>
          </w:divBdr>
        </w:div>
        <w:div w:id="373818842">
          <w:marLeft w:val="480"/>
          <w:marRight w:val="0"/>
          <w:marTop w:val="0"/>
          <w:marBottom w:val="0"/>
          <w:divBdr>
            <w:top w:val="none" w:sz="0" w:space="0" w:color="auto"/>
            <w:left w:val="none" w:sz="0" w:space="0" w:color="auto"/>
            <w:bottom w:val="none" w:sz="0" w:space="0" w:color="auto"/>
            <w:right w:val="none" w:sz="0" w:space="0" w:color="auto"/>
          </w:divBdr>
        </w:div>
        <w:div w:id="393621641">
          <w:marLeft w:val="480"/>
          <w:marRight w:val="0"/>
          <w:marTop w:val="0"/>
          <w:marBottom w:val="0"/>
          <w:divBdr>
            <w:top w:val="none" w:sz="0" w:space="0" w:color="auto"/>
            <w:left w:val="none" w:sz="0" w:space="0" w:color="auto"/>
            <w:bottom w:val="none" w:sz="0" w:space="0" w:color="auto"/>
            <w:right w:val="none" w:sz="0" w:space="0" w:color="auto"/>
          </w:divBdr>
        </w:div>
        <w:div w:id="463238372">
          <w:marLeft w:val="480"/>
          <w:marRight w:val="0"/>
          <w:marTop w:val="0"/>
          <w:marBottom w:val="0"/>
          <w:divBdr>
            <w:top w:val="none" w:sz="0" w:space="0" w:color="auto"/>
            <w:left w:val="none" w:sz="0" w:space="0" w:color="auto"/>
            <w:bottom w:val="none" w:sz="0" w:space="0" w:color="auto"/>
            <w:right w:val="none" w:sz="0" w:space="0" w:color="auto"/>
          </w:divBdr>
        </w:div>
        <w:div w:id="486753309">
          <w:marLeft w:val="480"/>
          <w:marRight w:val="0"/>
          <w:marTop w:val="0"/>
          <w:marBottom w:val="0"/>
          <w:divBdr>
            <w:top w:val="none" w:sz="0" w:space="0" w:color="auto"/>
            <w:left w:val="none" w:sz="0" w:space="0" w:color="auto"/>
            <w:bottom w:val="none" w:sz="0" w:space="0" w:color="auto"/>
            <w:right w:val="none" w:sz="0" w:space="0" w:color="auto"/>
          </w:divBdr>
        </w:div>
        <w:div w:id="512232500">
          <w:marLeft w:val="480"/>
          <w:marRight w:val="0"/>
          <w:marTop w:val="0"/>
          <w:marBottom w:val="0"/>
          <w:divBdr>
            <w:top w:val="none" w:sz="0" w:space="0" w:color="auto"/>
            <w:left w:val="none" w:sz="0" w:space="0" w:color="auto"/>
            <w:bottom w:val="none" w:sz="0" w:space="0" w:color="auto"/>
            <w:right w:val="none" w:sz="0" w:space="0" w:color="auto"/>
          </w:divBdr>
        </w:div>
        <w:div w:id="522016652">
          <w:marLeft w:val="480"/>
          <w:marRight w:val="0"/>
          <w:marTop w:val="0"/>
          <w:marBottom w:val="0"/>
          <w:divBdr>
            <w:top w:val="none" w:sz="0" w:space="0" w:color="auto"/>
            <w:left w:val="none" w:sz="0" w:space="0" w:color="auto"/>
            <w:bottom w:val="none" w:sz="0" w:space="0" w:color="auto"/>
            <w:right w:val="none" w:sz="0" w:space="0" w:color="auto"/>
          </w:divBdr>
        </w:div>
        <w:div w:id="535432698">
          <w:marLeft w:val="480"/>
          <w:marRight w:val="0"/>
          <w:marTop w:val="0"/>
          <w:marBottom w:val="0"/>
          <w:divBdr>
            <w:top w:val="none" w:sz="0" w:space="0" w:color="auto"/>
            <w:left w:val="none" w:sz="0" w:space="0" w:color="auto"/>
            <w:bottom w:val="none" w:sz="0" w:space="0" w:color="auto"/>
            <w:right w:val="none" w:sz="0" w:space="0" w:color="auto"/>
          </w:divBdr>
        </w:div>
        <w:div w:id="573585294">
          <w:marLeft w:val="480"/>
          <w:marRight w:val="0"/>
          <w:marTop w:val="0"/>
          <w:marBottom w:val="0"/>
          <w:divBdr>
            <w:top w:val="none" w:sz="0" w:space="0" w:color="auto"/>
            <w:left w:val="none" w:sz="0" w:space="0" w:color="auto"/>
            <w:bottom w:val="none" w:sz="0" w:space="0" w:color="auto"/>
            <w:right w:val="none" w:sz="0" w:space="0" w:color="auto"/>
          </w:divBdr>
        </w:div>
        <w:div w:id="669792821">
          <w:marLeft w:val="480"/>
          <w:marRight w:val="0"/>
          <w:marTop w:val="0"/>
          <w:marBottom w:val="0"/>
          <w:divBdr>
            <w:top w:val="none" w:sz="0" w:space="0" w:color="auto"/>
            <w:left w:val="none" w:sz="0" w:space="0" w:color="auto"/>
            <w:bottom w:val="none" w:sz="0" w:space="0" w:color="auto"/>
            <w:right w:val="none" w:sz="0" w:space="0" w:color="auto"/>
          </w:divBdr>
        </w:div>
        <w:div w:id="694575381">
          <w:marLeft w:val="480"/>
          <w:marRight w:val="0"/>
          <w:marTop w:val="0"/>
          <w:marBottom w:val="0"/>
          <w:divBdr>
            <w:top w:val="none" w:sz="0" w:space="0" w:color="auto"/>
            <w:left w:val="none" w:sz="0" w:space="0" w:color="auto"/>
            <w:bottom w:val="none" w:sz="0" w:space="0" w:color="auto"/>
            <w:right w:val="none" w:sz="0" w:space="0" w:color="auto"/>
          </w:divBdr>
        </w:div>
        <w:div w:id="700664462">
          <w:marLeft w:val="480"/>
          <w:marRight w:val="0"/>
          <w:marTop w:val="0"/>
          <w:marBottom w:val="0"/>
          <w:divBdr>
            <w:top w:val="none" w:sz="0" w:space="0" w:color="auto"/>
            <w:left w:val="none" w:sz="0" w:space="0" w:color="auto"/>
            <w:bottom w:val="none" w:sz="0" w:space="0" w:color="auto"/>
            <w:right w:val="none" w:sz="0" w:space="0" w:color="auto"/>
          </w:divBdr>
        </w:div>
        <w:div w:id="733089770">
          <w:marLeft w:val="480"/>
          <w:marRight w:val="0"/>
          <w:marTop w:val="0"/>
          <w:marBottom w:val="0"/>
          <w:divBdr>
            <w:top w:val="none" w:sz="0" w:space="0" w:color="auto"/>
            <w:left w:val="none" w:sz="0" w:space="0" w:color="auto"/>
            <w:bottom w:val="none" w:sz="0" w:space="0" w:color="auto"/>
            <w:right w:val="none" w:sz="0" w:space="0" w:color="auto"/>
          </w:divBdr>
        </w:div>
        <w:div w:id="883298157">
          <w:marLeft w:val="480"/>
          <w:marRight w:val="0"/>
          <w:marTop w:val="0"/>
          <w:marBottom w:val="0"/>
          <w:divBdr>
            <w:top w:val="none" w:sz="0" w:space="0" w:color="auto"/>
            <w:left w:val="none" w:sz="0" w:space="0" w:color="auto"/>
            <w:bottom w:val="none" w:sz="0" w:space="0" w:color="auto"/>
            <w:right w:val="none" w:sz="0" w:space="0" w:color="auto"/>
          </w:divBdr>
        </w:div>
        <w:div w:id="939684071">
          <w:marLeft w:val="480"/>
          <w:marRight w:val="0"/>
          <w:marTop w:val="0"/>
          <w:marBottom w:val="0"/>
          <w:divBdr>
            <w:top w:val="none" w:sz="0" w:space="0" w:color="auto"/>
            <w:left w:val="none" w:sz="0" w:space="0" w:color="auto"/>
            <w:bottom w:val="none" w:sz="0" w:space="0" w:color="auto"/>
            <w:right w:val="none" w:sz="0" w:space="0" w:color="auto"/>
          </w:divBdr>
        </w:div>
        <w:div w:id="1008286314">
          <w:marLeft w:val="480"/>
          <w:marRight w:val="0"/>
          <w:marTop w:val="0"/>
          <w:marBottom w:val="0"/>
          <w:divBdr>
            <w:top w:val="none" w:sz="0" w:space="0" w:color="auto"/>
            <w:left w:val="none" w:sz="0" w:space="0" w:color="auto"/>
            <w:bottom w:val="none" w:sz="0" w:space="0" w:color="auto"/>
            <w:right w:val="none" w:sz="0" w:space="0" w:color="auto"/>
          </w:divBdr>
        </w:div>
        <w:div w:id="1012880661">
          <w:marLeft w:val="480"/>
          <w:marRight w:val="0"/>
          <w:marTop w:val="0"/>
          <w:marBottom w:val="0"/>
          <w:divBdr>
            <w:top w:val="none" w:sz="0" w:space="0" w:color="auto"/>
            <w:left w:val="none" w:sz="0" w:space="0" w:color="auto"/>
            <w:bottom w:val="none" w:sz="0" w:space="0" w:color="auto"/>
            <w:right w:val="none" w:sz="0" w:space="0" w:color="auto"/>
          </w:divBdr>
        </w:div>
        <w:div w:id="1173569880">
          <w:marLeft w:val="480"/>
          <w:marRight w:val="0"/>
          <w:marTop w:val="0"/>
          <w:marBottom w:val="0"/>
          <w:divBdr>
            <w:top w:val="none" w:sz="0" w:space="0" w:color="auto"/>
            <w:left w:val="none" w:sz="0" w:space="0" w:color="auto"/>
            <w:bottom w:val="none" w:sz="0" w:space="0" w:color="auto"/>
            <w:right w:val="none" w:sz="0" w:space="0" w:color="auto"/>
          </w:divBdr>
        </w:div>
        <w:div w:id="1215697331">
          <w:marLeft w:val="480"/>
          <w:marRight w:val="0"/>
          <w:marTop w:val="0"/>
          <w:marBottom w:val="0"/>
          <w:divBdr>
            <w:top w:val="none" w:sz="0" w:space="0" w:color="auto"/>
            <w:left w:val="none" w:sz="0" w:space="0" w:color="auto"/>
            <w:bottom w:val="none" w:sz="0" w:space="0" w:color="auto"/>
            <w:right w:val="none" w:sz="0" w:space="0" w:color="auto"/>
          </w:divBdr>
        </w:div>
        <w:div w:id="1232541390">
          <w:marLeft w:val="480"/>
          <w:marRight w:val="0"/>
          <w:marTop w:val="0"/>
          <w:marBottom w:val="0"/>
          <w:divBdr>
            <w:top w:val="none" w:sz="0" w:space="0" w:color="auto"/>
            <w:left w:val="none" w:sz="0" w:space="0" w:color="auto"/>
            <w:bottom w:val="none" w:sz="0" w:space="0" w:color="auto"/>
            <w:right w:val="none" w:sz="0" w:space="0" w:color="auto"/>
          </w:divBdr>
        </w:div>
        <w:div w:id="1272472079">
          <w:marLeft w:val="480"/>
          <w:marRight w:val="0"/>
          <w:marTop w:val="0"/>
          <w:marBottom w:val="0"/>
          <w:divBdr>
            <w:top w:val="none" w:sz="0" w:space="0" w:color="auto"/>
            <w:left w:val="none" w:sz="0" w:space="0" w:color="auto"/>
            <w:bottom w:val="none" w:sz="0" w:space="0" w:color="auto"/>
            <w:right w:val="none" w:sz="0" w:space="0" w:color="auto"/>
          </w:divBdr>
        </w:div>
        <w:div w:id="1284070643">
          <w:marLeft w:val="480"/>
          <w:marRight w:val="0"/>
          <w:marTop w:val="0"/>
          <w:marBottom w:val="0"/>
          <w:divBdr>
            <w:top w:val="none" w:sz="0" w:space="0" w:color="auto"/>
            <w:left w:val="none" w:sz="0" w:space="0" w:color="auto"/>
            <w:bottom w:val="none" w:sz="0" w:space="0" w:color="auto"/>
            <w:right w:val="none" w:sz="0" w:space="0" w:color="auto"/>
          </w:divBdr>
        </w:div>
        <w:div w:id="1285503341">
          <w:marLeft w:val="480"/>
          <w:marRight w:val="0"/>
          <w:marTop w:val="0"/>
          <w:marBottom w:val="0"/>
          <w:divBdr>
            <w:top w:val="none" w:sz="0" w:space="0" w:color="auto"/>
            <w:left w:val="none" w:sz="0" w:space="0" w:color="auto"/>
            <w:bottom w:val="none" w:sz="0" w:space="0" w:color="auto"/>
            <w:right w:val="none" w:sz="0" w:space="0" w:color="auto"/>
          </w:divBdr>
        </w:div>
        <w:div w:id="1285505343">
          <w:marLeft w:val="480"/>
          <w:marRight w:val="0"/>
          <w:marTop w:val="0"/>
          <w:marBottom w:val="0"/>
          <w:divBdr>
            <w:top w:val="none" w:sz="0" w:space="0" w:color="auto"/>
            <w:left w:val="none" w:sz="0" w:space="0" w:color="auto"/>
            <w:bottom w:val="none" w:sz="0" w:space="0" w:color="auto"/>
            <w:right w:val="none" w:sz="0" w:space="0" w:color="auto"/>
          </w:divBdr>
        </w:div>
        <w:div w:id="1327247952">
          <w:marLeft w:val="480"/>
          <w:marRight w:val="0"/>
          <w:marTop w:val="0"/>
          <w:marBottom w:val="0"/>
          <w:divBdr>
            <w:top w:val="none" w:sz="0" w:space="0" w:color="auto"/>
            <w:left w:val="none" w:sz="0" w:space="0" w:color="auto"/>
            <w:bottom w:val="none" w:sz="0" w:space="0" w:color="auto"/>
            <w:right w:val="none" w:sz="0" w:space="0" w:color="auto"/>
          </w:divBdr>
        </w:div>
        <w:div w:id="1368028181">
          <w:marLeft w:val="480"/>
          <w:marRight w:val="0"/>
          <w:marTop w:val="0"/>
          <w:marBottom w:val="0"/>
          <w:divBdr>
            <w:top w:val="none" w:sz="0" w:space="0" w:color="auto"/>
            <w:left w:val="none" w:sz="0" w:space="0" w:color="auto"/>
            <w:bottom w:val="none" w:sz="0" w:space="0" w:color="auto"/>
            <w:right w:val="none" w:sz="0" w:space="0" w:color="auto"/>
          </w:divBdr>
        </w:div>
        <w:div w:id="1402365147">
          <w:marLeft w:val="480"/>
          <w:marRight w:val="0"/>
          <w:marTop w:val="0"/>
          <w:marBottom w:val="0"/>
          <w:divBdr>
            <w:top w:val="none" w:sz="0" w:space="0" w:color="auto"/>
            <w:left w:val="none" w:sz="0" w:space="0" w:color="auto"/>
            <w:bottom w:val="none" w:sz="0" w:space="0" w:color="auto"/>
            <w:right w:val="none" w:sz="0" w:space="0" w:color="auto"/>
          </w:divBdr>
        </w:div>
        <w:div w:id="1428234364">
          <w:marLeft w:val="480"/>
          <w:marRight w:val="0"/>
          <w:marTop w:val="0"/>
          <w:marBottom w:val="0"/>
          <w:divBdr>
            <w:top w:val="none" w:sz="0" w:space="0" w:color="auto"/>
            <w:left w:val="none" w:sz="0" w:space="0" w:color="auto"/>
            <w:bottom w:val="none" w:sz="0" w:space="0" w:color="auto"/>
            <w:right w:val="none" w:sz="0" w:space="0" w:color="auto"/>
          </w:divBdr>
        </w:div>
        <w:div w:id="1528518569">
          <w:marLeft w:val="480"/>
          <w:marRight w:val="0"/>
          <w:marTop w:val="0"/>
          <w:marBottom w:val="0"/>
          <w:divBdr>
            <w:top w:val="none" w:sz="0" w:space="0" w:color="auto"/>
            <w:left w:val="none" w:sz="0" w:space="0" w:color="auto"/>
            <w:bottom w:val="none" w:sz="0" w:space="0" w:color="auto"/>
            <w:right w:val="none" w:sz="0" w:space="0" w:color="auto"/>
          </w:divBdr>
        </w:div>
        <w:div w:id="1555385284">
          <w:marLeft w:val="480"/>
          <w:marRight w:val="0"/>
          <w:marTop w:val="0"/>
          <w:marBottom w:val="0"/>
          <w:divBdr>
            <w:top w:val="none" w:sz="0" w:space="0" w:color="auto"/>
            <w:left w:val="none" w:sz="0" w:space="0" w:color="auto"/>
            <w:bottom w:val="none" w:sz="0" w:space="0" w:color="auto"/>
            <w:right w:val="none" w:sz="0" w:space="0" w:color="auto"/>
          </w:divBdr>
        </w:div>
        <w:div w:id="1698698497">
          <w:marLeft w:val="480"/>
          <w:marRight w:val="0"/>
          <w:marTop w:val="0"/>
          <w:marBottom w:val="0"/>
          <w:divBdr>
            <w:top w:val="none" w:sz="0" w:space="0" w:color="auto"/>
            <w:left w:val="none" w:sz="0" w:space="0" w:color="auto"/>
            <w:bottom w:val="none" w:sz="0" w:space="0" w:color="auto"/>
            <w:right w:val="none" w:sz="0" w:space="0" w:color="auto"/>
          </w:divBdr>
        </w:div>
        <w:div w:id="1700887226">
          <w:marLeft w:val="480"/>
          <w:marRight w:val="0"/>
          <w:marTop w:val="0"/>
          <w:marBottom w:val="0"/>
          <w:divBdr>
            <w:top w:val="none" w:sz="0" w:space="0" w:color="auto"/>
            <w:left w:val="none" w:sz="0" w:space="0" w:color="auto"/>
            <w:bottom w:val="none" w:sz="0" w:space="0" w:color="auto"/>
            <w:right w:val="none" w:sz="0" w:space="0" w:color="auto"/>
          </w:divBdr>
        </w:div>
        <w:div w:id="1703243284">
          <w:marLeft w:val="480"/>
          <w:marRight w:val="0"/>
          <w:marTop w:val="0"/>
          <w:marBottom w:val="0"/>
          <w:divBdr>
            <w:top w:val="none" w:sz="0" w:space="0" w:color="auto"/>
            <w:left w:val="none" w:sz="0" w:space="0" w:color="auto"/>
            <w:bottom w:val="none" w:sz="0" w:space="0" w:color="auto"/>
            <w:right w:val="none" w:sz="0" w:space="0" w:color="auto"/>
          </w:divBdr>
        </w:div>
        <w:div w:id="1715890256">
          <w:marLeft w:val="480"/>
          <w:marRight w:val="0"/>
          <w:marTop w:val="0"/>
          <w:marBottom w:val="0"/>
          <w:divBdr>
            <w:top w:val="none" w:sz="0" w:space="0" w:color="auto"/>
            <w:left w:val="none" w:sz="0" w:space="0" w:color="auto"/>
            <w:bottom w:val="none" w:sz="0" w:space="0" w:color="auto"/>
            <w:right w:val="none" w:sz="0" w:space="0" w:color="auto"/>
          </w:divBdr>
        </w:div>
        <w:div w:id="1753118786">
          <w:marLeft w:val="480"/>
          <w:marRight w:val="0"/>
          <w:marTop w:val="0"/>
          <w:marBottom w:val="0"/>
          <w:divBdr>
            <w:top w:val="none" w:sz="0" w:space="0" w:color="auto"/>
            <w:left w:val="none" w:sz="0" w:space="0" w:color="auto"/>
            <w:bottom w:val="none" w:sz="0" w:space="0" w:color="auto"/>
            <w:right w:val="none" w:sz="0" w:space="0" w:color="auto"/>
          </w:divBdr>
        </w:div>
        <w:div w:id="1837725264">
          <w:marLeft w:val="480"/>
          <w:marRight w:val="0"/>
          <w:marTop w:val="0"/>
          <w:marBottom w:val="0"/>
          <w:divBdr>
            <w:top w:val="none" w:sz="0" w:space="0" w:color="auto"/>
            <w:left w:val="none" w:sz="0" w:space="0" w:color="auto"/>
            <w:bottom w:val="none" w:sz="0" w:space="0" w:color="auto"/>
            <w:right w:val="none" w:sz="0" w:space="0" w:color="auto"/>
          </w:divBdr>
        </w:div>
        <w:div w:id="1862891047">
          <w:marLeft w:val="480"/>
          <w:marRight w:val="0"/>
          <w:marTop w:val="0"/>
          <w:marBottom w:val="0"/>
          <w:divBdr>
            <w:top w:val="none" w:sz="0" w:space="0" w:color="auto"/>
            <w:left w:val="none" w:sz="0" w:space="0" w:color="auto"/>
            <w:bottom w:val="none" w:sz="0" w:space="0" w:color="auto"/>
            <w:right w:val="none" w:sz="0" w:space="0" w:color="auto"/>
          </w:divBdr>
        </w:div>
        <w:div w:id="2000647120">
          <w:marLeft w:val="480"/>
          <w:marRight w:val="0"/>
          <w:marTop w:val="0"/>
          <w:marBottom w:val="0"/>
          <w:divBdr>
            <w:top w:val="none" w:sz="0" w:space="0" w:color="auto"/>
            <w:left w:val="none" w:sz="0" w:space="0" w:color="auto"/>
            <w:bottom w:val="none" w:sz="0" w:space="0" w:color="auto"/>
            <w:right w:val="none" w:sz="0" w:space="0" w:color="auto"/>
          </w:divBdr>
        </w:div>
        <w:div w:id="2072267891">
          <w:marLeft w:val="480"/>
          <w:marRight w:val="0"/>
          <w:marTop w:val="0"/>
          <w:marBottom w:val="0"/>
          <w:divBdr>
            <w:top w:val="none" w:sz="0" w:space="0" w:color="auto"/>
            <w:left w:val="none" w:sz="0" w:space="0" w:color="auto"/>
            <w:bottom w:val="none" w:sz="0" w:space="0" w:color="auto"/>
            <w:right w:val="none" w:sz="0" w:space="0" w:color="auto"/>
          </w:divBdr>
        </w:div>
        <w:div w:id="2136750400">
          <w:marLeft w:val="480"/>
          <w:marRight w:val="0"/>
          <w:marTop w:val="0"/>
          <w:marBottom w:val="0"/>
          <w:divBdr>
            <w:top w:val="none" w:sz="0" w:space="0" w:color="auto"/>
            <w:left w:val="none" w:sz="0" w:space="0" w:color="auto"/>
            <w:bottom w:val="none" w:sz="0" w:space="0" w:color="auto"/>
            <w:right w:val="none" w:sz="0" w:space="0" w:color="auto"/>
          </w:divBdr>
        </w:div>
      </w:divsChild>
    </w:div>
    <w:div w:id="1152678004">
      <w:bodyDiv w:val="1"/>
      <w:marLeft w:val="0"/>
      <w:marRight w:val="0"/>
      <w:marTop w:val="0"/>
      <w:marBottom w:val="0"/>
      <w:divBdr>
        <w:top w:val="none" w:sz="0" w:space="0" w:color="auto"/>
        <w:left w:val="none" w:sz="0" w:space="0" w:color="auto"/>
        <w:bottom w:val="none" w:sz="0" w:space="0" w:color="auto"/>
        <w:right w:val="none" w:sz="0" w:space="0" w:color="auto"/>
      </w:divBdr>
    </w:div>
    <w:div w:id="1154296839">
      <w:bodyDiv w:val="1"/>
      <w:marLeft w:val="0"/>
      <w:marRight w:val="0"/>
      <w:marTop w:val="0"/>
      <w:marBottom w:val="0"/>
      <w:divBdr>
        <w:top w:val="none" w:sz="0" w:space="0" w:color="auto"/>
        <w:left w:val="none" w:sz="0" w:space="0" w:color="auto"/>
        <w:bottom w:val="none" w:sz="0" w:space="0" w:color="auto"/>
        <w:right w:val="none" w:sz="0" w:space="0" w:color="auto"/>
      </w:divBdr>
      <w:divsChild>
        <w:div w:id="82261113">
          <w:marLeft w:val="480"/>
          <w:marRight w:val="0"/>
          <w:marTop w:val="0"/>
          <w:marBottom w:val="0"/>
          <w:divBdr>
            <w:top w:val="none" w:sz="0" w:space="0" w:color="auto"/>
            <w:left w:val="none" w:sz="0" w:space="0" w:color="auto"/>
            <w:bottom w:val="none" w:sz="0" w:space="0" w:color="auto"/>
            <w:right w:val="none" w:sz="0" w:space="0" w:color="auto"/>
          </w:divBdr>
        </w:div>
        <w:div w:id="235940441">
          <w:marLeft w:val="480"/>
          <w:marRight w:val="0"/>
          <w:marTop w:val="0"/>
          <w:marBottom w:val="0"/>
          <w:divBdr>
            <w:top w:val="none" w:sz="0" w:space="0" w:color="auto"/>
            <w:left w:val="none" w:sz="0" w:space="0" w:color="auto"/>
            <w:bottom w:val="none" w:sz="0" w:space="0" w:color="auto"/>
            <w:right w:val="none" w:sz="0" w:space="0" w:color="auto"/>
          </w:divBdr>
        </w:div>
        <w:div w:id="265890781">
          <w:marLeft w:val="480"/>
          <w:marRight w:val="0"/>
          <w:marTop w:val="0"/>
          <w:marBottom w:val="0"/>
          <w:divBdr>
            <w:top w:val="none" w:sz="0" w:space="0" w:color="auto"/>
            <w:left w:val="none" w:sz="0" w:space="0" w:color="auto"/>
            <w:bottom w:val="none" w:sz="0" w:space="0" w:color="auto"/>
            <w:right w:val="none" w:sz="0" w:space="0" w:color="auto"/>
          </w:divBdr>
        </w:div>
        <w:div w:id="282662111">
          <w:marLeft w:val="480"/>
          <w:marRight w:val="0"/>
          <w:marTop w:val="0"/>
          <w:marBottom w:val="0"/>
          <w:divBdr>
            <w:top w:val="none" w:sz="0" w:space="0" w:color="auto"/>
            <w:left w:val="none" w:sz="0" w:space="0" w:color="auto"/>
            <w:bottom w:val="none" w:sz="0" w:space="0" w:color="auto"/>
            <w:right w:val="none" w:sz="0" w:space="0" w:color="auto"/>
          </w:divBdr>
        </w:div>
        <w:div w:id="284388106">
          <w:marLeft w:val="480"/>
          <w:marRight w:val="0"/>
          <w:marTop w:val="0"/>
          <w:marBottom w:val="0"/>
          <w:divBdr>
            <w:top w:val="none" w:sz="0" w:space="0" w:color="auto"/>
            <w:left w:val="none" w:sz="0" w:space="0" w:color="auto"/>
            <w:bottom w:val="none" w:sz="0" w:space="0" w:color="auto"/>
            <w:right w:val="none" w:sz="0" w:space="0" w:color="auto"/>
          </w:divBdr>
        </w:div>
        <w:div w:id="306975692">
          <w:marLeft w:val="480"/>
          <w:marRight w:val="0"/>
          <w:marTop w:val="0"/>
          <w:marBottom w:val="0"/>
          <w:divBdr>
            <w:top w:val="none" w:sz="0" w:space="0" w:color="auto"/>
            <w:left w:val="none" w:sz="0" w:space="0" w:color="auto"/>
            <w:bottom w:val="none" w:sz="0" w:space="0" w:color="auto"/>
            <w:right w:val="none" w:sz="0" w:space="0" w:color="auto"/>
          </w:divBdr>
        </w:div>
        <w:div w:id="324629094">
          <w:marLeft w:val="480"/>
          <w:marRight w:val="0"/>
          <w:marTop w:val="0"/>
          <w:marBottom w:val="0"/>
          <w:divBdr>
            <w:top w:val="none" w:sz="0" w:space="0" w:color="auto"/>
            <w:left w:val="none" w:sz="0" w:space="0" w:color="auto"/>
            <w:bottom w:val="none" w:sz="0" w:space="0" w:color="auto"/>
            <w:right w:val="none" w:sz="0" w:space="0" w:color="auto"/>
          </w:divBdr>
        </w:div>
        <w:div w:id="352805327">
          <w:marLeft w:val="480"/>
          <w:marRight w:val="0"/>
          <w:marTop w:val="0"/>
          <w:marBottom w:val="0"/>
          <w:divBdr>
            <w:top w:val="none" w:sz="0" w:space="0" w:color="auto"/>
            <w:left w:val="none" w:sz="0" w:space="0" w:color="auto"/>
            <w:bottom w:val="none" w:sz="0" w:space="0" w:color="auto"/>
            <w:right w:val="none" w:sz="0" w:space="0" w:color="auto"/>
          </w:divBdr>
        </w:div>
        <w:div w:id="398944641">
          <w:marLeft w:val="480"/>
          <w:marRight w:val="0"/>
          <w:marTop w:val="0"/>
          <w:marBottom w:val="0"/>
          <w:divBdr>
            <w:top w:val="none" w:sz="0" w:space="0" w:color="auto"/>
            <w:left w:val="none" w:sz="0" w:space="0" w:color="auto"/>
            <w:bottom w:val="none" w:sz="0" w:space="0" w:color="auto"/>
            <w:right w:val="none" w:sz="0" w:space="0" w:color="auto"/>
          </w:divBdr>
        </w:div>
        <w:div w:id="615258234">
          <w:marLeft w:val="480"/>
          <w:marRight w:val="0"/>
          <w:marTop w:val="0"/>
          <w:marBottom w:val="0"/>
          <w:divBdr>
            <w:top w:val="none" w:sz="0" w:space="0" w:color="auto"/>
            <w:left w:val="none" w:sz="0" w:space="0" w:color="auto"/>
            <w:bottom w:val="none" w:sz="0" w:space="0" w:color="auto"/>
            <w:right w:val="none" w:sz="0" w:space="0" w:color="auto"/>
          </w:divBdr>
        </w:div>
        <w:div w:id="675303524">
          <w:marLeft w:val="480"/>
          <w:marRight w:val="0"/>
          <w:marTop w:val="0"/>
          <w:marBottom w:val="0"/>
          <w:divBdr>
            <w:top w:val="none" w:sz="0" w:space="0" w:color="auto"/>
            <w:left w:val="none" w:sz="0" w:space="0" w:color="auto"/>
            <w:bottom w:val="none" w:sz="0" w:space="0" w:color="auto"/>
            <w:right w:val="none" w:sz="0" w:space="0" w:color="auto"/>
          </w:divBdr>
        </w:div>
        <w:div w:id="717389001">
          <w:marLeft w:val="480"/>
          <w:marRight w:val="0"/>
          <w:marTop w:val="0"/>
          <w:marBottom w:val="0"/>
          <w:divBdr>
            <w:top w:val="none" w:sz="0" w:space="0" w:color="auto"/>
            <w:left w:val="none" w:sz="0" w:space="0" w:color="auto"/>
            <w:bottom w:val="none" w:sz="0" w:space="0" w:color="auto"/>
            <w:right w:val="none" w:sz="0" w:space="0" w:color="auto"/>
          </w:divBdr>
        </w:div>
        <w:div w:id="857893204">
          <w:marLeft w:val="480"/>
          <w:marRight w:val="0"/>
          <w:marTop w:val="0"/>
          <w:marBottom w:val="0"/>
          <w:divBdr>
            <w:top w:val="none" w:sz="0" w:space="0" w:color="auto"/>
            <w:left w:val="none" w:sz="0" w:space="0" w:color="auto"/>
            <w:bottom w:val="none" w:sz="0" w:space="0" w:color="auto"/>
            <w:right w:val="none" w:sz="0" w:space="0" w:color="auto"/>
          </w:divBdr>
        </w:div>
        <w:div w:id="864829449">
          <w:marLeft w:val="480"/>
          <w:marRight w:val="0"/>
          <w:marTop w:val="0"/>
          <w:marBottom w:val="0"/>
          <w:divBdr>
            <w:top w:val="none" w:sz="0" w:space="0" w:color="auto"/>
            <w:left w:val="none" w:sz="0" w:space="0" w:color="auto"/>
            <w:bottom w:val="none" w:sz="0" w:space="0" w:color="auto"/>
            <w:right w:val="none" w:sz="0" w:space="0" w:color="auto"/>
          </w:divBdr>
        </w:div>
        <w:div w:id="875968359">
          <w:marLeft w:val="480"/>
          <w:marRight w:val="0"/>
          <w:marTop w:val="0"/>
          <w:marBottom w:val="0"/>
          <w:divBdr>
            <w:top w:val="none" w:sz="0" w:space="0" w:color="auto"/>
            <w:left w:val="none" w:sz="0" w:space="0" w:color="auto"/>
            <w:bottom w:val="none" w:sz="0" w:space="0" w:color="auto"/>
            <w:right w:val="none" w:sz="0" w:space="0" w:color="auto"/>
          </w:divBdr>
        </w:div>
        <w:div w:id="895703930">
          <w:marLeft w:val="480"/>
          <w:marRight w:val="0"/>
          <w:marTop w:val="0"/>
          <w:marBottom w:val="0"/>
          <w:divBdr>
            <w:top w:val="none" w:sz="0" w:space="0" w:color="auto"/>
            <w:left w:val="none" w:sz="0" w:space="0" w:color="auto"/>
            <w:bottom w:val="none" w:sz="0" w:space="0" w:color="auto"/>
            <w:right w:val="none" w:sz="0" w:space="0" w:color="auto"/>
          </w:divBdr>
        </w:div>
        <w:div w:id="956911906">
          <w:marLeft w:val="480"/>
          <w:marRight w:val="0"/>
          <w:marTop w:val="0"/>
          <w:marBottom w:val="0"/>
          <w:divBdr>
            <w:top w:val="none" w:sz="0" w:space="0" w:color="auto"/>
            <w:left w:val="none" w:sz="0" w:space="0" w:color="auto"/>
            <w:bottom w:val="none" w:sz="0" w:space="0" w:color="auto"/>
            <w:right w:val="none" w:sz="0" w:space="0" w:color="auto"/>
          </w:divBdr>
        </w:div>
        <w:div w:id="982127151">
          <w:marLeft w:val="480"/>
          <w:marRight w:val="0"/>
          <w:marTop w:val="0"/>
          <w:marBottom w:val="0"/>
          <w:divBdr>
            <w:top w:val="none" w:sz="0" w:space="0" w:color="auto"/>
            <w:left w:val="none" w:sz="0" w:space="0" w:color="auto"/>
            <w:bottom w:val="none" w:sz="0" w:space="0" w:color="auto"/>
            <w:right w:val="none" w:sz="0" w:space="0" w:color="auto"/>
          </w:divBdr>
        </w:div>
        <w:div w:id="1027682838">
          <w:marLeft w:val="480"/>
          <w:marRight w:val="0"/>
          <w:marTop w:val="0"/>
          <w:marBottom w:val="0"/>
          <w:divBdr>
            <w:top w:val="none" w:sz="0" w:space="0" w:color="auto"/>
            <w:left w:val="none" w:sz="0" w:space="0" w:color="auto"/>
            <w:bottom w:val="none" w:sz="0" w:space="0" w:color="auto"/>
            <w:right w:val="none" w:sz="0" w:space="0" w:color="auto"/>
          </w:divBdr>
        </w:div>
        <w:div w:id="1040982576">
          <w:marLeft w:val="480"/>
          <w:marRight w:val="0"/>
          <w:marTop w:val="0"/>
          <w:marBottom w:val="0"/>
          <w:divBdr>
            <w:top w:val="none" w:sz="0" w:space="0" w:color="auto"/>
            <w:left w:val="none" w:sz="0" w:space="0" w:color="auto"/>
            <w:bottom w:val="none" w:sz="0" w:space="0" w:color="auto"/>
            <w:right w:val="none" w:sz="0" w:space="0" w:color="auto"/>
          </w:divBdr>
        </w:div>
        <w:div w:id="1081565907">
          <w:marLeft w:val="480"/>
          <w:marRight w:val="0"/>
          <w:marTop w:val="0"/>
          <w:marBottom w:val="0"/>
          <w:divBdr>
            <w:top w:val="none" w:sz="0" w:space="0" w:color="auto"/>
            <w:left w:val="none" w:sz="0" w:space="0" w:color="auto"/>
            <w:bottom w:val="none" w:sz="0" w:space="0" w:color="auto"/>
            <w:right w:val="none" w:sz="0" w:space="0" w:color="auto"/>
          </w:divBdr>
        </w:div>
        <w:div w:id="1108433228">
          <w:marLeft w:val="480"/>
          <w:marRight w:val="0"/>
          <w:marTop w:val="0"/>
          <w:marBottom w:val="0"/>
          <w:divBdr>
            <w:top w:val="none" w:sz="0" w:space="0" w:color="auto"/>
            <w:left w:val="none" w:sz="0" w:space="0" w:color="auto"/>
            <w:bottom w:val="none" w:sz="0" w:space="0" w:color="auto"/>
            <w:right w:val="none" w:sz="0" w:space="0" w:color="auto"/>
          </w:divBdr>
        </w:div>
        <w:div w:id="1121000098">
          <w:marLeft w:val="480"/>
          <w:marRight w:val="0"/>
          <w:marTop w:val="0"/>
          <w:marBottom w:val="0"/>
          <w:divBdr>
            <w:top w:val="none" w:sz="0" w:space="0" w:color="auto"/>
            <w:left w:val="none" w:sz="0" w:space="0" w:color="auto"/>
            <w:bottom w:val="none" w:sz="0" w:space="0" w:color="auto"/>
            <w:right w:val="none" w:sz="0" w:space="0" w:color="auto"/>
          </w:divBdr>
        </w:div>
        <w:div w:id="1181966398">
          <w:marLeft w:val="480"/>
          <w:marRight w:val="0"/>
          <w:marTop w:val="0"/>
          <w:marBottom w:val="0"/>
          <w:divBdr>
            <w:top w:val="none" w:sz="0" w:space="0" w:color="auto"/>
            <w:left w:val="none" w:sz="0" w:space="0" w:color="auto"/>
            <w:bottom w:val="none" w:sz="0" w:space="0" w:color="auto"/>
            <w:right w:val="none" w:sz="0" w:space="0" w:color="auto"/>
          </w:divBdr>
        </w:div>
        <w:div w:id="1183593562">
          <w:marLeft w:val="480"/>
          <w:marRight w:val="0"/>
          <w:marTop w:val="0"/>
          <w:marBottom w:val="0"/>
          <w:divBdr>
            <w:top w:val="none" w:sz="0" w:space="0" w:color="auto"/>
            <w:left w:val="none" w:sz="0" w:space="0" w:color="auto"/>
            <w:bottom w:val="none" w:sz="0" w:space="0" w:color="auto"/>
            <w:right w:val="none" w:sz="0" w:space="0" w:color="auto"/>
          </w:divBdr>
        </w:div>
        <w:div w:id="1196112275">
          <w:marLeft w:val="480"/>
          <w:marRight w:val="0"/>
          <w:marTop w:val="0"/>
          <w:marBottom w:val="0"/>
          <w:divBdr>
            <w:top w:val="none" w:sz="0" w:space="0" w:color="auto"/>
            <w:left w:val="none" w:sz="0" w:space="0" w:color="auto"/>
            <w:bottom w:val="none" w:sz="0" w:space="0" w:color="auto"/>
            <w:right w:val="none" w:sz="0" w:space="0" w:color="auto"/>
          </w:divBdr>
        </w:div>
        <w:div w:id="1287078059">
          <w:marLeft w:val="480"/>
          <w:marRight w:val="0"/>
          <w:marTop w:val="0"/>
          <w:marBottom w:val="0"/>
          <w:divBdr>
            <w:top w:val="none" w:sz="0" w:space="0" w:color="auto"/>
            <w:left w:val="none" w:sz="0" w:space="0" w:color="auto"/>
            <w:bottom w:val="none" w:sz="0" w:space="0" w:color="auto"/>
            <w:right w:val="none" w:sz="0" w:space="0" w:color="auto"/>
          </w:divBdr>
        </w:div>
        <w:div w:id="1314984739">
          <w:marLeft w:val="480"/>
          <w:marRight w:val="0"/>
          <w:marTop w:val="0"/>
          <w:marBottom w:val="0"/>
          <w:divBdr>
            <w:top w:val="none" w:sz="0" w:space="0" w:color="auto"/>
            <w:left w:val="none" w:sz="0" w:space="0" w:color="auto"/>
            <w:bottom w:val="none" w:sz="0" w:space="0" w:color="auto"/>
            <w:right w:val="none" w:sz="0" w:space="0" w:color="auto"/>
          </w:divBdr>
        </w:div>
        <w:div w:id="1348798790">
          <w:marLeft w:val="480"/>
          <w:marRight w:val="0"/>
          <w:marTop w:val="0"/>
          <w:marBottom w:val="0"/>
          <w:divBdr>
            <w:top w:val="none" w:sz="0" w:space="0" w:color="auto"/>
            <w:left w:val="none" w:sz="0" w:space="0" w:color="auto"/>
            <w:bottom w:val="none" w:sz="0" w:space="0" w:color="auto"/>
            <w:right w:val="none" w:sz="0" w:space="0" w:color="auto"/>
          </w:divBdr>
        </w:div>
        <w:div w:id="1368674175">
          <w:marLeft w:val="480"/>
          <w:marRight w:val="0"/>
          <w:marTop w:val="0"/>
          <w:marBottom w:val="0"/>
          <w:divBdr>
            <w:top w:val="none" w:sz="0" w:space="0" w:color="auto"/>
            <w:left w:val="none" w:sz="0" w:space="0" w:color="auto"/>
            <w:bottom w:val="none" w:sz="0" w:space="0" w:color="auto"/>
            <w:right w:val="none" w:sz="0" w:space="0" w:color="auto"/>
          </w:divBdr>
        </w:div>
        <w:div w:id="1452554827">
          <w:marLeft w:val="480"/>
          <w:marRight w:val="0"/>
          <w:marTop w:val="0"/>
          <w:marBottom w:val="0"/>
          <w:divBdr>
            <w:top w:val="none" w:sz="0" w:space="0" w:color="auto"/>
            <w:left w:val="none" w:sz="0" w:space="0" w:color="auto"/>
            <w:bottom w:val="none" w:sz="0" w:space="0" w:color="auto"/>
            <w:right w:val="none" w:sz="0" w:space="0" w:color="auto"/>
          </w:divBdr>
        </w:div>
        <w:div w:id="1522664127">
          <w:marLeft w:val="480"/>
          <w:marRight w:val="0"/>
          <w:marTop w:val="0"/>
          <w:marBottom w:val="0"/>
          <w:divBdr>
            <w:top w:val="none" w:sz="0" w:space="0" w:color="auto"/>
            <w:left w:val="none" w:sz="0" w:space="0" w:color="auto"/>
            <w:bottom w:val="none" w:sz="0" w:space="0" w:color="auto"/>
            <w:right w:val="none" w:sz="0" w:space="0" w:color="auto"/>
          </w:divBdr>
        </w:div>
        <w:div w:id="1646348726">
          <w:marLeft w:val="480"/>
          <w:marRight w:val="0"/>
          <w:marTop w:val="0"/>
          <w:marBottom w:val="0"/>
          <w:divBdr>
            <w:top w:val="none" w:sz="0" w:space="0" w:color="auto"/>
            <w:left w:val="none" w:sz="0" w:space="0" w:color="auto"/>
            <w:bottom w:val="none" w:sz="0" w:space="0" w:color="auto"/>
            <w:right w:val="none" w:sz="0" w:space="0" w:color="auto"/>
          </w:divBdr>
        </w:div>
        <w:div w:id="1721443475">
          <w:marLeft w:val="480"/>
          <w:marRight w:val="0"/>
          <w:marTop w:val="0"/>
          <w:marBottom w:val="0"/>
          <w:divBdr>
            <w:top w:val="none" w:sz="0" w:space="0" w:color="auto"/>
            <w:left w:val="none" w:sz="0" w:space="0" w:color="auto"/>
            <w:bottom w:val="none" w:sz="0" w:space="0" w:color="auto"/>
            <w:right w:val="none" w:sz="0" w:space="0" w:color="auto"/>
          </w:divBdr>
        </w:div>
        <w:div w:id="1745107594">
          <w:marLeft w:val="480"/>
          <w:marRight w:val="0"/>
          <w:marTop w:val="0"/>
          <w:marBottom w:val="0"/>
          <w:divBdr>
            <w:top w:val="none" w:sz="0" w:space="0" w:color="auto"/>
            <w:left w:val="none" w:sz="0" w:space="0" w:color="auto"/>
            <w:bottom w:val="none" w:sz="0" w:space="0" w:color="auto"/>
            <w:right w:val="none" w:sz="0" w:space="0" w:color="auto"/>
          </w:divBdr>
        </w:div>
        <w:div w:id="1883205405">
          <w:marLeft w:val="480"/>
          <w:marRight w:val="0"/>
          <w:marTop w:val="0"/>
          <w:marBottom w:val="0"/>
          <w:divBdr>
            <w:top w:val="none" w:sz="0" w:space="0" w:color="auto"/>
            <w:left w:val="none" w:sz="0" w:space="0" w:color="auto"/>
            <w:bottom w:val="none" w:sz="0" w:space="0" w:color="auto"/>
            <w:right w:val="none" w:sz="0" w:space="0" w:color="auto"/>
          </w:divBdr>
        </w:div>
        <w:div w:id="1883319342">
          <w:marLeft w:val="480"/>
          <w:marRight w:val="0"/>
          <w:marTop w:val="0"/>
          <w:marBottom w:val="0"/>
          <w:divBdr>
            <w:top w:val="none" w:sz="0" w:space="0" w:color="auto"/>
            <w:left w:val="none" w:sz="0" w:space="0" w:color="auto"/>
            <w:bottom w:val="none" w:sz="0" w:space="0" w:color="auto"/>
            <w:right w:val="none" w:sz="0" w:space="0" w:color="auto"/>
          </w:divBdr>
        </w:div>
        <w:div w:id="1995834310">
          <w:marLeft w:val="480"/>
          <w:marRight w:val="0"/>
          <w:marTop w:val="0"/>
          <w:marBottom w:val="0"/>
          <w:divBdr>
            <w:top w:val="none" w:sz="0" w:space="0" w:color="auto"/>
            <w:left w:val="none" w:sz="0" w:space="0" w:color="auto"/>
            <w:bottom w:val="none" w:sz="0" w:space="0" w:color="auto"/>
            <w:right w:val="none" w:sz="0" w:space="0" w:color="auto"/>
          </w:divBdr>
        </w:div>
        <w:div w:id="2017998016">
          <w:marLeft w:val="480"/>
          <w:marRight w:val="0"/>
          <w:marTop w:val="0"/>
          <w:marBottom w:val="0"/>
          <w:divBdr>
            <w:top w:val="none" w:sz="0" w:space="0" w:color="auto"/>
            <w:left w:val="none" w:sz="0" w:space="0" w:color="auto"/>
            <w:bottom w:val="none" w:sz="0" w:space="0" w:color="auto"/>
            <w:right w:val="none" w:sz="0" w:space="0" w:color="auto"/>
          </w:divBdr>
        </w:div>
        <w:div w:id="2114327379">
          <w:marLeft w:val="480"/>
          <w:marRight w:val="0"/>
          <w:marTop w:val="0"/>
          <w:marBottom w:val="0"/>
          <w:divBdr>
            <w:top w:val="none" w:sz="0" w:space="0" w:color="auto"/>
            <w:left w:val="none" w:sz="0" w:space="0" w:color="auto"/>
            <w:bottom w:val="none" w:sz="0" w:space="0" w:color="auto"/>
            <w:right w:val="none" w:sz="0" w:space="0" w:color="auto"/>
          </w:divBdr>
        </w:div>
      </w:divsChild>
    </w:div>
    <w:div w:id="1156067941">
      <w:bodyDiv w:val="1"/>
      <w:marLeft w:val="0"/>
      <w:marRight w:val="0"/>
      <w:marTop w:val="0"/>
      <w:marBottom w:val="0"/>
      <w:divBdr>
        <w:top w:val="none" w:sz="0" w:space="0" w:color="auto"/>
        <w:left w:val="none" w:sz="0" w:space="0" w:color="auto"/>
        <w:bottom w:val="none" w:sz="0" w:space="0" w:color="auto"/>
        <w:right w:val="none" w:sz="0" w:space="0" w:color="auto"/>
      </w:divBdr>
    </w:div>
    <w:div w:id="1159729614">
      <w:bodyDiv w:val="1"/>
      <w:marLeft w:val="0"/>
      <w:marRight w:val="0"/>
      <w:marTop w:val="0"/>
      <w:marBottom w:val="0"/>
      <w:divBdr>
        <w:top w:val="none" w:sz="0" w:space="0" w:color="auto"/>
        <w:left w:val="none" w:sz="0" w:space="0" w:color="auto"/>
        <w:bottom w:val="none" w:sz="0" w:space="0" w:color="auto"/>
        <w:right w:val="none" w:sz="0" w:space="0" w:color="auto"/>
      </w:divBdr>
    </w:div>
    <w:div w:id="1160122579">
      <w:bodyDiv w:val="1"/>
      <w:marLeft w:val="0"/>
      <w:marRight w:val="0"/>
      <w:marTop w:val="0"/>
      <w:marBottom w:val="0"/>
      <w:divBdr>
        <w:top w:val="none" w:sz="0" w:space="0" w:color="auto"/>
        <w:left w:val="none" w:sz="0" w:space="0" w:color="auto"/>
        <w:bottom w:val="none" w:sz="0" w:space="0" w:color="auto"/>
        <w:right w:val="none" w:sz="0" w:space="0" w:color="auto"/>
      </w:divBdr>
    </w:div>
    <w:div w:id="1160391769">
      <w:bodyDiv w:val="1"/>
      <w:marLeft w:val="0"/>
      <w:marRight w:val="0"/>
      <w:marTop w:val="0"/>
      <w:marBottom w:val="0"/>
      <w:divBdr>
        <w:top w:val="none" w:sz="0" w:space="0" w:color="auto"/>
        <w:left w:val="none" w:sz="0" w:space="0" w:color="auto"/>
        <w:bottom w:val="none" w:sz="0" w:space="0" w:color="auto"/>
        <w:right w:val="none" w:sz="0" w:space="0" w:color="auto"/>
      </w:divBdr>
    </w:div>
    <w:div w:id="1160849498">
      <w:bodyDiv w:val="1"/>
      <w:marLeft w:val="0"/>
      <w:marRight w:val="0"/>
      <w:marTop w:val="0"/>
      <w:marBottom w:val="0"/>
      <w:divBdr>
        <w:top w:val="none" w:sz="0" w:space="0" w:color="auto"/>
        <w:left w:val="none" w:sz="0" w:space="0" w:color="auto"/>
        <w:bottom w:val="none" w:sz="0" w:space="0" w:color="auto"/>
        <w:right w:val="none" w:sz="0" w:space="0" w:color="auto"/>
      </w:divBdr>
    </w:div>
    <w:div w:id="1161849156">
      <w:bodyDiv w:val="1"/>
      <w:marLeft w:val="0"/>
      <w:marRight w:val="0"/>
      <w:marTop w:val="0"/>
      <w:marBottom w:val="0"/>
      <w:divBdr>
        <w:top w:val="none" w:sz="0" w:space="0" w:color="auto"/>
        <w:left w:val="none" w:sz="0" w:space="0" w:color="auto"/>
        <w:bottom w:val="none" w:sz="0" w:space="0" w:color="auto"/>
        <w:right w:val="none" w:sz="0" w:space="0" w:color="auto"/>
      </w:divBdr>
    </w:div>
    <w:div w:id="1166676641">
      <w:bodyDiv w:val="1"/>
      <w:marLeft w:val="0"/>
      <w:marRight w:val="0"/>
      <w:marTop w:val="0"/>
      <w:marBottom w:val="0"/>
      <w:divBdr>
        <w:top w:val="none" w:sz="0" w:space="0" w:color="auto"/>
        <w:left w:val="none" w:sz="0" w:space="0" w:color="auto"/>
        <w:bottom w:val="none" w:sz="0" w:space="0" w:color="auto"/>
        <w:right w:val="none" w:sz="0" w:space="0" w:color="auto"/>
      </w:divBdr>
      <w:divsChild>
        <w:div w:id="32120398">
          <w:marLeft w:val="480"/>
          <w:marRight w:val="0"/>
          <w:marTop w:val="0"/>
          <w:marBottom w:val="0"/>
          <w:divBdr>
            <w:top w:val="none" w:sz="0" w:space="0" w:color="auto"/>
            <w:left w:val="none" w:sz="0" w:space="0" w:color="auto"/>
            <w:bottom w:val="none" w:sz="0" w:space="0" w:color="auto"/>
            <w:right w:val="none" w:sz="0" w:space="0" w:color="auto"/>
          </w:divBdr>
        </w:div>
        <w:div w:id="201332861">
          <w:marLeft w:val="480"/>
          <w:marRight w:val="0"/>
          <w:marTop w:val="0"/>
          <w:marBottom w:val="0"/>
          <w:divBdr>
            <w:top w:val="none" w:sz="0" w:space="0" w:color="auto"/>
            <w:left w:val="none" w:sz="0" w:space="0" w:color="auto"/>
            <w:bottom w:val="none" w:sz="0" w:space="0" w:color="auto"/>
            <w:right w:val="none" w:sz="0" w:space="0" w:color="auto"/>
          </w:divBdr>
        </w:div>
        <w:div w:id="250048948">
          <w:marLeft w:val="480"/>
          <w:marRight w:val="0"/>
          <w:marTop w:val="0"/>
          <w:marBottom w:val="0"/>
          <w:divBdr>
            <w:top w:val="none" w:sz="0" w:space="0" w:color="auto"/>
            <w:left w:val="none" w:sz="0" w:space="0" w:color="auto"/>
            <w:bottom w:val="none" w:sz="0" w:space="0" w:color="auto"/>
            <w:right w:val="none" w:sz="0" w:space="0" w:color="auto"/>
          </w:divBdr>
        </w:div>
        <w:div w:id="319962938">
          <w:marLeft w:val="480"/>
          <w:marRight w:val="0"/>
          <w:marTop w:val="0"/>
          <w:marBottom w:val="0"/>
          <w:divBdr>
            <w:top w:val="none" w:sz="0" w:space="0" w:color="auto"/>
            <w:left w:val="none" w:sz="0" w:space="0" w:color="auto"/>
            <w:bottom w:val="none" w:sz="0" w:space="0" w:color="auto"/>
            <w:right w:val="none" w:sz="0" w:space="0" w:color="auto"/>
          </w:divBdr>
        </w:div>
        <w:div w:id="340815459">
          <w:marLeft w:val="480"/>
          <w:marRight w:val="0"/>
          <w:marTop w:val="0"/>
          <w:marBottom w:val="0"/>
          <w:divBdr>
            <w:top w:val="none" w:sz="0" w:space="0" w:color="auto"/>
            <w:left w:val="none" w:sz="0" w:space="0" w:color="auto"/>
            <w:bottom w:val="none" w:sz="0" w:space="0" w:color="auto"/>
            <w:right w:val="none" w:sz="0" w:space="0" w:color="auto"/>
          </w:divBdr>
        </w:div>
        <w:div w:id="403184324">
          <w:marLeft w:val="480"/>
          <w:marRight w:val="0"/>
          <w:marTop w:val="0"/>
          <w:marBottom w:val="0"/>
          <w:divBdr>
            <w:top w:val="none" w:sz="0" w:space="0" w:color="auto"/>
            <w:left w:val="none" w:sz="0" w:space="0" w:color="auto"/>
            <w:bottom w:val="none" w:sz="0" w:space="0" w:color="auto"/>
            <w:right w:val="none" w:sz="0" w:space="0" w:color="auto"/>
          </w:divBdr>
        </w:div>
        <w:div w:id="592740165">
          <w:marLeft w:val="480"/>
          <w:marRight w:val="0"/>
          <w:marTop w:val="0"/>
          <w:marBottom w:val="0"/>
          <w:divBdr>
            <w:top w:val="none" w:sz="0" w:space="0" w:color="auto"/>
            <w:left w:val="none" w:sz="0" w:space="0" w:color="auto"/>
            <w:bottom w:val="none" w:sz="0" w:space="0" w:color="auto"/>
            <w:right w:val="none" w:sz="0" w:space="0" w:color="auto"/>
          </w:divBdr>
        </w:div>
        <w:div w:id="610865802">
          <w:marLeft w:val="480"/>
          <w:marRight w:val="0"/>
          <w:marTop w:val="0"/>
          <w:marBottom w:val="0"/>
          <w:divBdr>
            <w:top w:val="none" w:sz="0" w:space="0" w:color="auto"/>
            <w:left w:val="none" w:sz="0" w:space="0" w:color="auto"/>
            <w:bottom w:val="none" w:sz="0" w:space="0" w:color="auto"/>
            <w:right w:val="none" w:sz="0" w:space="0" w:color="auto"/>
          </w:divBdr>
        </w:div>
        <w:div w:id="681129500">
          <w:marLeft w:val="480"/>
          <w:marRight w:val="0"/>
          <w:marTop w:val="0"/>
          <w:marBottom w:val="0"/>
          <w:divBdr>
            <w:top w:val="none" w:sz="0" w:space="0" w:color="auto"/>
            <w:left w:val="none" w:sz="0" w:space="0" w:color="auto"/>
            <w:bottom w:val="none" w:sz="0" w:space="0" w:color="auto"/>
            <w:right w:val="none" w:sz="0" w:space="0" w:color="auto"/>
          </w:divBdr>
        </w:div>
        <w:div w:id="717827460">
          <w:marLeft w:val="480"/>
          <w:marRight w:val="0"/>
          <w:marTop w:val="0"/>
          <w:marBottom w:val="0"/>
          <w:divBdr>
            <w:top w:val="none" w:sz="0" w:space="0" w:color="auto"/>
            <w:left w:val="none" w:sz="0" w:space="0" w:color="auto"/>
            <w:bottom w:val="none" w:sz="0" w:space="0" w:color="auto"/>
            <w:right w:val="none" w:sz="0" w:space="0" w:color="auto"/>
          </w:divBdr>
        </w:div>
        <w:div w:id="756750200">
          <w:marLeft w:val="480"/>
          <w:marRight w:val="0"/>
          <w:marTop w:val="0"/>
          <w:marBottom w:val="0"/>
          <w:divBdr>
            <w:top w:val="none" w:sz="0" w:space="0" w:color="auto"/>
            <w:left w:val="none" w:sz="0" w:space="0" w:color="auto"/>
            <w:bottom w:val="none" w:sz="0" w:space="0" w:color="auto"/>
            <w:right w:val="none" w:sz="0" w:space="0" w:color="auto"/>
          </w:divBdr>
        </w:div>
        <w:div w:id="789858879">
          <w:marLeft w:val="480"/>
          <w:marRight w:val="0"/>
          <w:marTop w:val="0"/>
          <w:marBottom w:val="0"/>
          <w:divBdr>
            <w:top w:val="none" w:sz="0" w:space="0" w:color="auto"/>
            <w:left w:val="none" w:sz="0" w:space="0" w:color="auto"/>
            <w:bottom w:val="none" w:sz="0" w:space="0" w:color="auto"/>
            <w:right w:val="none" w:sz="0" w:space="0" w:color="auto"/>
          </w:divBdr>
        </w:div>
        <w:div w:id="826284194">
          <w:marLeft w:val="480"/>
          <w:marRight w:val="0"/>
          <w:marTop w:val="0"/>
          <w:marBottom w:val="0"/>
          <w:divBdr>
            <w:top w:val="none" w:sz="0" w:space="0" w:color="auto"/>
            <w:left w:val="none" w:sz="0" w:space="0" w:color="auto"/>
            <w:bottom w:val="none" w:sz="0" w:space="0" w:color="auto"/>
            <w:right w:val="none" w:sz="0" w:space="0" w:color="auto"/>
          </w:divBdr>
        </w:div>
        <w:div w:id="937063105">
          <w:marLeft w:val="480"/>
          <w:marRight w:val="0"/>
          <w:marTop w:val="0"/>
          <w:marBottom w:val="0"/>
          <w:divBdr>
            <w:top w:val="none" w:sz="0" w:space="0" w:color="auto"/>
            <w:left w:val="none" w:sz="0" w:space="0" w:color="auto"/>
            <w:bottom w:val="none" w:sz="0" w:space="0" w:color="auto"/>
            <w:right w:val="none" w:sz="0" w:space="0" w:color="auto"/>
          </w:divBdr>
        </w:div>
        <w:div w:id="988442039">
          <w:marLeft w:val="480"/>
          <w:marRight w:val="0"/>
          <w:marTop w:val="0"/>
          <w:marBottom w:val="0"/>
          <w:divBdr>
            <w:top w:val="none" w:sz="0" w:space="0" w:color="auto"/>
            <w:left w:val="none" w:sz="0" w:space="0" w:color="auto"/>
            <w:bottom w:val="none" w:sz="0" w:space="0" w:color="auto"/>
            <w:right w:val="none" w:sz="0" w:space="0" w:color="auto"/>
          </w:divBdr>
        </w:div>
        <w:div w:id="1033728844">
          <w:marLeft w:val="480"/>
          <w:marRight w:val="0"/>
          <w:marTop w:val="0"/>
          <w:marBottom w:val="0"/>
          <w:divBdr>
            <w:top w:val="none" w:sz="0" w:space="0" w:color="auto"/>
            <w:left w:val="none" w:sz="0" w:space="0" w:color="auto"/>
            <w:bottom w:val="none" w:sz="0" w:space="0" w:color="auto"/>
            <w:right w:val="none" w:sz="0" w:space="0" w:color="auto"/>
          </w:divBdr>
        </w:div>
        <w:div w:id="1082949007">
          <w:marLeft w:val="480"/>
          <w:marRight w:val="0"/>
          <w:marTop w:val="0"/>
          <w:marBottom w:val="0"/>
          <w:divBdr>
            <w:top w:val="none" w:sz="0" w:space="0" w:color="auto"/>
            <w:left w:val="none" w:sz="0" w:space="0" w:color="auto"/>
            <w:bottom w:val="none" w:sz="0" w:space="0" w:color="auto"/>
            <w:right w:val="none" w:sz="0" w:space="0" w:color="auto"/>
          </w:divBdr>
        </w:div>
        <w:div w:id="1096097634">
          <w:marLeft w:val="480"/>
          <w:marRight w:val="0"/>
          <w:marTop w:val="0"/>
          <w:marBottom w:val="0"/>
          <w:divBdr>
            <w:top w:val="none" w:sz="0" w:space="0" w:color="auto"/>
            <w:left w:val="none" w:sz="0" w:space="0" w:color="auto"/>
            <w:bottom w:val="none" w:sz="0" w:space="0" w:color="auto"/>
            <w:right w:val="none" w:sz="0" w:space="0" w:color="auto"/>
          </w:divBdr>
        </w:div>
        <w:div w:id="1163661951">
          <w:marLeft w:val="480"/>
          <w:marRight w:val="0"/>
          <w:marTop w:val="0"/>
          <w:marBottom w:val="0"/>
          <w:divBdr>
            <w:top w:val="none" w:sz="0" w:space="0" w:color="auto"/>
            <w:left w:val="none" w:sz="0" w:space="0" w:color="auto"/>
            <w:bottom w:val="none" w:sz="0" w:space="0" w:color="auto"/>
            <w:right w:val="none" w:sz="0" w:space="0" w:color="auto"/>
          </w:divBdr>
        </w:div>
        <w:div w:id="1168903010">
          <w:marLeft w:val="480"/>
          <w:marRight w:val="0"/>
          <w:marTop w:val="0"/>
          <w:marBottom w:val="0"/>
          <w:divBdr>
            <w:top w:val="none" w:sz="0" w:space="0" w:color="auto"/>
            <w:left w:val="none" w:sz="0" w:space="0" w:color="auto"/>
            <w:bottom w:val="none" w:sz="0" w:space="0" w:color="auto"/>
            <w:right w:val="none" w:sz="0" w:space="0" w:color="auto"/>
          </w:divBdr>
        </w:div>
        <w:div w:id="1243099440">
          <w:marLeft w:val="480"/>
          <w:marRight w:val="0"/>
          <w:marTop w:val="0"/>
          <w:marBottom w:val="0"/>
          <w:divBdr>
            <w:top w:val="none" w:sz="0" w:space="0" w:color="auto"/>
            <w:left w:val="none" w:sz="0" w:space="0" w:color="auto"/>
            <w:bottom w:val="none" w:sz="0" w:space="0" w:color="auto"/>
            <w:right w:val="none" w:sz="0" w:space="0" w:color="auto"/>
          </w:divBdr>
        </w:div>
        <w:div w:id="1255937822">
          <w:marLeft w:val="480"/>
          <w:marRight w:val="0"/>
          <w:marTop w:val="0"/>
          <w:marBottom w:val="0"/>
          <w:divBdr>
            <w:top w:val="none" w:sz="0" w:space="0" w:color="auto"/>
            <w:left w:val="none" w:sz="0" w:space="0" w:color="auto"/>
            <w:bottom w:val="none" w:sz="0" w:space="0" w:color="auto"/>
            <w:right w:val="none" w:sz="0" w:space="0" w:color="auto"/>
          </w:divBdr>
        </w:div>
        <w:div w:id="1285313771">
          <w:marLeft w:val="480"/>
          <w:marRight w:val="0"/>
          <w:marTop w:val="0"/>
          <w:marBottom w:val="0"/>
          <w:divBdr>
            <w:top w:val="none" w:sz="0" w:space="0" w:color="auto"/>
            <w:left w:val="none" w:sz="0" w:space="0" w:color="auto"/>
            <w:bottom w:val="none" w:sz="0" w:space="0" w:color="auto"/>
            <w:right w:val="none" w:sz="0" w:space="0" w:color="auto"/>
          </w:divBdr>
        </w:div>
        <w:div w:id="1381630402">
          <w:marLeft w:val="480"/>
          <w:marRight w:val="0"/>
          <w:marTop w:val="0"/>
          <w:marBottom w:val="0"/>
          <w:divBdr>
            <w:top w:val="none" w:sz="0" w:space="0" w:color="auto"/>
            <w:left w:val="none" w:sz="0" w:space="0" w:color="auto"/>
            <w:bottom w:val="none" w:sz="0" w:space="0" w:color="auto"/>
            <w:right w:val="none" w:sz="0" w:space="0" w:color="auto"/>
          </w:divBdr>
        </w:div>
        <w:div w:id="1424688583">
          <w:marLeft w:val="480"/>
          <w:marRight w:val="0"/>
          <w:marTop w:val="0"/>
          <w:marBottom w:val="0"/>
          <w:divBdr>
            <w:top w:val="none" w:sz="0" w:space="0" w:color="auto"/>
            <w:left w:val="none" w:sz="0" w:space="0" w:color="auto"/>
            <w:bottom w:val="none" w:sz="0" w:space="0" w:color="auto"/>
            <w:right w:val="none" w:sz="0" w:space="0" w:color="auto"/>
          </w:divBdr>
        </w:div>
        <w:div w:id="1427462918">
          <w:marLeft w:val="480"/>
          <w:marRight w:val="0"/>
          <w:marTop w:val="0"/>
          <w:marBottom w:val="0"/>
          <w:divBdr>
            <w:top w:val="none" w:sz="0" w:space="0" w:color="auto"/>
            <w:left w:val="none" w:sz="0" w:space="0" w:color="auto"/>
            <w:bottom w:val="none" w:sz="0" w:space="0" w:color="auto"/>
            <w:right w:val="none" w:sz="0" w:space="0" w:color="auto"/>
          </w:divBdr>
        </w:div>
        <w:div w:id="1478108513">
          <w:marLeft w:val="480"/>
          <w:marRight w:val="0"/>
          <w:marTop w:val="0"/>
          <w:marBottom w:val="0"/>
          <w:divBdr>
            <w:top w:val="none" w:sz="0" w:space="0" w:color="auto"/>
            <w:left w:val="none" w:sz="0" w:space="0" w:color="auto"/>
            <w:bottom w:val="none" w:sz="0" w:space="0" w:color="auto"/>
            <w:right w:val="none" w:sz="0" w:space="0" w:color="auto"/>
          </w:divBdr>
        </w:div>
        <w:div w:id="1567492158">
          <w:marLeft w:val="480"/>
          <w:marRight w:val="0"/>
          <w:marTop w:val="0"/>
          <w:marBottom w:val="0"/>
          <w:divBdr>
            <w:top w:val="none" w:sz="0" w:space="0" w:color="auto"/>
            <w:left w:val="none" w:sz="0" w:space="0" w:color="auto"/>
            <w:bottom w:val="none" w:sz="0" w:space="0" w:color="auto"/>
            <w:right w:val="none" w:sz="0" w:space="0" w:color="auto"/>
          </w:divBdr>
        </w:div>
        <w:div w:id="1575121072">
          <w:marLeft w:val="480"/>
          <w:marRight w:val="0"/>
          <w:marTop w:val="0"/>
          <w:marBottom w:val="0"/>
          <w:divBdr>
            <w:top w:val="none" w:sz="0" w:space="0" w:color="auto"/>
            <w:left w:val="none" w:sz="0" w:space="0" w:color="auto"/>
            <w:bottom w:val="none" w:sz="0" w:space="0" w:color="auto"/>
            <w:right w:val="none" w:sz="0" w:space="0" w:color="auto"/>
          </w:divBdr>
        </w:div>
        <w:div w:id="1582909489">
          <w:marLeft w:val="480"/>
          <w:marRight w:val="0"/>
          <w:marTop w:val="0"/>
          <w:marBottom w:val="0"/>
          <w:divBdr>
            <w:top w:val="none" w:sz="0" w:space="0" w:color="auto"/>
            <w:left w:val="none" w:sz="0" w:space="0" w:color="auto"/>
            <w:bottom w:val="none" w:sz="0" w:space="0" w:color="auto"/>
            <w:right w:val="none" w:sz="0" w:space="0" w:color="auto"/>
          </w:divBdr>
        </w:div>
        <w:div w:id="1589118692">
          <w:marLeft w:val="480"/>
          <w:marRight w:val="0"/>
          <w:marTop w:val="0"/>
          <w:marBottom w:val="0"/>
          <w:divBdr>
            <w:top w:val="none" w:sz="0" w:space="0" w:color="auto"/>
            <w:left w:val="none" w:sz="0" w:space="0" w:color="auto"/>
            <w:bottom w:val="none" w:sz="0" w:space="0" w:color="auto"/>
            <w:right w:val="none" w:sz="0" w:space="0" w:color="auto"/>
          </w:divBdr>
        </w:div>
        <w:div w:id="1600136844">
          <w:marLeft w:val="480"/>
          <w:marRight w:val="0"/>
          <w:marTop w:val="0"/>
          <w:marBottom w:val="0"/>
          <w:divBdr>
            <w:top w:val="none" w:sz="0" w:space="0" w:color="auto"/>
            <w:left w:val="none" w:sz="0" w:space="0" w:color="auto"/>
            <w:bottom w:val="none" w:sz="0" w:space="0" w:color="auto"/>
            <w:right w:val="none" w:sz="0" w:space="0" w:color="auto"/>
          </w:divBdr>
        </w:div>
        <w:div w:id="1677534529">
          <w:marLeft w:val="480"/>
          <w:marRight w:val="0"/>
          <w:marTop w:val="0"/>
          <w:marBottom w:val="0"/>
          <w:divBdr>
            <w:top w:val="none" w:sz="0" w:space="0" w:color="auto"/>
            <w:left w:val="none" w:sz="0" w:space="0" w:color="auto"/>
            <w:bottom w:val="none" w:sz="0" w:space="0" w:color="auto"/>
            <w:right w:val="none" w:sz="0" w:space="0" w:color="auto"/>
          </w:divBdr>
        </w:div>
        <w:div w:id="1764718718">
          <w:marLeft w:val="480"/>
          <w:marRight w:val="0"/>
          <w:marTop w:val="0"/>
          <w:marBottom w:val="0"/>
          <w:divBdr>
            <w:top w:val="none" w:sz="0" w:space="0" w:color="auto"/>
            <w:left w:val="none" w:sz="0" w:space="0" w:color="auto"/>
            <w:bottom w:val="none" w:sz="0" w:space="0" w:color="auto"/>
            <w:right w:val="none" w:sz="0" w:space="0" w:color="auto"/>
          </w:divBdr>
        </w:div>
        <w:div w:id="1823082455">
          <w:marLeft w:val="480"/>
          <w:marRight w:val="0"/>
          <w:marTop w:val="0"/>
          <w:marBottom w:val="0"/>
          <w:divBdr>
            <w:top w:val="none" w:sz="0" w:space="0" w:color="auto"/>
            <w:left w:val="none" w:sz="0" w:space="0" w:color="auto"/>
            <w:bottom w:val="none" w:sz="0" w:space="0" w:color="auto"/>
            <w:right w:val="none" w:sz="0" w:space="0" w:color="auto"/>
          </w:divBdr>
        </w:div>
        <w:div w:id="1861119744">
          <w:marLeft w:val="480"/>
          <w:marRight w:val="0"/>
          <w:marTop w:val="0"/>
          <w:marBottom w:val="0"/>
          <w:divBdr>
            <w:top w:val="none" w:sz="0" w:space="0" w:color="auto"/>
            <w:left w:val="none" w:sz="0" w:space="0" w:color="auto"/>
            <w:bottom w:val="none" w:sz="0" w:space="0" w:color="auto"/>
            <w:right w:val="none" w:sz="0" w:space="0" w:color="auto"/>
          </w:divBdr>
        </w:div>
        <w:div w:id="1995715827">
          <w:marLeft w:val="480"/>
          <w:marRight w:val="0"/>
          <w:marTop w:val="0"/>
          <w:marBottom w:val="0"/>
          <w:divBdr>
            <w:top w:val="none" w:sz="0" w:space="0" w:color="auto"/>
            <w:left w:val="none" w:sz="0" w:space="0" w:color="auto"/>
            <w:bottom w:val="none" w:sz="0" w:space="0" w:color="auto"/>
            <w:right w:val="none" w:sz="0" w:space="0" w:color="auto"/>
          </w:divBdr>
        </w:div>
      </w:divsChild>
    </w:div>
    <w:div w:id="1169442888">
      <w:bodyDiv w:val="1"/>
      <w:marLeft w:val="0"/>
      <w:marRight w:val="0"/>
      <w:marTop w:val="0"/>
      <w:marBottom w:val="0"/>
      <w:divBdr>
        <w:top w:val="none" w:sz="0" w:space="0" w:color="auto"/>
        <w:left w:val="none" w:sz="0" w:space="0" w:color="auto"/>
        <w:bottom w:val="none" w:sz="0" w:space="0" w:color="auto"/>
        <w:right w:val="none" w:sz="0" w:space="0" w:color="auto"/>
      </w:divBdr>
    </w:div>
    <w:div w:id="1172377189">
      <w:bodyDiv w:val="1"/>
      <w:marLeft w:val="0"/>
      <w:marRight w:val="0"/>
      <w:marTop w:val="0"/>
      <w:marBottom w:val="0"/>
      <w:divBdr>
        <w:top w:val="none" w:sz="0" w:space="0" w:color="auto"/>
        <w:left w:val="none" w:sz="0" w:space="0" w:color="auto"/>
        <w:bottom w:val="none" w:sz="0" w:space="0" w:color="auto"/>
        <w:right w:val="none" w:sz="0" w:space="0" w:color="auto"/>
      </w:divBdr>
    </w:div>
    <w:div w:id="1173228211">
      <w:bodyDiv w:val="1"/>
      <w:marLeft w:val="0"/>
      <w:marRight w:val="0"/>
      <w:marTop w:val="0"/>
      <w:marBottom w:val="0"/>
      <w:divBdr>
        <w:top w:val="none" w:sz="0" w:space="0" w:color="auto"/>
        <w:left w:val="none" w:sz="0" w:space="0" w:color="auto"/>
        <w:bottom w:val="none" w:sz="0" w:space="0" w:color="auto"/>
        <w:right w:val="none" w:sz="0" w:space="0" w:color="auto"/>
      </w:divBdr>
      <w:divsChild>
        <w:div w:id="133912383">
          <w:marLeft w:val="480"/>
          <w:marRight w:val="0"/>
          <w:marTop w:val="0"/>
          <w:marBottom w:val="0"/>
          <w:divBdr>
            <w:top w:val="none" w:sz="0" w:space="0" w:color="auto"/>
            <w:left w:val="none" w:sz="0" w:space="0" w:color="auto"/>
            <w:bottom w:val="none" w:sz="0" w:space="0" w:color="auto"/>
            <w:right w:val="none" w:sz="0" w:space="0" w:color="auto"/>
          </w:divBdr>
        </w:div>
        <w:div w:id="154227677">
          <w:marLeft w:val="480"/>
          <w:marRight w:val="0"/>
          <w:marTop w:val="0"/>
          <w:marBottom w:val="0"/>
          <w:divBdr>
            <w:top w:val="none" w:sz="0" w:space="0" w:color="auto"/>
            <w:left w:val="none" w:sz="0" w:space="0" w:color="auto"/>
            <w:bottom w:val="none" w:sz="0" w:space="0" w:color="auto"/>
            <w:right w:val="none" w:sz="0" w:space="0" w:color="auto"/>
          </w:divBdr>
        </w:div>
        <w:div w:id="180900606">
          <w:marLeft w:val="480"/>
          <w:marRight w:val="0"/>
          <w:marTop w:val="0"/>
          <w:marBottom w:val="0"/>
          <w:divBdr>
            <w:top w:val="none" w:sz="0" w:space="0" w:color="auto"/>
            <w:left w:val="none" w:sz="0" w:space="0" w:color="auto"/>
            <w:bottom w:val="none" w:sz="0" w:space="0" w:color="auto"/>
            <w:right w:val="none" w:sz="0" w:space="0" w:color="auto"/>
          </w:divBdr>
        </w:div>
        <w:div w:id="197089700">
          <w:marLeft w:val="480"/>
          <w:marRight w:val="0"/>
          <w:marTop w:val="0"/>
          <w:marBottom w:val="0"/>
          <w:divBdr>
            <w:top w:val="none" w:sz="0" w:space="0" w:color="auto"/>
            <w:left w:val="none" w:sz="0" w:space="0" w:color="auto"/>
            <w:bottom w:val="none" w:sz="0" w:space="0" w:color="auto"/>
            <w:right w:val="none" w:sz="0" w:space="0" w:color="auto"/>
          </w:divBdr>
        </w:div>
        <w:div w:id="220362069">
          <w:marLeft w:val="480"/>
          <w:marRight w:val="0"/>
          <w:marTop w:val="0"/>
          <w:marBottom w:val="0"/>
          <w:divBdr>
            <w:top w:val="none" w:sz="0" w:space="0" w:color="auto"/>
            <w:left w:val="none" w:sz="0" w:space="0" w:color="auto"/>
            <w:bottom w:val="none" w:sz="0" w:space="0" w:color="auto"/>
            <w:right w:val="none" w:sz="0" w:space="0" w:color="auto"/>
          </w:divBdr>
        </w:div>
        <w:div w:id="253242311">
          <w:marLeft w:val="480"/>
          <w:marRight w:val="0"/>
          <w:marTop w:val="0"/>
          <w:marBottom w:val="0"/>
          <w:divBdr>
            <w:top w:val="none" w:sz="0" w:space="0" w:color="auto"/>
            <w:left w:val="none" w:sz="0" w:space="0" w:color="auto"/>
            <w:bottom w:val="none" w:sz="0" w:space="0" w:color="auto"/>
            <w:right w:val="none" w:sz="0" w:space="0" w:color="auto"/>
          </w:divBdr>
        </w:div>
        <w:div w:id="322204938">
          <w:marLeft w:val="480"/>
          <w:marRight w:val="0"/>
          <w:marTop w:val="0"/>
          <w:marBottom w:val="0"/>
          <w:divBdr>
            <w:top w:val="none" w:sz="0" w:space="0" w:color="auto"/>
            <w:left w:val="none" w:sz="0" w:space="0" w:color="auto"/>
            <w:bottom w:val="none" w:sz="0" w:space="0" w:color="auto"/>
            <w:right w:val="none" w:sz="0" w:space="0" w:color="auto"/>
          </w:divBdr>
        </w:div>
        <w:div w:id="347681161">
          <w:marLeft w:val="480"/>
          <w:marRight w:val="0"/>
          <w:marTop w:val="0"/>
          <w:marBottom w:val="0"/>
          <w:divBdr>
            <w:top w:val="none" w:sz="0" w:space="0" w:color="auto"/>
            <w:left w:val="none" w:sz="0" w:space="0" w:color="auto"/>
            <w:bottom w:val="none" w:sz="0" w:space="0" w:color="auto"/>
            <w:right w:val="none" w:sz="0" w:space="0" w:color="auto"/>
          </w:divBdr>
        </w:div>
        <w:div w:id="429744134">
          <w:marLeft w:val="480"/>
          <w:marRight w:val="0"/>
          <w:marTop w:val="0"/>
          <w:marBottom w:val="0"/>
          <w:divBdr>
            <w:top w:val="none" w:sz="0" w:space="0" w:color="auto"/>
            <w:left w:val="none" w:sz="0" w:space="0" w:color="auto"/>
            <w:bottom w:val="none" w:sz="0" w:space="0" w:color="auto"/>
            <w:right w:val="none" w:sz="0" w:space="0" w:color="auto"/>
          </w:divBdr>
        </w:div>
        <w:div w:id="472454572">
          <w:marLeft w:val="480"/>
          <w:marRight w:val="0"/>
          <w:marTop w:val="0"/>
          <w:marBottom w:val="0"/>
          <w:divBdr>
            <w:top w:val="none" w:sz="0" w:space="0" w:color="auto"/>
            <w:left w:val="none" w:sz="0" w:space="0" w:color="auto"/>
            <w:bottom w:val="none" w:sz="0" w:space="0" w:color="auto"/>
            <w:right w:val="none" w:sz="0" w:space="0" w:color="auto"/>
          </w:divBdr>
        </w:div>
        <w:div w:id="479662400">
          <w:marLeft w:val="480"/>
          <w:marRight w:val="0"/>
          <w:marTop w:val="0"/>
          <w:marBottom w:val="0"/>
          <w:divBdr>
            <w:top w:val="none" w:sz="0" w:space="0" w:color="auto"/>
            <w:left w:val="none" w:sz="0" w:space="0" w:color="auto"/>
            <w:bottom w:val="none" w:sz="0" w:space="0" w:color="auto"/>
            <w:right w:val="none" w:sz="0" w:space="0" w:color="auto"/>
          </w:divBdr>
        </w:div>
        <w:div w:id="525826958">
          <w:marLeft w:val="480"/>
          <w:marRight w:val="0"/>
          <w:marTop w:val="0"/>
          <w:marBottom w:val="0"/>
          <w:divBdr>
            <w:top w:val="none" w:sz="0" w:space="0" w:color="auto"/>
            <w:left w:val="none" w:sz="0" w:space="0" w:color="auto"/>
            <w:bottom w:val="none" w:sz="0" w:space="0" w:color="auto"/>
            <w:right w:val="none" w:sz="0" w:space="0" w:color="auto"/>
          </w:divBdr>
        </w:div>
        <w:div w:id="574052442">
          <w:marLeft w:val="480"/>
          <w:marRight w:val="0"/>
          <w:marTop w:val="0"/>
          <w:marBottom w:val="0"/>
          <w:divBdr>
            <w:top w:val="none" w:sz="0" w:space="0" w:color="auto"/>
            <w:left w:val="none" w:sz="0" w:space="0" w:color="auto"/>
            <w:bottom w:val="none" w:sz="0" w:space="0" w:color="auto"/>
            <w:right w:val="none" w:sz="0" w:space="0" w:color="auto"/>
          </w:divBdr>
        </w:div>
        <w:div w:id="609050971">
          <w:marLeft w:val="480"/>
          <w:marRight w:val="0"/>
          <w:marTop w:val="0"/>
          <w:marBottom w:val="0"/>
          <w:divBdr>
            <w:top w:val="none" w:sz="0" w:space="0" w:color="auto"/>
            <w:left w:val="none" w:sz="0" w:space="0" w:color="auto"/>
            <w:bottom w:val="none" w:sz="0" w:space="0" w:color="auto"/>
            <w:right w:val="none" w:sz="0" w:space="0" w:color="auto"/>
          </w:divBdr>
        </w:div>
        <w:div w:id="610010487">
          <w:marLeft w:val="480"/>
          <w:marRight w:val="0"/>
          <w:marTop w:val="0"/>
          <w:marBottom w:val="0"/>
          <w:divBdr>
            <w:top w:val="none" w:sz="0" w:space="0" w:color="auto"/>
            <w:left w:val="none" w:sz="0" w:space="0" w:color="auto"/>
            <w:bottom w:val="none" w:sz="0" w:space="0" w:color="auto"/>
            <w:right w:val="none" w:sz="0" w:space="0" w:color="auto"/>
          </w:divBdr>
        </w:div>
        <w:div w:id="620381667">
          <w:marLeft w:val="480"/>
          <w:marRight w:val="0"/>
          <w:marTop w:val="0"/>
          <w:marBottom w:val="0"/>
          <w:divBdr>
            <w:top w:val="none" w:sz="0" w:space="0" w:color="auto"/>
            <w:left w:val="none" w:sz="0" w:space="0" w:color="auto"/>
            <w:bottom w:val="none" w:sz="0" w:space="0" w:color="auto"/>
            <w:right w:val="none" w:sz="0" w:space="0" w:color="auto"/>
          </w:divBdr>
        </w:div>
        <w:div w:id="717516134">
          <w:marLeft w:val="480"/>
          <w:marRight w:val="0"/>
          <w:marTop w:val="0"/>
          <w:marBottom w:val="0"/>
          <w:divBdr>
            <w:top w:val="none" w:sz="0" w:space="0" w:color="auto"/>
            <w:left w:val="none" w:sz="0" w:space="0" w:color="auto"/>
            <w:bottom w:val="none" w:sz="0" w:space="0" w:color="auto"/>
            <w:right w:val="none" w:sz="0" w:space="0" w:color="auto"/>
          </w:divBdr>
        </w:div>
        <w:div w:id="862472171">
          <w:marLeft w:val="480"/>
          <w:marRight w:val="0"/>
          <w:marTop w:val="0"/>
          <w:marBottom w:val="0"/>
          <w:divBdr>
            <w:top w:val="none" w:sz="0" w:space="0" w:color="auto"/>
            <w:left w:val="none" w:sz="0" w:space="0" w:color="auto"/>
            <w:bottom w:val="none" w:sz="0" w:space="0" w:color="auto"/>
            <w:right w:val="none" w:sz="0" w:space="0" w:color="auto"/>
          </w:divBdr>
        </w:div>
        <w:div w:id="920287223">
          <w:marLeft w:val="480"/>
          <w:marRight w:val="0"/>
          <w:marTop w:val="0"/>
          <w:marBottom w:val="0"/>
          <w:divBdr>
            <w:top w:val="none" w:sz="0" w:space="0" w:color="auto"/>
            <w:left w:val="none" w:sz="0" w:space="0" w:color="auto"/>
            <w:bottom w:val="none" w:sz="0" w:space="0" w:color="auto"/>
            <w:right w:val="none" w:sz="0" w:space="0" w:color="auto"/>
          </w:divBdr>
        </w:div>
        <w:div w:id="943152878">
          <w:marLeft w:val="480"/>
          <w:marRight w:val="0"/>
          <w:marTop w:val="0"/>
          <w:marBottom w:val="0"/>
          <w:divBdr>
            <w:top w:val="none" w:sz="0" w:space="0" w:color="auto"/>
            <w:left w:val="none" w:sz="0" w:space="0" w:color="auto"/>
            <w:bottom w:val="none" w:sz="0" w:space="0" w:color="auto"/>
            <w:right w:val="none" w:sz="0" w:space="0" w:color="auto"/>
          </w:divBdr>
        </w:div>
        <w:div w:id="951396646">
          <w:marLeft w:val="480"/>
          <w:marRight w:val="0"/>
          <w:marTop w:val="0"/>
          <w:marBottom w:val="0"/>
          <w:divBdr>
            <w:top w:val="none" w:sz="0" w:space="0" w:color="auto"/>
            <w:left w:val="none" w:sz="0" w:space="0" w:color="auto"/>
            <w:bottom w:val="none" w:sz="0" w:space="0" w:color="auto"/>
            <w:right w:val="none" w:sz="0" w:space="0" w:color="auto"/>
          </w:divBdr>
        </w:div>
        <w:div w:id="958685641">
          <w:marLeft w:val="480"/>
          <w:marRight w:val="0"/>
          <w:marTop w:val="0"/>
          <w:marBottom w:val="0"/>
          <w:divBdr>
            <w:top w:val="none" w:sz="0" w:space="0" w:color="auto"/>
            <w:left w:val="none" w:sz="0" w:space="0" w:color="auto"/>
            <w:bottom w:val="none" w:sz="0" w:space="0" w:color="auto"/>
            <w:right w:val="none" w:sz="0" w:space="0" w:color="auto"/>
          </w:divBdr>
        </w:div>
        <w:div w:id="1029256084">
          <w:marLeft w:val="480"/>
          <w:marRight w:val="0"/>
          <w:marTop w:val="0"/>
          <w:marBottom w:val="0"/>
          <w:divBdr>
            <w:top w:val="none" w:sz="0" w:space="0" w:color="auto"/>
            <w:left w:val="none" w:sz="0" w:space="0" w:color="auto"/>
            <w:bottom w:val="none" w:sz="0" w:space="0" w:color="auto"/>
            <w:right w:val="none" w:sz="0" w:space="0" w:color="auto"/>
          </w:divBdr>
        </w:div>
        <w:div w:id="1119881557">
          <w:marLeft w:val="480"/>
          <w:marRight w:val="0"/>
          <w:marTop w:val="0"/>
          <w:marBottom w:val="0"/>
          <w:divBdr>
            <w:top w:val="none" w:sz="0" w:space="0" w:color="auto"/>
            <w:left w:val="none" w:sz="0" w:space="0" w:color="auto"/>
            <w:bottom w:val="none" w:sz="0" w:space="0" w:color="auto"/>
            <w:right w:val="none" w:sz="0" w:space="0" w:color="auto"/>
          </w:divBdr>
        </w:div>
        <w:div w:id="1147281810">
          <w:marLeft w:val="480"/>
          <w:marRight w:val="0"/>
          <w:marTop w:val="0"/>
          <w:marBottom w:val="0"/>
          <w:divBdr>
            <w:top w:val="none" w:sz="0" w:space="0" w:color="auto"/>
            <w:left w:val="none" w:sz="0" w:space="0" w:color="auto"/>
            <w:bottom w:val="none" w:sz="0" w:space="0" w:color="auto"/>
            <w:right w:val="none" w:sz="0" w:space="0" w:color="auto"/>
          </w:divBdr>
        </w:div>
        <w:div w:id="1192180706">
          <w:marLeft w:val="480"/>
          <w:marRight w:val="0"/>
          <w:marTop w:val="0"/>
          <w:marBottom w:val="0"/>
          <w:divBdr>
            <w:top w:val="none" w:sz="0" w:space="0" w:color="auto"/>
            <w:left w:val="none" w:sz="0" w:space="0" w:color="auto"/>
            <w:bottom w:val="none" w:sz="0" w:space="0" w:color="auto"/>
            <w:right w:val="none" w:sz="0" w:space="0" w:color="auto"/>
          </w:divBdr>
        </w:div>
        <w:div w:id="1205021589">
          <w:marLeft w:val="480"/>
          <w:marRight w:val="0"/>
          <w:marTop w:val="0"/>
          <w:marBottom w:val="0"/>
          <w:divBdr>
            <w:top w:val="none" w:sz="0" w:space="0" w:color="auto"/>
            <w:left w:val="none" w:sz="0" w:space="0" w:color="auto"/>
            <w:bottom w:val="none" w:sz="0" w:space="0" w:color="auto"/>
            <w:right w:val="none" w:sz="0" w:space="0" w:color="auto"/>
          </w:divBdr>
        </w:div>
        <w:div w:id="1259674560">
          <w:marLeft w:val="480"/>
          <w:marRight w:val="0"/>
          <w:marTop w:val="0"/>
          <w:marBottom w:val="0"/>
          <w:divBdr>
            <w:top w:val="none" w:sz="0" w:space="0" w:color="auto"/>
            <w:left w:val="none" w:sz="0" w:space="0" w:color="auto"/>
            <w:bottom w:val="none" w:sz="0" w:space="0" w:color="auto"/>
            <w:right w:val="none" w:sz="0" w:space="0" w:color="auto"/>
          </w:divBdr>
        </w:div>
        <w:div w:id="1270426834">
          <w:marLeft w:val="480"/>
          <w:marRight w:val="0"/>
          <w:marTop w:val="0"/>
          <w:marBottom w:val="0"/>
          <w:divBdr>
            <w:top w:val="none" w:sz="0" w:space="0" w:color="auto"/>
            <w:left w:val="none" w:sz="0" w:space="0" w:color="auto"/>
            <w:bottom w:val="none" w:sz="0" w:space="0" w:color="auto"/>
            <w:right w:val="none" w:sz="0" w:space="0" w:color="auto"/>
          </w:divBdr>
        </w:div>
        <w:div w:id="1456756509">
          <w:marLeft w:val="480"/>
          <w:marRight w:val="0"/>
          <w:marTop w:val="0"/>
          <w:marBottom w:val="0"/>
          <w:divBdr>
            <w:top w:val="none" w:sz="0" w:space="0" w:color="auto"/>
            <w:left w:val="none" w:sz="0" w:space="0" w:color="auto"/>
            <w:bottom w:val="none" w:sz="0" w:space="0" w:color="auto"/>
            <w:right w:val="none" w:sz="0" w:space="0" w:color="auto"/>
          </w:divBdr>
        </w:div>
        <w:div w:id="1463576194">
          <w:marLeft w:val="480"/>
          <w:marRight w:val="0"/>
          <w:marTop w:val="0"/>
          <w:marBottom w:val="0"/>
          <w:divBdr>
            <w:top w:val="none" w:sz="0" w:space="0" w:color="auto"/>
            <w:left w:val="none" w:sz="0" w:space="0" w:color="auto"/>
            <w:bottom w:val="none" w:sz="0" w:space="0" w:color="auto"/>
            <w:right w:val="none" w:sz="0" w:space="0" w:color="auto"/>
          </w:divBdr>
        </w:div>
        <w:div w:id="1583680288">
          <w:marLeft w:val="480"/>
          <w:marRight w:val="0"/>
          <w:marTop w:val="0"/>
          <w:marBottom w:val="0"/>
          <w:divBdr>
            <w:top w:val="none" w:sz="0" w:space="0" w:color="auto"/>
            <w:left w:val="none" w:sz="0" w:space="0" w:color="auto"/>
            <w:bottom w:val="none" w:sz="0" w:space="0" w:color="auto"/>
            <w:right w:val="none" w:sz="0" w:space="0" w:color="auto"/>
          </w:divBdr>
        </w:div>
        <w:div w:id="1589729030">
          <w:marLeft w:val="480"/>
          <w:marRight w:val="0"/>
          <w:marTop w:val="0"/>
          <w:marBottom w:val="0"/>
          <w:divBdr>
            <w:top w:val="none" w:sz="0" w:space="0" w:color="auto"/>
            <w:left w:val="none" w:sz="0" w:space="0" w:color="auto"/>
            <w:bottom w:val="none" w:sz="0" w:space="0" w:color="auto"/>
            <w:right w:val="none" w:sz="0" w:space="0" w:color="auto"/>
          </w:divBdr>
        </w:div>
        <w:div w:id="1608807179">
          <w:marLeft w:val="480"/>
          <w:marRight w:val="0"/>
          <w:marTop w:val="0"/>
          <w:marBottom w:val="0"/>
          <w:divBdr>
            <w:top w:val="none" w:sz="0" w:space="0" w:color="auto"/>
            <w:left w:val="none" w:sz="0" w:space="0" w:color="auto"/>
            <w:bottom w:val="none" w:sz="0" w:space="0" w:color="auto"/>
            <w:right w:val="none" w:sz="0" w:space="0" w:color="auto"/>
          </w:divBdr>
        </w:div>
        <w:div w:id="1674645604">
          <w:marLeft w:val="480"/>
          <w:marRight w:val="0"/>
          <w:marTop w:val="0"/>
          <w:marBottom w:val="0"/>
          <w:divBdr>
            <w:top w:val="none" w:sz="0" w:space="0" w:color="auto"/>
            <w:left w:val="none" w:sz="0" w:space="0" w:color="auto"/>
            <w:bottom w:val="none" w:sz="0" w:space="0" w:color="auto"/>
            <w:right w:val="none" w:sz="0" w:space="0" w:color="auto"/>
          </w:divBdr>
        </w:div>
        <w:div w:id="1691487457">
          <w:marLeft w:val="480"/>
          <w:marRight w:val="0"/>
          <w:marTop w:val="0"/>
          <w:marBottom w:val="0"/>
          <w:divBdr>
            <w:top w:val="none" w:sz="0" w:space="0" w:color="auto"/>
            <w:left w:val="none" w:sz="0" w:space="0" w:color="auto"/>
            <w:bottom w:val="none" w:sz="0" w:space="0" w:color="auto"/>
            <w:right w:val="none" w:sz="0" w:space="0" w:color="auto"/>
          </w:divBdr>
        </w:div>
        <w:div w:id="1768116825">
          <w:marLeft w:val="480"/>
          <w:marRight w:val="0"/>
          <w:marTop w:val="0"/>
          <w:marBottom w:val="0"/>
          <w:divBdr>
            <w:top w:val="none" w:sz="0" w:space="0" w:color="auto"/>
            <w:left w:val="none" w:sz="0" w:space="0" w:color="auto"/>
            <w:bottom w:val="none" w:sz="0" w:space="0" w:color="auto"/>
            <w:right w:val="none" w:sz="0" w:space="0" w:color="auto"/>
          </w:divBdr>
        </w:div>
        <w:div w:id="1772044035">
          <w:marLeft w:val="480"/>
          <w:marRight w:val="0"/>
          <w:marTop w:val="0"/>
          <w:marBottom w:val="0"/>
          <w:divBdr>
            <w:top w:val="none" w:sz="0" w:space="0" w:color="auto"/>
            <w:left w:val="none" w:sz="0" w:space="0" w:color="auto"/>
            <w:bottom w:val="none" w:sz="0" w:space="0" w:color="auto"/>
            <w:right w:val="none" w:sz="0" w:space="0" w:color="auto"/>
          </w:divBdr>
        </w:div>
        <w:div w:id="1779057965">
          <w:marLeft w:val="480"/>
          <w:marRight w:val="0"/>
          <w:marTop w:val="0"/>
          <w:marBottom w:val="0"/>
          <w:divBdr>
            <w:top w:val="none" w:sz="0" w:space="0" w:color="auto"/>
            <w:left w:val="none" w:sz="0" w:space="0" w:color="auto"/>
            <w:bottom w:val="none" w:sz="0" w:space="0" w:color="auto"/>
            <w:right w:val="none" w:sz="0" w:space="0" w:color="auto"/>
          </w:divBdr>
        </w:div>
        <w:div w:id="1786004739">
          <w:marLeft w:val="480"/>
          <w:marRight w:val="0"/>
          <w:marTop w:val="0"/>
          <w:marBottom w:val="0"/>
          <w:divBdr>
            <w:top w:val="none" w:sz="0" w:space="0" w:color="auto"/>
            <w:left w:val="none" w:sz="0" w:space="0" w:color="auto"/>
            <w:bottom w:val="none" w:sz="0" w:space="0" w:color="auto"/>
            <w:right w:val="none" w:sz="0" w:space="0" w:color="auto"/>
          </w:divBdr>
        </w:div>
        <w:div w:id="1810709834">
          <w:marLeft w:val="480"/>
          <w:marRight w:val="0"/>
          <w:marTop w:val="0"/>
          <w:marBottom w:val="0"/>
          <w:divBdr>
            <w:top w:val="none" w:sz="0" w:space="0" w:color="auto"/>
            <w:left w:val="none" w:sz="0" w:space="0" w:color="auto"/>
            <w:bottom w:val="none" w:sz="0" w:space="0" w:color="auto"/>
            <w:right w:val="none" w:sz="0" w:space="0" w:color="auto"/>
          </w:divBdr>
        </w:div>
        <w:div w:id="1939172264">
          <w:marLeft w:val="480"/>
          <w:marRight w:val="0"/>
          <w:marTop w:val="0"/>
          <w:marBottom w:val="0"/>
          <w:divBdr>
            <w:top w:val="none" w:sz="0" w:space="0" w:color="auto"/>
            <w:left w:val="none" w:sz="0" w:space="0" w:color="auto"/>
            <w:bottom w:val="none" w:sz="0" w:space="0" w:color="auto"/>
            <w:right w:val="none" w:sz="0" w:space="0" w:color="auto"/>
          </w:divBdr>
        </w:div>
        <w:div w:id="2101634929">
          <w:marLeft w:val="480"/>
          <w:marRight w:val="0"/>
          <w:marTop w:val="0"/>
          <w:marBottom w:val="0"/>
          <w:divBdr>
            <w:top w:val="none" w:sz="0" w:space="0" w:color="auto"/>
            <w:left w:val="none" w:sz="0" w:space="0" w:color="auto"/>
            <w:bottom w:val="none" w:sz="0" w:space="0" w:color="auto"/>
            <w:right w:val="none" w:sz="0" w:space="0" w:color="auto"/>
          </w:divBdr>
        </w:div>
      </w:divsChild>
    </w:div>
    <w:div w:id="1174564674">
      <w:bodyDiv w:val="1"/>
      <w:marLeft w:val="0"/>
      <w:marRight w:val="0"/>
      <w:marTop w:val="0"/>
      <w:marBottom w:val="0"/>
      <w:divBdr>
        <w:top w:val="none" w:sz="0" w:space="0" w:color="auto"/>
        <w:left w:val="none" w:sz="0" w:space="0" w:color="auto"/>
        <w:bottom w:val="none" w:sz="0" w:space="0" w:color="auto"/>
        <w:right w:val="none" w:sz="0" w:space="0" w:color="auto"/>
      </w:divBdr>
    </w:div>
    <w:div w:id="1176728988">
      <w:bodyDiv w:val="1"/>
      <w:marLeft w:val="0"/>
      <w:marRight w:val="0"/>
      <w:marTop w:val="0"/>
      <w:marBottom w:val="0"/>
      <w:divBdr>
        <w:top w:val="none" w:sz="0" w:space="0" w:color="auto"/>
        <w:left w:val="none" w:sz="0" w:space="0" w:color="auto"/>
        <w:bottom w:val="none" w:sz="0" w:space="0" w:color="auto"/>
        <w:right w:val="none" w:sz="0" w:space="0" w:color="auto"/>
      </w:divBdr>
      <w:divsChild>
        <w:div w:id="100491069">
          <w:marLeft w:val="480"/>
          <w:marRight w:val="0"/>
          <w:marTop w:val="0"/>
          <w:marBottom w:val="0"/>
          <w:divBdr>
            <w:top w:val="none" w:sz="0" w:space="0" w:color="auto"/>
            <w:left w:val="none" w:sz="0" w:space="0" w:color="auto"/>
            <w:bottom w:val="none" w:sz="0" w:space="0" w:color="auto"/>
            <w:right w:val="none" w:sz="0" w:space="0" w:color="auto"/>
          </w:divBdr>
        </w:div>
        <w:div w:id="120616212">
          <w:marLeft w:val="480"/>
          <w:marRight w:val="0"/>
          <w:marTop w:val="0"/>
          <w:marBottom w:val="0"/>
          <w:divBdr>
            <w:top w:val="none" w:sz="0" w:space="0" w:color="auto"/>
            <w:left w:val="none" w:sz="0" w:space="0" w:color="auto"/>
            <w:bottom w:val="none" w:sz="0" w:space="0" w:color="auto"/>
            <w:right w:val="none" w:sz="0" w:space="0" w:color="auto"/>
          </w:divBdr>
        </w:div>
        <w:div w:id="302541659">
          <w:marLeft w:val="480"/>
          <w:marRight w:val="0"/>
          <w:marTop w:val="0"/>
          <w:marBottom w:val="0"/>
          <w:divBdr>
            <w:top w:val="none" w:sz="0" w:space="0" w:color="auto"/>
            <w:left w:val="none" w:sz="0" w:space="0" w:color="auto"/>
            <w:bottom w:val="none" w:sz="0" w:space="0" w:color="auto"/>
            <w:right w:val="none" w:sz="0" w:space="0" w:color="auto"/>
          </w:divBdr>
        </w:div>
        <w:div w:id="357124875">
          <w:marLeft w:val="480"/>
          <w:marRight w:val="0"/>
          <w:marTop w:val="0"/>
          <w:marBottom w:val="0"/>
          <w:divBdr>
            <w:top w:val="none" w:sz="0" w:space="0" w:color="auto"/>
            <w:left w:val="none" w:sz="0" w:space="0" w:color="auto"/>
            <w:bottom w:val="none" w:sz="0" w:space="0" w:color="auto"/>
            <w:right w:val="none" w:sz="0" w:space="0" w:color="auto"/>
          </w:divBdr>
        </w:div>
        <w:div w:id="359942848">
          <w:marLeft w:val="480"/>
          <w:marRight w:val="0"/>
          <w:marTop w:val="0"/>
          <w:marBottom w:val="0"/>
          <w:divBdr>
            <w:top w:val="none" w:sz="0" w:space="0" w:color="auto"/>
            <w:left w:val="none" w:sz="0" w:space="0" w:color="auto"/>
            <w:bottom w:val="none" w:sz="0" w:space="0" w:color="auto"/>
            <w:right w:val="none" w:sz="0" w:space="0" w:color="auto"/>
          </w:divBdr>
        </w:div>
        <w:div w:id="367949819">
          <w:marLeft w:val="480"/>
          <w:marRight w:val="0"/>
          <w:marTop w:val="0"/>
          <w:marBottom w:val="0"/>
          <w:divBdr>
            <w:top w:val="none" w:sz="0" w:space="0" w:color="auto"/>
            <w:left w:val="none" w:sz="0" w:space="0" w:color="auto"/>
            <w:bottom w:val="none" w:sz="0" w:space="0" w:color="auto"/>
            <w:right w:val="none" w:sz="0" w:space="0" w:color="auto"/>
          </w:divBdr>
        </w:div>
        <w:div w:id="405537383">
          <w:marLeft w:val="480"/>
          <w:marRight w:val="0"/>
          <w:marTop w:val="0"/>
          <w:marBottom w:val="0"/>
          <w:divBdr>
            <w:top w:val="none" w:sz="0" w:space="0" w:color="auto"/>
            <w:left w:val="none" w:sz="0" w:space="0" w:color="auto"/>
            <w:bottom w:val="none" w:sz="0" w:space="0" w:color="auto"/>
            <w:right w:val="none" w:sz="0" w:space="0" w:color="auto"/>
          </w:divBdr>
        </w:div>
        <w:div w:id="517086000">
          <w:marLeft w:val="480"/>
          <w:marRight w:val="0"/>
          <w:marTop w:val="0"/>
          <w:marBottom w:val="0"/>
          <w:divBdr>
            <w:top w:val="none" w:sz="0" w:space="0" w:color="auto"/>
            <w:left w:val="none" w:sz="0" w:space="0" w:color="auto"/>
            <w:bottom w:val="none" w:sz="0" w:space="0" w:color="auto"/>
            <w:right w:val="none" w:sz="0" w:space="0" w:color="auto"/>
          </w:divBdr>
        </w:div>
        <w:div w:id="580142643">
          <w:marLeft w:val="480"/>
          <w:marRight w:val="0"/>
          <w:marTop w:val="0"/>
          <w:marBottom w:val="0"/>
          <w:divBdr>
            <w:top w:val="none" w:sz="0" w:space="0" w:color="auto"/>
            <w:left w:val="none" w:sz="0" w:space="0" w:color="auto"/>
            <w:bottom w:val="none" w:sz="0" w:space="0" w:color="auto"/>
            <w:right w:val="none" w:sz="0" w:space="0" w:color="auto"/>
          </w:divBdr>
        </w:div>
        <w:div w:id="593129078">
          <w:marLeft w:val="480"/>
          <w:marRight w:val="0"/>
          <w:marTop w:val="0"/>
          <w:marBottom w:val="0"/>
          <w:divBdr>
            <w:top w:val="none" w:sz="0" w:space="0" w:color="auto"/>
            <w:left w:val="none" w:sz="0" w:space="0" w:color="auto"/>
            <w:bottom w:val="none" w:sz="0" w:space="0" w:color="auto"/>
            <w:right w:val="none" w:sz="0" w:space="0" w:color="auto"/>
          </w:divBdr>
        </w:div>
        <w:div w:id="610287285">
          <w:marLeft w:val="480"/>
          <w:marRight w:val="0"/>
          <w:marTop w:val="0"/>
          <w:marBottom w:val="0"/>
          <w:divBdr>
            <w:top w:val="none" w:sz="0" w:space="0" w:color="auto"/>
            <w:left w:val="none" w:sz="0" w:space="0" w:color="auto"/>
            <w:bottom w:val="none" w:sz="0" w:space="0" w:color="auto"/>
            <w:right w:val="none" w:sz="0" w:space="0" w:color="auto"/>
          </w:divBdr>
        </w:div>
        <w:div w:id="723604191">
          <w:marLeft w:val="480"/>
          <w:marRight w:val="0"/>
          <w:marTop w:val="0"/>
          <w:marBottom w:val="0"/>
          <w:divBdr>
            <w:top w:val="none" w:sz="0" w:space="0" w:color="auto"/>
            <w:left w:val="none" w:sz="0" w:space="0" w:color="auto"/>
            <w:bottom w:val="none" w:sz="0" w:space="0" w:color="auto"/>
            <w:right w:val="none" w:sz="0" w:space="0" w:color="auto"/>
          </w:divBdr>
        </w:div>
        <w:div w:id="743259785">
          <w:marLeft w:val="480"/>
          <w:marRight w:val="0"/>
          <w:marTop w:val="0"/>
          <w:marBottom w:val="0"/>
          <w:divBdr>
            <w:top w:val="none" w:sz="0" w:space="0" w:color="auto"/>
            <w:left w:val="none" w:sz="0" w:space="0" w:color="auto"/>
            <w:bottom w:val="none" w:sz="0" w:space="0" w:color="auto"/>
            <w:right w:val="none" w:sz="0" w:space="0" w:color="auto"/>
          </w:divBdr>
        </w:div>
        <w:div w:id="787968555">
          <w:marLeft w:val="480"/>
          <w:marRight w:val="0"/>
          <w:marTop w:val="0"/>
          <w:marBottom w:val="0"/>
          <w:divBdr>
            <w:top w:val="none" w:sz="0" w:space="0" w:color="auto"/>
            <w:left w:val="none" w:sz="0" w:space="0" w:color="auto"/>
            <w:bottom w:val="none" w:sz="0" w:space="0" w:color="auto"/>
            <w:right w:val="none" w:sz="0" w:space="0" w:color="auto"/>
          </w:divBdr>
        </w:div>
        <w:div w:id="847207760">
          <w:marLeft w:val="480"/>
          <w:marRight w:val="0"/>
          <w:marTop w:val="0"/>
          <w:marBottom w:val="0"/>
          <w:divBdr>
            <w:top w:val="none" w:sz="0" w:space="0" w:color="auto"/>
            <w:left w:val="none" w:sz="0" w:space="0" w:color="auto"/>
            <w:bottom w:val="none" w:sz="0" w:space="0" w:color="auto"/>
            <w:right w:val="none" w:sz="0" w:space="0" w:color="auto"/>
          </w:divBdr>
        </w:div>
        <w:div w:id="852719776">
          <w:marLeft w:val="480"/>
          <w:marRight w:val="0"/>
          <w:marTop w:val="0"/>
          <w:marBottom w:val="0"/>
          <w:divBdr>
            <w:top w:val="none" w:sz="0" w:space="0" w:color="auto"/>
            <w:left w:val="none" w:sz="0" w:space="0" w:color="auto"/>
            <w:bottom w:val="none" w:sz="0" w:space="0" w:color="auto"/>
            <w:right w:val="none" w:sz="0" w:space="0" w:color="auto"/>
          </w:divBdr>
        </w:div>
        <w:div w:id="900286126">
          <w:marLeft w:val="480"/>
          <w:marRight w:val="0"/>
          <w:marTop w:val="0"/>
          <w:marBottom w:val="0"/>
          <w:divBdr>
            <w:top w:val="none" w:sz="0" w:space="0" w:color="auto"/>
            <w:left w:val="none" w:sz="0" w:space="0" w:color="auto"/>
            <w:bottom w:val="none" w:sz="0" w:space="0" w:color="auto"/>
            <w:right w:val="none" w:sz="0" w:space="0" w:color="auto"/>
          </w:divBdr>
        </w:div>
        <w:div w:id="991757523">
          <w:marLeft w:val="480"/>
          <w:marRight w:val="0"/>
          <w:marTop w:val="0"/>
          <w:marBottom w:val="0"/>
          <w:divBdr>
            <w:top w:val="none" w:sz="0" w:space="0" w:color="auto"/>
            <w:left w:val="none" w:sz="0" w:space="0" w:color="auto"/>
            <w:bottom w:val="none" w:sz="0" w:space="0" w:color="auto"/>
            <w:right w:val="none" w:sz="0" w:space="0" w:color="auto"/>
          </w:divBdr>
        </w:div>
        <w:div w:id="1216046541">
          <w:marLeft w:val="480"/>
          <w:marRight w:val="0"/>
          <w:marTop w:val="0"/>
          <w:marBottom w:val="0"/>
          <w:divBdr>
            <w:top w:val="none" w:sz="0" w:space="0" w:color="auto"/>
            <w:left w:val="none" w:sz="0" w:space="0" w:color="auto"/>
            <w:bottom w:val="none" w:sz="0" w:space="0" w:color="auto"/>
            <w:right w:val="none" w:sz="0" w:space="0" w:color="auto"/>
          </w:divBdr>
        </w:div>
        <w:div w:id="1364406186">
          <w:marLeft w:val="480"/>
          <w:marRight w:val="0"/>
          <w:marTop w:val="0"/>
          <w:marBottom w:val="0"/>
          <w:divBdr>
            <w:top w:val="none" w:sz="0" w:space="0" w:color="auto"/>
            <w:left w:val="none" w:sz="0" w:space="0" w:color="auto"/>
            <w:bottom w:val="none" w:sz="0" w:space="0" w:color="auto"/>
            <w:right w:val="none" w:sz="0" w:space="0" w:color="auto"/>
          </w:divBdr>
        </w:div>
        <w:div w:id="1394423082">
          <w:marLeft w:val="480"/>
          <w:marRight w:val="0"/>
          <w:marTop w:val="0"/>
          <w:marBottom w:val="0"/>
          <w:divBdr>
            <w:top w:val="none" w:sz="0" w:space="0" w:color="auto"/>
            <w:left w:val="none" w:sz="0" w:space="0" w:color="auto"/>
            <w:bottom w:val="none" w:sz="0" w:space="0" w:color="auto"/>
            <w:right w:val="none" w:sz="0" w:space="0" w:color="auto"/>
          </w:divBdr>
        </w:div>
        <w:div w:id="1470437418">
          <w:marLeft w:val="480"/>
          <w:marRight w:val="0"/>
          <w:marTop w:val="0"/>
          <w:marBottom w:val="0"/>
          <w:divBdr>
            <w:top w:val="none" w:sz="0" w:space="0" w:color="auto"/>
            <w:left w:val="none" w:sz="0" w:space="0" w:color="auto"/>
            <w:bottom w:val="none" w:sz="0" w:space="0" w:color="auto"/>
            <w:right w:val="none" w:sz="0" w:space="0" w:color="auto"/>
          </w:divBdr>
        </w:div>
        <w:div w:id="1505125779">
          <w:marLeft w:val="480"/>
          <w:marRight w:val="0"/>
          <w:marTop w:val="0"/>
          <w:marBottom w:val="0"/>
          <w:divBdr>
            <w:top w:val="none" w:sz="0" w:space="0" w:color="auto"/>
            <w:left w:val="none" w:sz="0" w:space="0" w:color="auto"/>
            <w:bottom w:val="none" w:sz="0" w:space="0" w:color="auto"/>
            <w:right w:val="none" w:sz="0" w:space="0" w:color="auto"/>
          </w:divBdr>
        </w:div>
        <w:div w:id="1700351422">
          <w:marLeft w:val="480"/>
          <w:marRight w:val="0"/>
          <w:marTop w:val="0"/>
          <w:marBottom w:val="0"/>
          <w:divBdr>
            <w:top w:val="none" w:sz="0" w:space="0" w:color="auto"/>
            <w:left w:val="none" w:sz="0" w:space="0" w:color="auto"/>
            <w:bottom w:val="none" w:sz="0" w:space="0" w:color="auto"/>
            <w:right w:val="none" w:sz="0" w:space="0" w:color="auto"/>
          </w:divBdr>
        </w:div>
        <w:div w:id="1788085722">
          <w:marLeft w:val="480"/>
          <w:marRight w:val="0"/>
          <w:marTop w:val="0"/>
          <w:marBottom w:val="0"/>
          <w:divBdr>
            <w:top w:val="none" w:sz="0" w:space="0" w:color="auto"/>
            <w:left w:val="none" w:sz="0" w:space="0" w:color="auto"/>
            <w:bottom w:val="none" w:sz="0" w:space="0" w:color="auto"/>
            <w:right w:val="none" w:sz="0" w:space="0" w:color="auto"/>
          </w:divBdr>
        </w:div>
        <w:div w:id="1788693113">
          <w:marLeft w:val="480"/>
          <w:marRight w:val="0"/>
          <w:marTop w:val="0"/>
          <w:marBottom w:val="0"/>
          <w:divBdr>
            <w:top w:val="none" w:sz="0" w:space="0" w:color="auto"/>
            <w:left w:val="none" w:sz="0" w:space="0" w:color="auto"/>
            <w:bottom w:val="none" w:sz="0" w:space="0" w:color="auto"/>
            <w:right w:val="none" w:sz="0" w:space="0" w:color="auto"/>
          </w:divBdr>
        </w:div>
        <w:div w:id="1810051172">
          <w:marLeft w:val="480"/>
          <w:marRight w:val="0"/>
          <w:marTop w:val="0"/>
          <w:marBottom w:val="0"/>
          <w:divBdr>
            <w:top w:val="none" w:sz="0" w:space="0" w:color="auto"/>
            <w:left w:val="none" w:sz="0" w:space="0" w:color="auto"/>
            <w:bottom w:val="none" w:sz="0" w:space="0" w:color="auto"/>
            <w:right w:val="none" w:sz="0" w:space="0" w:color="auto"/>
          </w:divBdr>
        </w:div>
        <w:div w:id="1815640550">
          <w:marLeft w:val="480"/>
          <w:marRight w:val="0"/>
          <w:marTop w:val="0"/>
          <w:marBottom w:val="0"/>
          <w:divBdr>
            <w:top w:val="none" w:sz="0" w:space="0" w:color="auto"/>
            <w:left w:val="none" w:sz="0" w:space="0" w:color="auto"/>
            <w:bottom w:val="none" w:sz="0" w:space="0" w:color="auto"/>
            <w:right w:val="none" w:sz="0" w:space="0" w:color="auto"/>
          </w:divBdr>
        </w:div>
        <w:div w:id="1843080685">
          <w:marLeft w:val="480"/>
          <w:marRight w:val="0"/>
          <w:marTop w:val="0"/>
          <w:marBottom w:val="0"/>
          <w:divBdr>
            <w:top w:val="none" w:sz="0" w:space="0" w:color="auto"/>
            <w:left w:val="none" w:sz="0" w:space="0" w:color="auto"/>
            <w:bottom w:val="none" w:sz="0" w:space="0" w:color="auto"/>
            <w:right w:val="none" w:sz="0" w:space="0" w:color="auto"/>
          </w:divBdr>
        </w:div>
        <w:div w:id="1954898989">
          <w:marLeft w:val="480"/>
          <w:marRight w:val="0"/>
          <w:marTop w:val="0"/>
          <w:marBottom w:val="0"/>
          <w:divBdr>
            <w:top w:val="none" w:sz="0" w:space="0" w:color="auto"/>
            <w:left w:val="none" w:sz="0" w:space="0" w:color="auto"/>
            <w:bottom w:val="none" w:sz="0" w:space="0" w:color="auto"/>
            <w:right w:val="none" w:sz="0" w:space="0" w:color="auto"/>
          </w:divBdr>
        </w:div>
        <w:div w:id="1969236527">
          <w:marLeft w:val="480"/>
          <w:marRight w:val="0"/>
          <w:marTop w:val="0"/>
          <w:marBottom w:val="0"/>
          <w:divBdr>
            <w:top w:val="none" w:sz="0" w:space="0" w:color="auto"/>
            <w:left w:val="none" w:sz="0" w:space="0" w:color="auto"/>
            <w:bottom w:val="none" w:sz="0" w:space="0" w:color="auto"/>
            <w:right w:val="none" w:sz="0" w:space="0" w:color="auto"/>
          </w:divBdr>
        </w:div>
        <w:div w:id="2037927091">
          <w:marLeft w:val="480"/>
          <w:marRight w:val="0"/>
          <w:marTop w:val="0"/>
          <w:marBottom w:val="0"/>
          <w:divBdr>
            <w:top w:val="none" w:sz="0" w:space="0" w:color="auto"/>
            <w:left w:val="none" w:sz="0" w:space="0" w:color="auto"/>
            <w:bottom w:val="none" w:sz="0" w:space="0" w:color="auto"/>
            <w:right w:val="none" w:sz="0" w:space="0" w:color="auto"/>
          </w:divBdr>
        </w:div>
        <w:div w:id="2046296874">
          <w:marLeft w:val="480"/>
          <w:marRight w:val="0"/>
          <w:marTop w:val="0"/>
          <w:marBottom w:val="0"/>
          <w:divBdr>
            <w:top w:val="none" w:sz="0" w:space="0" w:color="auto"/>
            <w:left w:val="none" w:sz="0" w:space="0" w:color="auto"/>
            <w:bottom w:val="none" w:sz="0" w:space="0" w:color="auto"/>
            <w:right w:val="none" w:sz="0" w:space="0" w:color="auto"/>
          </w:divBdr>
        </w:div>
        <w:div w:id="2047368470">
          <w:marLeft w:val="480"/>
          <w:marRight w:val="0"/>
          <w:marTop w:val="0"/>
          <w:marBottom w:val="0"/>
          <w:divBdr>
            <w:top w:val="none" w:sz="0" w:space="0" w:color="auto"/>
            <w:left w:val="none" w:sz="0" w:space="0" w:color="auto"/>
            <w:bottom w:val="none" w:sz="0" w:space="0" w:color="auto"/>
            <w:right w:val="none" w:sz="0" w:space="0" w:color="auto"/>
          </w:divBdr>
        </w:div>
        <w:div w:id="2065637687">
          <w:marLeft w:val="480"/>
          <w:marRight w:val="0"/>
          <w:marTop w:val="0"/>
          <w:marBottom w:val="0"/>
          <w:divBdr>
            <w:top w:val="none" w:sz="0" w:space="0" w:color="auto"/>
            <w:left w:val="none" w:sz="0" w:space="0" w:color="auto"/>
            <w:bottom w:val="none" w:sz="0" w:space="0" w:color="auto"/>
            <w:right w:val="none" w:sz="0" w:space="0" w:color="auto"/>
          </w:divBdr>
        </w:div>
        <w:div w:id="2121366175">
          <w:marLeft w:val="480"/>
          <w:marRight w:val="0"/>
          <w:marTop w:val="0"/>
          <w:marBottom w:val="0"/>
          <w:divBdr>
            <w:top w:val="none" w:sz="0" w:space="0" w:color="auto"/>
            <w:left w:val="none" w:sz="0" w:space="0" w:color="auto"/>
            <w:bottom w:val="none" w:sz="0" w:space="0" w:color="auto"/>
            <w:right w:val="none" w:sz="0" w:space="0" w:color="auto"/>
          </w:divBdr>
        </w:div>
      </w:divsChild>
    </w:div>
    <w:div w:id="1177379172">
      <w:bodyDiv w:val="1"/>
      <w:marLeft w:val="0"/>
      <w:marRight w:val="0"/>
      <w:marTop w:val="0"/>
      <w:marBottom w:val="0"/>
      <w:divBdr>
        <w:top w:val="none" w:sz="0" w:space="0" w:color="auto"/>
        <w:left w:val="none" w:sz="0" w:space="0" w:color="auto"/>
        <w:bottom w:val="none" w:sz="0" w:space="0" w:color="auto"/>
        <w:right w:val="none" w:sz="0" w:space="0" w:color="auto"/>
      </w:divBdr>
    </w:div>
    <w:div w:id="1177504919">
      <w:bodyDiv w:val="1"/>
      <w:marLeft w:val="0"/>
      <w:marRight w:val="0"/>
      <w:marTop w:val="0"/>
      <w:marBottom w:val="0"/>
      <w:divBdr>
        <w:top w:val="none" w:sz="0" w:space="0" w:color="auto"/>
        <w:left w:val="none" w:sz="0" w:space="0" w:color="auto"/>
        <w:bottom w:val="none" w:sz="0" w:space="0" w:color="auto"/>
        <w:right w:val="none" w:sz="0" w:space="0" w:color="auto"/>
      </w:divBdr>
    </w:div>
    <w:div w:id="1178886453">
      <w:bodyDiv w:val="1"/>
      <w:marLeft w:val="0"/>
      <w:marRight w:val="0"/>
      <w:marTop w:val="0"/>
      <w:marBottom w:val="0"/>
      <w:divBdr>
        <w:top w:val="none" w:sz="0" w:space="0" w:color="auto"/>
        <w:left w:val="none" w:sz="0" w:space="0" w:color="auto"/>
        <w:bottom w:val="none" w:sz="0" w:space="0" w:color="auto"/>
        <w:right w:val="none" w:sz="0" w:space="0" w:color="auto"/>
      </w:divBdr>
    </w:div>
    <w:div w:id="1179127142">
      <w:bodyDiv w:val="1"/>
      <w:marLeft w:val="0"/>
      <w:marRight w:val="0"/>
      <w:marTop w:val="0"/>
      <w:marBottom w:val="0"/>
      <w:divBdr>
        <w:top w:val="none" w:sz="0" w:space="0" w:color="auto"/>
        <w:left w:val="none" w:sz="0" w:space="0" w:color="auto"/>
        <w:bottom w:val="none" w:sz="0" w:space="0" w:color="auto"/>
        <w:right w:val="none" w:sz="0" w:space="0" w:color="auto"/>
      </w:divBdr>
    </w:div>
    <w:div w:id="1184593383">
      <w:bodyDiv w:val="1"/>
      <w:marLeft w:val="0"/>
      <w:marRight w:val="0"/>
      <w:marTop w:val="0"/>
      <w:marBottom w:val="0"/>
      <w:divBdr>
        <w:top w:val="none" w:sz="0" w:space="0" w:color="auto"/>
        <w:left w:val="none" w:sz="0" w:space="0" w:color="auto"/>
        <w:bottom w:val="none" w:sz="0" w:space="0" w:color="auto"/>
        <w:right w:val="none" w:sz="0" w:space="0" w:color="auto"/>
      </w:divBdr>
    </w:div>
    <w:div w:id="1186747373">
      <w:bodyDiv w:val="1"/>
      <w:marLeft w:val="0"/>
      <w:marRight w:val="0"/>
      <w:marTop w:val="0"/>
      <w:marBottom w:val="0"/>
      <w:divBdr>
        <w:top w:val="none" w:sz="0" w:space="0" w:color="auto"/>
        <w:left w:val="none" w:sz="0" w:space="0" w:color="auto"/>
        <w:bottom w:val="none" w:sz="0" w:space="0" w:color="auto"/>
        <w:right w:val="none" w:sz="0" w:space="0" w:color="auto"/>
      </w:divBdr>
    </w:div>
    <w:div w:id="1186749685">
      <w:bodyDiv w:val="1"/>
      <w:marLeft w:val="0"/>
      <w:marRight w:val="0"/>
      <w:marTop w:val="0"/>
      <w:marBottom w:val="0"/>
      <w:divBdr>
        <w:top w:val="none" w:sz="0" w:space="0" w:color="auto"/>
        <w:left w:val="none" w:sz="0" w:space="0" w:color="auto"/>
        <w:bottom w:val="none" w:sz="0" w:space="0" w:color="auto"/>
        <w:right w:val="none" w:sz="0" w:space="0" w:color="auto"/>
      </w:divBdr>
      <w:divsChild>
        <w:div w:id="50346700">
          <w:marLeft w:val="480"/>
          <w:marRight w:val="0"/>
          <w:marTop w:val="0"/>
          <w:marBottom w:val="0"/>
          <w:divBdr>
            <w:top w:val="none" w:sz="0" w:space="0" w:color="auto"/>
            <w:left w:val="none" w:sz="0" w:space="0" w:color="auto"/>
            <w:bottom w:val="none" w:sz="0" w:space="0" w:color="auto"/>
            <w:right w:val="none" w:sz="0" w:space="0" w:color="auto"/>
          </w:divBdr>
        </w:div>
        <w:div w:id="72169630">
          <w:marLeft w:val="480"/>
          <w:marRight w:val="0"/>
          <w:marTop w:val="0"/>
          <w:marBottom w:val="0"/>
          <w:divBdr>
            <w:top w:val="none" w:sz="0" w:space="0" w:color="auto"/>
            <w:left w:val="none" w:sz="0" w:space="0" w:color="auto"/>
            <w:bottom w:val="none" w:sz="0" w:space="0" w:color="auto"/>
            <w:right w:val="none" w:sz="0" w:space="0" w:color="auto"/>
          </w:divBdr>
        </w:div>
        <w:div w:id="81536422">
          <w:marLeft w:val="480"/>
          <w:marRight w:val="0"/>
          <w:marTop w:val="0"/>
          <w:marBottom w:val="0"/>
          <w:divBdr>
            <w:top w:val="none" w:sz="0" w:space="0" w:color="auto"/>
            <w:left w:val="none" w:sz="0" w:space="0" w:color="auto"/>
            <w:bottom w:val="none" w:sz="0" w:space="0" w:color="auto"/>
            <w:right w:val="none" w:sz="0" w:space="0" w:color="auto"/>
          </w:divBdr>
        </w:div>
        <w:div w:id="131871196">
          <w:marLeft w:val="480"/>
          <w:marRight w:val="0"/>
          <w:marTop w:val="0"/>
          <w:marBottom w:val="0"/>
          <w:divBdr>
            <w:top w:val="none" w:sz="0" w:space="0" w:color="auto"/>
            <w:left w:val="none" w:sz="0" w:space="0" w:color="auto"/>
            <w:bottom w:val="none" w:sz="0" w:space="0" w:color="auto"/>
            <w:right w:val="none" w:sz="0" w:space="0" w:color="auto"/>
          </w:divBdr>
        </w:div>
        <w:div w:id="160198607">
          <w:marLeft w:val="480"/>
          <w:marRight w:val="0"/>
          <w:marTop w:val="0"/>
          <w:marBottom w:val="0"/>
          <w:divBdr>
            <w:top w:val="none" w:sz="0" w:space="0" w:color="auto"/>
            <w:left w:val="none" w:sz="0" w:space="0" w:color="auto"/>
            <w:bottom w:val="none" w:sz="0" w:space="0" w:color="auto"/>
            <w:right w:val="none" w:sz="0" w:space="0" w:color="auto"/>
          </w:divBdr>
        </w:div>
        <w:div w:id="196892338">
          <w:marLeft w:val="480"/>
          <w:marRight w:val="0"/>
          <w:marTop w:val="0"/>
          <w:marBottom w:val="0"/>
          <w:divBdr>
            <w:top w:val="none" w:sz="0" w:space="0" w:color="auto"/>
            <w:left w:val="none" w:sz="0" w:space="0" w:color="auto"/>
            <w:bottom w:val="none" w:sz="0" w:space="0" w:color="auto"/>
            <w:right w:val="none" w:sz="0" w:space="0" w:color="auto"/>
          </w:divBdr>
        </w:div>
        <w:div w:id="218595070">
          <w:marLeft w:val="480"/>
          <w:marRight w:val="0"/>
          <w:marTop w:val="0"/>
          <w:marBottom w:val="0"/>
          <w:divBdr>
            <w:top w:val="none" w:sz="0" w:space="0" w:color="auto"/>
            <w:left w:val="none" w:sz="0" w:space="0" w:color="auto"/>
            <w:bottom w:val="none" w:sz="0" w:space="0" w:color="auto"/>
            <w:right w:val="none" w:sz="0" w:space="0" w:color="auto"/>
          </w:divBdr>
        </w:div>
        <w:div w:id="222180987">
          <w:marLeft w:val="480"/>
          <w:marRight w:val="0"/>
          <w:marTop w:val="0"/>
          <w:marBottom w:val="0"/>
          <w:divBdr>
            <w:top w:val="none" w:sz="0" w:space="0" w:color="auto"/>
            <w:left w:val="none" w:sz="0" w:space="0" w:color="auto"/>
            <w:bottom w:val="none" w:sz="0" w:space="0" w:color="auto"/>
            <w:right w:val="none" w:sz="0" w:space="0" w:color="auto"/>
          </w:divBdr>
        </w:div>
        <w:div w:id="233394193">
          <w:marLeft w:val="480"/>
          <w:marRight w:val="0"/>
          <w:marTop w:val="0"/>
          <w:marBottom w:val="0"/>
          <w:divBdr>
            <w:top w:val="none" w:sz="0" w:space="0" w:color="auto"/>
            <w:left w:val="none" w:sz="0" w:space="0" w:color="auto"/>
            <w:bottom w:val="none" w:sz="0" w:space="0" w:color="auto"/>
            <w:right w:val="none" w:sz="0" w:space="0" w:color="auto"/>
          </w:divBdr>
        </w:div>
        <w:div w:id="245698264">
          <w:marLeft w:val="480"/>
          <w:marRight w:val="0"/>
          <w:marTop w:val="0"/>
          <w:marBottom w:val="0"/>
          <w:divBdr>
            <w:top w:val="none" w:sz="0" w:space="0" w:color="auto"/>
            <w:left w:val="none" w:sz="0" w:space="0" w:color="auto"/>
            <w:bottom w:val="none" w:sz="0" w:space="0" w:color="auto"/>
            <w:right w:val="none" w:sz="0" w:space="0" w:color="auto"/>
          </w:divBdr>
        </w:div>
        <w:div w:id="278536738">
          <w:marLeft w:val="480"/>
          <w:marRight w:val="0"/>
          <w:marTop w:val="0"/>
          <w:marBottom w:val="0"/>
          <w:divBdr>
            <w:top w:val="none" w:sz="0" w:space="0" w:color="auto"/>
            <w:left w:val="none" w:sz="0" w:space="0" w:color="auto"/>
            <w:bottom w:val="none" w:sz="0" w:space="0" w:color="auto"/>
            <w:right w:val="none" w:sz="0" w:space="0" w:color="auto"/>
          </w:divBdr>
        </w:div>
        <w:div w:id="425149089">
          <w:marLeft w:val="480"/>
          <w:marRight w:val="0"/>
          <w:marTop w:val="0"/>
          <w:marBottom w:val="0"/>
          <w:divBdr>
            <w:top w:val="none" w:sz="0" w:space="0" w:color="auto"/>
            <w:left w:val="none" w:sz="0" w:space="0" w:color="auto"/>
            <w:bottom w:val="none" w:sz="0" w:space="0" w:color="auto"/>
            <w:right w:val="none" w:sz="0" w:space="0" w:color="auto"/>
          </w:divBdr>
        </w:div>
        <w:div w:id="475150843">
          <w:marLeft w:val="480"/>
          <w:marRight w:val="0"/>
          <w:marTop w:val="0"/>
          <w:marBottom w:val="0"/>
          <w:divBdr>
            <w:top w:val="none" w:sz="0" w:space="0" w:color="auto"/>
            <w:left w:val="none" w:sz="0" w:space="0" w:color="auto"/>
            <w:bottom w:val="none" w:sz="0" w:space="0" w:color="auto"/>
            <w:right w:val="none" w:sz="0" w:space="0" w:color="auto"/>
          </w:divBdr>
        </w:div>
        <w:div w:id="520358694">
          <w:marLeft w:val="480"/>
          <w:marRight w:val="0"/>
          <w:marTop w:val="0"/>
          <w:marBottom w:val="0"/>
          <w:divBdr>
            <w:top w:val="none" w:sz="0" w:space="0" w:color="auto"/>
            <w:left w:val="none" w:sz="0" w:space="0" w:color="auto"/>
            <w:bottom w:val="none" w:sz="0" w:space="0" w:color="auto"/>
            <w:right w:val="none" w:sz="0" w:space="0" w:color="auto"/>
          </w:divBdr>
        </w:div>
        <w:div w:id="628316273">
          <w:marLeft w:val="480"/>
          <w:marRight w:val="0"/>
          <w:marTop w:val="0"/>
          <w:marBottom w:val="0"/>
          <w:divBdr>
            <w:top w:val="none" w:sz="0" w:space="0" w:color="auto"/>
            <w:left w:val="none" w:sz="0" w:space="0" w:color="auto"/>
            <w:bottom w:val="none" w:sz="0" w:space="0" w:color="auto"/>
            <w:right w:val="none" w:sz="0" w:space="0" w:color="auto"/>
          </w:divBdr>
        </w:div>
        <w:div w:id="696152442">
          <w:marLeft w:val="480"/>
          <w:marRight w:val="0"/>
          <w:marTop w:val="0"/>
          <w:marBottom w:val="0"/>
          <w:divBdr>
            <w:top w:val="none" w:sz="0" w:space="0" w:color="auto"/>
            <w:left w:val="none" w:sz="0" w:space="0" w:color="auto"/>
            <w:bottom w:val="none" w:sz="0" w:space="0" w:color="auto"/>
            <w:right w:val="none" w:sz="0" w:space="0" w:color="auto"/>
          </w:divBdr>
        </w:div>
        <w:div w:id="867260942">
          <w:marLeft w:val="480"/>
          <w:marRight w:val="0"/>
          <w:marTop w:val="0"/>
          <w:marBottom w:val="0"/>
          <w:divBdr>
            <w:top w:val="none" w:sz="0" w:space="0" w:color="auto"/>
            <w:left w:val="none" w:sz="0" w:space="0" w:color="auto"/>
            <w:bottom w:val="none" w:sz="0" w:space="0" w:color="auto"/>
            <w:right w:val="none" w:sz="0" w:space="0" w:color="auto"/>
          </w:divBdr>
        </w:div>
        <w:div w:id="896477616">
          <w:marLeft w:val="480"/>
          <w:marRight w:val="0"/>
          <w:marTop w:val="0"/>
          <w:marBottom w:val="0"/>
          <w:divBdr>
            <w:top w:val="none" w:sz="0" w:space="0" w:color="auto"/>
            <w:left w:val="none" w:sz="0" w:space="0" w:color="auto"/>
            <w:bottom w:val="none" w:sz="0" w:space="0" w:color="auto"/>
            <w:right w:val="none" w:sz="0" w:space="0" w:color="auto"/>
          </w:divBdr>
        </w:div>
        <w:div w:id="902983539">
          <w:marLeft w:val="480"/>
          <w:marRight w:val="0"/>
          <w:marTop w:val="0"/>
          <w:marBottom w:val="0"/>
          <w:divBdr>
            <w:top w:val="none" w:sz="0" w:space="0" w:color="auto"/>
            <w:left w:val="none" w:sz="0" w:space="0" w:color="auto"/>
            <w:bottom w:val="none" w:sz="0" w:space="0" w:color="auto"/>
            <w:right w:val="none" w:sz="0" w:space="0" w:color="auto"/>
          </w:divBdr>
        </w:div>
        <w:div w:id="964508699">
          <w:marLeft w:val="480"/>
          <w:marRight w:val="0"/>
          <w:marTop w:val="0"/>
          <w:marBottom w:val="0"/>
          <w:divBdr>
            <w:top w:val="none" w:sz="0" w:space="0" w:color="auto"/>
            <w:left w:val="none" w:sz="0" w:space="0" w:color="auto"/>
            <w:bottom w:val="none" w:sz="0" w:space="0" w:color="auto"/>
            <w:right w:val="none" w:sz="0" w:space="0" w:color="auto"/>
          </w:divBdr>
        </w:div>
        <w:div w:id="988093432">
          <w:marLeft w:val="480"/>
          <w:marRight w:val="0"/>
          <w:marTop w:val="0"/>
          <w:marBottom w:val="0"/>
          <w:divBdr>
            <w:top w:val="none" w:sz="0" w:space="0" w:color="auto"/>
            <w:left w:val="none" w:sz="0" w:space="0" w:color="auto"/>
            <w:bottom w:val="none" w:sz="0" w:space="0" w:color="auto"/>
            <w:right w:val="none" w:sz="0" w:space="0" w:color="auto"/>
          </w:divBdr>
        </w:div>
        <w:div w:id="997341779">
          <w:marLeft w:val="480"/>
          <w:marRight w:val="0"/>
          <w:marTop w:val="0"/>
          <w:marBottom w:val="0"/>
          <w:divBdr>
            <w:top w:val="none" w:sz="0" w:space="0" w:color="auto"/>
            <w:left w:val="none" w:sz="0" w:space="0" w:color="auto"/>
            <w:bottom w:val="none" w:sz="0" w:space="0" w:color="auto"/>
            <w:right w:val="none" w:sz="0" w:space="0" w:color="auto"/>
          </w:divBdr>
        </w:div>
        <w:div w:id="1019161953">
          <w:marLeft w:val="480"/>
          <w:marRight w:val="0"/>
          <w:marTop w:val="0"/>
          <w:marBottom w:val="0"/>
          <w:divBdr>
            <w:top w:val="none" w:sz="0" w:space="0" w:color="auto"/>
            <w:left w:val="none" w:sz="0" w:space="0" w:color="auto"/>
            <w:bottom w:val="none" w:sz="0" w:space="0" w:color="auto"/>
            <w:right w:val="none" w:sz="0" w:space="0" w:color="auto"/>
          </w:divBdr>
        </w:div>
        <w:div w:id="1066563562">
          <w:marLeft w:val="480"/>
          <w:marRight w:val="0"/>
          <w:marTop w:val="0"/>
          <w:marBottom w:val="0"/>
          <w:divBdr>
            <w:top w:val="none" w:sz="0" w:space="0" w:color="auto"/>
            <w:left w:val="none" w:sz="0" w:space="0" w:color="auto"/>
            <w:bottom w:val="none" w:sz="0" w:space="0" w:color="auto"/>
            <w:right w:val="none" w:sz="0" w:space="0" w:color="auto"/>
          </w:divBdr>
        </w:div>
        <w:div w:id="1093747978">
          <w:marLeft w:val="480"/>
          <w:marRight w:val="0"/>
          <w:marTop w:val="0"/>
          <w:marBottom w:val="0"/>
          <w:divBdr>
            <w:top w:val="none" w:sz="0" w:space="0" w:color="auto"/>
            <w:left w:val="none" w:sz="0" w:space="0" w:color="auto"/>
            <w:bottom w:val="none" w:sz="0" w:space="0" w:color="auto"/>
            <w:right w:val="none" w:sz="0" w:space="0" w:color="auto"/>
          </w:divBdr>
        </w:div>
        <w:div w:id="1143159393">
          <w:marLeft w:val="480"/>
          <w:marRight w:val="0"/>
          <w:marTop w:val="0"/>
          <w:marBottom w:val="0"/>
          <w:divBdr>
            <w:top w:val="none" w:sz="0" w:space="0" w:color="auto"/>
            <w:left w:val="none" w:sz="0" w:space="0" w:color="auto"/>
            <w:bottom w:val="none" w:sz="0" w:space="0" w:color="auto"/>
            <w:right w:val="none" w:sz="0" w:space="0" w:color="auto"/>
          </w:divBdr>
        </w:div>
        <w:div w:id="1325474887">
          <w:marLeft w:val="480"/>
          <w:marRight w:val="0"/>
          <w:marTop w:val="0"/>
          <w:marBottom w:val="0"/>
          <w:divBdr>
            <w:top w:val="none" w:sz="0" w:space="0" w:color="auto"/>
            <w:left w:val="none" w:sz="0" w:space="0" w:color="auto"/>
            <w:bottom w:val="none" w:sz="0" w:space="0" w:color="auto"/>
            <w:right w:val="none" w:sz="0" w:space="0" w:color="auto"/>
          </w:divBdr>
        </w:div>
        <w:div w:id="1359550089">
          <w:marLeft w:val="480"/>
          <w:marRight w:val="0"/>
          <w:marTop w:val="0"/>
          <w:marBottom w:val="0"/>
          <w:divBdr>
            <w:top w:val="none" w:sz="0" w:space="0" w:color="auto"/>
            <w:left w:val="none" w:sz="0" w:space="0" w:color="auto"/>
            <w:bottom w:val="none" w:sz="0" w:space="0" w:color="auto"/>
            <w:right w:val="none" w:sz="0" w:space="0" w:color="auto"/>
          </w:divBdr>
        </w:div>
        <w:div w:id="1377395177">
          <w:marLeft w:val="480"/>
          <w:marRight w:val="0"/>
          <w:marTop w:val="0"/>
          <w:marBottom w:val="0"/>
          <w:divBdr>
            <w:top w:val="none" w:sz="0" w:space="0" w:color="auto"/>
            <w:left w:val="none" w:sz="0" w:space="0" w:color="auto"/>
            <w:bottom w:val="none" w:sz="0" w:space="0" w:color="auto"/>
            <w:right w:val="none" w:sz="0" w:space="0" w:color="auto"/>
          </w:divBdr>
        </w:div>
        <w:div w:id="1387993870">
          <w:marLeft w:val="480"/>
          <w:marRight w:val="0"/>
          <w:marTop w:val="0"/>
          <w:marBottom w:val="0"/>
          <w:divBdr>
            <w:top w:val="none" w:sz="0" w:space="0" w:color="auto"/>
            <w:left w:val="none" w:sz="0" w:space="0" w:color="auto"/>
            <w:bottom w:val="none" w:sz="0" w:space="0" w:color="auto"/>
            <w:right w:val="none" w:sz="0" w:space="0" w:color="auto"/>
          </w:divBdr>
        </w:div>
        <w:div w:id="1444837678">
          <w:marLeft w:val="480"/>
          <w:marRight w:val="0"/>
          <w:marTop w:val="0"/>
          <w:marBottom w:val="0"/>
          <w:divBdr>
            <w:top w:val="none" w:sz="0" w:space="0" w:color="auto"/>
            <w:left w:val="none" w:sz="0" w:space="0" w:color="auto"/>
            <w:bottom w:val="none" w:sz="0" w:space="0" w:color="auto"/>
            <w:right w:val="none" w:sz="0" w:space="0" w:color="auto"/>
          </w:divBdr>
        </w:div>
        <w:div w:id="1556240119">
          <w:marLeft w:val="480"/>
          <w:marRight w:val="0"/>
          <w:marTop w:val="0"/>
          <w:marBottom w:val="0"/>
          <w:divBdr>
            <w:top w:val="none" w:sz="0" w:space="0" w:color="auto"/>
            <w:left w:val="none" w:sz="0" w:space="0" w:color="auto"/>
            <w:bottom w:val="none" w:sz="0" w:space="0" w:color="auto"/>
            <w:right w:val="none" w:sz="0" w:space="0" w:color="auto"/>
          </w:divBdr>
        </w:div>
        <w:div w:id="1560047734">
          <w:marLeft w:val="480"/>
          <w:marRight w:val="0"/>
          <w:marTop w:val="0"/>
          <w:marBottom w:val="0"/>
          <w:divBdr>
            <w:top w:val="none" w:sz="0" w:space="0" w:color="auto"/>
            <w:left w:val="none" w:sz="0" w:space="0" w:color="auto"/>
            <w:bottom w:val="none" w:sz="0" w:space="0" w:color="auto"/>
            <w:right w:val="none" w:sz="0" w:space="0" w:color="auto"/>
          </w:divBdr>
        </w:div>
        <w:div w:id="1647974953">
          <w:marLeft w:val="480"/>
          <w:marRight w:val="0"/>
          <w:marTop w:val="0"/>
          <w:marBottom w:val="0"/>
          <w:divBdr>
            <w:top w:val="none" w:sz="0" w:space="0" w:color="auto"/>
            <w:left w:val="none" w:sz="0" w:space="0" w:color="auto"/>
            <w:bottom w:val="none" w:sz="0" w:space="0" w:color="auto"/>
            <w:right w:val="none" w:sz="0" w:space="0" w:color="auto"/>
          </w:divBdr>
        </w:div>
        <w:div w:id="1673989748">
          <w:marLeft w:val="480"/>
          <w:marRight w:val="0"/>
          <w:marTop w:val="0"/>
          <w:marBottom w:val="0"/>
          <w:divBdr>
            <w:top w:val="none" w:sz="0" w:space="0" w:color="auto"/>
            <w:left w:val="none" w:sz="0" w:space="0" w:color="auto"/>
            <w:bottom w:val="none" w:sz="0" w:space="0" w:color="auto"/>
            <w:right w:val="none" w:sz="0" w:space="0" w:color="auto"/>
          </w:divBdr>
        </w:div>
        <w:div w:id="1693459909">
          <w:marLeft w:val="480"/>
          <w:marRight w:val="0"/>
          <w:marTop w:val="0"/>
          <w:marBottom w:val="0"/>
          <w:divBdr>
            <w:top w:val="none" w:sz="0" w:space="0" w:color="auto"/>
            <w:left w:val="none" w:sz="0" w:space="0" w:color="auto"/>
            <w:bottom w:val="none" w:sz="0" w:space="0" w:color="auto"/>
            <w:right w:val="none" w:sz="0" w:space="0" w:color="auto"/>
          </w:divBdr>
        </w:div>
        <w:div w:id="1742097164">
          <w:marLeft w:val="480"/>
          <w:marRight w:val="0"/>
          <w:marTop w:val="0"/>
          <w:marBottom w:val="0"/>
          <w:divBdr>
            <w:top w:val="none" w:sz="0" w:space="0" w:color="auto"/>
            <w:left w:val="none" w:sz="0" w:space="0" w:color="auto"/>
            <w:bottom w:val="none" w:sz="0" w:space="0" w:color="auto"/>
            <w:right w:val="none" w:sz="0" w:space="0" w:color="auto"/>
          </w:divBdr>
        </w:div>
        <w:div w:id="1747535444">
          <w:marLeft w:val="480"/>
          <w:marRight w:val="0"/>
          <w:marTop w:val="0"/>
          <w:marBottom w:val="0"/>
          <w:divBdr>
            <w:top w:val="none" w:sz="0" w:space="0" w:color="auto"/>
            <w:left w:val="none" w:sz="0" w:space="0" w:color="auto"/>
            <w:bottom w:val="none" w:sz="0" w:space="0" w:color="auto"/>
            <w:right w:val="none" w:sz="0" w:space="0" w:color="auto"/>
          </w:divBdr>
        </w:div>
        <w:div w:id="1791050339">
          <w:marLeft w:val="480"/>
          <w:marRight w:val="0"/>
          <w:marTop w:val="0"/>
          <w:marBottom w:val="0"/>
          <w:divBdr>
            <w:top w:val="none" w:sz="0" w:space="0" w:color="auto"/>
            <w:left w:val="none" w:sz="0" w:space="0" w:color="auto"/>
            <w:bottom w:val="none" w:sz="0" w:space="0" w:color="auto"/>
            <w:right w:val="none" w:sz="0" w:space="0" w:color="auto"/>
          </w:divBdr>
        </w:div>
        <w:div w:id="1811052900">
          <w:marLeft w:val="480"/>
          <w:marRight w:val="0"/>
          <w:marTop w:val="0"/>
          <w:marBottom w:val="0"/>
          <w:divBdr>
            <w:top w:val="none" w:sz="0" w:space="0" w:color="auto"/>
            <w:left w:val="none" w:sz="0" w:space="0" w:color="auto"/>
            <w:bottom w:val="none" w:sz="0" w:space="0" w:color="auto"/>
            <w:right w:val="none" w:sz="0" w:space="0" w:color="auto"/>
          </w:divBdr>
        </w:div>
        <w:div w:id="1905142696">
          <w:marLeft w:val="480"/>
          <w:marRight w:val="0"/>
          <w:marTop w:val="0"/>
          <w:marBottom w:val="0"/>
          <w:divBdr>
            <w:top w:val="none" w:sz="0" w:space="0" w:color="auto"/>
            <w:left w:val="none" w:sz="0" w:space="0" w:color="auto"/>
            <w:bottom w:val="none" w:sz="0" w:space="0" w:color="auto"/>
            <w:right w:val="none" w:sz="0" w:space="0" w:color="auto"/>
          </w:divBdr>
        </w:div>
        <w:div w:id="1971394382">
          <w:marLeft w:val="480"/>
          <w:marRight w:val="0"/>
          <w:marTop w:val="0"/>
          <w:marBottom w:val="0"/>
          <w:divBdr>
            <w:top w:val="none" w:sz="0" w:space="0" w:color="auto"/>
            <w:left w:val="none" w:sz="0" w:space="0" w:color="auto"/>
            <w:bottom w:val="none" w:sz="0" w:space="0" w:color="auto"/>
            <w:right w:val="none" w:sz="0" w:space="0" w:color="auto"/>
          </w:divBdr>
        </w:div>
      </w:divsChild>
    </w:div>
    <w:div w:id="1187064103">
      <w:bodyDiv w:val="1"/>
      <w:marLeft w:val="0"/>
      <w:marRight w:val="0"/>
      <w:marTop w:val="0"/>
      <w:marBottom w:val="0"/>
      <w:divBdr>
        <w:top w:val="none" w:sz="0" w:space="0" w:color="auto"/>
        <w:left w:val="none" w:sz="0" w:space="0" w:color="auto"/>
        <w:bottom w:val="none" w:sz="0" w:space="0" w:color="auto"/>
        <w:right w:val="none" w:sz="0" w:space="0" w:color="auto"/>
      </w:divBdr>
    </w:div>
    <w:div w:id="1187207957">
      <w:bodyDiv w:val="1"/>
      <w:marLeft w:val="0"/>
      <w:marRight w:val="0"/>
      <w:marTop w:val="0"/>
      <w:marBottom w:val="0"/>
      <w:divBdr>
        <w:top w:val="none" w:sz="0" w:space="0" w:color="auto"/>
        <w:left w:val="none" w:sz="0" w:space="0" w:color="auto"/>
        <w:bottom w:val="none" w:sz="0" w:space="0" w:color="auto"/>
        <w:right w:val="none" w:sz="0" w:space="0" w:color="auto"/>
      </w:divBdr>
    </w:div>
    <w:div w:id="1191340694">
      <w:bodyDiv w:val="1"/>
      <w:marLeft w:val="0"/>
      <w:marRight w:val="0"/>
      <w:marTop w:val="0"/>
      <w:marBottom w:val="0"/>
      <w:divBdr>
        <w:top w:val="none" w:sz="0" w:space="0" w:color="auto"/>
        <w:left w:val="none" w:sz="0" w:space="0" w:color="auto"/>
        <w:bottom w:val="none" w:sz="0" w:space="0" w:color="auto"/>
        <w:right w:val="none" w:sz="0" w:space="0" w:color="auto"/>
      </w:divBdr>
    </w:div>
    <w:div w:id="1194273403">
      <w:bodyDiv w:val="1"/>
      <w:marLeft w:val="0"/>
      <w:marRight w:val="0"/>
      <w:marTop w:val="0"/>
      <w:marBottom w:val="0"/>
      <w:divBdr>
        <w:top w:val="none" w:sz="0" w:space="0" w:color="auto"/>
        <w:left w:val="none" w:sz="0" w:space="0" w:color="auto"/>
        <w:bottom w:val="none" w:sz="0" w:space="0" w:color="auto"/>
        <w:right w:val="none" w:sz="0" w:space="0" w:color="auto"/>
      </w:divBdr>
    </w:div>
    <w:div w:id="1195852027">
      <w:bodyDiv w:val="1"/>
      <w:marLeft w:val="0"/>
      <w:marRight w:val="0"/>
      <w:marTop w:val="0"/>
      <w:marBottom w:val="0"/>
      <w:divBdr>
        <w:top w:val="none" w:sz="0" w:space="0" w:color="auto"/>
        <w:left w:val="none" w:sz="0" w:space="0" w:color="auto"/>
        <w:bottom w:val="none" w:sz="0" w:space="0" w:color="auto"/>
        <w:right w:val="none" w:sz="0" w:space="0" w:color="auto"/>
      </w:divBdr>
    </w:div>
    <w:div w:id="1197085739">
      <w:bodyDiv w:val="1"/>
      <w:marLeft w:val="0"/>
      <w:marRight w:val="0"/>
      <w:marTop w:val="0"/>
      <w:marBottom w:val="0"/>
      <w:divBdr>
        <w:top w:val="none" w:sz="0" w:space="0" w:color="auto"/>
        <w:left w:val="none" w:sz="0" w:space="0" w:color="auto"/>
        <w:bottom w:val="none" w:sz="0" w:space="0" w:color="auto"/>
        <w:right w:val="none" w:sz="0" w:space="0" w:color="auto"/>
      </w:divBdr>
    </w:div>
    <w:div w:id="1198813162">
      <w:bodyDiv w:val="1"/>
      <w:marLeft w:val="0"/>
      <w:marRight w:val="0"/>
      <w:marTop w:val="0"/>
      <w:marBottom w:val="0"/>
      <w:divBdr>
        <w:top w:val="none" w:sz="0" w:space="0" w:color="auto"/>
        <w:left w:val="none" w:sz="0" w:space="0" w:color="auto"/>
        <w:bottom w:val="none" w:sz="0" w:space="0" w:color="auto"/>
        <w:right w:val="none" w:sz="0" w:space="0" w:color="auto"/>
      </w:divBdr>
    </w:div>
    <w:div w:id="1201473653">
      <w:bodyDiv w:val="1"/>
      <w:marLeft w:val="0"/>
      <w:marRight w:val="0"/>
      <w:marTop w:val="0"/>
      <w:marBottom w:val="0"/>
      <w:divBdr>
        <w:top w:val="none" w:sz="0" w:space="0" w:color="auto"/>
        <w:left w:val="none" w:sz="0" w:space="0" w:color="auto"/>
        <w:bottom w:val="none" w:sz="0" w:space="0" w:color="auto"/>
        <w:right w:val="none" w:sz="0" w:space="0" w:color="auto"/>
      </w:divBdr>
    </w:div>
    <w:div w:id="1203051824">
      <w:bodyDiv w:val="1"/>
      <w:marLeft w:val="0"/>
      <w:marRight w:val="0"/>
      <w:marTop w:val="0"/>
      <w:marBottom w:val="0"/>
      <w:divBdr>
        <w:top w:val="none" w:sz="0" w:space="0" w:color="auto"/>
        <w:left w:val="none" w:sz="0" w:space="0" w:color="auto"/>
        <w:bottom w:val="none" w:sz="0" w:space="0" w:color="auto"/>
        <w:right w:val="none" w:sz="0" w:space="0" w:color="auto"/>
      </w:divBdr>
    </w:div>
    <w:div w:id="1206987603">
      <w:bodyDiv w:val="1"/>
      <w:marLeft w:val="0"/>
      <w:marRight w:val="0"/>
      <w:marTop w:val="0"/>
      <w:marBottom w:val="0"/>
      <w:divBdr>
        <w:top w:val="none" w:sz="0" w:space="0" w:color="auto"/>
        <w:left w:val="none" w:sz="0" w:space="0" w:color="auto"/>
        <w:bottom w:val="none" w:sz="0" w:space="0" w:color="auto"/>
        <w:right w:val="none" w:sz="0" w:space="0" w:color="auto"/>
      </w:divBdr>
    </w:div>
    <w:div w:id="1208183849">
      <w:bodyDiv w:val="1"/>
      <w:marLeft w:val="0"/>
      <w:marRight w:val="0"/>
      <w:marTop w:val="0"/>
      <w:marBottom w:val="0"/>
      <w:divBdr>
        <w:top w:val="none" w:sz="0" w:space="0" w:color="auto"/>
        <w:left w:val="none" w:sz="0" w:space="0" w:color="auto"/>
        <w:bottom w:val="none" w:sz="0" w:space="0" w:color="auto"/>
        <w:right w:val="none" w:sz="0" w:space="0" w:color="auto"/>
      </w:divBdr>
    </w:div>
    <w:div w:id="1208495024">
      <w:bodyDiv w:val="1"/>
      <w:marLeft w:val="0"/>
      <w:marRight w:val="0"/>
      <w:marTop w:val="0"/>
      <w:marBottom w:val="0"/>
      <w:divBdr>
        <w:top w:val="none" w:sz="0" w:space="0" w:color="auto"/>
        <w:left w:val="none" w:sz="0" w:space="0" w:color="auto"/>
        <w:bottom w:val="none" w:sz="0" w:space="0" w:color="auto"/>
        <w:right w:val="none" w:sz="0" w:space="0" w:color="auto"/>
      </w:divBdr>
    </w:div>
    <w:div w:id="1208908850">
      <w:bodyDiv w:val="1"/>
      <w:marLeft w:val="0"/>
      <w:marRight w:val="0"/>
      <w:marTop w:val="0"/>
      <w:marBottom w:val="0"/>
      <w:divBdr>
        <w:top w:val="none" w:sz="0" w:space="0" w:color="auto"/>
        <w:left w:val="none" w:sz="0" w:space="0" w:color="auto"/>
        <w:bottom w:val="none" w:sz="0" w:space="0" w:color="auto"/>
        <w:right w:val="none" w:sz="0" w:space="0" w:color="auto"/>
      </w:divBdr>
    </w:div>
    <w:div w:id="1209957325">
      <w:bodyDiv w:val="1"/>
      <w:marLeft w:val="0"/>
      <w:marRight w:val="0"/>
      <w:marTop w:val="0"/>
      <w:marBottom w:val="0"/>
      <w:divBdr>
        <w:top w:val="none" w:sz="0" w:space="0" w:color="auto"/>
        <w:left w:val="none" w:sz="0" w:space="0" w:color="auto"/>
        <w:bottom w:val="none" w:sz="0" w:space="0" w:color="auto"/>
        <w:right w:val="none" w:sz="0" w:space="0" w:color="auto"/>
      </w:divBdr>
    </w:div>
    <w:div w:id="1210605785">
      <w:bodyDiv w:val="1"/>
      <w:marLeft w:val="0"/>
      <w:marRight w:val="0"/>
      <w:marTop w:val="0"/>
      <w:marBottom w:val="0"/>
      <w:divBdr>
        <w:top w:val="none" w:sz="0" w:space="0" w:color="auto"/>
        <w:left w:val="none" w:sz="0" w:space="0" w:color="auto"/>
        <w:bottom w:val="none" w:sz="0" w:space="0" w:color="auto"/>
        <w:right w:val="none" w:sz="0" w:space="0" w:color="auto"/>
      </w:divBdr>
      <w:divsChild>
        <w:div w:id="206832">
          <w:marLeft w:val="480"/>
          <w:marRight w:val="0"/>
          <w:marTop w:val="0"/>
          <w:marBottom w:val="0"/>
          <w:divBdr>
            <w:top w:val="none" w:sz="0" w:space="0" w:color="auto"/>
            <w:left w:val="none" w:sz="0" w:space="0" w:color="auto"/>
            <w:bottom w:val="none" w:sz="0" w:space="0" w:color="auto"/>
            <w:right w:val="none" w:sz="0" w:space="0" w:color="auto"/>
          </w:divBdr>
        </w:div>
        <w:div w:id="10111661">
          <w:marLeft w:val="480"/>
          <w:marRight w:val="0"/>
          <w:marTop w:val="0"/>
          <w:marBottom w:val="0"/>
          <w:divBdr>
            <w:top w:val="none" w:sz="0" w:space="0" w:color="auto"/>
            <w:left w:val="none" w:sz="0" w:space="0" w:color="auto"/>
            <w:bottom w:val="none" w:sz="0" w:space="0" w:color="auto"/>
            <w:right w:val="none" w:sz="0" w:space="0" w:color="auto"/>
          </w:divBdr>
        </w:div>
        <w:div w:id="36781145">
          <w:marLeft w:val="480"/>
          <w:marRight w:val="0"/>
          <w:marTop w:val="0"/>
          <w:marBottom w:val="0"/>
          <w:divBdr>
            <w:top w:val="none" w:sz="0" w:space="0" w:color="auto"/>
            <w:left w:val="none" w:sz="0" w:space="0" w:color="auto"/>
            <w:bottom w:val="none" w:sz="0" w:space="0" w:color="auto"/>
            <w:right w:val="none" w:sz="0" w:space="0" w:color="auto"/>
          </w:divBdr>
        </w:div>
        <w:div w:id="122820510">
          <w:marLeft w:val="480"/>
          <w:marRight w:val="0"/>
          <w:marTop w:val="0"/>
          <w:marBottom w:val="0"/>
          <w:divBdr>
            <w:top w:val="none" w:sz="0" w:space="0" w:color="auto"/>
            <w:left w:val="none" w:sz="0" w:space="0" w:color="auto"/>
            <w:bottom w:val="none" w:sz="0" w:space="0" w:color="auto"/>
            <w:right w:val="none" w:sz="0" w:space="0" w:color="auto"/>
          </w:divBdr>
        </w:div>
        <w:div w:id="147939775">
          <w:marLeft w:val="480"/>
          <w:marRight w:val="0"/>
          <w:marTop w:val="0"/>
          <w:marBottom w:val="0"/>
          <w:divBdr>
            <w:top w:val="none" w:sz="0" w:space="0" w:color="auto"/>
            <w:left w:val="none" w:sz="0" w:space="0" w:color="auto"/>
            <w:bottom w:val="none" w:sz="0" w:space="0" w:color="auto"/>
            <w:right w:val="none" w:sz="0" w:space="0" w:color="auto"/>
          </w:divBdr>
        </w:div>
        <w:div w:id="236523628">
          <w:marLeft w:val="480"/>
          <w:marRight w:val="0"/>
          <w:marTop w:val="0"/>
          <w:marBottom w:val="0"/>
          <w:divBdr>
            <w:top w:val="none" w:sz="0" w:space="0" w:color="auto"/>
            <w:left w:val="none" w:sz="0" w:space="0" w:color="auto"/>
            <w:bottom w:val="none" w:sz="0" w:space="0" w:color="auto"/>
            <w:right w:val="none" w:sz="0" w:space="0" w:color="auto"/>
          </w:divBdr>
        </w:div>
        <w:div w:id="237371919">
          <w:marLeft w:val="480"/>
          <w:marRight w:val="0"/>
          <w:marTop w:val="0"/>
          <w:marBottom w:val="0"/>
          <w:divBdr>
            <w:top w:val="none" w:sz="0" w:space="0" w:color="auto"/>
            <w:left w:val="none" w:sz="0" w:space="0" w:color="auto"/>
            <w:bottom w:val="none" w:sz="0" w:space="0" w:color="auto"/>
            <w:right w:val="none" w:sz="0" w:space="0" w:color="auto"/>
          </w:divBdr>
        </w:div>
        <w:div w:id="290091230">
          <w:marLeft w:val="480"/>
          <w:marRight w:val="0"/>
          <w:marTop w:val="0"/>
          <w:marBottom w:val="0"/>
          <w:divBdr>
            <w:top w:val="none" w:sz="0" w:space="0" w:color="auto"/>
            <w:left w:val="none" w:sz="0" w:space="0" w:color="auto"/>
            <w:bottom w:val="none" w:sz="0" w:space="0" w:color="auto"/>
            <w:right w:val="none" w:sz="0" w:space="0" w:color="auto"/>
          </w:divBdr>
        </w:div>
        <w:div w:id="349379413">
          <w:marLeft w:val="480"/>
          <w:marRight w:val="0"/>
          <w:marTop w:val="0"/>
          <w:marBottom w:val="0"/>
          <w:divBdr>
            <w:top w:val="none" w:sz="0" w:space="0" w:color="auto"/>
            <w:left w:val="none" w:sz="0" w:space="0" w:color="auto"/>
            <w:bottom w:val="none" w:sz="0" w:space="0" w:color="auto"/>
            <w:right w:val="none" w:sz="0" w:space="0" w:color="auto"/>
          </w:divBdr>
        </w:div>
        <w:div w:id="469782655">
          <w:marLeft w:val="480"/>
          <w:marRight w:val="0"/>
          <w:marTop w:val="0"/>
          <w:marBottom w:val="0"/>
          <w:divBdr>
            <w:top w:val="none" w:sz="0" w:space="0" w:color="auto"/>
            <w:left w:val="none" w:sz="0" w:space="0" w:color="auto"/>
            <w:bottom w:val="none" w:sz="0" w:space="0" w:color="auto"/>
            <w:right w:val="none" w:sz="0" w:space="0" w:color="auto"/>
          </w:divBdr>
        </w:div>
        <w:div w:id="558371009">
          <w:marLeft w:val="480"/>
          <w:marRight w:val="0"/>
          <w:marTop w:val="0"/>
          <w:marBottom w:val="0"/>
          <w:divBdr>
            <w:top w:val="none" w:sz="0" w:space="0" w:color="auto"/>
            <w:left w:val="none" w:sz="0" w:space="0" w:color="auto"/>
            <w:bottom w:val="none" w:sz="0" w:space="0" w:color="auto"/>
            <w:right w:val="none" w:sz="0" w:space="0" w:color="auto"/>
          </w:divBdr>
        </w:div>
        <w:div w:id="568273551">
          <w:marLeft w:val="480"/>
          <w:marRight w:val="0"/>
          <w:marTop w:val="0"/>
          <w:marBottom w:val="0"/>
          <w:divBdr>
            <w:top w:val="none" w:sz="0" w:space="0" w:color="auto"/>
            <w:left w:val="none" w:sz="0" w:space="0" w:color="auto"/>
            <w:bottom w:val="none" w:sz="0" w:space="0" w:color="auto"/>
            <w:right w:val="none" w:sz="0" w:space="0" w:color="auto"/>
          </w:divBdr>
        </w:div>
        <w:div w:id="683047647">
          <w:marLeft w:val="480"/>
          <w:marRight w:val="0"/>
          <w:marTop w:val="0"/>
          <w:marBottom w:val="0"/>
          <w:divBdr>
            <w:top w:val="none" w:sz="0" w:space="0" w:color="auto"/>
            <w:left w:val="none" w:sz="0" w:space="0" w:color="auto"/>
            <w:bottom w:val="none" w:sz="0" w:space="0" w:color="auto"/>
            <w:right w:val="none" w:sz="0" w:space="0" w:color="auto"/>
          </w:divBdr>
        </w:div>
        <w:div w:id="816845749">
          <w:marLeft w:val="480"/>
          <w:marRight w:val="0"/>
          <w:marTop w:val="0"/>
          <w:marBottom w:val="0"/>
          <w:divBdr>
            <w:top w:val="none" w:sz="0" w:space="0" w:color="auto"/>
            <w:left w:val="none" w:sz="0" w:space="0" w:color="auto"/>
            <w:bottom w:val="none" w:sz="0" w:space="0" w:color="auto"/>
            <w:right w:val="none" w:sz="0" w:space="0" w:color="auto"/>
          </w:divBdr>
        </w:div>
        <w:div w:id="894972697">
          <w:marLeft w:val="480"/>
          <w:marRight w:val="0"/>
          <w:marTop w:val="0"/>
          <w:marBottom w:val="0"/>
          <w:divBdr>
            <w:top w:val="none" w:sz="0" w:space="0" w:color="auto"/>
            <w:left w:val="none" w:sz="0" w:space="0" w:color="auto"/>
            <w:bottom w:val="none" w:sz="0" w:space="0" w:color="auto"/>
            <w:right w:val="none" w:sz="0" w:space="0" w:color="auto"/>
          </w:divBdr>
        </w:div>
        <w:div w:id="919489931">
          <w:marLeft w:val="480"/>
          <w:marRight w:val="0"/>
          <w:marTop w:val="0"/>
          <w:marBottom w:val="0"/>
          <w:divBdr>
            <w:top w:val="none" w:sz="0" w:space="0" w:color="auto"/>
            <w:left w:val="none" w:sz="0" w:space="0" w:color="auto"/>
            <w:bottom w:val="none" w:sz="0" w:space="0" w:color="auto"/>
            <w:right w:val="none" w:sz="0" w:space="0" w:color="auto"/>
          </w:divBdr>
        </w:div>
        <w:div w:id="945498461">
          <w:marLeft w:val="480"/>
          <w:marRight w:val="0"/>
          <w:marTop w:val="0"/>
          <w:marBottom w:val="0"/>
          <w:divBdr>
            <w:top w:val="none" w:sz="0" w:space="0" w:color="auto"/>
            <w:left w:val="none" w:sz="0" w:space="0" w:color="auto"/>
            <w:bottom w:val="none" w:sz="0" w:space="0" w:color="auto"/>
            <w:right w:val="none" w:sz="0" w:space="0" w:color="auto"/>
          </w:divBdr>
        </w:div>
        <w:div w:id="1088380996">
          <w:marLeft w:val="480"/>
          <w:marRight w:val="0"/>
          <w:marTop w:val="0"/>
          <w:marBottom w:val="0"/>
          <w:divBdr>
            <w:top w:val="none" w:sz="0" w:space="0" w:color="auto"/>
            <w:left w:val="none" w:sz="0" w:space="0" w:color="auto"/>
            <w:bottom w:val="none" w:sz="0" w:space="0" w:color="auto"/>
            <w:right w:val="none" w:sz="0" w:space="0" w:color="auto"/>
          </w:divBdr>
        </w:div>
        <w:div w:id="1102384152">
          <w:marLeft w:val="480"/>
          <w:marRight w:val="0"/>
          <w:marTop w:val="0"/>
          <w:marBottom w:val="0"/>
          <w:divBdr>
            <w:top w:val="none" w:sz="0" w:space="0" w:color="auto"/>
            <w:left w:val="none" w:sz="0" w:space="0" w:color="auto"/>
            <w:bottom w:val="none" w:sz="0" w:space="0" w:color="auto"/>
            <w:right w:val="none" w:sz="0" w:space="0" w:color="auto"/>
          </w:divBdr>
        </w:div>
        <w:div w:id="1117718932">
          <w:marLeft w:val="480"/>
          <w:marRight w:val="0"/>
          <w:marTop w:val="0"/>
          <w:marBottom w:val="0"/>
          <w:divBdr>
            <w:top w:val="none" w:sz="0" w:space="0" w:color="auto"/>
            <w:left w:val="none" w:sz="0" w:space="0" w:color="auto"/>
            <w:bottom w:val="none" w:sz="0" w:space="0" w:color="auto"/>
            <w:right w:val="none" w:sz="0" w:space="0" w:color="auto"/>
          </w:divBdr>
        </w:div>
        <w:div w:id="1157458576">
          <w:marLeft w:val="480"/>
          <w:marRight w:val="0"/>
          <w:marTop w:val="0"/>
          <w:marBottom w:val="0"/>
          <w:divBdr>
            <w:top w:val="none" w:sz="0" w:space="0" w:color="auto"/>
            <w:left w:val="none" w:sz="0" w:space="0" w:color="auto"/>
            <w:bottom w:val="none" w:sz="0" w:space="0" w:color="auto"/>
            <w:right w:val="none" w:sz="0" w:space="0" w:color="auto"/>
          </w:divBdr>
        </w:div>
        <w:div w:id="1251352940">
          <w:marLeft w:val="480"/>
          <w:marRight w:val="0"/>
          <w:marTop w:val="0"/>
          <w:marBottom w:val="0"/>
          <w:divBdr>
            <w:top w:val="none" w:sz="0" w:space="0" w:color="auto"/>
            <w:left w:val="none" w:sz="0" w:space="0" w:color="auto"/>
            <w:bottom w:val="none" w:sz="0" w:space="0" w:color="auto"/>
            <w:right w:val="none" w:sz="0" w:space="0" w:color="auto"/>
          </w:divBdr>
        </w:div>
        <w:div w:id="1552109714">
          <w:marLeft w:val="480"/>
          <w:marRight w:val="0"/>
          <w:marTop w:val="0"/>
          <w:marBottom w:val="0"/>
          <w:divBdr>
            <w:top w:val="none" w:sz="0" w:space="0" w:color="auto"/>
            <w:left w:val="none" w:sz="0" w:space="0" w:color="auto"/>
            <w:bottom w:val="none" w:sz="0" w:space="0" w:color="auto"/>
            <w:right w:val="none" w:sz="0" w:space="0" w:color="auto"/>
          </w:divBdr>
        </w:div>
        <w:div w:id="1677419883">
          <w:marLeft w:val="480"/>
          <w:marRight w:val="0"/>
          <w:marTop w:val="0"/>
          <w:marBottom w:val="0"/>
          <w:divBdr>
            <w:top w:val="none" w:sz="0" w:space="0" w:color="auto"/>
            <w:left w:val="none" w:sz="0" w:space="0" w:color="auto"/>
            <w:bottom w:val="none" w:sz="0" w:space="0" w:color="auto"/>
            <w:right w:val="none" w:sz="0" w:space="0" w:color="auto"/>
          </w:divBdr>
        </w:div>
        <w:div w:id="1710640936">
          <w:marLeft w:val="480"/>
          <w:marRight w:val="0"/>
          <w:marTop w:val="0"/>
          <w:marBottom w:val="0"/>
          <w:divBdr>
            <w:top w:val="none" w:sz="0" w:space="0" w:color="auto"/>
            <w:left w:val="none" w:sz="0" w:space="0" w:color="auto"/>
            <w:bottom w:val="none" w:sz="0" w:space="0" w:color="auto"/>
            <w:right w:val="none" w:sz="0" w:space="0" w:color="auto"/>
          </w:divBdr>
        </w:div>
        <w:div w:id="1736390233">
          <w:marLeft w:val="480"/>
          <w:marRight w:val="0"/>
          <w:marTop w:val="0"/>
          <w:marBottom w:val="0"/>
          <w:divBdr>
            <w:top w:val="none" w:sz="0" w:space="0" w:color="auto"/>
            <w:left w:val="none" w:sz="0" w:space="0" w:color="auto"/>
            <w:bottom w:val="none" w:sz="0" w:space="0" w:color="auto"/>
            <w:right w:val="none" w:sz="0" w:space="0" w:color="auto"/>
          </w:divBdr>
        </w:div>
        <w:div w:id="1799254744">
          <w:marLeft w:val="480"/>
          <w:marRight w:val="0"/>
          <w:marTop w:val="0"/>
          <w:marBottom w:val="0"/>
          <w:divBdr>
            <w:top w:val="none" w:sz="0" w:space="0" w:color="auto"/>
            <w:left w:val="none" w:sz="0" w:space="0" w:color="auto"/>
            <w:bottom w:val="none" w:sz="0" w:space="0" w:color="auto"/>
            <w:right w:val="none" w:sz="0" w:space="0" w:color="auto"/>
          </w:divBdr>
        </w:div>
        <w:div w:id="1801342764">
          <w:marLeft w:val="480"/>
          <w:marRight w:val="0"/>
          <w:marTop w:val="0"/>
          <w:marBottom w:val="0"/>
          <w:divBdr>
            <w:top w:val="none" w:sz="0" w:space="0" w:color="auto"/>
            <w:left w:val="none" w:sz="0" w:space="0" w:color="auto"/>
            <w:bottom w:val="none" w:sz="0" w:space="0" w:color="auto"/>
            <w:right w:val="none" w:sz="0" w:space="0" w:color="auto"/>
          </w:divBdr>
        </w:div>
        <w:div w:id="1843665750">
          <w:marLeft w:val="480"/>
          <w:marRight w:val="0"/>
          <w:marTop w:val="0"/>
          <w:marBottom w:val="0"/>
          <w:divBdr>
            <w:top w:val="none" w:sz="0" w:space="0" w:color="auto"/>
            <w:left w:val="none" w:sz="0" w:space="0" w:color="auto"/>
            <w:bottom w:val="none" w:sz="0" w:space="0" w:color="auto"/>
            <w:right w:val="none" w:sz="0" w:space="0" w:color="auto"/>
          </w:divBdr>
        </w:div>
        <w:div w:id="1907645761">
          <w:marLeft w:val="480"/>
          <w:marRight w:val="0"/>
          <w:marTop w:val="0"/>
          <w:marBottom w:val="0"/>
          <w:divBdr>
            <w:top w:val="none" w:sz="0" w:space="0" w:color="auto"/>
            <w:left w:val="none" w:sz="0" w:space="0" w:color="auto"/>
            <w:bottom w:val="none" w:sz="0" w:space="0" w:color="auto"/>
            <w:right w:val="none" w:sz="0" w:space="0" w:color="auto"/>
          </w:divBdr>
        </w:div>
        <w:div w:id="1986884647">
          <w:marLeft w:val="480"/>
          <w:marRight w:val="0"/>
          <w:marTop w:val="0"/>
          <w:marBottom w:val="0"/>
          <w:divBdr>
            <w:top w:val="none" w:sz="0" w:space="0" w:color="auto"/>
            <w:left w:val="none" w:sz="0" w:space="0" w:color="auto"/>
            <w:bottom w:val="none" w:sz="0" w:space="0" w:color="auto"/>
            <w:right w:val="none" w:sz="0" w:space="0" w:color="auto"/>
          </w:divBdr>
        </w:div>
        <w:div w:id="2002199549">
          <w:marLeft w:val="480"/>
          <w:marRight w:val="0"/>
          <w:marTop w:val="0"/>
          <w:marBottom w:val="0"/>
          <w:divBdr>
            <w:top w:val="none" w:sz="0" w:space="0" w:color="auto"/>
            <w:left w:val="none" w:sz="0" w:space="0" w:color="auto"/>
            <w:bottom w:val="none" w:sz="0" w:space="0" w:color="auto"/>
            <w:right w:val="none" w:sz="0" w:space="0" w:color="auto"/>
          </w:divBdr>
        </w:div>
        <w:div w:id="2094206161">
          <w:marLeft w:val="480"/>
          <w:marRight w:val="0"/>
          <w:marTop w:val="0"/>
          <w:marBottom w:val="0"/>
          <w:divBdr>
            <w:top w:val="none" w:sz="0" w:space="0" w:color="auto"/>
            <w:left w:val="none" w:sz="0" w:space="0" w:color="auto"/>
            <w:bottom w:val="none" w:sz="0" w:space="0" w:color="auto"/>
            <w:right w:val="none" w:sz="0" w:space="0" w:color="auto"/>
          </w:divBdr>
        </w:div>
      </w:divsChild>
    </w:div>
    <w:div w:id="1213157996">
      <w:bodyDiv w:val="1"/>
      <w:marLeft w:val="0"/>
      <w:marRight w:val="0"/>
      <w:marTop w:val="0"/>
      <w:marBottom w:val="0"/>
      <w:divBdr>
        <w:top w:val="none" w:sz="0" w:space="0" w:color="auto"/>
        <w:left w:val="none" w:sz="0" w:space="0" w:color="auto"/>
        <w:bottom w:val="none" w:sz="0" w:space="0" w:color="auto"/>
        <w:right w:val="none" w:sz="0" w:space="0" w:color="auto"/>
      </w:divBdr>
    </w:div>
    <w:div w:id="1215847553">
      <w:bodyDiv w:val="1"/>
      <w:marLeft w:val="0"/>
      <w:marRight w:val="0"/>
      <w:marTop w:val="0"/>
      <w:marBottom w:val="0"/>
      <w:divBdr>
        <w:top w:val="none" w:sz="0" w:space="0" w:color="auto"/>
        <w:left w:val="none" w:sz="0" w:space="0" w:color="auto"/>
        <w:bottom w:val="none" w:sz="0" w:space="0" w:color="auto"/>
        <w:right w:val="none" w:sz="0" w:space="0" w:color="auto"/>
      </w:divBdr>
    </w:div>
    <w:div w:id="1215854864">
      <w:bodyDiv w:val="1"/>
      <w:marLeft w:val="0"/>
      <w:marRight w:val="0"/>
      <w:marTop w:val="0"/>
      <w:marBottom w:val="0"/>
      <w:divBdr>
        <w:top w:val="none" w:sz="0" w:space="0" w:color="auto"/>
        <w:left w:val="none" w:sz="0" w:space="0" w:color="auto"/>
        <w:bottom w:val="none" w:sz="0" w:space="0" w:color="auto"/>
        <w:right w:val="none" w:sz="0" w:space="0" w:color="auto"/>
      </w:divBdr>
    </w:div>
    <w:div w:id="1218589360">
      <w:bodyDiv w:val="1"/>
      <w:marLeft w:val="0"/>
      <w:marRight w:val="0"/>
      <w:marTop w:val="0"/>
      <w:marBottom w:val="0"/>
      <w:divBdr>
        <w:top w:val="none" w:sz="0" w:space="0" w:color="auto"/>
        <w:left w:val="none" w:sz="0" w:space="0" w:color="auto"/>
        <w:bottom w:val="none" w:sz="0" w:space="0" w:color="auto"/>
        <w:right w:val="none" w:sz="0" w:space="0" w:color="auto"/>
      </w:divBdr>
    </w:div>
    <w:div w:id="1226329944">
      <w:bodyDiv w:val="1"/>
      <w:marLeft w:val="0"/>
      <w:marRight w:val="0"/>
      <w:marTop w:val="0"/>
      <w:marBottom w:val="0"/>
      <w:divBdr>
        <w:top w:val="none" w:sz="0" w:space="0" w:color="auto"/>
        <w:left w:val="none" w:sz="0" w:space="0" w:color="auto"/>
        <w:bottom w:val="none" w:sz="0" w:space="0" w:color="auto"/>
        <w:right w:val="none" w:sz="0" w:space="0" w:color="auto"/>
      </w:divBdr>
      <w:divsChild>
        <w:div w:id="10837358">
          <w:marLeft w:val="480"/>
          <w:marRight w:val="0"/>
          <w:marTop w:val="0"/>
          <w:marBottom w:val="0"/>
          <w:divBdr>
            <w:top w:val="none" w:sz="0" w:space="0" w:color="auto"/>
            <w:left w:val="none" w:sz="0" w:space="0" w:color="auto"/>
            <w:bottom w:val="none" w:sz="0" w:space="0" w:color="auto"/>
            <w:right w:val="none" w:sz="0" w:space="0" w:color="auto"/>
          </w:divBdr>
        </w:div>
        <w:div w:id="90247599">
          <w:marLeft w:val="480"/>
          <w:marRight w:val="0"/>
          <w:marTop w:val="0"/>
          <w:marBottom w:val="0"/>
          <w:divBdr>
            <w:top w:val="none" w:sz="0" w:space="0" w:color="auto"/>
            <w:left w:val="none" w:sz="0" w:space="0" w:color="auto"/>
            <w:bottom w:val="none" w:sz="0" w:space="0" w:color="auto"/>
            <w:right w:val="none" w:sz="0" w:space="0" w:color="auto"/>
          </w:divBdr>
        </w:div>
        <w:div w:id="129446070">
          <w:marLeft w:val="480"/>
          <w:marRight w:val="0"/>
          <w:marTop w:val="0"/>
          <w:marBottom w:val="0"/>
          <w:divBdr>
            <w:top w:val="none" w:sz="0" w:space="0" w:color="auto"/>
            <w:left w:val="none" w:sz="0" w:space="0" w:color="auto"/>
            <w:bottom w:val="none" w:sz="0" w:space="0" w:color="auto"/>
            <w:right w:val="none" w:sz="0" w:space="0" w:color="auto"/>
          </w:divBdr>
        </w:div>
        <w:div w:id="179245642">
          <w:marLeft w:val="480"/>
          <w:marRight w:val="0"/>
          <w:marTop w:val="0"/>
          <w:marBottom w:val="0"/>
          <w:divBdr>
            <w:top w:val="none" w:sz="0" w:space="0" w:color="auto"/>
            <w:left w:val="none" w:sz="0" w:space="0" w:color="auto"/>
            <w:bottom w:val="none" w:sz="0" w:space="0" w:color="auto"/>
            <w:right w:val="none" w:sz="0" w:space="0" w:color="auto"/>
          </w:divBdr>
        </w:div>
        <w:div w:id="191458045">
          <w:marLeft w:val="480"/>
          <w:marRight w:val="0"/>
          <w:marTop w:val="0"/>
          <w:marBottom w:val="0"/>
          <w:divBdr>
            <w:top w:val="none" w:sz="0" w:space="0" w:color="auto"/>
            <w:left w:val="none" w:sz="0" w:space="0" w:color="auto"/>
            <w:bottom w:val="none" w:sz="0" w:space="0" w:color="auto"/>
            <w:right w:val="none" w:sz="0" w:space="0" w:color="auto"/>
          </w:divBdr>
        </w:div>
        <w:div w:id="229925443">
          <w:marLeft w:val="480"/>
          <w:marRight w:val="0"/>
          <w:marTop w:val="0"/>
          <w:marBottom w:val="0"/>
          <w:divBdr>
            <w:top w:val="none" w:sz="0" w:space="0" w:color="auto"/>
            <w:left w:val="none" w:sz="0" w:space="0" w:color="auto"/>
            <w:bottom w:val="none" w:sz="0" w:space="0" w:color="auto"/>
            <w:right w:val="none" w:sz="0" w:space="0" w:color="auto"/>
          </w:divBdr>
        </w:div>
        <w:div w:id="258409906">
          <w:marLeft w:val="480"/>
          <w:marRight w:val="0"/>
          <w:marTop w:val="0"/>
          <w:marBottom w:val="0"/>
          <w:divBdr>
            <w:top w:val="none" w:sz="0" w:space="0" w:color="auto"/>
            <w:left w:val="none" w:sz="0" w:space="0" w:color="auto"/>
            <w:bottom w:val="none" w:sz="0" w:space="0" w:color="auto"/>
            <w:right w:val="none" w:sz="0" w:space="0" w:color="auto"/>
          </w:divBdr>
        </w:div>
        <w:div w:id="457069405">
          <w:marLeft w:val="480"/>
          <w:marRight w:val="0"/>
          <w:marTop w:val="0"/>
          <w:marBottom w:val="0"/>
          <w:divBdr>
            <w:top w:val="none" w:sz="0" w:space="0" w:color="auto"/>
            <w:left w:val="none" w:sz="0" w:space="0" w:color="auto"/>
            <w:bottom w:val="none" w:sz="0" w:space="0" w:color="auto"/>
            <w:right w:val="none" w:sz="0" w:space="0" w:color="auto"/>
          </w:divBdr>
        </w:div>
        <w:div w:id="520164134">
          <w:marLeft w:val="480"/>
          <w:marRight w:val="0"/>
          <w:marTop w:val="0"/>
          <w:marBottom w:val="0"/>
          <w:divBdr>
            <w:top w:val="none" w:sz="0" w:space="0" w:color="auto"/>
            <w:left w:val="none" w:sz="0" w:space="0" w:color="auto"/>
            <w:bottom w:val="none" w:sz="0" w:space="0" w:color="auto"/>
            <w:right w:val="none" w:sz="0" w:space="0" w:color="auto"/>
          </w:divBdr>
        </w:div>
        <w:div w:id="527259247">
          <w:marLeft w:val="480"/>
          <w:marRight w:val="0"/>
          <w:marTop w:val="0"/>
          <w:marBottom w:val="0"/>
          <w:divBdr>
            <w:top w:val="none" w:sz="0" w:space="0" w:color="auto"/>
            <w:left w:val="none" w:sz="0" w:space="0" w:color="auto"/>
            <w:bottom w:val="none" w:sz="0" w:space="0" w:color="auto"/>
            <w:right w:val="none" w:sz="0" w:space="0" w:color="auto"/>
          </w:divBdr>
        </w:div>
        <w:div w:id="537090684">
          <w:marLeft w:val="480"/>
          <w:marRight w:val="0"/>
          <w:marTop w:val="0"/>
          <w:marBottom w:val="0"/>
          <w:divBdr>
            <w:top w:val="none" w:sz="0" w:space="0" w:color="auto"/>
            <w:left w:val="none" w:sz="0" w:space="0" w:color="auto"/>
            <w:bottom w:val="none" w:sz="0" w:space="0" w:color="auto"/>
            <w:right w:val="none" w:sz="0" w:space="0" w:color="auto"/>
          </w:divBdr>
        </w:div>
        <w:div w:id="669137936">
          <w:marLeft w:val="480"/>
          <w:marRight w:val="0"/>
          <w:marTop w:val="0"/>
          <w:marBottom w:val="0"/>
          <w:divBdr>
            <w:top w:val="none" w:sz="0" w:space="0" w:color="auto"/>
            <w:left w:val="none" w:sz="0" w:space="0" w:color="auto"/>
            <w:bottom w:val="none" w:sz="0" w:space="0" w:color="auto"/>
            <w:right w:val="none" w:sz="0" w:space="0" w:color="auto"/>
          </w:divBdr>
        </w:div>
        <w:div w:id="675688815">
          <w:marLeft w:val="480"/>
          <w:marRight w:val="0"/>
          <w:marTop w:val="0"/>
          <w:marBottom w:val="0"/>
          <w:divBdr>
            <w:top w:val="none" w:sz="0" w:space="0" w:color="auto"/>
            <w:left w:val="none" w:sz="0" w:space="0" w:color="auto"/>
            <w:bottom w:val="none" w:sz="0" w:space="0" w:color="auto"/>
            <w:right w:val="none" w:sz="0" w:space="0" w:color="auto"/>
          </w:divBdr>
        </w:div>
        <w:div w:id="754014385">
          <w:marLeft w:val="480"/>
          <w:marRight w:val="0"/>
          <w:marTop w:val="0"/>
          <w:marBottom w:val="0"/>
          <w:divBdr>
            <w:top w:val="none" w:sz="0" w:space="0" w:color="auto"/>
            <w:left w:val="none" w:sz="0" w:space="0" w:color="auto"/>
            <w:bottom w:val="none" w:sz="0" w:space="0" w:color="auto"/>
            <w:right w:val="none" w:sz="0" w:space="0" w:color="auto"/>
          </w:divBdr>
        </w:div>
        <w:div w:id="765537727">
          <w:marLeft w:val="480"/>
          <w:marRight w:val="0"/>
          <w:marTop w:val="0"/>
          <w:marBottom w:val="0"/>
          <w:divBdr>
            <w:top w:val="none" w:sz="0" w:space="0" w:color="auto"/>
            <w:left w:val="none" w:sz="0" w:space="0" w:color="auto"/>
            <w:bottom w:val="none" w:sz="0" w:space="0" w:color="auto"/>
            <w:right w:val="none" w:sz="0" w:space="0" w:color="auto"/>
          </w:divBdr>
        </w:div>
        <w:div w:id="843399373">
          <w:marLeft w:val="480"/>
          <w:marRight w:val="0"/>
          <w:marTop w:val="0"/>
          <w:marBottom w:val="0"/>
          <w:divBdr>
            <w:top w:val="none" w:sz="0" w:space="0" w:color="auto"/>
            <w:left w:val="none" w:sz="0" w:space="0" w:color="auto"/>
            <w:bottom w:val="none" w:sz="0" w:space="0" w:color="auto"/>
            <w:right w:val="none" w:sz="0" w:space="0" w:color="auto"/>
          </w:divBdr>
        </w:div>
        <w:div w:id="1004090091">
          <w:marLeft w:val="480"/>
          <w:marRight w:val="0"/>
          <w:marTop w:val="0"/>
          <w:marBottom w:val="0"/>
          <w:divBdr>
            <w:top w:val="none" w:sz="0" w:space="0" w:color="auto"/>
            <w:left w:val="none" w:sz="0" w:space="0" w:color="auto"/>
            <w:bottom w:val="none" w:sz="0" w:space="0" w:color="auto"/>
            <w:right w:val="none" w:sz="0" w:space="0" w:color="auto"/>
          </w:divBdr>
        </w:div>
        <w:div w:id="1027869346">
          <w:marLeft w:val="480"/>
          <w:marRight w:val="0"/>
          <w:marTop w:val="0"/>
          <w:marBottom w:val="0"/>
          <w:divBdr>
            <w:top w:val="none" w:sz="0" w:space="0" w:color="auto"/>
            <w:left w:val="none" w:sz="0" w:space="0" w:color="auto"/>
            <w:bottom w:val="none" w:sz="0" w:space="0" w:color="auto"/>
            <w:right w:val="none" w:sz="0" w:space="0" w:color="auto"/>
          </w:divBdr>
        </w:div>
        <w:div w:id="1047880116">
          <w:marLeft w:val="480"/>
          <w:marRight w:val="0"/>
          <w:marTop w:val="0"/>
          <w:marBottom w:val="0"/>
          <w:divBdr>
            <w:top w:val="none" w:sz="0" w:space="0" w:color="auto"/>
            <w:left w:val="none" w:sz="0" w:space="0" w:color="auto"/>
            <w:bottom w:val="none" w:sz="0" w:space="0" w:color="auto"/>
            <w:right w:val="none" w:sz="0" w:space="0" w:color="auto"/>
          </w:divBdr>
        </w:div>
        <w:div w:id="1256016325">
          <w:marLeft w:val="480"/>
          <w:marRight w:val="0"/>
          <w:marTop w:val="0"/>
          <w:marBottom w:val="0"/>
          <w:divBdr>
            <w:top w:val="none" w:sz="0" w:space="0" w:color="auto"/>
            <w:left w:val="none" w:sz="0" w:space="0" w:color="auto"/>
            <w:bottom w:val="none" w:sz="0" w:space="0" w:color="auto"/>
            <w:right w:val="none" w:sz="0" w:space="0" w:color="auto"/>
          </w:divBdr>
        </w:div>
        <w:div w:id="1375545706">
          <w:marLeft w:val="480"/>
          <w:marRight w:val="0"/>
          <w:marTop w:val="0"/>
          <w:marBottom w:val="0"/>
          <w:divBdr>
            <w:top w:val="none" w:sz="0" w:space="0" w:color="auto"/>
            <w:left w:val="none" w:sz="0" w:space="0" w:color="auto"/>
            <w:bottom w:val="none" w:sz="0" w:space="0" w:color="auto"/>
            <w:right w:val="none" w:sz="0" w:space="0" w:color="auto"/>
          </w:divBdr>
        </w:div>
        <w:div w:id="1462262930">
          <w:marLeft w:val="480"/>
          <w:marRight w:val="0"/>
          <w:marTop w:val="0"/>
          <w:marBottom w:val="0"/>
          <w:divBdr>
            <w:top w:val="none" w:sz="0" w:space="0" w:color="auto"/>
            <w:left w:val="none" w:sz="0" w:space="0" w:color="auto"/>
            <w:bottom w:val="none" w:sz="0" w:space="0" w:color="auto"/>
            <w:right w:val="none" w:sz="0" w:space="0" w:color="auto"/>
          </w:divBdr>
        </w:div>
        <w:div w:id="1535343688">
          <w:marLeft w:val="480"/>
          <w:marRight w:val="0"/>
          <w:marTop w:val="0"/>
          <w:marBottom w:val="0"/>
          <w:divBdr>
            <w:top w:val="none" w:sz="0" w:space="0" w:color="auto"/>
            <w:left w:val="none" w:sz="0" w:space="0" w:color="auto"/>
            <w:bottom w:val="none" w:sz="0" w:space="0" w:color="auto"/>
            <w:right w:val="none" w:sz="0" w:space="0" w:color="auto"/>
          </w:divBdr>
        </w:div>
        <w:div w:id="1552383173">
          <w:marLeft w:val="480"/>
          <w:marRight w:val="0"/>
          <w:marTop w:val="0"/>
          <w:marBottom w:val="0"/>
          <w:divBdr>
            <w:top w:val="none" w:sz="0" w:space="0" w:color="auto"/>
            <w:left w:val="none" w:sz="0" w:space="0" w:color="auto"/>
            <w:bottom w:val="none" w:sz="0" w:space="0" w:color="auto"/>
            <w:right w:val="none" w:sz="0" w:space="0" w:color="auto"/>
          </w:divBdr>
        </w:div>
        <w:div w:id="1576084832">
          <w:marLeft w:val="480"/>
          <w:marRight w:val="0"/>
          <w:marTop w:val="0"/>
          <w:marBottom w:val="0"/>
          <w:divBdr>
            <w:top w:val="none" w:sz="0" w:space="0" w:color="auto"/>
            <w:left w:val="none" w:sz="0" w:space="0" w:color="auto"/>
            <w:bottom w:val="none" w:sz="0" w:space="0" w:color="auto"/>
            <w:right w:val="none" w:sz="0" w:space="0" w:color="auto"/>
          </w:divBdr>
        </w:div>
        <w:div w:id="1578126480">
          <w:marLeft w:val="480"/>
          <w:marRight w:val="0"/>
          <w:marTop w:val="0"/>
          <w:marBottom w:val="0"/>
          <w:divBdr>
            <w:top w:val="none" w:sz="0" w:space="0" w:color="auto"/>
            <w:left w:val="none" w:sz="0" w:space="0" w:color="auto"/>
            <w:bottom w:val="none" w:sz="0" w:space="0" w:color="auto"/>
            <w:right w:val="none" w:sz="0" w:space="0" w:color="auto"/>
          </w:divBdr>
        </w:div>
        <w:div w:id="1619947585">
          <w:marLeft w:val="480"/>
          <w:marRight w:val="0"/>
          <w:marTop w:val="0"/>
          <w:marBottom w:val="0"/>
          <w:divBdr>
            <w:top w:val="none" w:sz="0" w:space="0" w:color="auto"/>
            <w:left w:val="none" w:sz="0" w:space="0" w:color="auto"/>
            <w:bottom w:val="none" w:sz="0" w:space="0" w:color="auto"/>
            <w:right w:val="none" w:sz="0" w:space="0" w:color="auto"/>
          </w:divBdr>
        </w:div>
        <w:div w:id="1753820001">
          <w:marLeft w:val="480"/>
          <w:marRight w:val="0"/>
          <w:marTop w:val="0"/>
          <w:marBottom w:val="0"/>
          <w:divBdr>
            <w:top w:val="none" w:sz="0" w:space="0" w:color="auto"/>
            <w:left w:val="none" w:sz="0" w:space="0" w:color="auto"/>
            <w:bottom w:val="none" w:sz="0" w:space="0" w:color="auto"/>
            <w:right w:val="none" w:sz="0" w:space="0" w:color="auto"/>
          </w:divBdr>
        </w:div>
        <w:div w:id="1820733752">
          <w:marLeft w:val="480"/>
          <w:marRight w:val="0"/>
          <w:marTop w:val="0"/>
          <w:marBottom w:val="0"/>
          <w:divBdr>
            <w:top w:val="none" w:sz="0" w:space="0" w:color="auto"/>
            <w:left w:val="none" w:sz="0" w:space="0" w:color="auto"/>
            <w:bottom w:val="none" w:sz="0" w:space="0" w:color="auto"/>
            <w:right w:val="none" w:sz="0" w:space="0" w:color="auto"/>
          </w:divBdr>
        </w:div>
        <w:div w:id="1860198579">
          <w:marLeft w:val="480"/>
          <w:marRight w:val="0"/>
          <w:marTop w:val="0"/>
          <w:marBottom w:val="0"/>
          <w:divBdr>
            <w:top w:val="none" w:sz="0" w:space="0" w:color="auto"/>
            <w:left w:val="none" w:sz="0" w:space="0" w:color="auto"/>
            <w:bottom w:val="none" w:sz="0" w:space="0" w:color="auto"/>
            <w:right w:val="none" w:sz="0" w:space="0" w:color="auto"/>
          </w:divBdr>
        </w:div>
        <w:div w:id="1883906997">
          <w:marLeft w:val="480"/>
          <w:marRight w:val="0"/>
          <w:marTop w:val="0"/>
          <w:marBottom w:val="0"/>
          <w:divBdr>
            <w:top w:val="none" w:sz="0" w:space="0" w:color="auto"/>
            <w:left w:val="none" w:sz="0" w:space="0" w:color="auto"/>
            <w:bottom w:val="none" w:sz="0" w:space="0" w:color="auto"/>
            <w:right w:val="none" w:sz="0" w:space="0" w:color="auto"/>
          </w:divBdr>
        </w:div>
        <w:div w:id="1920170413">
          <w:marLeft w:val="480"/>
          <w:marRight w:val="0"/>
          <w:marTop w:val="0"/>
          <w:marBottom w:val="0"/>
          <w:divBdr>
            <w:top w:val="none" w:sz="0" w:space="0" w:color="auto"/>
            <w:left w:val="none" w:sz="0" w:space="0" w:color="auto"/>
            <w:bottom w:val="none" w:sz="0" w:space="0" w:color="auto"/>
            <w:right w:val="none" w:sz="0" w:space="0" w:color="auto"/>
          </w:divBdr>
        </w:div>
      </w:divsChild>
    </w:div>
    <w:div w:id="1226532091">
      <w:bodyDiv w:val="1"/>
      <w:marLeft w:val="0"/>
      <w:marRight w:val="0"/>
      <w:marTop w:val="0"/>
      <w:marBottom w:val="0"/>
      <w:divBdr>
        <w:top w:val="none" w:sz="0" w:space="0" w:color="auto"/>
        <w:left w:val="none" w:sz="0" w:space="0" w:color="auto"/>
        <w:bottom w:val="none" w:sz="0" w:space="0" w:color="auto"/>
        <w:right w:val="none" w:sz="0" w:space="0" w:color="auto"/>
      </w:divBdr>
    </w:div>
    <w:div w:id="1228304702">
      <w:bodyDiv w:val="1"/>
      <w:marLeft w:val="0"/>
      <w:marRight w:val="0"/>
      <w:marTop w:val="0"/>
      <w:marBottom w:val="0"/>
      <w:divBdr>
        <w:top w:val="none" w:sz="0" w:space="0" w:color="auto"/>
        <w:left w:val="none" w:sz="0" w:space="0" w:color="auto"/>
        <w:bottom w:val="none" w:sz="0" w:space="0" w:color="auto"/>
        <w:right w:val="none" w:sz="0" w:space="0" w:color="auto"/>
      </w:divBdr>
    </w:div>
    <w:div w:id="1228882799">
      <w:bodyDiv w:val="1"/>
      <w:marLeft w:val="0"/>
      <w:marRight w:val="0"/>
      <w:marTop w:val="0"/>
      <w:marBottom w:val="0"/>
      <w:divBdr>
        <w:top w:val="none" w:sz="0" w:space="0" w:color="auto"/>
        <w:left w:val="none" w:sz="0" w:space="0" w:color="auto"/>
        <w:bottom w:val="none" w:sz="0" w:space="0" w:color="auto"/>
        <w:right w:val="none" w:sz="0" w:space="0" w:color="auto"/>
      </w:divBdr>
    </w:div>
    <w:div w:id="1229073434">
      <w:bodyDiv w:val="1"/>
      <w:marLeft w:val="0"/>
      <w:marRight w:val="0"/>
      <w:marTop w:val="0"/>
      <w:marBottom w:val="0"/>
      <w:divBdr>
        <w:top w:val="none" w:sz="0" w:space="0" w:color="auto"/>
        <w:left w:val="none" w:sz="0" w:space="0" w:color="auto"/>
        <w:bottom w:val="none" w:sz="0" w:space="0" w:color="auto"/>
        <w:right w:val="none" w:sz="0" w:space="0" w:color="auto"/>
      </w:divBdr>
    </w:div>
    <w:div w:id="1229803214">
      <w:bodyDiv w:val="1"/>
      <w:marLeft w:val="0"/>
      <w:marRight w:val="0"/>
      <w:marTop w:val="0"/>
      <w:marBottom w:val="0"/>
      <w:divBdr>
        <w:top w:val="none" w:sz="0" w:space="0" w:color="auto"/>
        <w:left w:val="none" w:sz="0" w:space="0" w:color="auto"/>
        <w:bottom w:val="none" w:sz="0" w:space="0" w:color="auto"/>
        <w:right w:val="none" w:sz="0" w:space="0" w:color="auto"/>
      </w:divBdr>
    </w:div>
    <w:div w:id="1233543530">
      <w:bodyDiv w:val="1"/>
      <w:marLeft w:val="0"/>
      <w:marRight w:val="0"/>
      <w:marTop w:val="0"/>
      <w:marBottom w:val="0"/>
      <w:divBdr>
        <w:top w:val="none" w:sz="0" w:space="0" w:color="auto"/>
        <w:left w:val="none" w:sz="0" w:space="0" w:color="auto"/>
        <w:bottom w:val="none" w:sz="0" w:space="0" w:color="auto"/>
        <w:right w:val="none" w:sz="0" w:space="0" w:color="auto"/>
      </w:divBdr>
    </w:div>
    <w:div w:id="1236668144">
      <w:bodyDiv w:val="1"/>
      <w:marLeft w:val="0"/>
      <w:marRight w:val="0"/>
      <w:marTop w:val="0"/>
      <w:marBottom w:val="0"/>
      <w:divBdr>
        <w:top w:val="none" w:sz="0" w:space="0" w:color="auto"/>
        <w:left w:val="none" w:sz="0" w:space="0" w:color="auto"/>
        <w:bottom w:val="none" w:sz="0" w:space="0" w:color="auto"/>
        <w:right w:val="none" w:sz="0" w:space="0" w:color="auto"/>
      </w:divBdr>
    </w:div>
    <w:div w:id="1237863821">
      <w:bodyDiv w:val="1"/>
      <w:marLeft w:val="0"/>
      <w:marRight w:val="0"/>
      <w:marTop w:val="0"/>
      <w:marBottom w:val="0"/>
      <w:divBdr>
        <w:top w:val="none" w:sz="0" w:space="0" w:color="auto"/>
        <w:left w:val="none" w:sz="0" w:space="0" w:color="auto"/>
        <w:bottom w:val="none" w:sz="0" w:space="0" w:color="auto"/>
        <w:right w:val="none" w:sz="0" w:space="0" w:color="auto"/>
      </w:divBdr>
    </w:div>
    <w:div w:id="1238369374">
      <w:bodyDiv w:val="1"/>
      <w:marLeft w:val="0"/>
      <w:marRight w:val="0"/>
      <w:marTop w:val="0"/>
      <w:marBottom w:val="0"/>
      <w:divBdr>
        <w:top w:val="none" w:sz="0" w:space="0" w:color="auto"/>
        <w:left w:val="none" w:sz="0" w:space="0" w:color="auto"/>
        <w:bottom w:val="none" w:sz="0" w:space="0" w:color="auto"/>
        <w:right w:val="none" w:sz="0" w:space="0" w:color="auto"/>
      </w:divBdr>
    </w:div>
    <w:div w:id="1239750233">
      <w:bodyDiv w:val="1"/>
      <w:marLeft w:val="0"/>
      <w:marRight w:val="0"/>
      <w:marTop w:val="0"/>
      <w:marBottom w:val="0"/>
      <w:divBdr>
        <w:top w:val="none" w:sz="0" w:space="0" w:color="auto"/>
        <w:left w:val="none" w:sz="0" w:space="0" w:color="auto"/>
        <w:bottom w:val="none" w:sz="0" w:space="0" w:color="auto"/>
        <w:right w:val="none" w:sz="0" w:space="0" w:color="auto"/>
      </w:divBdr>
      <w:divsChild>
        <w:div w:id="120076306">
          <w:marLeft w:val="480"/>
          <w:marRight w:val="0"/>
          <w:marTop w:val="0"/>
          <w:marBottom w:val="0"/>
          <w:divBdr>
            <w:top w:val="none" w:sz="0" w:space="0" w:color="auto"/>
            <w:left w:val="none" w:sz="0" w:space="0" w:color="auto"/>
            <w:bottom w:val="none" w:sz="0" w:space="0" w:color="auto"/>
            <w:right w:val="none" w:sz="0" w:space="0" w:color="auto"/>
          </w:divBdr>
        </w:div>
        <w:div w:id="155390575">
          <w:marLeft w:val="480"/>
          <w:marRight w:val="0"/>
          <w:marTop w:val="0"/>
          <w:marBottom w:val="0"/>
          <w:divBdr>
            <w:top w:val="none" w:sz="0" w:space="0" w:color="auto"/>
            <w:left w:val="none" w:sz="0" w:space="0" w:color="auto"/>
            <w:bottom w:val="none" w:sz="0" w:space="0" w:color="auto"/>
            <w:right w:val="none" w:sz="0" w:space="0" w:color="auto"/>
          </w:divBdr>
        </w:div>
        <w:div w:id="242103950">
          <w:marLeft w:val="480"/>
          <w:marRight w:val="0"/>
          <w:marTop w:val="0"/>
          <w:marBottom w:val="0"/>
          <w:divBdr>
            <w:top w:val="none" w:sz="0" w:space="0" w:color="auto"/>
            <w:left w:val="none" w:sz="0" w:space="0" w:color="auto"/>
            <w:bottom w:val="none" w:sz="0" w:space="0" w:color="auto"/>
            <w:right w:val="none" w:sz="0" w:space="0" w:color="auto"/>
          </w:divBdr>
        </w:div>
        <w:div w:id="322124999">
          <w:marLeft w:val="480"/>
          <w:marRight w:val="0"/>
          <w:marTop w:val="0"/>
          <w:marBottom w:val="0"/>
          <w:divBdr>
            <w:top w:val="none" w:sz="0" w:space="0" w:color="auto"/>
            <w:left w:val="none" w:sz="0" w:space="0" w:color="auto"/>
            <w:bottom w:val="none" w:sz="0" w:space="0" w:color="auto"/>
            <w:right w:val="none" w:sz="0" w:space="0" w:color="auto"/>
          </w:divBdr>
        </w:div>
        <w:div w:id="535849056">
          <w:marLeft w:val="480"/>
          <w:marRight w:val="0"/>
          <w:marTop w:val="0"/>
          <w:marBottom w:val="0"/>
          <w:divBdr>
            <w:top w:val="none" w:sz="0" w:space="0" w:color="auto"/>
            <w:left w:val="none" w:sz="0" w:space="0" w:color="auto"/>
            <w:bottom w:val="none" w:sz="0" w:space="0" w:color="auto"/>
            <w:right w:val="none" w:sz="0" w:space="0" w:color="auto"/>
          </w:divBdr>
        </w:div>
        <w:div w:id="582107781">
          <w:marLeft w:val="480"/>
          <w:marRight w:val="0"/>
          <w:marTop w:val="0"/>
          <w:marBottom w:val="0"/>
          <w:divBdr>
            <w:top w:val="none" w:sz="0" w:space="0" w:color="auto"/>
            <w:left w:val="none" w:sz="0" w:space="0" w:color="auto"/>
            <w:bottom w:val="none" w:sz="0" w:space="0" w:color="auto"/>
            <w:right w:val="none" w:sz="0" w:space="0" w:color="auto"/>
          </w:divBdr>
        </w:div>
        <w:div w:id="629475497">
          <w:marLeft w:val="480"/>
          <w:marRight w:val="0"/>
          <w:marTop w:val="0"/>
          <w:marBottom w:val="0"/>
          <w:divBdr>
            <w:top w:val="none" w:sz="0" w:space="0" w:color="auto"/>
            <w:left w:val="none" w:sz="0" w:space="0" w:color="auto"/>
            <w:bottom w:val="none" w:sz="0" w:space="0" w:color="auto"/>
            <w:right w:val="none" w:sz="0" w:space="0" w:color="auto"/>
          </w:divBdr>
        </w:div>
        <w:div w:id="652371418">
          <w:marLeft w:val="480"/>
          <w:marRight w:val="0"/>
          <w:marTop w:val="0"/>
          <w:marBottom w:val="0"/>
          <w:divBdr>
            <w:top w:val="none" w:sz="0" w:space="0" w:color="auto"/>
            <w:left w:val="none" w:sz="0" w:space="0" w:color="auto"/>
            <w:bottom w:val="none" w:sz="0" w:space="0" w:color="auto"/>
            <w:right w:val="none" w:sz="0" w:space="0" w:color="auto"/>
          </w:divBdr>
        </w:div>
        <w:div w:id="885677738">
          <w:marLeft w:val="480"/>
          <w:marRight w:val="0"/>
          <w:marTop w:val="0"/>
          <w:marBottom w:val="0"/>
          <w:divBdr>
            <w:top w:val="none" w:sz="0" w:space="0" w:color="auto"/>
            <w:left w:val="none" w:sz="0" w:space="0" w:color="auto"/>
            <w:bottom w:val="none" w:sz="0" w:space="0" w:color="auto"/>
            <w:right w:val="none" w:sz="0" w:space="0" w:color="auto"/>
          </w:divBdr>
        </w:div>
        <w:div w:id="941379603">
          <w:marLeft w:val="480"/>
          <w:marRight w:val="0"/>
          <w:marTop w:val="0"/>
          <w:marBottom w:val="0"/>
          <w:divBdr>
            <w:top w:val="none" w:sz="0" w:space="0" w:color="auto"/>
            <w:left w:val="none" w:sz="0" w:space="0" w:color="auto"/>
            <w:bottom w:val="none" w:sz="0" w:space="0" w:color="auto"/>
            <w:right w:val="none" w:sz="0" w:space="0" w:color="auto"/>
          </w:divBdr>
        </w:div>
        <w:div w:id="1085809850">
          <w:marLeft w:val="480"/>
          <w:marRight w:val="0"/>
          <w:marTop w:val="0"/>
          <w:marBottom w:val="0"/>
          <w:divBdr>
            <w:top w:val="none" w:sz="0" w:space="0" w:color="auto"/>
            <w:left w:val="none" w:sz="0" w:space="0" w:color="auto"/>
            <w:bottom w:val="none" w:sz="0" w:space="0" w:color="auto"/>
            <w:right w:val="none" w:sz="0" w:space="0" w:color="auto"/>
          </w:divBdr>
        </w:div>
        <w:div w:id="1154688925">
          <w:marLeft w:val="480"/>
          <w:marRight w:val="0"/>
          <w:marTop w:val="0"/>
          <w:marBottom w:val="0"/>
          <w:divBdr>
            <w:top w:val="none" w:sz="0" w:space="0" w:color="auto"/>
            <w:left w:val="none" w:sz="0" w:space="0" w:color="auto"/>
            <w:bottom w:val="none" w:sz="0" w:space="0" w:color="auto"/>
            <w:right w:val="none" w:sz="0" w:space="0" w:color="auto"/>
          </w:divBdr>
        </w:div>
        <w:div w:id="1177115584">
          <w:marLeft w:val="480"/>
          <w:marRight w:val="0"/>
          <w:marTop w:val="0"/>
          <w:marBottom w:val="0"/>
          <w:divBdr>
            <w:top w:val="none" w:sz="0" w:space="0" w:color="auto"/>
            <w:left w:val="none" w:sz="0" w:space="0" w:color="auto"/>
            <w:bottom w:val="none" w:sz="0" w:space="0" w:color="auto"/>
            <w:right w:val="none" w:sz="0" w:space="0" w:color="auto"/>
          </w:divBdr>
        </w:div>
        <w:div w:id="1191454111">
          <w:marLeft w:val="480"/>
          <w:marRight w:val="0"/>
          <w:marTop w:val="0"/>
          <w:marBottom w:val="0"/>
          <w:divBdr>
            <w:top w:val="none" w:sz="0" w:space="0" w:color="auto"/>
            <w:left w:val="none" w:sz="0" w:space="0" w:color="auto"/>
            <w:bottom w:val="none" w:sz="0" w:space="0" w:color="auto"/>
            <w:right w:val="none" w:sz="0" w:space="0" w:color="auto"/>
          </w:divBdr>
        </w:div>
        <w:div w:id="1439445713">
          <w:marLeft w:val="480"/>
          <w:marRight w:val="0"/>
          <w:marTop w:val="0"/>
          <w:marBottom w:val="0"/>
          <w:divBdr>
            <w:top w:val="none" w:sz="0" w:space="0" w:color="auto"/>
            <w:left w:val="none" w:sz="0" w:space="0" w:color="auto"/>
            <w:bottom w:val="none" w:sz="0" w:space="0" w:color="auto"/>
            <w:right w:val="none" w:sz="0" w:space="0" w:color="auto"/>
          </w:divBdr>
        </w:div>
        <w:div w:id="1449659759">
          <w:marLeft w:val="480"/>
          <w:marRight w:val="0"/>
          <w:marTop w:val="0"/>
          <w:marBottom w:val="0"/>
          <w:divBdr>
            <w:top w:val="none" w:sz="0" w:space="0" w:color="auto"/>
            <w:left w:val="none" w:sz="0" w:space="0" w:color="auto"/>
            <w:bottom w:val="none" w:sz="0" w:space="0" w:color="auto"/>
            <w:right w:val="none" w:sz="0" w:space="0" w:color="auto"/>
          </w:divBdr>
        </w:div>
        <w:div w:id="1462990254">
          <w:marLeft w:val="480"/>
          <w:marRight w:val="0"/>
          <w:marTop w:val="0"/>
          <w:marBottom w:val="0"/>
          <w:divBdr>
            <w:top w:val="none" w:sz="0" w:space="0" w:color="auto"/>
            <w:left w:val="none" w:sz="0" w:space="0" w:color="auto"/>
            <w:bottom w:val="none" w:sz="0" w:space="0" w:color="auto"/>
            <w:right w:val="none" w:sz="0" w:space="0" w:color="auto"/>
          </w:divBdr>
        </w:div>
        <w:div w:id="1480340035">
          <w:marLeft w:val="480"/>
          <w:marRight w:val="0"/>
          <w:marTop w:val="0"/>
          <w:marBottom w:val="0"/>
          <w:divBdr>
            <w:top w:val="none" w:sz="0" w:space="0" w:color="auto"/>
            <w:left w:val="none" w:sz="0" w:space="0" w:color="auto"/>
            <w:bottom w:val="none" w:sz="0" w:space="0" w:color="auto"/>
            <w:right w:val="none" w:sz="0" w:space="0" w:color="auto"/>
          </w:divBdr>
        </w:div>
        <w:div w:id="1481269268">
          <w:marLeft w:val="480"/>
          <w:marRight w:val="0"/>
          <w:marTop w:val="0"/>
          <w:marBottom w:val="0"/>
          <w:divBdr>
            <w:top w:val="none" w:sz="0" w:space="0" w:color="auto"/>
            <w:left w:val="none" w:sz="0" w:space="0" w:color="auto"/>
            <w:bottom w:val="none" w:sz="0" w:space="0" w:color="auto"/>
            <w:right w:val="none" w:sz="0" w:space="0" w:color="auto"/>
          </w:divBdr>
        </w:div>
        <w:div w:id="1548685546">
          <w:marLeft w:val="480"/>
          <w:marRight w:val="0"/>
          <w:marTop w:val="0"/>
          <w:marBottom w:val="0"/>
          <w:divBdr>
            <w:top w:val="none" w:sz="0" w:space="0" w:color="auto"/>
            <w:left w:val="none" w:sz="0" w:space="0" w:color="auto"/>
            <w:bottom w:val="none" w:sz="0" w:space="0" w:color="auto"/>
            <w:right w:val="none" w:sz="0" w:space="0" w:color="auto"/>
          </w:divBdr>
        </w:div>
        <w:div w:id="1568569928">
          <w:marLeft w:val="480"/>
          <w:marRight w:val="0"/>
          <w:marTop w:val="0"/>
          <w:marBottom w:val="0"/>
          <w:divBdr>
            <w:top w:val="none" w:sz="0" w:space="0" w:color="auto"/>
            <w:left w:val="none" w:sz="0" w:space="0" w:color="auto"/>
            <w:bottom w:val="none" w:sz="0" w:space="0" w:color="auto"/>
            <w:right w:val="none" w:sz="0" w:space="0" w:color="auto"/>
          </w:divBdr>
        </w:div>
        <w:div w:id="1584333910">
          <w:marLeft w:val="480"/>
          <w:marRight w:val="0"/>
          <w:marTop w:val="0"/>
          <w:marBottom w:val="0"/>
          <w:divBdr>
            <w:top w:val="none" w:sz="0" w:space="0" w:color="auto"/>
            <w:left w:val="none" w:sz="0" w:space="0" w:color="auto"/>
            <w:bottom w:val="none" w:sz="0" w:space="0" w:color="auto"/>
            <w:right w:val="none" w:sz="0" w:space="0" w:color="auto"/>
          </w:divBdr>
        </w:div>
        <w:div w:id="1591811820">
          <w:marLeft w:val="480"/>
          <w:marRight w:val="0"/>
          <w:marTop w:val="0"/>
          <w:marBottom w:val="0"/>
          <w:divBdr>
            <w:top w:val="none" w:sz="0" w:space="0" w:color="auto"/>
            <w:left w:val="none" w:sz="0" w:space="0" w:color="auto"/>
            <w:bottom w:val="none" w:sz="0" w:space="0" w:color="auto"/>
            <w:right w:val="none" w:sz="0" w:space="0" w:color="auto"/>
          </w:divBdr>
        </w:div>
        <w:div w:id="1623265005">
          <w:marLeft w:val="480"/>
          <w:marRight w:val="0"/>
          <w:marTop w:val="0"/>
          <w:marBottom w:val="0"/>
          <w:divBdr>
            <w:top w:val="none" w:sz="0" w:space="0" w:color="auto"/>
            <w:left w:val="none" w:sz="0" w:space="0" w:color="auto"/>
            <w:bottom w:val="none" w:sz="0" w:space="0" w:color="auto"/>
            <w:right w:val="none" w:sz="0" w:space="0" w:color="auto"/>
          </w:divBdr>
        </w:div>
        <w:div w:id="1679893041">
          <w:marLeft w:val="480"/>
          <w:marRight w:val="0"/>
          <w:marTop w:val="0"/>
          <w:marBottom w:val="0"/>
          <w:divBdr>
            <w:top w:val="none" w:sz="0" w:space="0" w:color="auto"/>
            <w:left w:val="none" w:sz="0" w:space="0" w:color="auto"/>
            <w:bottom w:val="none" w:sz="0" w:space="0" w:color="auto"/>
            <w:right w:val="none" w:sz="0" w:space="0" w:color="auto"/>
          </w:divBdr>
        </w:div>
        <w:div w:id="1712729834">
          <w:marLeft w:val="480"/>
          <w:marRight w:val="0"/>
          <w:marTop w:val="0"/>
          <w:marBottom w:val="0"/>
          <w:divBdr>
            <w:top w:val="none" w:sz="0" w:space="0" w:color="auto"/>
            <w:left w:val="none" w:sz="0" w:space="0" w:color="auto"/>
            <w:bottom w:val="none" w:sz="0" w:space="0" w:color="auto"/>
            <w:right w:val="none" w:sz="0" w:space="0" w:color="auto"/>
          </w:divBdr>
        </w:div>
        <w:div w:id="1818296938">
          <w:marLeft w:val="480"/>
          <w:marRight w:val="0"/>
          <w:marTop w:val="0"/>
          <w:marBottom w:val="0"/>
          <w:divBdr>
            <w:top w:val="none" w:sz="0" w:space="0" w:color="auto"/>
            <w:left w:val="none" w:sz="0" w:space="0" w:color="auto"/>
            <w:bottom w:val="none" w:sz="0" w:space="0" w:color="auto"/>
            <w:right w:val="none" w:sz="0" w:space="0" w:color="auto"/>
          </w:divBdr>
        </w:div>
        <w:div w:id="1866673010">
          <w:marLeft w:val="480"/>
          <w:marRight w:val="0"/>
          <w:marTop w:val="0"/>
          <w:marBottom w:val="0"/>
          <w:divBdr>
            <w:top w:val="none" w:sz="0" w:space="0" w:color="auto"/>
            <w:left w:val="none" w:sz="0" w:space="0" w:color="auto"/>
            <w:bottom w:val="none" w:sz="0" w:space="0" w:color="auto"/>
            <w:right w:val="none" w:sz="0" w:space="0" w:color="auto"/>
          </w:divBdr>
        </w:div>
        <w:div w:id="1953322918">
          <w:marLeft w:val="480"/>
          <w:marRight w:val="0"/>
          <w:marTop w:val="0"/>
          <w:marBottom w:val="0"/>
          <w:divBdr>
            <w:top w:val="none" w:sz="0" w:space="0" w:color="auto"/>
            <w:left w:val="none" w:sz="0" w:space="0" w:color="auto"/>
            <w:bottom w:val="none" w:sz="0" w:space="0" w:color="auto"/>
            <w:right w:val="none" w:sz="0" w:space="0" w:color="auto"/>
          </w:divBdr>
        </w:div>
        <w:div w:id="1975981039">
          <w:marLeft w:val="480"/>
          <w:marRight w:val="0"/>
          <w:marTop w:val="0"/>
          <w:marBottom w:val="0"/>
          <w:divBdr>
            <w:top w:val="none" w:sz="0" w:space="0" w:color="auto"/>
            <w:left w:val="none" w:sz="0" w:space="0" w:color="auto"/>
            <w:bottom w:val="none" w:sz="0" w:space="0" w:color="auto"/>
            <w:right w:val="none" w:sz="0" w:space="0" w:color="auto"/>
          </w:divBdr>
        </w:div>
        <w:div w:id="2017070176">
          <w:marLeft w:val="480"/>
          <w:marRight w:val="0"/>
          <w:marTop w:val="0"/>
          <w:marBottom w:val="0"/>
          <w:divBdr>
            <w:top w:val="none" w:sz="0" w:space="0" w:color="auto"/>
            <w:left w:val="none" w:sz="0" w:space="0" w:color="auto"/>
            <w:bottom w:val="none" w:sz="0" w:space="0" w:color="auto"/>
            <w:right w:val="none" w:sz="0" w:space="0" w:color="auto"/>
          </w:divBdr>
        </w:div>
        <w:div w:id="2017151881">
          <w:marLeft w:val="480"/>
          <w:marRight w:val="0"/>
          <w:marTop w:val="0"/>
          <w:marBottom w:val="0"/>
          <w:divBdr>
            <w:top w:val="none" w:sz="0" w:space="0" w:color="auto"/>
            <w:left w:val="none" w:sz="0" w:space="0" w:color="auto"/>
            <w:bottom w:val="none" w:sz="0" w:space="0" w:color="auto"/>
            <w:right w:val="none" w:sz="0" w:space="0" w:color="auto"/>
          </w:divBdr>
        </w:div>
        <w:div w:id="2066029708">
          <w:marLeft w:val="480"/>
          <w:marRight w:val="0"/>
          <w:marTop w:val="0"/>
          <w:marBottom w:val="0"/>
          <w:divBdr>
            <w:top w:val="none" w:sz="0" w:space="0" w:color="auto"/>
            <w:left w:val="none" w:sz="0" w:space="0" w:color="auto"/>
            <w:bottom w:val="none" w:sz="0" w:space="0" w:color="auto"/>
            <w:right w:val="none" w:sz="0" w:space="0" w:color="auto"/>
          </w:divBdr>
        </w:div>
        <w:div w:id="2136944547">
          <w:marLeft w:val="480"/>
          <w:marRight w:val="0"/>
          <w:marTop w:val="0"/>
          <w:marBottom w:val="0"/>
          <w:divBdr>
            <w:top w:val="none" w:sz="0" w:space="0" w:color="auto"/>
            <w:left w:val="none" w:sz="0" w:space="0" w:color="auto"/>
            <w:bottom w:val="none" w:sz="0" w:space="0" w:color="auto"/>
            <w:right w:val="none" w:sz="0" w:space="0" w:color="auto"/>
          </w:divBdr>
        </w:div>
      </w:divsChild>
    </w:div>
    <w:div w:id="1240015343">
      <w:bodyDiv w:val="1"/>
      <w:marLeft w:val="0"/>
      <w:marRight w:val="0"/>
      <w:marTop w:val="0"/>
      <w:marBottom w:val="0"/>
      <w:divBdr>
        <w:top w:val="none" w:sz="0" w:space="0" w:color="auto"/>
        <w:left w:val="none" w:sz="0" w:space="0" w:color="auto"/>
        <w:bottom w:val="none" w:sz="0" w:space="0" w:color="auto"/>
        <w:right w:val="none" w:sz="0" w:space="0" w:color="auto"/>
      </w:divBdr>
    </w:div>
    <w:div w:id="1240023587">
      <w:bodyDiv w:val="1"/>
      <w:marLeft w:val="0"/>
      <w:marRight w:val="0"/>
      <w:marTop w:val="0"/>
      <w:marBottom w:val="0"/>
      <w:divBdr>
        <w:top w:val="none" w:sz="0" w:space="0" w:color="auto"/>
        <w:left w:val="none" w:sz="0" w:space="0" w:color="auto"/>
        <w:bottom w:val="none" w:sz="0" w:space="0" w:color="auto"/>
        <w:right w:val="none" w:sz="0" w:space="0" w:color="auto"/>
      </w:divBdr>
    </w:div>
    <w:div w:id="1243681035">
      <w:bodyDiv w:val="1"/>
      <w:marLeft w:val="0"/>
      <w:marRight w:val="0"/>
      <w:marTop w:val="0"/>
      <w:marBottom w:val="0"/>
      <w:divBdr>
        <w:top w:val="none" w:sz="0" w:space="0" w:color="auto"/>
        <w:left w:val="none" w:sz="0" w:space="0" w:color="auto"/>
        <w:bottom w:val="none" w:sz="0" w:space="0" w:color="auto"/>
        <w:right w:val="none" w:sz="0" w:space="0" w:color="auto"/>
      </w:divBdr>
    </w:div>
    <w:div w:id="1244298740">
      <w:bodyDiv w:val="1"/>
      <w:marLeft w:val="0"/>
      <w:marRight w:val="0"/>
      <w:marTop w:val="0"/>
      <w:marBottom w:val="0"/>
      <w:divBdr>
        <w:top w:val="none" w:sz="0" w:space="0" w:color="auto"/>
        <w:left w:val="none" w:sz="0" w:space="0" w:color="auto"/>
        <w:bottom w:val="none" w:sz="0" w:space="0" w:color="auto"/>
        <w:right w:val="none" w:sz="0" w:space="0" w:color="auto"/>
      </w:divBdr>
    </w:div>
    <w:div w:id="1248343646">
      <w:bodyDiv w:val="1"/>
      <w:marLeft w:val="0"/>
      <w:marRight w:val="0"/>
      <w:marTop w:val="0"/>
      <w:marBottom w:val="0"/>
      <w:divBdr>
        <w:top w:val="none" w:sz="0" w:space="0" w:color="auto"/>
        <w:left w:val="none" w:sz="0" w:space="0" w:color="auto"/>
        <w:bottom w:val="none" w:sz="0" w:space="0" w:color="auto"/>
        <w:right w:val="none" w:sz="0" w:space="0" w:color="auto"/>
      </w:divBdr>
    </w:div>
    <w:div w:id="1248425427">
      <w:bodyDiv w:val="1"/>
      <w:marLeft w:val="0"/>
      <w:marRight w:val="0"/>
      <w:marTop w:val="0"/>
      <w:marBottom w:val="0"/>
      <w:divBdr>
        <w:top w:val="none" w:sz="0" w:space="0" w:color="auto"/>
        <w:left w:val="none" w:sz="0" w:space="0" w:color="auto"/>
        <w:bottom w:val="none" w:sz="0" w:space="0" w:color="auto"/>
        <w:right w:val="none" w:sz="0" w:space="0" w:color="auto"/>
      </w:divBdr>
    </w:div>
    <w:div w:id="1248659154">
      <w:bodyDiv w:val="1"/>
      <w:marLeft w:val="0"/>
      <w:marRight w:val="0"/>
      <w:marTop w:val="0"/>
      <w:marBottom w:val="0"/>
      <w:divBdr>
        <w:top w:val="none" w:sz="0" w:space="0" w:color="auto"/>
        <w:left w:val="none" w:sz="0" w:space="0" w:color="auto"/>
        <w:bottom w:val="none" w:sz="0" w:space="0" w:color="auto"/>
        <w:right w:val="none" w:sz="0" w:space="0" w:color="auto"/>
      </w:divBdr>
    </w:div>
    <w:div w:id="1248854528">
      <w:bodyDiv w:val="1"/>
      <w:marLeft w:val="0"/>
      <w:marRight w:val="0"/>
      <w:marTop w:val="0"/>
      <w:marBottom w:val="0"/>
      <w:divBdr>
        <w:top w:val="none" w:sz="0" w:space="0" w:color="auto"/>
        <w:left w:val="none" w:sz="0" w:space="0" w:color="auto"/>
        <w:bottom w:val="none" w:sz="0" w:space="0" w:color="auto"/>
        <w:right w:val="none" w:sz="0" w:space="0" w:color="auto"/>
      </w:divBdr>
    </w:div>
    <w:div w:id="1249271785">
      <w:bodyDiv w:val="1"/>
      <w:marLeft w:val="0"/>
      <w:marRight w:val="0"/>
      <w:marTop w:val="0"/>
      <w:marBottom w:val="0"/>
      <w:divBdr>
        <w:top w:val="none" w:sz="0" w:space="0" w:color="auto"/>
        <w:left w:val="none" w:sz="0" w:space="0" w:color="auto"/>
        <w:bottom w:val="none" w:sz="0" w:space="0" w:color="auto"/>
        <w:right w:val="none" w:sz="0" w:space="0" w:color="auto"/>
      </w:divBdr>
    </w:div>
    <w:div w:id="1249384904">
      <w:bodyDiv w:val="1"/>
      <w:marLeft w:val="0"/>
      <w:marRight w:val="0"/>
      <w:marTop w:val="0"/>
      <w:marBottom w:val="0"/>
      <w:divBdr>
        <w:top w:val="none" w:sz="0" w:space="0" w:color="auto"/>
        <w:left w:val="none" w:sz="0" w:space="0" w:color="auto"/>
        <w:bottom w:val="none" w:sz="0" w:space="0" w:color="auto"/>
        <w:right w:val="none" w:sz="0" w:space="0" w:color="auto"/>
      </w:divBdr>
      <w:divsChild>
        <w:div w:id="16390114">
          <w:marLeft w:val="480"/>
          <w:marRight w:val="0"/>
          <w:marTop w:val="0"/>
          <w:marBottom w:val="0"/>
          <w:divBdr>
            <w:top w:val="none" w:sz="0" w:space="0" w:color="auto"/>
            <w:left w:val="none" w:sz="0" w:space="0" w:color="auto"/>
            <w:bottom w:val="none" w:sz="0" w:space="0" w:color="auto"/>
            <w:right w:val="none" w:sz="0" w:space="0" w:color="auto"/>
          </w:divBdr>
        </w:div>
        <w:div w:id="63837748">
          <w:marLeft w:val="480"/>
          <w:marRight w:val="0"/>
          <w:marTop w:val="0"/>
          <w:marBottom w:val="0"/>
          <w:divBdr>
            <w:top w:val="none" w:sz="0" w:space="0" w:color="auto"/>
            <w:left w:val="none" w:sz="0" w:space="0" w:color="auto"/>
            <w:bottom w:val="none" w:sz="0" w:space="0" w:color="auto"/>
            <w:right w:val="none" w:sz="0" w:space="0" w:color="auto"/>
          </w:divBdr>
        </w:div>
        <w:div w:id="87385189">
          <w:marLeft w:val="480"/>
          <w:marRight w:val="0"/>
          <w:marTop w:val="0"/>
          <w:marBottom w:val="0"/>
          <w:divBdr>
            <w:top w:val="none" w:sz="0" w:space="0" w:color="auto"/>
            <w:left w:val="none" w:sz="0" w:space="0" w:color="auto"/>
            <w:bottom w:val="none" w:sz="0" w:space="0" w:color="auto"/>
            <w:right w:val="none" w:sz="0" w:space="0" w:color="auto"/>
          </w:divBdr>
        </w:div>
        <w:div w:id="110827654">
          <w:marLeft w:val="480"/>
          <w:marRight w:val="0"/>
          <w:marTop w:val="0"/>
          <w:marBottom w:val="0"/>
          <w:divBdr>
            <w:top w:val="none" w:sz="0" w:space="0" w:color="auto"/>
            <w:left w:val="none" w:sz="0" w:space="0" w:color="auto"/>
            <w:bottom w:val="none" w:sz="0" w:space="0" w:color="auto"/>
            <w:right w:val="none" w:sz="0" w:space="0" w:color="auto"/>
          </w:divBdr>
        </w:div>
        <w:div w:id="139343754">
          <w:marLeft w:val="480"/>
          <w:marRight w:val="0"/>
          <w:marTop w:val="0"/>
          <w:marBottom w:val="0"/>
          <w:divBdr>
            <w:top w:val="none" w:sz="0" w:space="0" w:color="auto"/>
            <w:left w:val="none" w:sz="0" w:space="0" w:color="auto"/>
            <w:bottom w:val="none" w:sz="0" w:space="0" w:color="auto"/>
            <w:right w:val="none" w:sz="0" w:space="0" w:color="auto"/>
          </w:divBdr>
        </w:div>
        <w:div w:id="200941940">
          <w:marLeft w:val="480"/>
          <w:marRight w:val="0"/>
          <w:marTop w:val="0"/>
          <w:marBottom w:val="0"/>
          <w:divBdr>
            <w:top w:val="none" w:sz="0" w:space="0" w:color="auto"/>
            <w:left w:val="none" w:sz="0" w:space="0" w:color="auto"/>
            <w:bottom w:val="none" w:sz="0" w:space="0" w:color="auto"/>
            <w:right w:val="none" w:sz="0" w:space="0" w:color="auto"/>
          </w:divBdr>
        </w:div>
        <w:div w:id="209071703">
          <w:marLeft w:val="480"/>
          <w:marRight w:val="0"/>
          <w:marTop w:val="0"/>
          <w:marBottom w:val="0"/>
          <w:divBdr>
            <w:top w:val="none" w:sz="0" w:space="0" w:color="auto"/>
            <w:left w:val="none" w:sz="0" w:space="0" w:color="auto"/>
            <w:bottom w:val="none" w:sz="0" w:space="0" w:color="auto"/>
            <w:right w:val="none" w:sz="0" w:space="0" w:color="auto"/>
          </w:divBdr>
        </w:div>
        <w:div w:id="263073597">
          <w:marLeft w:val="480"/>
          <w:marRight w:val="0"/>
          <w:marTop w:val="0"/>
          <w:marBottom w:val="0"/>
          <w:divBdr>
            <w:top w:val="none" w:sz="0" w:space="0" w:color="auto"/>
            <w:left w:val="none" w:sz="0" w:space="0" w:color="auto"/>
            <w:bottom w:val="none" w:sz="0" w:space="0" w:color="auto"/>
            <w:right w:val="none" w:sz="0" w:space="0" w:color="auto"/>
          </w:divBdr>
        </w:div>
        <w:div w:id="282542464">
          <w:marLeft w:val="480"/>
          <w:marRight w:val="0"/>
          <w:marTop w:val="0"/>
          <w:marBottom w:val="0"/>
          <w:divBdr>
            <w:top w:val="none" w:sz="0" w:space="0" w:color="auto"/>
            <w:left w:val="none" w:sz="0" w:space="0" w:color="auto"/>
            <w:bottom w:val="none" w:sz="0" w:space="0" w:color="auto"/>
            <w:right w:val="none" w:sz="0" w:space="0" w:color="auto"/>
          </w:divBdr>
        </w:div>
        <w:div w:id="296878365">
          <w:marLeft w:val="480"/>
          <w:marRight w:val="0"/>
          <w:marTop w:val="0"/>
          <w:marBottom w:val="0"/>
          <w:divBdr>
            <w:top w:val="none" w:sz="0" w:space="0" w:color="auto"/>
            <w:left w:val="none" w:sz="0" w:space="0" w:color="auto"/>
            <w:bottom w:val="none" w:sz="0" w:space="0" w:color="auto"/>
            <w:right w:val="none" w:sz="0" w:space="0" w:color="auto"/>
          </w:divBdr>
        </w:div>
        <w:div w:id="391855731">
          <w:marLeft w:val="480"/>
          <w:marRight w:val="0"/>
          <w:marTop w:val="0"/>
          <w:marBottom w:val="0"/>
          <w:divBdr>
            <w:top w:val="none" w:sz="0" w:space="0" w:color="auto"/>
            <w:left w:val="none" w:sz="0" w:space="0" w:color="auto"/>
            <w:bottom w:val="none" w:sz="0" w:space="0" w:color="auto"/>
            <w:right w:val="none" w:sz="0" w:space="0" w:color="auto"/>
          </w:divBdr>
        </w:div>
        <w:div w:id="402531594">
          <w:marLeft w:val="480"/>
          <w:marRight w:val="0"/>
          <w:marTop w:val="0"/>
          <w:marBottom w:val="0"/>
          <w:divBdr>
            <w:top w:val="none" w:sz="0" w:space="0" w:color="auto"/>
            <w:left w:val="none" w:sz="0" w:space="0" w:color="auto"/>
            <w:bottom w:val="none" w:sz="0" w:space="0" w:color="auto"/>
            <w:right w:val="none" w:sz="0" w:space="0" w:color="auto"/>
          </w:divBdr>
        </w:div>
        <w:div w:id="417488414">
          <w:marLeft w:val="480"/>
          <w:marRight w:val="0"/>
          <w:marTop w:val="0"/>
          <w:marBottom w:val="0"/>
          <w:divBdr>
            <w:top w:val="none" w:sz="0" w:space="0" w:color="auto"/>
            <w:left w:val="none" w:sz="0" w:space="0" w:color="auto"/>
            <w:bottom w:val="none" w:sz="0" w:space="0" w:color="auto"/>
            <w:right w:val="none" w:sz="0" w:space="0" w:color="auto"/>
          </w:divBdr>
        </w:div>
        <w:div w:id="435252002">
          <w:marLeft w:val="480"/>
          <w:marRight w:val="0"/>
          <w:marTop w:val="0"/>
          <w:marBottom w:val="0"/>
          <w:divBdr>
            <w:top w:val="none" w:sz="0" w:space="0" w:color="auto"/>
            <w:left w:val="none" w:sz="0" w:space="0" w:color="auto"/>
            <w:bottom w:val="none" w:sz="0" w:space="0" w:color="auto"/>
            <w:right w:val="none" w:sz="0" w:space="0" w:color="auto"/>
          </w:divBdr>
        </w:div>
        <w:div w:id="529682843">
          <w:marLeft w:val="480"/>
          <w:marRight w:val="0"/>
          <w:marTop w:val="0"/>
          <w:marBottom w:val="0"/>
          <w:divBdr>
            <w:top w:val="none" w:sz="0" w:space="0" w:color="auto"/>
            <w:left w:val="none" w:sz="0" w:space="0" w:color="auto"/>
            <w:bottom w:val="none" w:sz="0" w:space="0" w:color="auto"/>
            <w:right w:val="none" w:sz="0" w:space="0" w:color="auto"/>
          </w:divBdr>
        </w:div>
        <w:div w:id="633488138">
          <w:marLeft w:val="480"/>
          <w:marRight w:val="0"/>
          <w:marTop w:val="0"/>
          <w:marBottom w:val="0"/>
          <w:divBdr>
            <w:top w:val="none" w:sz="0" w:space="0" w:color="auto"/>
            <w:left w:val="none" w:sz="0" w:space="0" w:color="auto"/>
            <w:bottom w:val="none" w:sz="0" w:space="0" w:color="auto"/>
            <w:right w:val="none" w:sz="0" w:space="0" w:color="auto"/>
          </w:divBdr>
        </w:div>
        <w:div w:id="637347425">
          <w:marLeft w:val="480"/>
          <w:marRight w:val="0"/>
          <w:marTop w:val="0"/>
          <w:marBottom w:val="0"/>
          <w:divBdr>
            <w:top w:val="none" w:sz="0" w:space="0" w:color="auto"/>
            <w:left w:val="none" w:sz="0" w:space="0" w:color="auto"/>
            <w:bottom w:val="none" w:sz="0" w:space="0" w:color="auto"/>
            <w:right w:val="none" w:sz="0" w:space="0" w:color="auto"/>
          </w:divBdr>
        </w:div>
        <w:div w:id="654334190">
          <w:marLeft w:val="480"/>
          <w:marRight w:val="0"/>
          <w:marTop w:val="0"/>
          <w:marBottom w:val="0"/>
          <w:divBdr>
            <w:top w:val="none" w:sz="0" w:space="0" w:color="auto"/>
            <w:left w:val="none" w:sz="0" w:space="0" w:color="auto"/>
            <w:bottom w:val="none" w:sz="0" w:space="0" w:color="auto"/>
            <w:right w:val="none" w:sz="0" w:space="0" w:color="auto"/>
          </w:divBdr>
        </w:div>
        <w:div w:id="705908253">
          <w:marLeft w:val="480"/>
          <w:marRight w:val="0"/>
          <w:marTop w:val="0"/>
          <w:marBottom w:val="0"/>
          <w:divBdr>
            <w:top w:val="none" w:sz="0" w:space="0" w:color="auto"/>
            <w:left w:val="none" w:sz="0" w:space="0" w:color="auto"/>
            <w:bottom w:val="none" w:sz="0" w:space="0" w:color="auto"/>
            <w:right w:val="none" w:sz="0" w:space="0" w:color="auto"/>
          </w:divBdr>
        </w:div>
        <w:div w:id="828326972">
          <w:marLeft w:val="480"/>
          <w:marRight w:val="0"/>
          <w:marTop w:val="0"/>
          <w:marBottom w:val="0"/>
          <w:divBdr>
            <w:top w:val="none" w:sz="0" w:space="0" w:color="auto"/>
            <w:left w:val="none" w:sz="0" w:space="0" w:color="auto"/>
            <w:bottom w:val="none" w:sz="0" w:space="0" w:color="auto"/>
            <w:right w:val="none" w:sz="0" w:space="0" w:color="auto"/>
          </w:divBdr>
        </w:div>
        <w:div w:id="865407775">
          <w:marLeft w:val="480"/>
          <w:marRight w:val="0"/>
          <w:marTop w:val="0"/>
          <w:marBottom w:val="0"/>
          <w:divBdr>
            <w:top w:val="none" w:sz="0" w:space="0" w:color="auto"/>
            <w:left w:val="none" w:sz="0" w:space="0" w:color="auto"/>
            <w:bottom w:val="none" w:sz="0" w:space="0" w:color="auto"/>
            <w:right w:val="none" w:sz="0" w:space="0" w:color="auto"/>
          </w:divBdr>
        </w:div>
        <w:div w:id="929119445">
          <w:marLeft w:val="480"/>
          <w:marRight w:val="0"/>
          <w:marTop w:val="0"/>
          <w:marBottom w:val="0"/>
          <w:divBdr>
            <w:top w:val="none" w:sz="0" w:space="0" w:color="auto"/>
            <w:left w:val="none" w:sz="0" w:space="0" w:color="auto"/>
            <w:bottom w:val="none" w:sz="0" w:space="0" w:color="auto"/>
            <w:right w:val="none" w:sz="0" w:space="0" w:color="auto"/>
          </w:divBdr>
        </w:div>
        <w:div w:id="1016347018">
          <w:marLeft w:val="480"/>
          <w:marRight w:val="0"/>
          <w:marTop w:val="0"/>
          <w:marBottom w:val="0"/>
          <w:divBdr>
            <w:top w:val="none" w:sz="0" w:space="0" w:color="auto"/>
            <w:left w:val="none" w:sz="0" w:space="0" w:color="auto"/>
            <w:bottom w:val="none" w:sz="0" w:space="0" w:color="auto"/>
            <w:right w:val="none" w:sz="0" w:space="0" w:color="auto"/>
          </w:divBdr>
        </w:div>
        <w:div w:id="1067805131">
          <w:marLeft w:val="480"/>
          <w:marRight w:val="0"/>
          <w:marTop w:val="0"/>
          <w:marBottom w:val="0"/>
          <w:divBdr>
            <w:top w:val="none" w:sz="0" w:space="0" w:color="auto"/>
            <w:left w:val="none" w:sz="0" w:space="0" w:color="auto"/>
            <w:bottom w:val="none" w:sz="0" w:space="0" w:color="auto"/>
            <w:right w:val="none" w:sz="0" w:space="0" w:color="auto"/>
          </w:divBdr>
        </w:div>
        <w:div w:id="1097751211">
          <w:marLeft w:val="480"/>
          <w:marRight w:val="0"/>
          <w:marTop w:val="0"/>
          <w:marBottom w:val="0"/>
          <w:divBdr>
            <w:top w:val="none" w:sz="0" w:space="0" w:color="auto"/>
            <w:left w:val="none" w:sz="0" w:space="0" w:color="auto"/>
            <w:bottom w:val="none" w:sz="0" w:space="0" w:color="auto"/>
            <w:right w:val="none" w:sz="0" w:space="0" w:color="auto"/>
          </w:divBdr>
        </w:div>
        <w:div w:id="1142700933">
          <w:marLeft w:val="480"/>
          <w:marRight w:val="0"/>
          <w:marTop w:val="0"/>
          <w:marBottom w:val="0"/>
          <w:divBdr>
            <w:top w:val="none" w:sz="0" w:space="0" w:color="auto"/>
            <w:left w:val="none" w:sz="0" w:space="0" w:color="auto"/>
            <w:bottom w:val="none" w:sz="0" w:space="0" w:color="auto"/>
            <w:right w:val="none" w:sz="0" w:space="0" w:color="auto"/>
          </w:divBdr>
        </w:div>
        <w:div w:id="1252155011">
          <w:marLeft w:val="480"/>
          <w:marRight w:val="0"/>
          <w:marTop w:val="0"/>
          <w:marBottom w:val="0"/>
          <w:divBdr>
            <w:top w:val="none" w:sz="0" w:space="0" w:color="auto"/>
            <w:left w:val="none" w:sz="0" w:space="0" w:color="auto"/>
            <w:bottom w:val="none" w:sz="0" w:space="0" w:color="auto"/>
            <w:right w:val="none" w:sz="0" w:space="0" w:color="auto"/>
          </w:divBdr>
        </w:div>
        <w:div w:id="1367366798">
          <w:marLeft w:val="480"/>
          <w:marRight w:val="0"/>
          <w:marTop w:val="0"/>
          <w:marBottom w:val="0"/>
          <w:divBdr>
            <w:top w:val="none" w:sz="0" w:space="0" w:color="auto"/>
            <w:left w:val="none" w:sz="0" w:space="0" w:color="auto"/>
            <w:bottom w:val="none" w:sz="0" w:space="0" w:color="auto"/>
            <w:right w:val="none" w:sz="0" w:space="0" w:color="auto"/>
          </w:divBdr>
        </w:div>
        <w:div w:id="1435976940">
          <w:marLeft w:val="480"/>
          <w:marRight w:val="0"/>
          <w:marTop w:val="0"/>
          <w:marBottom w:val="0"/>
          <w:divBdr>
            <w:top w:val="none" w:sz="0" w:space="0" w:color="auto"/>
            <w:left w:val="none" w:sz="0" w:space="0" w:color="auto"/>
            <w:bottom w:val="none" w:sz="0" w:space="0" w:color="auto"/>
            <w:right w:val="none" w:sz="0" w:space="0" w:color="auto"/>
          </w:divBdr>
        </w:div>
        <w:div w:id="1571840452">
          <w:marLeft w:val="480"/>
          <w:marRight w:val="0"/>
          <w:marTop w:val="0"/>
          <w:marBottom w:val="0"/>
          <w:divBdr>
            <w:top w:val="none" w:sz="0" w:space="0" w:color="auto"/>
            <w:left w:val="none" w:sz="0" w:space="0" w:color="auto"/>
            <w:bottom w:val="none" w:sz="0" w:space="0" w:color="auto"/>
            <w:right w:val="none" w:sz="0" w:space="0" w:color="auto"/>
          </w:divBdr>
        </w:div>
        <w:div w:id="1613702439">
          <w:marLeft w:val="480"/>
          <w:marRight w:val="0"/>
          <w:marTop w:val="0"/>
          <w:marBottom w:val="0"/>
          <w:divBdr>
            <w:top w:val="none" w:sz="0" w:space="0" w:color="auto"/>
            <w:left w:val="none" w:sz="0" w:space="0" w:color="auto"/>
            <w:bottom w:val="none" w:sz="0" w:space="0" w:color="auto"/>
            <w:right w:val="none" w:sz="0" w:space="0" w:color="auto"/>
          </w:divBdr>
        </w:div>
        <w:div w:id="1743331086">
          <w:marLeft w:val="480"/>
          <w:marRight w:val="0"/>
          <w:marTop w:val="0"/>
          <w:marBottom w:val="0"/>
          <w:divBdr>
            <w:top w:val="none" w:sz="0" w:space="0" w:color="auto"/>
            <w:left w:val="none" w:sz="0" w:space="0" w:color="auto"/>
            <w:bottom w:val="none" w:sz="0" w:space="0" w:color="auto"/>
            <w:right w:val="none" w:sz="0" w:space="0" w:color="auto"/>
          </w:divBdr>
        </w:div>
        <w:div w:id="1786540350">
          <w:marLeft w:val="480"/>
          <w:marRight w:val="0"/>
          <w:marTop w:val="0"/>
          <w:marBottom w:val="0"/>
          <w:divBdr>
            <w:top w:val="none" w:sz="0" w:space="0" w:color="auto"/>
            <w:left w:val="none" w:sz="0" w:space="0" w:color="auto"/>
            <w:bottom w:val="none" w:sz="0" w:space="0" w:color="auto"/>
            <w:right w:val="none" w:sz="0" w:space="0" w:color="auto"/>
          </w:divBdr>
        </w:div>
        <w:div w:id="1787626136">
          <w:marLeft w:val="480"/>
          <w:marRight w:val="0"/>
          <w:marTop w:val="0"/>
          <w:marBottom w:val="0"/>
          <w:divBdr>
            <w:top w:val="none" w:sz="0" w:space="0" w:color="auto"/>
            <w:left w:val="none" w:sz="0" w:space="0" w:color="auto"/>
            <w:bottom w:val="none" w:sz="0" w:space="0" w:color="auto"/>
            <w:right w:val="none" w:sz="0" w:space="0" w:color="auto"/>
          </w:divBdr>
        </w:div>
        <w:div w:id="1805535808">
          <w:marLeft w:val="480"/>
          <w:marRight w:val="0"/>
          <w:marTop w:val="0"/>
          <w:marBottom w:val="0"/>
          <w:divBdr>
            <w:top w:val="none" w:sz="0" w:space="0" w:color="auto"/>
            <w:left w:val="none" w:sz="0" w:space="0" w:color="auto"/>
            <w:bottom w:val="none" w:sz="0" w:space="0" w:color="auto"/>
            <w:right w:val="none" w:sz="0" w:space="0" w:color="auto"/>
          </w:divBdr>
        </w:div>
        <w:div w:id="1812405248">
          <w:marLeft w:val="480"/>
          <w:marRight w:val="0"/>
          <w:marTop w:val="0"/>
          <w:marBottom w:val="0"/>
          <w:divBdr>
            <w:top w:val="none" w:sz="0" w:space="0" w:color="auto"/>
            <w:left w:val="none" w:sz="0" w:space="0" w:color="auto"/>
            <w:bottom w:val="none" w:sz="0" w:space="0" w:color="auto"/>
            <w:right w:val="none" w:sz="0" w:space="0" w:color="auto"/>
          </w:divBdr>
        </w:div>
        <w:div w:id="1842768862">
          <w:marLeft w:val="480"/>
          <w:marRight w:val="0"/>
          <w:marTop w:val="0"/>
          <w:marBottom w:val="0"/>
          <w:divBdr>
            <w:top w:val="none" w:sz="0" w:space="0" w:color="auto"/>
            <w:left w:val="none" w:sz="0" w:space="0" w:color="auto"/>
            <w:bottom w:val="none" w:sz="0" w:space="0" w:color="auto"/>
            <w:right w:val="none" w:sz="0" w:space="0" w:color="auto"/>
          </w:divBdr>
        </w:div>
        <w:div w:id="1886065225">
          <w:marLeft w:val="480"/>
          <w:marRight w:val="0"/>
          <w:marTop w:val="0"/>
          <w:marBottom w:val="0"/>
          <w:divBdr>
            <w:top w:val="none" w:sz="0" w:space="0" w:color="auto"/>
            <w:left w:val="none" w:sz="0" w:space="0" w:color="auto"/>
            <w:bottom w:val="none" w:sz="0" w:space="0" w:color="auto"/>
            <w:right w:val="none" w:sz="0" w:space="0" w:color="auto"/>
          </w:divBdr>
        </w:div>
        <w:div w:id="1992559594">
          <w:marLeft w:val="480"/>
          <w:marRight w:val="0"/>
          <w:marTop w:val="0"/>
          <w:marBottom w:val="0"/>
          <w:divBdr>
            <w:top w:val="none" w:sz="0" w:space="0" w:color="auto"/>
            <w:left w:val="none" w:sz="0" w:space="0" w:color="auto"/>
            <w:bottom w:val="none" w:sz="0" w:space="0" w:color="auto"/>
            <w:right w:val="none" w:sz="0" w:space="0" w:color="auto"/>
          </w:divBdr>
        </w:div>
        <w:div w:id="2004892941">
          <w:marLeft w:val="480"/>
          <w:marRight w:val="0"/>
          <w:marTop w:val="0"/>
          <w:marBottom w:val="0"/>
          <w:divBdr>
            <w:top w:val="none" w:sz="0" w:space="0" w:color="auto"/>
            <w:left w:val="none" w:sz="0" w:space="0" w:color="auto"/>
            <w:bottom w:val="none" w:sz="0" w:space="0" w:color="auto"/>
            <w:right w:val="none" w:sz="0" w:space="0" w:color="auto"/>
          </w:divBdr>
        </w:div>
        <w:div w:id="2039161892">
          <w:marLeft w:val="480"/>
          <w:marRight w:val="0"/>
          <w:marTop w:val="0"/>
          <w:marBottom w:val="0"/>
          <w:divBdr>
            <w:top w:val="none" w:sz="0" w:space="0" w:color="auto"/>
            <w:left w:val="none" w:sz="0" w:space="0" w:color="auto"/>
            <w:bottom w:val="none" w:sz="0" w:space="0" w:color="auto"/>
            <w:right w:val="none" w:sz="0" w:space="0" w:color="auto"/>
          </w:divBdr>
        </w:div>
        <w:div w:id="2089762490">
          <w:marLeft w:val="480"/>
          <w:marRight w:val="0"/>
          <w:marTop w:val="0"/>
          <w:marBottom w:val="0"/>
          <w:divBdr>
            <w:top w:val="none" w:sz="0" w:space="0" w:color="auto"/>
            <w:left w:val="none" w:sz="0" w:space="0" w:color="auto"/>
            <w:bottom w:val="none" w:sz="0" w:space="0" w:color="auto"/>
            <w:right w:val="none" w:sz="0" w:space="0" w:color="auto"/>
          </w:divBdr>
        </w:div>
      </w:divsChild>
    </w:div>
    <w:div w:id="1250232869">
      <w:bodyDiv w:val="1"/>
      <w:marLeft w:val="0"/>
      <w:marRight w:val="0"/>
      <w:marTop w:val="0"/>
      <w:marBottom w:val="0"/>
      <w:divBdr>
        <w:top w:val="none" w:sz="0" w:space="0" w:color="auto"/>
        <w:left w:val="none" w:sz="0" w:space="0" w:color="auto"/>
        <w:bottom w:val="none" w:sz="0" w:space="0" w:color="auto"/>
        <w:right w:val="none" w:sz="0" w:space="0" w:color="auto"/>
      </w:divBdr>
    </w:div>
    <w:div w:id="1253318634">
      <w:bodyDiv w:val="1"/>
      <w:marLeft w:val="0"/>
      <w:marRight w:val="0"/>
      <w:marTop w:val="0"/>
      <w:marBottom w:val="0"/>
      <w:divBdr>
        <w:top w:val="none" w:sz="0" w:space="0" w:color="auto"/>
        <w:left w:val="none" w:sz="0" w:space="0" w:color="auto"/>
        <w:bottom w:val="none" w:sz="0" w:space="0" w:color="auto"/>
        <w:right w:val="none" w:sz="0" w:space="0" w:color="auto"/>
      </w:divBdr>
    </w:div>
    <w:div w:id="1256668547">
      <w:bodyDiv w:val="1"/>
      <w:marLeft w:val="0"/>
      <w:marRight w:val="0"/>
      <w:marTop w:val="0"/>
      <w:marBottom w:val="0"/>
      <w:divBdr>
        <w:top w:val="none" w:sz="0" w:space="0" w:color="auto"/>
        <w:left w:val="none" w:sz="0" w:space="0" w:color="auto"/>
        <w:bottom w:val="none" w:sz="0" w:space="0" w:color="auto"/>
        <w:right w:val="none" w:sz="0" w:space="0" w:color="auto"/>
      </w:divBdr>
    </w:div>
    <w:div w:id="1262907706">
      <w:bodyDiv w:val="1"/>
      <w:marLeft w:val="0"/>
      <w:marRight w:val="0"/>
      <w:marTop w:val="0"/>
      <w:marBottom w:val="0"/>
      <w:divBdr>
        <w:top w:val="none" w:sz="0" w:space="0" w:color="auto"/>
        <w:left w:val="none" w:sz="0" w:space="0" w:color="auto"/>
        <w:bottom w:val="none" w:sz="0" w:space="0" w:color="auto"/>
        <w:right w:val="none" w:sz="0" w:space="0" w:color="auto"/>
      </w:divBdr>
    </w:div>
    <w:div w:id="1262910248">
      <w:bodyDiv w:val="1"/>
      <w:marLeft w:val="0"/>
      <w:marRight w:val="0"/>
      <w:marTop w:val="0"/>
      <w:marBottom w:val="0"/>
      <w:divBdr>
        <w:top w:val="none" w:sz="0" w:space="0" w:color="auto"/>
        <w:left w:val="none" w:sz="0" w:space="0" w:color="auto"/>
        <w:bottom w:val="none" w:sz="0" w:space="0" w:color="auto"/>
        <w:right w:val="none" w:sz="0" w:space="0" w:color="auto"/>
      </w:divBdr>
    </w:div>
    <w:div w:id="1263146777">
      <w:bodyDiv w:val="1"/>
      <w:marLeft w:val="0"/>
      <w:marRight w:val="0"/>
      <w:marTop w:val="0"/>
      <w:marBottom w:val="0"/>
      <w:divBdr>
        <w:top w:val="none" w:sz="0" w:space="0" w:color="auto"/>
        <w:left w:val="none" w:sz="0" w:space="0" w:color="auto"/>
        <w:bottom w:val="none" w:sz="0" w:space="0" w:color="auto"/>
        <w:right w:val="none" w:sz="0" w:space="0" w:color="auto"/>
      </w:divBdr>
      <w:divsChild>
        <w:div w:id="14505338">
          <w:marLeft w:val="480"/>
          <w:marRight w:val="0"/>
          <w:marTop w:val="0"/>
          <w:marBottom w:val="0"/>
          <w:divBdr>
            <w:top w:val="none" w:sz="0" w:space="0" w:color="auto"/>
            <w:left w:val="none" w:sz="0" w:space="0" w:color="auto"/>
            <w:bottom w:val="none" w:sz="0" w:space="0" w:color="auto"/>
            <w:right w:val="none" w:sz="0" w:space="0" w:color="auto"/>
          </w:divBdr>
        </w:div>
        <w:div w:id="62916506">
          <w:marLeft w:val="480"/>
          <w:marRight w:val="0"/>
          <w:marTop w:val="0"/>
          <w:marBottom w:val="0"/>
          <w:divBdr>
            <w:top w:val="none" w:sz="0" w:space="0" w:color="auto"/>
            <w:left w:val="none" w:sz="0" w:space="0" w:color="auto"/>
            <w:bottom w:val="none" w:sz="0" w:space="0" w:color="auto"/>
            <w:right w:val="none" w:sz="0" w:space="0" w:color="auto"/>
          </w:divBdr>
        </w:div>
        <w:div w:id="113332089">
          <w:marLeft w:val="480"/>
          <w:marRight w:val="0"/>
          <w:marTop w:val="0"/>
          <w:marBottom w:val="0"/>
          <w:divBdr>
            <w:top w:val="none" w:sz="0" w:space="0" w:color="auto"/>
            <w:left w:val="none" w:sz="0" w:space="0" w:color="auto"/>
            <w:bottom w:val="none" w:sz="0" w:space="0" w:color="auto"/>
            <w:right w:val="none" w:sz="0" w:space="0" w:color="auto"/>
          </w:divBdr>
        </w:div>
        <w:div w:id="161556797">
          <w:marLeft w:val="480"/>
          <w:marRight w:val="0"/>
          <w:marTop w:val="0"/>
          <w:marBottom w:val="0"/>
          <w:divBdr>
            <w:top w:val="none" w:sz="0" w:space="0" w:color="auto"/>
            <w:left w:val="none" w:sz="0" w:space="0" w:color="auto"/>
            <w:bottom w:val="none" w:sz="0" w:space="0" w:color="auto"/>
            <w:right w:val="none" w:sz="0" w:space="0" w:color="auto"/>
          </w:divBdr>
        </w:div>
        <w:div w:id="280116324">
          <w:marLeft w:val="480"/>
          <w:marRight w:val="0"/>
          <w:marTop w:val="0"/>
          <w:marBottom w:val="0"/>
          <w:divBdr>
            <w:top w:val="none" w:sz="0" w:space="0" w:color="auto"/>
            <w:left w:val="none" w:sz="0" w:space="0" w:color="auto"/>
            <w:bottom w:val="none" w:sz="0" w:space="0" w:color="auto"/>
            <w:right w:val="none" w:sz="0" w:space="0" w:color="auto"/>
          </w:divBdr>
        </w:div>
        <w:div w:id="296187040">
          <w:marLeft w:val="480"/>
          <w:marRight w:val="0"/>
          <w:marTop w:val="0"/>
          <w:marBottom w:val="0"/>
          <w:divBdr>
            <w:top w:val="none" w:sz="0" w:space="0" w:color="auto"/>
            <w:left w:val="none" w:sz="0" w:space="0" w:color="auto"/>
            <w:bottom w:val="none" w:sz="0" w:space="0" w:color="auto"/>
            <w:right w:val="none" w:sz="0" w:space="0" w:color="auto"/>
          </w:divBdr>
        </w:div>
        <w:div w:id="302781025">
          <w:marLeft w:val="480"/>
          <w:marRight w:val="0"/>
          <w:marTop w:val="0"/>
          <w:marBottom w:val="0"/>
          <w:divBdr>
            <w:top w:val="none" w:sz="0" w:space="0" w:color="auto"/>
            <w:left w:val="none" w:sz="0" w:space="0" w:color="auto"/>
            <w:bottom w:val="none" w:sz="0" w:space="0" w:color="auto"/>
            <w:right w:val="none" w:sz="0" w:space="0" w:color="auto"/>
          </w:divBdr>
        </w:div>
        <w:div w:id="366031338">
          <w:marLeft w:val="480"/>
          <w:marRight w:val="0"/>
          <w:marTop w:val="0"/>
          <w:marBottom w:val="0"/>
          <w:divBdr>
            <w:top w:val="none" w:sz="0" w:space="0" w:color="auto"/>
            <w:left w:val="none" w:sz="0" w:space="0" w:color="auto"/>
            <w:bottom w:val="none" w:sz="0" w:space="0" w:color="auto"/>
            <w:right w:val="none" w:sz="0" w:space="0" w:color="auto"/>
          </w:divBdr>
        </w:div>
        <w:div w:id="426123830">
          <w:marLeft w:val="480"/>
          <w:marRight w:val="0"/>
          <w:marTop w:val="0"/>
          <w:marBottom w:val="0"/>
          <w:divBdr>
            <w:top w:val="none" w:sz="0" w:space="0" w:color="auto"/>
            <w:left w:val="none" w:sz="0" w:space="0" w:color="auto"/>
            <w:bottom w:val="none" w:sz="0" w:space="0" w:color="auto"/>
            <w:right w:val="none" w:sz="0" w:space="0" w:color="auto"/>
          </w:divBdr>
        </w:div>
        <w:div w:id="505949257">
          <w:marLeft w:val="480"/>
          <w:marRight w:val="0"/>
          <w:marTop w:val="0"/>
          <w:marBottom w:val="0"/>
          <w:divBdr>
            <w:top w:val="none" w:sz="0" w:space="0" w:color="auto"/>
            <w:left w:val="none" w:sz="0" w:space="0" w:color="auto"/>
            <w:bottom w:val="none" w:sz="0" w:space="0" w:color="auto"/>
            <w:right w:val="none" w:sz="0" w:space="0" w:color="auto"/>
          </w:divBdr>
        </w:div>
        <w:div w:id="571355323">
          <w:marLeft w:val="480"/>
          <w:marRight w:val="0"/>
          <w:marTop w:val="0"/>
          <w:marBottom w:val="0"/>
          <w:divBdr>
            <w:top w:val="none" w:sz="0" w:space="0" w:color="auto"/>
            <w:left w:val="none" w:sz="0" w:space="0" w:color="auto"/>
            <w:bottom w:val="none" w:sz="0" w:space="0" w:color="auto"/>
            <w:right w:val="none" w:sz="0" w:space="0" w:color="auto"/>
          </w:divBdr>
        </w:div>
        <w:div w:id="581371995">
          <w:marLeft w:val="480"/>
          <w:marRight w:val="0"/>
          <w:marTop w:val="0"/>
          <w:marBottom w:val="0"/>
          <w:divBdr>
            <w:top w:val="none" w:sz="0" w:space="0" w:color="auto"/>
            <w:left w:val="none" w:sz="0" w:space="0" w:color="auto"/>
            <w:bottom w:val="none" w:sz="0" w:space="0" w:color="auto"/>
            <w:right w:val="none" w:sz="0" w:space="0" w:color="auto"/>
          </w:divBdr>
        </w:div>
        <w:div w:id="662510125">
          <w:marLeft w:val="480"/>
          <w:marRight w:val="0"/>
          <w:marTop w:val="0"/>
          <w:marBottom w:val="0"/>
          <w:divBdr>
            <w:top w:val="none" w:sz="0" w:space="0" w:color="auto"/>
            <w:left w:val="none" w:sz="0" w:space="0" w:color="auto"/>
            <w:bottom w:val="none" w:sz="0" w:space="0" w:color="auto"/>
            <w:right w:val="none" w:sz="0" w:space="0" w:color="auto"/>
          </w:divBdr>
        </w:div>
        <w:div w:id="663584266">
          <w:marLeft w:val="480"/>
          <w:marRight w:val="0"/>
          <w:marTop w:val="0"/>
          <w:marBottom w:val="0"/>
          <w:divBdr>
            <w:top w:val="none" w:sz="0" w:space="0" w:color="auto"/>
            <w:left w:val="none" w:sz="0" w:space="0" w:color="auto"/>
            <w:bottom w:val="none" w:sz="0" w:space="0" w:color="auto"/>
            <w:right w:val="none" w:sz="0" w:space="0" w:color="auto"/>
          </w:divBdr>
        </w:div>
        <w:div w:id="672028952">
          <w:marLeft w:val="480"/>
          <w:marRight w:val="0"/>
          <w:marTop w:val="0"/>
          <w:marBottom w:val="0"/>
          <w:divBdr>
            <w:top w:val="none" w:sz="0" w:space="0" w:color="auto"/>
            <w:left w:val="none" w:sz="0" w:space="0" w:color="auto"/>
            <w:bottom w:val="none" w:sz="0" w:space="0" w:color="auto"/>
            <w:right w:val="none" w:sz="0" w:space="0" w:color="auto"/>
          </w:divBdr>
        </w:div>
        <w:div w:id="674577478">
          <w:marLeft w:val="480"/>
          <w:marRight w:val="0"/>
          <w:marTop w:val="0"/>
          <w:marBottom w:val="0"/>
          <w:divBdr>
            <w:top w:val="none" w:sz="0" w:space="0" w:color="auto"/>
            <w:left w:val="none" w:sz="0" w:space="0" w:color="auto"/>
            <w:bottom w:val="none" w:sz="0" w:space="0" w:color="auto"/>
            <w:right w:val="none" w:sz="0" w:space="0" w:color="auto"/>
          </w:divBdr>
        </w:div>
        <w:div w:id="704600561">
          <w:marLeft w:val="480"/>
          <w:marRight w:val="0"/>
          <w:marTop w:val="0"/>
          <w:marBottom w:val="0"/>
          <w:divBdr>
            <w:top w:val="none" w:sz="0" w:space="0" w:color="auto"/>
            <w:left w:val="none" w:sz="0" w:space="0" w:color="auto"/>
            <w:bottom w:val="none" w:sz="0" w:space="0" w:color="auto"/>
            <w:right w:val="none" w:sz="0" w:space="0" w:color="auto"/>
          </w:divBdr>
        </w:div>
        <w:div w:id="715156852">
          <w:marLeft w:val="480"/>
          <w:marRight w:val="0"/>
          <w:marTop w:val="0"/>
          <w:marBottom w:val="0"/>
          <w:divBdr>
            <w:top w:val="none" w:sz="0" w:space="0" w:color="auto"/>
            <w:left w:val="none" w:sz="0" w:space="0" w:color="auto"/>
            <w:bottom w:val="none" w:sz="0" w:space="0" w:color="auto"/>
            <w:right w:val="none" w:sz="0" w:space="0" w:color="auto"/>
          </w:divBdr>
        </w:div>
        <w:div w:id="726219069">
          <w:marLeft w:val="480"/>
          <w:marRight w:val="0"/>
          <w:marTop w:val="0"/>
          <w:marBottom w:val="0"/>
          <w:divBdr>
            <w:top w:val="none" w:sz="0" w:space="0" w:color="auto"/>
            <w:left w:val="none" w:sz="0" w:space="0" w:color="auto"/>
            <w:bottom w:val="none" w:sz="0" w:space="0" w:color="auto"/>
            <w:right w:val="none" w:sz="0" w:space="0" w:color="auto"/>
          </w:divBdr>
        </w:div>
        <w:div w:id="788670008">
          <w:marLeft w:val="480"/>
          <w:marRight w:val="0"/>
          <w:marTop w:val="0"/>
          <w:marBottom w:val="0"/>
          <w:divBdr>
            <w:top w:val="none" w:sz="0" w:space="0" w:color="auto"/>
            <w:left w:val="none" w:sz="0" w:space="0" w:color="auto"/>
            <w:bottom w:val="none" w:sz="0" w:space="0" w:color="auto"/>
            <w:right w:val="none" w:sz="0" w:space="0" w:color="auto"/>
          </w:divBdr>
        </w:div>
        <w:div w:id="887306424">
          <w:marLeft w:val="480"/>
          <w:marRight w:val="0"/>
          <w:marTop w:val="0"/>
          <w:marBottom w:val="0"/>
          <w:divBdr>
            <w:top w:val="none" w:sz="0" w:space="0" w:color="auto"/>
            <w:left w:val="none" w:sz="0" w:space="0" w:color="auto"/>
            <w:bottom w:val="none" w:sz="0" w:space="0" w:color="auto"/>
            <w:right w:val="none" w:sz="0" w:space="0" w:color="auto"/>
          </w:divBdr>
        </w:div>
        <w:div w:id="924338796">
          <w:marLeft w:val="480"/>
          <w:marRight w:val="0"/>
          <w:marTop w:val="0"/>
          <w:marBottom w:val="0"/>
          <w:divBdr>
            <w:top w:val="none" w:sz="0" w:space="0" w:color="auto"/>
            <w:left w:val="none" w:sz="0" w:space="0" w:color="auto"/>
            <w:bottom w:val="none" w:sz="0" w:space="0" w:color="auto"/>
            <w:right w:val="none" w:sz="0" w:space="0" w:color="auto"/>
          </w:divBdr>
        </w:div>
        <w:div w:id="1050609972">
          <w:marLeft w:val="480"/>
          <w:marRight w:val="0"/>
          <w:marTop w:val="0"/>
          <w:marBottom w:val="0"/>
          <w:divBdr>
            <w:top w:val="none" w:sz="0" w:space="0" w:color="auto"/>
            <w:left w:val="none" w:sz="0" w:space="0" w:color="auto"/>
            <w:bottom w:val="none" w:sz="0" w:space="0" w:color="auto"/>
            <w:right w:val="none" w:sz="0" w:space="0" w:color="auto"/>
          </w:divBdr>
        </w:div>
        <w:div w:id="1078937310">
          <w:marLeft w:val="480"/>
          <w:marRight w:val="0"/>
          <w:marTop w:val="0"/>
          <w:marBottom w:val="0"/>
          <w:divBdr>
            <w:top w:val="none" w:sz="0" w:space="0" w:color="auto"/>
            <w:left w:val="none" w:sz="0" w:space="0" w:color="auto"/>
            <w:bottom w:val="none" w:sz="0" w:space="0" w:color="auto"/>
            <w:right w:val="none" w:sz="0" w:space="0" w:color="auto"/>
          </w:divBdr>
        </w:div>
        <w:div w:id="1107888792">
          <w:marLeft w:val="480"/>
          <w:marRight w:val="0"/>
          <w:marTop w:val="0"/>
          <w:marBottom w:val="0"/>
          <w:divBdr>
            <w:top w:val="none" w:sz="0" w:space="0" w:color="auto"/>
            <w:left w:val="none" w:sz="0" w:space="0" w:color="auto"/>
            <w:bottom w:val="none" w:sz="0" w:space="0" w:color="auto"/>
            <w:right w:val="none" w:sz="0" w:space="0" w:color="auto"/>
          </w:divBdr>
        </w:div>
        <w:div w:id="1182091442">
          <w:marLeft w:val="480"/>
          <w:marRight w:val="0"/>
          <w:marTop w:val="0"/>
          <w:marBottom w:val="0"/>
          <w:divBdr>
            <w:top w:val="none" w:sz="0" w:space="0" w:color="auto"/>
            <w:left w:val="none" w:sz="0" w:space="0" w:color="auto"/>
            <w:bottom w:val="none" w:sz="0" w:space="0" w:color="auto"/>
            <w:right w:val="none" w:sz="0" w:space="0" w:color="auto"/>
          </w:divBdr>
        </w:div>
        <w:div w:id="1223562419">
          <w:marLeft w:val="480"/>
          <w:marRight w:val="0"/>
          <w:marTop w:val="0"/>
          <w:marBottom w:val="0"/>
          <w:divBdr>
            <w:top w:val="none" w:sz="0" w:space="0" w:color="auto"/>
            <w:left w:val="none" w:sz="0" w:space="0" w:color="auto"/>
            <w:bottom w:val="none" w:sz="0" w:space="0" w:color="auto"/>
            <w:right w:val="none" w:sz="0" w:space="0" w:color="auto"/>
          </w:divBdr>
        </w:div>
        <w:div w:id="1225917962">
          <w:marLeft w:val="480"/>
          <w:marRight w:val="0"/>
          <w:marTop w:val="0"/>
          <w:marBottom w:val="0"/>
          <w:divBdr>
            <w:top w:val="none" w:sz="0" w:space="0" w:color="auto"/>
            <w:left w:val="none" w:sz="0" w:space="0" w:color="auto"/>
            <w:bottom w:val="none" w:sz="0" w:space="0" w:color="auto"/>
            <w:right w:val="none" w:sz="0" w:space="0" w:color="auto"/>
          </w:divBdr>
        </w:div>
        <w:div w:id="1392921548">
          <w:marLeft w:val="480"/>
          <w:marRight w:val="0"/>
          <w:marTop w:val="0"/>
          <w:marBottom w:val="0"/>
          <w:divBdr>
            <w:top w:val="none" w:sz="0" w:space="0" w:color="auto"/>
            <w:left w:val="none" w:sz="0" w:space="0" w:color="auto"/>
            <w:bottom w:val="none" w:sz="0" w:space="0" w:color="auto"/>
            <w:right w:val="none" w:sz="0" w:space="0" w:color="auto"/>
          </w:divBdr>
        </w:div>
        <w:div w:id="1404912133">
          <w:marLeft w:val="480"/>
          <w:marRight w:val="0"/>
          <w:marTop w:val="0"/>
          <w:marBottom w:val="0"/>
          <w:divBdr>
            <w:top w:val="none" w:sz="0" w:space="0" w:color="auto"/>
            <w:left w:val="none" w:sz="0" w:space="0" w:color="auto"/>
            <w:bottom w:val="none" w:sz="0" w:space="0" w:color="auto"/>
            <w:right w:val="none" w:sz="0" w:space="0" w:color="auto"/>
          </w:divBdr>
        </w:div>
        <w:div w:id="1417553926">
          <w:marLeft w:val="480"/>
          <w:marRight w:val="0"/>
          <w:marTop w:val="0"/>
          <w:marBottom w:val="0"/>
          <w:divBdr>
            <w:top w:val="none" w:sz="0" w:space="0" w:color="auto"/>
            <w:left w:val="none" w:sz="0" w:space="0" w:color="auto"/>
            <w:bottom w:val="none" w:sz="0" w:space="0" w:color="auto"/>
            <w:right w:val="none" w:sz="0" w:space="0" w:color="auto"/>
          </w:divBdr>
        </w:div>
        <w:div w:id="1523318873">
          <w:marLeft w:val="480"/>
          <w:marRight w:val="0"/>
          <w:marTop w:val="0"/>
          <w:marBottom w:val="0"/>
          <w:divBdr>
            <w:top w:val="none" w:sz="0" w:space="0" w:color="auto"/>
            <w:left w:val="none" w:sz="0" w:space="0" w:color="auto"/>
            <w:bottom w:val="none" w:sz="0" w:space="0" w:color="auto"/>
            <w:right w:val="none" w:sz="0" w:space="0" w:color="auto"/>
          </w:divBdr>
        </w:div>
        <w:div w:id="1534807676">
          <w:marLeft w:val="480"/>
          <w:marRight w:val="0"/>
          <w:marTop w:val="0"/>
          <w:marBottom w:val="0"/>
          <w:divBdr>
            <w:top w:val="none" w:sz="0" w:space="0" w:color="auto"/>
            <w:left w:val="none" w:sz="0" w:space="0" w:color="auto"/>
            <w:bottom w:val="none" w:sz="0" w:space="0" w:color="auto"/>
            <w:right w:val="none" w:sz="0" w:space="0" w:color="auto"/>
          </w:divBdr>
        </w:div>
        <w:div w:id="1586258364">
          <w:marLeft w:val="480"/>
          <w:marRight w:val="0"/>
          <w:marTop w:val="0"/>
          <w:marBottom w:val="0"/>
          <w:divBdr>
            <w:top w:val="none" w:sz="0" w:space="0" w:color="auto"/>
            <w:left w:val="none" w:sz="0" w:space="0" w:color="auto"/>
            <w:bottom w:val="none" w:sz="0" w:space="0" w:color="auto"/>
            <w:right w:val="none" w:sz="0" w:space="0" w:color="auto"/>
          </w:divBdr>
        </w:div>
        <w:div w:id="1744833129">
          <w:marLeft w:val="480"/>
          <w:marRight w:val="0"/>
          <w:marTop w:val="0"/>
          <w:marBottom w:val="0"/>
          <w:divBdr>
            <w:top w:val="none" w:sz="0" w:space="0" w:color="auto"/>
            <w:left w:val="none" w:sz="0" w:space="0" w:color="auto"/>
            <w:bottom w:val="none" w:sz="0" w:space="0" w:color="auto"/>
            <w:right w:val="none" w:sz="0" w:space="0" w:color="auto"/>
          </w:divBdr>
        </w:div>
        <w:div w:id="1789884620">
          <w:marLeft w:val="480"/>
          <w:marRight w:val="0"/>
          <w:marTop w:val="0"/>
          <w:marBottom w:val="0"/>
          <w:divBdr>
            <w:top w:val="none" w:sz="0" w:space="0" w:color="auto"/>
            <w:left w:val="none" w:sz="0" w:space="0" w:color="auto"/>
            <w:bottom w:val="none" w:sz="0" w:space="0" w:color="auto"/>
            <w:right w:val="none" w:sz="0" w:space="0" w:color="auto"/>
          </w:divBdr>
        </w:div>
        <w:div w:id="1792018048">
          <w:marLeft w:val="480"/>
          <w:marRight w:val="0"/>
          <w:marTop w:val="0"/>
          <w:marBottom w:val="0"/>
          <w:divBdr>
            <w:top w:val="none" w:sz="0" w:space="0" w:color="auto"/>
            <w:left w:val="none" w:sz="0" w:space="0" w:color="auto"/>
            <w:bottom w:val="none" w:sz="0" w:space="0" w:color="auto"/>
            <w:right w:val="none" w:sz="0" w:space="0" w:color="auto"/>
          </w:divBdr>
        </w:div>
        <w:div w:id="1892111028">
          <w:marLeft w:val="480"/>
          <w:marRight w:val="0"/>
          <w:marTop w:val="0"/>
          <w:marBottom w:val="0"/>
          <w:divBdr>
            <w:top w:val="none" w:sz="0" w:space="0" w:color="auto"/>
            <w:left w:val="none" w:sz="0" w:space="0" w:color="auto"/>
            <w:bottom w:val="none" w:sz="0" w:space="0" w:color="auto"/>
            <w:right w:val="none" w:sz="0" w:space="0" w:color="auto"/>
          </w:divBdr>
        </w:div>
        <w:div w:id="1914702573">
          <w:marLeft w:val="480"/>
          <w:marRight w:val="0"/>
          <w:marTop w:val="0"/>
          <w:marBottom w:val="0"/>
          <w:divBdr>
            <w:top w:val="none" w:sz="0" w:space="0" w:color="auto"/>
            <w:left w:val="none" w:sz="0" w:space="0" w:color="auto"/>
            <w:bottom w:val="none" w:sz="0" w:space="0" w:color="auto"/>
            <w:right w:val="none" w:sz="0" w:space="0" w:color="auto"/>
          </w:divBdr>
        </w:div>
      </w:divsChild>
    </w:div>
    <w:div w:id="1267037239">
      <w:bodyDiv w:val="1"/>
      <w:marLeft w:val="0"/>
      <w:marRight w:val="0"/>
      <w:marTop w:val="0"/>
      <w:marBottom w:val="0"/>
      <w:divBdr>
        <w:top w:val="none" w:sz="0" w:space="0" w:color="auto"/>
        <w:left w:val="none" w:sz="0" w:space="0" w:color="auto"/>
        <w:bottom w:val="none" w:sz="0" w:space="0" w:color="auto"/>
        <w:right w:val="none" w:sz="0" w:space="0" w:color="auto"/>
      </w:divBdr>
    </w:div>
    <w:div w:id="1268270423">
      <w:bodyDiv w:val="1"/>
      <w:marLeft w:val="0"/>
      <w:marRight w:val="0"/>
      <w:marTop w:val="0"/>
      <w:marBottom w:val="0"/>
      <w:divBdr>
        <w:top w:val="none" w:sz="0" w:space="0" w:color="auto"/>
        <w:left w:val="none" w:sz="0" w:space="0" w:color="auto"/>
        <w:bottom w:val="none" w:sz="0" w:space="0" w:color="auto"/>
        <w:right w:val="none" w:sz="0" w:space="0" w:color="auto"/>
      </w:divBdr>
    </w:div>
    <w:div w:id="1270508898">
      <w:bodyDiv w:val="1"/>
      <w:marLeft w:val="0"/>
      <w:marRight w:val="0"/>
      <w:marTop w:val="0"/>
      <w:marBottom w:val="0"/>
      <w:divBdr>
        <w:top w:val="none" w:sz="0" w:space="0" w:color="auto"/>
        <w:left w:val="none" w:sz="0" w:space="0" w:color="auto"/>
        <w:bottom w:val="none" w:sz="0" w:space="0" w:color="auto"/>
        <w:right w:val="none" w:sz="0" w:space="0" w:color="auto"/>
      </w:divBdr>
    </w:div>
    <w:div w:id="1272397970">
      <w:bodyDiv w:val="1"/>
      <w:marLeft w:val="0"/>
      <w:marRight w:val="0"/>
      <w:marTop w:val="0"/>
      <w:marBottom w:val="0"/>
      <w:divBdr>
        <w:top w:val="none" w:sz="0" w:space="0" w:color="auto"/>
        <w:left w:val="none" w:sz="0" w:space="0" w:color="auto"/>
        <w:bottom w:val="none" w:sz="0" w:space="0" w:color="auto"/>
        <w:right w:val="none" w:sz="0" w:space="0" w:color="auto"/>
      </w:divBdr>
    </w:div>
    <w:div w:id="1273631147">
      <w:bodyDiv w:val="1"/>
      <w:marLeft w:val="0"/>
      <w:marRight w:val="0"/>
      <w:marTop w:val="0"/>
      <w:marBottom w:val="0"/>
      <w:divBdr>
        <w:top w:val="none" w:sz="0" w:space="0" w:color="auto"/>
        <w:left w:val="none" w:sz="0" w:space="0" w:color="auto"/>
        <w:bottom w:val="none" w:sz="0" w:space="0" w:color="auto"/>
        <w:right w:val="none" w:sz="0" w:space="0" w:color="auto"/>
      </w:divBdr>
    </w:div>
    <w:div w:id="1276449453">
      <w:bodyDiv w:val="1"/>
      <w:marLeft w:val="0"/>
      <w:marRight w:val="0"/>
      <w:marTop w:val="0"/>
      <w:marBottom w:val="0"/>
      <w:divBdr>
        <w:top w:val="none" w:sz="0" w:space="0" w:color="auto"/>
        <w:left w:val="none" w:sz="0" w:space="0" w:color="auto"/>
        <w:bottom w:val="none" w:sz="0" w:space="0" w:color="auto"/>
        <w:right w:val="none" w:sz="0" w:space="0" w:color="auto"/>
      </w:divBdr>
    </w:div>
    <w:div w:id="1276592975">
      <w:bodyDiv w:val="1"/>
      <w:marLeft w:val="0"/>
      <w:marRight w:val="0"/>
      <w:marTop w:val="0"/>
      <w:marBottom w:val="0"/>
      <w:divBdr>
        <w:top w:val="none" w:sz="0" w:space="0" w:color="auto"/>
        <w:left w:val="none" w:sz="0" w:space="0" w:color="auto"/>
        <w:bottom w:val="none" w:sz="0" w:space="0" w:color="auto"/>
        <w:right w:val="none" w:sz="0" w:space="0" w:color="auto"/>
      </w:divBdr>
      <w:divsChild>
        <w:div w:id="464662708">
          <w:marLeft w:val="480"/>
          <w:marRight w:val="0"/>
          <w:marTop w:val="0"/>
          <w:marBottom w:val="0"/>
          <w:divBdr>
            <w:top w:val="none" w:sz="0" w:space="0" w:color="auto"/>
            <w:left w:val="none" w:sz="0" w:space="0" w:color="auto"/>
            <w:bottom w:val="none" w:sz="0" w:space="0" w:color="auto"/>
            <w:right w:val="none" w:sz="0" w:space="0" w:color="auto"/>
          </w:divBdr>
        </w:div>
        <w:div w:id="678000078">
          <w:marLeft w:val="480"/>
          <w:marRight w:val="0"/>
          <w:marTop w:val="0"/>
          <w:marBottom w:val="0"/>
          <w:divBdr>
            <w:top w:val="none" w:sz="0" w:space="0" w:color="auto"/>
            <w:left w:val="none" w:sz="0" w:space="0" w:color="auto"/>
            <w:bottom w:val="none" w:sz="0" w:space="0" w:color="auto"/>
            <w:right w:val="none" w:sz="0" w:space="0" w:color="auto"/>
          </w:divBdr>
        </w:div>
        <w:div w:id="765424877">
          <w:marLeft w:val="480"/>
          <w:marRight w:val="0"/>
          <w:marTop w:val="0"/>
          <w:marBottom w:val="0"/>
          <w:divBdr>
            <w:top w:val="none" w:sz="0" w:space="0" w:color="auto"/>
            <w:left w:val="none" w:sz="0" w:space="0" w:color="auto"/>
            <w:bottom w:val="none" w:sz="0" w:space="0" w:color="auto"/>
            <w:right w:val="none" w:sz="0" w:space="0" w:color="auto"/>
          </w:divBdr>
        </w:div>
        <w:div w:id="938223118">
          <w:marLeft w:val="480"/>
          <w:marRight w:val="0"/>
          <w:marTop w:val="0"/>
          <w:marBottom w:val="0"/>
          <w:divBdr>
            <w:top w:val="none" w:sz="0" w:space="0" w:color="auto"/>
            <w:left w:val="none" w:sz="0" w:space="0" w:color="auto"/>
            <w:bottom w:val="none" w:sz="0" w:space="0" w:color="auto"/>
            <w:right w:val="none" w:sz="0" w:space="0" w:color="auto"/>
          </w:divBdr>
        </w:div>
        <w:div w:id="1369066004">
          <w:marLeft w:val="480"/>
          <w:marRight w:val="0"/>
          <w:marTop w:val="0"/>
          <w:marBottom w:val="0"/>
          <w:divBdr>
            <w:top w:val="none" w:sz="0" w:space="0" w:color="auto"/>
            <w:left w:val="none" w:sz="0" w:space="0" w:color="auto"/>
            <w:bottom w:val="none" w:sz="0" w:space="0" w:color="auto"/>
            <w:right w:val="none" w:sz="0" w:space="0" w:color="auto"/>
          </w:divBdr>
        </w:div>
        <w:div w:id="1462453659">
          <w:marLeft w:val="480"/>
          <w:marRight w:val="0"/>
          <w:marTop w:val="0"/>
          <w:marBottom w:val="0"/>
          <w:divBdr>
            <w:top w:val="none" w:sz="0" w:space="0" w:color="auto"/>
            <w:left w:val="none" w:sz="0" w:space="0" w:color="auto"/>
            <w:bottom w:val="none" w:sz="0" w:space="0" w:color="auto"/>
            <w:right w:val="none" w:sz="0" w:space="0" w:color="auto"/>
          </w:divBdr>
        </w:div>
      </w:divsChild>
    </w:div>
    <w:div w:id="1277297773">
      <w:bodyDiv w:val="1"/>
      <w:marLeft w:val="0"/>
      <w:marRight w:val="0"/>
      <w:marTop w:val="0"/>
      <w:marBottom w:val="0"/>
      <w:divBdr>
        <w:top w:val="none" w:sz="0" w:space="0" w:color="auto"/>
        <w:left w:val="none" w:sz="0" w:space="0" w:color="auto"/>
        <w:bottom w:val="none" w:sz="0" w:space="0" w:color="auto"/>
        <w:right w:val="none" w:sz="0" w:space="0" w:color="auto"/>
      </w:divBdr>
    </w:div>
    <w:div w:id="1279265159">
      <w:bodyDiv w:val="1"/>
      <w:marLeft w:val="0"/>
      <w:marRight w:val="0"/>
      <w:marTop w:val="0"/>
      <w:marBottom w:val="0"/>
      <w:divBdr>
        <w:top w:val="none" w:sz="0" w:space="0" w:color="auto"/>
        <w:left w:val="none" w:sz="0" w:space="0" w:color="auto"/>
        <w:bottom w:val="none" w:sz="0" w:space="0" w:color="auto"/>
        <w:right w:val="none" w:sz="0" w:space="0" w:color="auto"/>
      </w:divBdr>
      <w:divsChild>
        <w:div w:id="92168264">
          <w:marLeft w:val="480"/>
          <w:marRight w:val="0"/>
          <w:marTop w:val="0"/>
          <w:marBottom w:val="0"/>
          <w:divBdr>
            <w:top w:val="none" w:sz="0" w:space="0" w:color="auto"/>
            <w:left w:val="none" w:sz="0" w:space="0" w:color="auto"/>
            <w:bottom w:val="none" w:sz="0" w:space="0" w:color="auto"/>
            <w:right w:val="none" w:sz="0" w:space="0" w:color="auto"/>
          </w:divBdr>
        </w:div>
        <w:div w:id="295768869">
          <w:marLeft w:val="480"/>
          <w:marRight w:val="0"/>
          <w:marTop w:val="0"/>
          <w:marBottom w:val="0"/>
          <w:divBdr>
            <w:top w:val="none" w:sz="0" w:space="0" w:color="auto"/>
            <w:left w:val="none" w:sz="0" w:space="0" w:color="auto"/>
            <w:bottom w:val="none" w:sz="0" w:space="0" w:color="auto"/>
            <w:right w:val="none" w:sz="0" w:space="0" w:color="auto"/>
          </w:divBdr>
        </w:div>
        <w:div w:id="329993156">
          <w:marLeft w:val="480"/>
          <w:marRight w:val="0"/>
          <w:marTop w:val="0"/>
          <w:marBottom w:val="0"/>
          <w:divBdr>
            <w:top w:val="none" w:sz="0" w:space="0" w:color="auto"/>
            <w:left w:val="none" w:sz="0" w:space="0" w:color="auto"/>
            <w:bottom w:val="none" w:sz="0" w:space="0" w:color="auto"/>
            <w:right w:val="none" w:sz="0" w:space="0" w:color="auto"/>
          </w:divBdr>
        </w:div>
        <w:div w:id="409236478">
          <w:marLeft w:val="480"/>
          <w:marRight w:val="0"/>
          <w:marTop w:val="0"/>
          <w:marBottom w:val="0"/>
          <w:divBdr>
            <w:top w:val="none" w:sz="0" w:space="0" w:color="auto"/>
            <w:left w:val="none" w:sz="0" w:space="0" w:color="auto"/>
            <w:bottom w:val="none" w:sz="0" w:space="0" w:color="auto"/>
            <w:right w:val="none" w:sz="0" w:space="0" w:color="auto"/>
          </w:divBdr>
        </w:div>
        <w:div w:id="433747154">
          <w:marLeft w:val="480"/>
          <w:marRight w:val="0"/>
          <w:marTop w:val="0"/>
          <w:marBottom w:val="0"/>
          <w:divBdr>
            <w:top w:val="none" w:sz="0" w:space="0" w:color="auto"/>
            <w:left w:val="none" w:sz="0" w:space="0" w:color="auto"/>
            <w:bottom w:val="none" w:sz="0" w:space="0" w:color="auto"/>
            <w:right w:val="none" w:sz="0" w:space="0" w:color="auto"/>
          </w:divBdr>
        </w:div>
        <w:div w:id="508259588">
          <w:marLeft w:val="480"/>
          <w:marRight w:val="0"/>
          <w:marTop w:val="0"/>
          <w:marBottom w:val="0"/>
          <w:divBdr>
            <w:top w:val="none" w:sz="0" w:space="0" w:color="auto"/>
            <w:left w:val="none" w:sz="0" w:space="0" w:color="auto"/>
            <w:bottom w:val="none" w:sz="0" w:space="0" w:color="auto"/>
            <w:right w:val="none" w:sz="0" w:space="0" w:color="auto"/>
          </w:divBdr>
        </w:div>
        <w:div w:id="510141012">
          <w:marLeft w:val="480"/>
          <w:marRight w:val="0"/>
          <w:marTop w:val="0"/>
          <w:marBottom w:val="0"/>
          <w:divBdr>
            <w:top w:val="none" w:sz="0" w:space="0" w:color="auto"/>
            <w:left w:val="none" w:sz="0" w:space="0" w:color="auto"/>
            <w:bottom w:val="none" w:sz="0" w:space="0" w:color="auto"/>
            <w:right w:val="none" w:sz="0" w:space="0" w:color="auto"/>
          </w:divBdr>
        </w:div>
        <w:div w:id="573008202">
          <w:marLeft w:val="480"/>
          <w:marRight w:val="0"/>
          <w:marTop w:val="0"/>
          <w:marBottom w:val="0"/>
          <w:divBdr>
            <w:top w:val="none" w:sz="0" w:space="0" w:color="auto"/>
            <w:left w:val="none" w:sz="0" w:space="0" w:color="auto"/>
            <w:bottom w:val="none" w:sz="0" w:space="0" w:color="auto"/>
            <w:right w:val="none" w:sz="0" w:space="0" w:color="auto"/>
          </w:divBdr>
        </w:div>
        <w:div w:id="588661994">
          <w:marLeft w:val="480"/>
          <w:marRight w:val="0"/>
          <w:marTop w:val="0"/>
          <w:marBottom w:val="0"/>
          <w:divBdr>
            <w:top w:val="none" w:sz="0" w:space="0" w:color="auto"/>
            <w:left w:val="none" w:sz="0" w:space="0" w:color="auto"/>
            <w:bottom w:val="none" w:sz="0" w:space="0" w:color="auto"/>
            <w:right w:val="none" w:sz="0" w:space="0" w:color="auto"/>
          </w:divBdr>
        </w:div>
        <w:div w:id="590159160">
          <w:marLeft w:val="480"/>
          <w:marRight w:val="0"/>
          <w:marTop w:val="0"/>
          <w:marBottom w:val="0"/>
          <w:divBdr>
            <w:top w:val="none" w:sz="0" w:space="0" w:color="auto"/>
            <w:left w:val="none" w:sz="0" w:space="0" w:color="auto"/>
            <w:bottom w:val="none" w:sz="0" w:space="0" w:color="auto"/>
            <w:right w:val="none" w:sz="0" w:space="0" w:color="auto"/>
          </w:divBdr>
        </w:div>
        <w:div w:id="597324694">
          <w:marLeft w:val="480"/>
          <w:marRight w:val="0"/>
          <w:marTop w:val="0"/>
          <w:marBottom w:val="0"/>
          <w:divBdr>
            <w:top w:val="none" w:sz="0" w:space="0" w:color="auto"/>
            <w:left w:val="none" w:sz="0" w:space="0" w:color="auto"/>
            <w:bottom w:val="none" w:sz="0" w:space="0" w:color="auto"/>
            <w:right w:val="none" w:sz="0" w:space="0" w:color="auto"/>
          </w:divBdr>
        </w:div>
        <w:div w:id="655646759">
          <w:marLeft w:val="480"/>
          <w:marRight w:val="0"/>
          <w:marTop w:val="0"/>
          <w:marBottom w:val="0"/>
          <w:divBdr>
            <w:top w:val="none" w:sz="0" w:space="0" w:color="auto"/>
            <w:left w:val="none" w:sz="0" w:space="0" w:color="auto"/>
            <w:bottom w:val="none" w:sz="0" w:space="0" w:color="auto"/>
            <w:right w:val="none" w:sz="0" w:space="0" w:color="auto"/>
          </w:divBdr>
        </w:div>
        <w:div w:id="756436496">
          <w:marLeft w:val="480"/>
          <w:marRight w:val="0"/>
          <w:marTop w:val="0"/>
          <w:marBottom w:val="0"/>
          <w:divBdr>
            <w:top w:val="none" w:sz="0" w:space="0" w:color="auto"/>
            <w:left w:val="none" w:sz="0" w:space="0" w:color="auto"/>
            <w:bottom w:val="none" w:sz="0" w:space="0" w:color="auto"/>
            <w:right w:val="none" w:sz="0" w:space="0" w:color="auto"/>
          </w:divBdr>
        </w:div>
        <w:div w:id="841547901">
          <w:marLeft w:val="480"/>
          <w:marRight w:val="0"/>
          <w:marTop w:val="0"/>
          <w:marBottom w:val="0"/>
          <w:divBdr>
            <w:top w:val="none" w:sz="0" w:space="0" w:color="auto"/>
            <w:left w:val="none" w:sz="0" w:space="0" w:color="auto"/>
            <w:bottom w:val="none" w:sz="0" w:space="0" w:color="auto"/>
            <w:right w:val="none" w:sz="0" w:space="0" w:color="auto"/>
          </w:divBdr>
        </w:div>
        <w:div w:id="843320597">
          <w:marLeft w:val="480"/>
          <w:marRight w:val="0"/>
          <w:marTop w:val="0"/>
          <w:marBottom w:val="0"/>
          <w:divBdr>
            <w:top w:val="none" w:sz="0" w:space="0" w:color="auto"/>
            <w:left w:val="none" w:sz="0" w:space="0" w:color="auto"/>
            <w:bottom w:val="none" w:sz="0" w:space="0" w:color="auto"/>
            <w:right w:val="none" w:sz="0" w:space="0" w:color="auto"/>
          </w:divBdr>
        </w:div>
        <w:div w:id="872957413">
          <w:marLeft w:val="480"/>
          <w:marRight w:val="0"/>
          <w:marTop w:val="0"/>
          <w:marBottom w:val="0"/>
          <w:divBdr>
            <w:top w:val="none" w:sz="0" w:space="0" w:color="auto"/>
            <w:left w:val="none" w:sz="0" w:space="0" w:color="auto"/>
            <w:bottom w:val="none" w:sz="0" w:space="0" w:color="auto"/>
            <w:right w:val="none" w:sz="0" w:space="0" w:color="auto"/>
          </w:divBdr>
        </w:div>
        <w:div w:id="942227534">
          <w:marLeft w:val="480"/>
          <w:marRight w:val="0"/>
          <w:marTop w:val="0"/>
          <w:marBottom w:val="0"/>
          <w:divBdr>
            <w:top w:val="none" w:sz="0" w:space="0" w:color="auto"/>
            <w:left w:val="none" w:sz="0" w:space="0" w:color="auto"/>
            <w:bottom w:val="none" w:sz="0" w:space="0" w:color="auto"/>
            <w:right w:val="none" w:sz="0" w:space="0" w:color="auto"/>
          </w:divBdr>
        </w:div>
        <w:div w:id="946817362">
          <w:marLeft w:val="480"/>
          <w:marRight w:val="0"/>
          <w:marTop w:val="0"/>
          <w:marBottom w:val="0"/>
          <w:divBdr>
            <w:top w:val="none" w:sz="0" w:space="0" w:color="auto"/>
            <w:left w:val="none" w:sz="0" w:space="0" w:color="auto"/>
            <w:bottom w:val="none" w:sz="0" w:space="0" w:color="auto"/>
            <w:right w:val="none" w:sz="0" w:space="0" w:color="auto"/>
          </w:divBdr>
        </w:div>
        <w:div w:id="991569196">
          <w:marLeft w:val="480"/>
          <w:marRight w:val="0"/>
          <w:marTop w:val="0"/>
          <w:marBottom w:val="0"/>
          <w:divBdr>
            <w:top w:val="none" w:sz="0" w:space="0" w:color="auto"/>
            <w:left w:val="none" w:sz="0" w:space="0" w:color="auto"/>
            <w:bottom w:val="none" w:sz="0" w:space="0" w:color="auto"/>
            <w:right w:val="none" w:sz="0" w:space="0" w:color="auto"/>
          </w:divBdr>
        </w:div>
        <w:div w:id="1019702231">
          <w:marLeft w:val="480"/>
          <w:marRight w:val="0"/>
          <w:marTop w:val="0"/>
          <w:marBottom w:val="0"/>
          <w:divBdr>
            <w:top w:val="none" w:sz="0" w:space="0" w:color="auto"/>
            <w:left w:val="none" w:sz="0" w:space="0" w:color="auto"/>
            <w:bottom w:val="none" w:sz="0" w:space="0" w:color="auto"/>
            <w:right w:val="none" w:sz="0" w:space="0" w:color="auto"/>
          </w:divBdr>
        </w:div>
        <w:div w:id="1042636616">
          <w:marLeft w:val="480"/>
          <w:marRight w:val="0"/>
          <w:marTop w:val="0"/>
          <w:marBottom w:val="0"/>
          <w:divBdr>
            <w:top w:val="none" w:sz="0" w:space="0" w:color="auto"/>
            <w:left w:val="none" w:sz="0" w:space="0" w:color="auto"/>
            <w:bottom w:val="none" w:sz="0" w:space="0" w:color="auto"/>
            <w:right w:val="none" w:sz="0" w:space="0" w:color="auto"/>
          </w:divBdr>
        </w:div>
        <w:div w:id="1152671756">
          <w:marLeft w:val="480"/>
          <w:marRight w:val="0"/>
          <w:marTop w:val="0"/>
          <w:marBottom w:val="0"/>
          <w:divBdr>
            <w:top w:val="none" w:sz="0" w:space="0" w:color="auto"/>
            <w:left w:val="none" w:sz="0" w:space="0" w:color="auto"/>
            <w:bottom w:val="none" w:sz="0" w:space="0" w:color="auto"/>
            <w:right w:val="none" w:sz="0" w:space="0" w:color="auto"/>
          </w:divBdr>
        </w:div>
        <w:div w:id="1441101697">
          <w:marLeft w:val="480"/>
          <w:marRight w:val="0"/>
          <w:marTop w:val="0"/>
          <w:marBottom w:val="0"/>
          <w:divBdr>
            <w:top w:val="none" w:sz="0" w:space="0" w:color="auto"/>
            <w:left w:val="none" w:sz="0" w:space="0" w:color="auto"/>
            <w:bottom w:val="none" w:sz="0" w:space="0" w:color="auto"/>
            <w:right w:val="none" w:sz="0" w:space="0" w:color="auto"/>
          </w:divBdr>
        </w:div>
        <w:div w:id="1554926262">
          <w:marLeft w:val="480"/>
          <w:marRight w:val="0"/>
          <w:marTop w:val="0"/>
          <w:marBottom w:val="0"/>
          <w:divBdr>
            <w:top w:val="none" w:sz="0" w:space="0" w:color="auto"/>
            <w:left w:val="none" w:sz="0" w:space="0" w:color="auto"/>
            <w:bottom w:val="none" w:sz="0" w:space="0" w:color="auto"/>
            <w:right w:val="none" w:sz="0" w:space="0" w:color="auto"/>
          </w:divBdr>
        </w:div>
        <w:div w:id="1603879550">
          <w:marLeft w:val="480"/>
          <w:marRight w:val="0"/>
          <w:marTop w:val="0"/>
          <w:marBottom w:val="0"/>
          <w:divBdr>
            <w:top w:val="none" w:sz="0" w:space="0" w:color="auto"/>
            <w:left w:val="none" w:sz="0" w:space="0" w:color="auto"/>
            <w:bottom w:val="none" w:sz="0" w:space="0" w:color="auto"/>
            <w:right w:val="none" w:sz="0" w:space="0" w:color="auto"/>
          </w:divBdr>
        </w:div>
        <w:div w:id="1816025468">
          <w:marLeft w:val="480"/>
          <w:marRight w:val="0"/>
          <w:marTop w:val="0"/>
          <w:marBottom w:val="0"/>
          <w:divBdr>
            <w:top w:val="none" w:sz="0" w:space="0" w:color="auto"/>
            <w:left w:val="none" w:sz="0" w:space="0" w:color="auto"/>
            <w:bottom w:val="none" w:sz="0" w:space="0" w:color="auto"/>
            <w:right w:val="none" w:sz="0" w:space="0" w:color="auto"/>
          </w:divBdr>
        </w:div>
        <w:div w:id="1836725055">
          <w:marLeft w:val="480"/>
          <w:marRight w:val="0"/>
          <w:marTop w:val="0"/>
          <w:marBottom w:val="0"/>
          <w:divBdr>
            <w:top w:val="none" w:sz="0" w:space="0" w:color="auto"/>
            <w:left w:val="none" w:sz="0" w:space="0" w:color="auto"/>
            <w:bottom w:val="none" w:sz="0" w:space="0" w:color="auto"/>
            <w:right w:val="none" w:sz="0" w:space="0" w:color="auto"/>
          </w:divBdr>
        </w:div>
        <w:div w:id="1913998840">
          <w:marLeft w:val="480"/>
          <w:marRight w:val="0"/>
          <w:marTop w:val="0"/>
          <w:marBottom w:val="0"/>
          <w:divBdr>
            <w:top w:val="none" w:sz="0" w:space="0" w:color="auto"/>
            <w:left w:val="none" w:sz="0" w:space="0" w:color="auto"/>
            <w:bottom w:val="none" w:sz="0" w:space="0" w:color="auto"/>
            <w:right w:val="none" w:sz="0" w:space="0" w:color="auto"/>
          </w:divBdr>
        </w:div>
        <w:div w:id="1930112551">
          <w:marLeft w:val="480"/>
          <w:marRight w:val="0"/>
          <w:marTop w:val="0"/>
          <w:marBottom w:val="0"/>
          <w:divBdr>
            <w:top w:val="none" w:sz="0" w:space="0" w:color="auto"/>
            <w:left w:val="none" w:sz="0" w:space="0" w:color="auto"/>
            <w:bottom w:val="none" w:sz="0" w:space="0" w:color="auto"/>
            <w:right w:val="none" w:sz="0" w:space="0" w:color="auto"/>
          </w:divBdr>
        </w:div>
        <w:div w:id="2108185267">
          <w:marLeft w:val="480"/>
          <w:marRight w:val="0"/>
          <w:marTop w:val="0"/>
          <w:marBottom w:val="0"/>
          <w:divBdr>
            <w:top w:val="none" w:sz="0" w:space="0" w:color="auto"/>
            <w:left w:val="none" w:sz="0" w:space="0" w:color="auto"/>
            <w:bottom w:val="none" w:sz="0" w:space="0" w:color="auto"/>
            <w:right w:val="none" w:sz="0" w:space="0" w:color="auto"/>
          </w:divBdr>
        </w:div>
        <w:div w:id="2131779604">
          <w:marLeft w:val="480"/>
          <w:marRight w:val="0"/>
          <w:marTop w:val="0"/>
          <w:marBottom w:val="0"/>
          <w:divBdr>
            <w:top w:val="none" w:sz="0" w:space="0" w:color="auto"/>
            <w:left w:val="none" w:sz="0" w:space="0" w:color="auto"/>
            <w:bottom w:val="none" w:sz="0" w:space="0" w:color="auto"/>
            <w:right w:val="none" w:sz="0" w:space="0" w:color="auto"/>
          </w:divBdr>
        </w:div>
        <w:div w:id="2138720151">
          <w:marLeft w:val="480"/>
          <w:marRight w:val="0"/>
          <w:marTop w:val="0"/>
          <w:marBottom w:val="0"/>
          <w:divBdr>
            <w:top w:val="none" w:sz="0" w:space="0" w:color="auto"/>
            <w:left w:val="none" w:sz="0" w:space="0" w:color="auto"/>
            <w:bottom w:val="none" w:sz="0" w:space="0" w:color="auto"/>
            <w:right w:val="none" w:sz="0" w:space="0" w:color="auto"/>
          </w:divBdr>
        </w:div>
      </w:divsChild>
    </w:div>
    <w:div w:id="1286891084">
      <w:bodyDiv w:val="1"/>
      <w:marLeft w:val="0"/>
      <w:marRight w:val="0"/>
      <w:marTop w:val="0"/>
      <w:marBottom w:val="0"/>
      <w:divBdr>
        <w:top w:val="none" w:sz="0" w:space="0" w:color="auto"/>
        <w:left w:val="none" w:sz="0" w:space="0" w:color="auto"/>
        <w:bottom w:val="none" w:sz="0" w:space="0" w:color="auto"/>
        <w:right w:val="none" w:sz="0" w:space="0" w:color="auto"/>
      </w:divBdr>
    </w:div>
    <w:div w:id="1290404907">
      <w:bodyDiv w:val="1"/>
      <w:marLeft w:val="0"/>
      <w:marRight w:val="0"/>
      <w:marTop w:val="0"/>
      <w:marBottom w:val="0"/>
      <w:divBdr>
        <w:top w:val="none" w:sz="0" w:space="0" w:color="auto"/>
        <w:left w:val="none" w:sz="0" w:space="0" w:color="auto"/>
        <w:bottom w:val="none" w:sz="0" w:space="0" w:color="auto"/>
        <w:right w:val="none" w:sz="0" w:space="0" w:color="auto"/>
      </w:divBdr>
    </w:div>
    <w:div w:id="1291203361">
      <w:bodyDiv w:val="1"/>
      <w:marLeft w:val="0"/>
      <w:marRight w:val="0"/>
      <w:marTop w:val="0"/>
      <w:marBottom w:val="0"/>
      <w:divBdr>
        <w:top w:val="none" w:sz="0" w:space="0" w:color="auto"/>
        <w:left w:val="none" w:sz="0" w:space="0" w:color="auto"/>
        <w:bottom w:val="none" w:sz="0" w:space="0" w:color="auto"/>
        <w:right w:val="none" w:sz="0" w:space="0" w:color="auto"/>
      </w:divBdr>
    </w:div>
    <w:div w:id="1291665795">
      <w:bodyDiv w:val="1"/>
      <w:marLeft w:val="0"/>
      <w:marRight w:val="0"/>
      <w:marTop w:val="0"/>
      <w:marBottom w:val="0"/>
      <w:divBdr>
        <w:top w:val="none" w:sz="0" w:space="0" w:color="auto"/>
        <w:left w:val="none" w:sz="0" w:space="0" w:color="auto"/>
        <w:bottom w:val="none" w:sz="0" w:space="0" w:color="auto"/>
        <w:right w:val="none" w:sz="0" w:space="0" w:color="auto"/>
      </w:divBdr>
    </w:div>
    <w:div w:id="1292790188">
      <w:bodyDiv w:val="1"/>
      <w:marLeft w:val="0"/>
      <w:marRight w:val="0"/>
      <w:marTop w:val="0"/>
      <w:marBottom w:val="0"/>
      <w:divBdr>
        <w:top w:val="none" w:sz="0" w:space="0" w:color="auto"/>
        <w:left w:val="none" w:sz="0" w:space="0" w:color="auto"/>
        <w:bottom w:val="none" w:sz="0" w:space="0" w:color="auto"/>
        <w:right w:val="none" w:sz="0" w:space="0" w:color="auto"/>
      </w:divBdr>
    </w:div>
    <w:div w:id="1296983170">
      <w:bodyDiv w:val="1"/>
      <w:marLeft w:val="0"/>
      <w:marRight w:val="0"/>
      <w:marTop w:val="0"/>
      <w:marBottom w:val="0"/>
      <w:divBdr>
        <w:top w:val="none" w:sz="0" w:space="0" w:color="auto"/>
        <w:left w:val="none" w:sz="0" w:space="0" w:color="auto"/>
        <w:bottom w:val="none" w:sz="0" w:space="0" w:color="auto"/>
        <w:right w:val="none" w:sz="0" w:space="0" w:color="auto"/>
      </w:divBdr>
      <w:divsChild>
        <w:div w:id="123738869">
          <w:marLeft w:val="480"/>
          <w:marRight w:val="0"/>
          <w:marTop w:val="0"/>
          <w:marBottom w:val="0"/>
          <w:divBdr>
            <w:top w:val="none" w:sz="0" w:space="0" w:color="auto"/>
            <w:left w:val="none" w:sz="0" w:space="0" w:color="auto"/>
            <w:bottom w:val="none" w:sz="0" w:space="0" w:color="auto"/>
            <w:right w:val="none" w:sz="0" w:space="0" w:color="auto"/>
          </w:divBdr>
        </w:div>
        <w:div w:id="141623926">
          <w:marLeft w:val="480"/>
          <w:marRight w:val="0"/>
          <w:marTop w:val="0"/>
          <w:marBottom w:val="0"/>
          <w:divBdr>
            <w:top w:val="none" w:sz="0" w:space="0" w:color="auto"/>
            <w:left w:val="none" w:sz="0" w:space="0" w:color="auto"/>
            <w:bottom w:val="none" w:sz="0" w:space="0" w:color="auto"/>
            <w:right w:val="none" w:sz="0" w:space="0" w:color="auto"/>
          </w:divBdr>
        </w:div>
        <w:div w:id="221062804">
          <w:marLeft w:val="480"/>
          <w:marRight w:val="0"/>
          <w:marTop w:val="0"/>
          <w:marBottom w:val="0"/>
          <w:divBdr>
            <w:top w:val="none" w:sz="0" w:space="0" w:color="auto"/>
            <w:left w:val="none" w:sz="0" w:space="0" w:color="auto"/>
            <w:bottom w:val="none" w:sz="0" w:space="0" w:color="auto"/>
            <w:right w:val="none" w:sz="0" w:space="0" w:color="auto"/>
          </w:divBdr>
        </w:div>
        <w:div w:id="664821380">
          <w:marLeft w:val="480"/>
          <w:marRight w:val="0"/>
          <w:marTop w:val="0"/>
          <w:marBottom w:val="0"/>
          <w:divBdr>
            <w:top w:val="none" w:sz="0" w:space="0" w:color="auto"/>
            <w:left w:val="none" w:sz="0" w:space="0" w:color="auto"/>
            <w:bottom w:val="none" w:sz="0" w:space="0" w:color="auto"/>
            <w:right w:val="none" w:sz="0" w:space="0" w:color="auto"/>
          </w:divBdr>
        </w:div>
        <w:div w:id="728697010">
          <w:marLeft w:val="480"/>
          <w:marRight w:val="0"/>
          <w:marTop w:val="0"/>
          <w:marBottom w:val="0"/>
          <w:divBdr>
            <w:top w:val="none" w:sz="0" w:space="0" w:color="auto"/>
            <w:left w:val="none" w:sz="0" w:space="0" w:color="auto"/>
            <w:bottom w:val="none" w:sz="0" w:space="0" w:color="auto"/>
            <w:right w:val="none" w:sz="0" w:space="0" w:color="auto"/>
          </w:divBdr>
        </w:div>
        <w:div w:id="752892996">
          <w:marLeft w:val="480"/>
          <w:marRight w:val="0"/>
          <w:marTop w:val="0"/>
          <w:marBottom w:val="0"/>
          <w:divBdr>
            <w:top w:val="none" w:sz="0" w:space="0" w:color="auto"/>
            <w:left w:val="none" w:sz="0" w:space="0" w:color="auto"/>
            <w:bottom w:val="none" w:sz="0" w:space="0" w:color="auto"/>
            <w:right w:val="none" w:sz="0" w:space="0" w:color="auto"/>
          </w:divBdr>
        </w:div>
        <w:div w:id="872577220">
          <w:marLeft w:val="480"/>
          <w:marRight w:val="0"/>
          <w:marTop w:val="0"/>
          <w:marBottom w:val="0"/>
          <w:divBdr>
            <w:top w:val="none" w:sz="0" w:space="0" w:color="auto"/>
            <w:left w:val="none" w:sz="0" w:space="0" w:color="auto"/>
            <w:bottom w:val="none" w:sz="0" w:space="0" w:color="auto"/>
            <w:right w:val="none" w:sz="0" w:space="0" w:color="auto"/>
          </w:divBdr>
        </w:div>
        <w:div w:id="898708560">
          <w:marLeft w:val="480"/>
          <w:marRight w:val="0"/>
          <w:marTop w:val="0"/>
          <w:marBottom w:val="0"/>
          <w:divBdr>
            <w:top w:val="none" w:sz="0" w:space="0" w:color="auto"/>
            <w:left w:val="none" w:sz="0" w:space="0" w:color="auto"/>
            <w:bottom w:val="none" w:sz="0" w:space="0" w:color="auto"/>
            <w:right w:val="none" w:sz="0" w:space="0" w:color="auto"/>
          </w:divBdr>
        </w:div>
        <w:div w:id="978192215">
          <w:marLeft w:val="480"/>
          <w:marRight w:val="0"/>
          <w:marTop w:val="0"/>
          <w:marBottom w:val="0"/>
          <w:divBdr>
            <w:top w:val="none" w:sz="0" w:space="0" w:color="auto"/>
            <w:left w:val="none" w:sz="0" w:space="0" w:color="auto"/>
            <w:bottom w:val="none" w:sz="0" w:space="0" w:color="auto"/>
            <w:right w:val="none" w:sz="0" w:space="0" w:color="auto"/>
          </w:divBdr>
        </w:div>
        <w:div w:id="1072237002">
          <w:marLeft w:val="480"/>
          <w:marRight w:val="0"/>
          <w:marTop w:val="0"/>
          <w:marBottom w:val="0"/>
          <w:divBdr>
            <w:top w:val="none" w:sz="0" w:space="0" w:color="auto"/>
            <w:left w:val="none" w:sz="0" w:space="0" w:color="auto"/>
            <w:bottom w:val="none" w:sz="0" w:space="0" w:color="auto"/>
            <w:right w:val="none" w:sz="0" w:space="0" w:color="auto"/>
          </w:divBdr>
        </w:div>
        <w:div w:id="1187985507">
          <w:marLeft w:val="480"/>
          <w:marRight w:val="0"/>
          <w:marTop w:val="0"/>
          <w:marBottom w:val="0"/>
          <w:divBdr>
            <w:top w:val="none" w:sz="0" w:space="0" w:color="auto"/>
            <w:left w:val="none" w:sz="0" w:space="0" w:color="auto"/>
            <w:bottom w:val="none" w:sz="0" w:space="0" w:color="auto"/>
            <w:right w:val="none" w:sz="0" w:space="0" w:color="auto"/>
          </w:divBdr>
        </w:div>
        <w:div w:id="1198466737">
          <w:marLeft w:val="480"/>
          <w:marRight w:val="0"/>
          <w:marTop w:val="0"/>
          <w:marBottom w:val="0"/>
          <w:divBdr>
            <w:top w:val="none" w:sz="0" w:space="0" w:color="auto"/>
            <w:left w:val="none" w:sz="0" w:space="0" w:color="auto"/>
            <w:bottom w:val="none" w:sz="0" w:space="0" w:color="auto"/>
            <w:right w:val="none" w:sz="0" w:space="0" w:color="auto"/>
          </w:divBdr>
        </w:div>
        <w:div w:id="1312295725">
          <w:marLeft w:val="480"/>
          <w:marRight w:val="0"/>
          <w:marTop w:val="0"/>
          <w:marBottom w:val="0"/>
          <w:divBdr>
            <w:top w:val="none" w:sz="0" w:space="0" w:color="auto"/>
            <w:left w:val="none" w:sz="0" w:space="0" w:color="auto"/>
            <w:bottom w:val="none" w:sz="0" w:space="0" w:color="auto"/>
            <w:right w:val="none" w:sz="0" w:space="0" w:color="auto"/>
          </w:divBdr>
        </w:div>
        <w:div w:id="1412702536">
          <w:marLeft w:val="480"/>
          <w:marRight w:val="0"/>
          <w:marTop w:val="0"/>
          <w:marBottom w:val="0"/>
          <w:divBdr>
            <w:top w:val="none" w:sz="0" w:space="0" w:color="auto"/>
            <w:left w:val="none" w:sz="0" w:space="0" w:color="auto"/>
            <w:bottom w:val="none" w:sz="0" w:space="0" w:color="auto"/>
            <w:right w:val="none" w:sz="0" w:space="0" w:color="auto"/>
          </w:divBdr>
        </w:div>
        <w:div w:id="1559055066">
          <w:marLeft w:val="480"/>
          <w:marRight w:val="0"/>
          <w:marTop w:val="0"/>
          <w:marBottom w:val="0"/>
          <w:divBdr>
            <w:top w:val="none" w:sz="0" w:space="0" w:color="auto"/>
            <w:left w:val="none" w:sz="0" w:space="0" w:color="auto"/>
            <w:bottom w:val="none" w:sz="0" w:space="0" w:color="auto"/>
            <w:right w:val="none" w:sz="0" w:space="0" w:color="auto"/>
          </w:divBdr>
        </w:div>
        <w:div w:id="1565752095">
          <w:marLeft w:val="480"/>
          <w:marRight w:val="0"/>
          <w:marTop w:val="0"/>
          <w:marBottom w:val="0"/>
          <w:divBdr>
            <w:top w:val="none" w:sz="0" w:space="0" w:color="auto"/>
            <w:left w:val="none" w:sz="0" w:space="0" w:color="auto"/>
            <w:bottom w:val="none" w:sz="0" w:space="0" w:color="auto"/>
            <w:right w:val="none" w:sz="0" w:space="0" w:color="auto"/>
          </w:divBdr>
        </w:div>
        <w:div w:id="1587957957">
          <w:marLeft w:val="480"/>
          <w:marRight w:val="0"/>
          <w:marTop w:val="0"/>
          <w:marBottom w:val="0"/>
          <w:divBdr>
            <w:top w:val="none" w:sz="0" w:space="0" w:color="auto"/>
            <w:left w:val="none" w:sz="0" w:space="0" w:color="auto"/>
            <w:bottom w:val="none" w:sz="0" w:space="0" w:color="auto"/>
            <w:right w:val="none" w:sz="0" w:space="0" w:color="auto"/>
          </w:divBdr>
        </w:div>
        <w:div w:id="1683705877">
          <w:marLeft w:val="480"/>
          <w:marRight w:val="0"/>
          <w:marTop w:val="0"/>
          <w:marBottom w:val="0"/>
          <w:divBdr>
            <w:top w:val="none" w:sz="0" w:space="0" w:color="auto"/>
            <w:left w:val="none" w:sz="0" w:space="0" w:color="auto"/>
            <w:bottom w:val="none" w:sz="0" w:space="0" w:color="auto"/>
            <w:right w:val="none" w:sz="0" w:space="0" w:color="auto"/>
          </w:divBdr>
        </w:div>
        <w:div w:id="1758599874">
          <w:marLeft w:val="480"/>
          <w:marRight w:val="0"/>
          <w:marTop w:val="0"/>
          <w:marBottom w:val="0"/>
          <w:divBdr>
            <w:top w:val="none" w:sz="0" w:space="0" w:color="auto"/>
            <w:left w:val="none" w:sz="0" w:space="0" w:color="auto"/>
            <w:bottom w:val="none" w:sz="0" w:space="0" w:color="auto"/>
            <w:right w:val="none" w:sz="0" w:space="0" w:color="auto"/>
          </w:divBdr>
        </w:div>
        <w:div w:id="1851918359">
          <w:marLeft w:val="480"/>
          <w:marRight w:val="0"/>
          <w:marTop w:val="0"/>
          <w:marBottom w:val="0"/>
          <w:divBdr>
            <w:top w:val="none" w:sz="0" w:space="0" w:color="auto"/>
            <w:left w:val="none" w:sz="0" w:space="0" w:color="auto"/>
            <w:bottom w:val="none" w:sz="0" w:space="0" w:color="auto"/>
            <w:right w:val="none" w:sz="0" w:space="0" w:color="auto"/>
          </w:divBdr>
        </w:div>
        <w:div w:id="1907379676">
          <w:marLeft w:val="480"/>
          <w:marRight w:val="0"/>
          <w:marTop w:val="0"/>
          <w:marBottom w:val="0"/>
          <w:divBdr>
            <w:top w:val="none" w:sz="0" w:space="0" w:color="auto"/>
            <w:left w:val="none" w:sz="0" w:space="0" w:color="auto"/>
            <w:bottom w:val="none" w:sz="0" w:space="0" w:color="auto"/>
            <w:right w:val="none" w:sz="0" w:space="0" w:color="auto"/>
          </w:divBdr>
        </w:div>
        <w:div w:id="2029021288">
          <w:marLeft w:val="480"/>
          <w:marRight w:val="0"/>
          <w:marTop w:val="0"/>
          <w:marBottom w:val="0"/>
          <w:divBdr>
            <w:top w:val="none" w:sz="0" w:space="0" w:color="auto"/>
            <w:left w:val="none" w:sz="0" w:space="0" w:color="auto"/>
            <w:bottom w:val="none" w:sz="0" w:space="0" w:color="auto"/>
            <w:right w:val="none" w:sz="0" w:space="0" w:color="auto"/>
          </w:divBdr>
        </w:div>
        <w:div w:id="2061132269">
          <w:marLeft w:val="480"/>
          <w:marRight w:val="0"/>
          <w:marTop w:val="0"/>
          <w:marBottom w:val="0"/>
          <w:divBdr>
            <w:top w:val="none" w:sz="0" w:space="0" w:color="auto"/>
            <w:left w:val="none" w:sz="0" w:space="0" w:color="auto"/>
            <w:bottom w:val="none" w:sz="0" w:space="0" w:color="auto"/>
            <w:right w:val="none" w:sz="0" w:space="0" w:color="auto"/>
          </w:divBdr>
        </w:div>
      </w:divsChild>
    </w:div>
    <w:div w:id="1297906507">
      <w:bodyDiv w:val="1"/>
      <w:marLeft w:val="0"/>
      <w:marRight w:val="0"/>
      <w:marTop w:val="0"/>
      <w:marBottom w:val="0"/>
      <w:divBdr>
        <w:top w:val="none" w:sz="0" w:space="0" w:color="auto"/>
        <w:left w:val="none" w:sz="0" w:space="0" w:color="auto"/>
        <w:bottom w:val="none" w:sz="0" w:space="0" w:color="auto"/>
        <w:right w:val="none" w:sz="0" w:space="0" w:color="auto"/>
      </w:divBdr>
    </w:div>
    <w:div w:id="1300724154">
      <w:bodyDiv w:val="1"/>
      <w:marLeft w:val="0"/>
      <w:marRight w:val="0"/>
      <w:marTop w:val="0"/>
      <w:marBottom w:val="0"/>
      <w:divBdr>
        <w:top w:val="none" w:sz="0" w:space="0" w:color="auto"/>
        <w:left w:val="none" w:sz="0" w:space="0" w:color="auto"/>
        <w:bottom w:val="none" w:sz="0" w:space="0" w:color="auto"/>
        <w:right w:val="none" w:sz="0" w:space="0" w:color="auto"/>
      </w:divBdr>
      <w:divsChild>
        <w:div w:id="5913840">
          <w:marLeft w:val="480"/>
          <w:marRight w:val="0"/>
          <w:marTop w:val="0"/>
          <w:marBottom w:val="0"/>
          <w:divBdr>
            <w:top w:val="none" w:sz="0" w:space="0" w:color="auto"/>
            <w:left w:val="none" w:sz="0" w:space="0" w:color="auto"/>
            <w:bottom w:val="none" w:sz="0" w:space="0" w:color="auto"/>
            <w:right w:val="none" w:sz="0" w:space="0" w:color="auto"/>
          </w:divBdr>
        </w:div>
        <w:div w:id="49381360">
          <w:marLeft w:val="480"/>
          <w:marRight w:val="0"/>
          <w:marTop w:val="0"/>
          <w:marBottom w:val="0"/>
          <w:divBdr>
            <w:top w:val="none" w:sz="0" w:space="0" w:color="auto"/>
            <w:left w:val="none" w:sz="0" w:space="0" w:color="auto"/>
            <w:bottom w:val="none" w:sz="0" w:space="0" w:color="auto"/>
            <w:right w:val="none" w:sz="0" w:space="0" w:color="auto"/>
          </w:divBdr>
        </w:div>
        <w:div w:id="55324654">
          <w:marLeft w:val="480"/>
          <w:marRight w:val="0"/>
          <w:marTop w:val="0"/>
          <w:marBottom w:val="0"/>
          <w:divBdr>
            <w:top w:val="none" w:sz="0" w:space="0" w:color="auto"/>
            <w:left w:val="none" w:sz="0" w:space="0" w:color="auto"/>
            <w:bottom w:val="none" w:sz="0" w:space="0" w:color="auto"/>
            <w:right w:val="none" w:sz="0" w:space="0" w:color="auto"/>
          </w:divBdr>
        </w:div>
        <w:div w:id="95831580">
          <w:marLeft w:val="480"/>
          <w:marRight w:val="0"/>
          <w:marTop w:val="0"/>
          <w:marBottom w:val="0"/>
          <w:divBdr>
            <w:top w:val="none" w:sz="0" w:space="0" w:color="auto"/>
            <w:left w:val="none" w:sz="0" w:space="0" w:color="auto"/>
            <w:bottom w:val="none" w:sz="0" w:space="0" w:color="auto"/>
            <w:right w:val="none" w:sz="0" w:space="0" w:color="auto"/>
          </w:divBdr>
        </w:div>
        <w:div w:id="158161583">
          <w:marLeft w:val="480"/>
          <w:marRight w:val="0"/>
          <w:marTop w:val="0"/>
          <w:marBottom w:val="0"/>
          <w:divBdr>
            <w:top w:val="none" w:sz="0" w:space="0" w:color="auto"/>
            <w:left w:val="none" w:sz="0" w:space="0" w:color="auto"/>
            <w:bottom w:val="none" w:sz="0" w:space="0" w:color="auto"/>
            <w:right w:val="none" w:sz="0" w:space="0" w:color="auto"/>
          </w:divBdr>
        </w:div>
        <w:div w:id="217327925">
          <w:marLeft w:val="480"/>
          <w:marRight w:val="0"/>
          <w:marTop w:val="0"/>
          <w:marBottom w:val="0"/>
          <w:divBdr>
            <w:top w:val="none" w:sz="0" w:space="0" w:color="auto"/>
            <w:left w:val="none" w:sz="0" w:space="0" w:color="auto"/>
            <w:bottom w:val="none" w:sz="0" w:space="0" w:color="auto"/>
            <w:right w:val="none" w:sz="0" w:space="0" w:color="auto"/>
          </w:divBdr>
        </w:div>
        <w:div w:id="288321235">
          <w:marLeft w:val="480"/>
          <w:marRight w:val="0"/>
          <w:marTop w:val="0"/>
          <w:marBottom w:val="0"/>
          <w:divBdr>
            <w:top w:val="none" w:sz="0" w:space="0" w:color="auto"/>
            <w:left w:val="none" w:sz="0" w:space="0" w:color="auto"/>
            <w:bottom w:val="none" w:sz="0" w:space="0" w:color="auto"/>
            <w:right w:val="none" w:sz="0" w:space="0" w:color="auto"/>
          </w:divBdr>
        </w:div>
        <w:div w:id="293096276">
          <w:marLeft w:val="480"/>
          <w:marRight w:val="0"/>
          <w:marTop w:val="0"/>
          <w:marBottom w:val="0"/>
          <w:divBdr>
            <w:top w:val="none" w:sz="0" w:space="0" w:color="auto"/>
            <w:left w:val="none" w:sz="0" w:space="0" w:color="auto"/>
            <w:bottom w:val="none" w:sz="0" w:space="0" w:color="auto"/>
            <w:right w:val="none" w:sz="0" w:space="0" w:color="auto"/>
          </w:divBdr>
        </w:div>
        <w:div w:id="302545158">
          <w:marLeft w:val="480"/>
          <w:marRight w:val="0"/>
          <w:marTop w:val="0"/>
          <w:marBottom w:val="0"/>
          <w:divBdr>
            <w:top w:val="none" w:sz="0" w:space="0" w:color="auto"/>
            <w:left w:val="none" w:sz="0" w:space="0" w:color="auto"/>
            <w:bottom w:val="none" w:sz="0" w:space="0" w:color="auto"/>
            <w:right w:val="none" w:sz="0" w:space="0" w:color="auto"/>
          </w:divBdr>
        </w:div>
        <w:div w:id="364990160">
          <w:marLeft w:val="480"/>
          <w:marRight w:val="0"/>
          <w:marTop w:val="0"/>
          <w:marBottom w:val="0"/>
          <w:divBdr>
            <w:top w:val="none" w:sz="0" w:space="0" w:color="auto"/>
            <w:left w:val="none" w:sz="0" w:space="0" w:color="auto"/>
            <w:bottom w:val="none" w:sz="0" w:space="0" w:color="auto"/>
            <w:right w:val="none" w:sz="0" w:space="0" w:color="auto"/>
          </w:divBdr>
        </w:div>
        <w:div w:id="446314092">
          <w:marLeft w:val="480"/>
          <w:marRight w:val="0"/>
          <w:marTop w:val="0"/>
          <w:marBottom w:val="0"/>
          <w:divBdr>
            <w:top w:val="none" w:sz="0" w:space="0" w:color="auto"/>
            <w:left w:val="none" w:sz="0" w:space="0" w:color="auto"/>
            <w:bottom w:val="none" w:sz="0" w:space="0" w:color="auto"/>
            <w:right w:val="none" w:sz="0" w:space="0" w:color="auto"/>
          </w:divBdr>
        </w:div>
        <w:div w:id="452864327">
          <w:marLeft w:val="480"/>
          <w:marRight w:val="0"/>
          <w:marTop w:val="0"/>
          <w:marBottom w:val="0"/>
          <w:divBdr>
            <w:top w:val="none" w:sz="0" w:space="0" w:color="auto"/>
            <w:left w:val="none" w:sz="0" w:space="0" w:color="auto"/>
            <w:bottom w:val="none" w:sz="0" w:space="0" w:color="auto"/>
            <w:right w:val="none" w:sz="0" w:space="0" w:color="auto"/>
          </w:divBdr>
        </w:div>
        <w:div w:id="512232163">
          <w:marLeft w:val="480"/>
          <w:marRight w:val="0"/>
          <w:marTop w:val="0"/>
          <w:marBottom w:val="0"/>
          <w:divBdr>
            <w:top w:val="none" w:sz="0" w:space="0" w:color="auto"/>
            <w:left w:val="none" w:sz="0" w:space="0" w:color="auto"/>
            <w:bottom w:val="none" w:sz="0" w:space="0" w:color="auto"/>
            <w:right w:val="none" w:sz="0" w:space="0" w:color="auto"/>
          </w:divBdr>
        </w:div>
        <w:div w:id="532115407">
          <w:marLeft w:val="480"/>
          <w:marRight w:val="0"/>
          <w:marTop w:val="0"/>
          <w:marBottom w:val="0"/>
          <w:divBdr>
            <w:top w:val="none" w:sz="0" w:space="0" w:color="auto"/>
            <w:left w:val="none" w:sz="0" w:space="0" w:color="auto"/>
            <w:bottom w:val="none" w:sz="0" w:space="0" w:color="auto"/>
            <w:right w:val="none" w:sz="0" w:space="0" w:color="auto"/>
          </w:divBdr>
        </w:div>
        <w:div w:id="538470759">
          <w:marLeft w:val="480"/>
          <w:marRight w:val="0"/>
          <w:marTop w:val="0"/>
          <w:marBottom w:val="0"/>
          <w:divBdr>
            <w:top w:val="none" w:sz="0" w:space="0" w:color="auto"/>
            <w:left w:val="none" w:sz="0" w:space="0" w:color="auto"/>
            <w:bottom w:val="none" w:sz="0" w:space="0" w:color="auto"/>
            <w:right w:val="none" w:sz="0" w:space="0" w:color="auto"/>
          </w:divBdr>
        </w:div>
        <w:div w:id="649751825">
          <w:marLeft w:val="480"/>
          <w:marRight w:val="0"/>
          <w:marTop w:val="0"/>
          <w:marBottom w:val="0"/>
          <w:divBdr>
            <w:top w:val="none" w:sz="0" w:space="0" w:color="auto"/>
            <w:left w:val="none" w:sz="0" w:space="0" w:color="auto"/>
            <w:bottom w:val="none" w:sz="0" w:space="0" w:color="auto"/>
            <w:right w:val="none" w:sz="0" w:space="0" w:color="auto"/>
          </w:divBdr>
        </w:div>
        <w:div w:id="656686471">
          <w:marLeft w:val="480"/>
          <w:marRight w:val="0"/>
          <w:marTop w:val="0"/>
          <w:marBottom w:val="0"/>
          <w:divBdr>
            <w:top w:val="none" w:sz="0" w:space="0" w:color="auto"/>
            <w:left w:val="none" w:sz="0" w:space="0" w:color="auto"/>
            <w:bottom w:val="none" w:sz="0" w:space="0" w:color="auto"/>
            <w:right w:val="none" w:sz="0" w:space="0" w:color="auto"/>
          </w:divBdr>
        </w:div>
        <w:div w:id="717626554">
          <w:marLeft w:val="480"/>
          <w:marRight w:val="0"/>
          <w:marTop w:val="0"/>
          <w:marBottom w:val="0"/>
          <w:divBdr>
            <w:top w:val="none" w:sz="0" w:space="0" w:color="auto"/>
            <w:left w:val="none" w:sz="0" w:space="0" w:color="auto"/>
            <w:bottom w:val="none" w:sz="0" w:space="0" w:color="auto"/>
            <w:right w:val="none" w:sz="0" w:space="0" w:color="auto"/>
          </w:divBdr>
        </w:div>
        <w:div w:id="795562065">
          <w:marLeft w:val="480"/>
          <w:marRight w:val="0"/>
          <w:marTop w:val="0"/>
          <w:marBottom w:val="0"/>
          <w:divBdr>
            <w:top w:val="none" w:sz="0" w:space="0" w:color="auto"/>
            <w:left w:val="none" w:sz="0" w:space="0" w:color="auto"/>
            <w:bottom w:val="none" w:sz="0" w:space="0" w:color="auto"/>
            <w:right w:val="none" w:sz="0" w:space="0" w:color="auto"/>
          </w:divBdr>
        </w:div>
        <w:div w:id="826823923">
          <w:marLeft w:val="480"/>
          <w:marRight w:val="0"/>
          <w:marTop w:val="0"/>
          <w:marBottom w:val="0"/>
          <w:divBdr>
            <w:top w:val="none" w:sz="0" w:space="0" w:color="auto"/>
            <w:left w:val="none" w:sz="0" w:space="0" w:color="auto"/>
            <w:bottom w:val="none" w:sz="0" w:space="0" w:color="auto"/>
            <w:right w:val="none" w:sz="0" w:space="0" w:color="auto"/>
          </w:divBdr>
        </w:div>
        <w:div w:id="888764156">
          <w:marLeft w:val="480"/>
          <w:marRight w:val="0"/>
          <w:marTop w:val="0"/>
          <w:marBottom w:val="0"/>
          <w:divBdr>
            <w:top w:val="none" w:sz="0" w:space="0" w:color="auto"/>
            <w:left w:val="none" w:sz="0" w:space="0" w:color="auto"/>
            <w:bottom w:val="none" w:sz="0" w:space="0" w:color="auto"/>
            <w:right w:val="none" w:sz="0" w:space="0" w:color="auto"/>
          </w:divBdr>
        </w:div>
        <w:div w:id="917329437">
          <w:marLeft w:val="480"/>
          <w:marRight w:val="0"/>
          <w:marTop w:val="0"/>
          <w:marBottom w:val="0"/>
          <w:divBdr>
            <w:top w:val="none" w:sz="0" w:space="0" w:color="auto"/>
            <w:left w:val="none" w:sz="0" w:space="0" w:color="auto"/>
            <w:bottom w:val="none" w:sz="0" w:space="0" w:color="auto"/>
            <w:right w:val="none" w:sz="0" w:space="0" w:color="auto"/>
          </w:divBdr>
        </w:div>
        <w:div w:id="996960280">
          <w:marLeft w:val="480"/>
          <w:marRight w:val="0"/>
          <w:marTop w:val="0"/>
          <w:marBottom w:val="0"/>
          <w:divBdr>
            <w:top w:val="none" w:sz="0" w:space="0" w:color="auto"/>
            <w:left w:val="none" w:sz="0" w:space="0" w:color="auto"/>
            <w:bottom w:val="none" w:sz="0" w:space="0" w:color="auto"/>
            <w:right w:val="none" w:sz="0" w:space="0" w:color="auto"/>
          </w:divBdr>
        </w:div>
        <w:div w:id="1028067289">
          <w:marLeft w:val="480"/>
          <w:marRight w:val="0"/>
          <w:marTop w:val="0"/>
          <w:marBottom w:val="0"/>
          <w:divBdr>
            <w:top w:val="none" w:sz="0" w:space="0" w:color="auto"/>
            <w:left w:val="none" w:sz="0" w:space="0" w:color="auto"/>
            <w:bottom w:val="none" w:sz="0" w:space="0" w:color="auto"/>
            <w:right w:val="none" w:sz="0" w:space="0" w:color="auto"/>
          </w:divBdr>
        </w:div>
        <w:div w:id="1081098067">
          <w:marLeft w:val="480"/>
          <w:marRight w:val="0"/>
          <w:marTop w:val="0"/>
          <w:marBottom w:val="0"/>
          <w:divBdr>
            <w:top w:val="none" w:sz="0" w:space="0" w:color="auto"/>
            <w:left w:val="none" w:sz="0" w:space="0" w:color="auto"/>
            <w:bottom w:val="none" w:sz="0" w:space="0" w:color="auto"/>
            <w:right w:val="none" w:sz="0" w:space="0" w:color="auto"/>
          </w:divBdr>
        </w:div>
        <w:div w:id="1116145096">
          <w:marLeft w:val="480"/>
          <w:marRight w:val="0"/>
          <w:marTop w:val="0"/>
          <w:marBottom w:val="0"/>
          <w:divBdr>
            <w:top w:val="none" w:sz="0" w:space="0" w:color="auto"/>
            <w:left w:val="none" w:sz="0" w:space="0" w:color="auto"/>
            <w:bottom w:val="none" w:sz="0" w:space="0" w:color="auto"/>
            <w:right w:val="none" w:sz="0" w:space="0" w:color="auto"/>
          </w:divBdr>
        </w:div>
        <w:div w:id="1172834395">
          <w:marLeft w:val="480"/>
          <w:marRight w:val="0"/>
          <w:marTop w:val="0"/>
          <w:marBottom w:val="0"/>
          <w:divBdr>
            <w:top w:val="none" w:sz="0" w:space="0" w:color="auto"/>
            <w:left w:val="none" w:sz="0" w:space="0" w:color="auto"/>
            <w:bottom w:val="none" w:sz="0" w:space="0" w:color="auto"/>
            <w:right w:val="none" w:sz="0" w:space="0" w:color="auto"/>
          </w:divBdr>
        </w:div>
        <w:div w:id="1338272246">
          <w:marLeft w:val="480"/>
          <w:marRight w:val="0"/>
          <w:marTop w:val="0"/>
          <w:marBottom w:val="0"/>
          <w:divBdr>
            <w:top w:val="none" w:sz="0" w:space="0" w:color="auto"/>
            <w:left w:val="none" w:sz="0" w:space="0" w:color="auto"/>
            <w:bottom w:val="none" w:sz="0" w:space="0" w:color="auto"/>
            <w:right w:val="none" w:sz="0" w:space="0" w:color="auto"/>
          </w:divBdr>
        </w:div>
        <w:div w:id="1482236074">
          <w:marLeft w:val="480"/>
          <w:marRight w:val="0"/>
          <w:marTop w:val="0"/>
          <w:marBottom w:val="0"/>
          <w:divBdr>
            <w:top w:val="none" w:sz="0" w:space="0" w:color="auto"/>
            <w:left w:val="none" w:sz="0" w:space="0" w:color="auto"/>
            <w:bottom w:val="none" w:sz="0" w:space="0" w:color="auto"/>
            <w:right w:val="none" w:sz="0" w:space="0" w:color="auto"/>
          </w:divBdr>
        </w:div>
        <w:div w:id="1502353885">
          <w:marLeft w:val="480"/>
          <w:marRight w:val="0"/>
          <w:marTop w:val="0"/>
          <w:marBottom w:val="0"/>
          <w:divBdr>
            <w:top w:val="none" w:sz="0" w:space="0" w:color="auto"/>
            <w:left w:val="none" w:sz="0" w:space="0" w:color="auto"/>
            <w:bottom w:val="none" w:sz="0" w:space="0" w:color="auto"/>
            <w:right w:val="none" w:sz="0" w:space="0" w:color="auto"/>
          </w:divBdr>
        </w:div>
        <w:div w:id="1561863847">
          <w:marLeft w:val="480"/>
          <w:marRight w:val="0"/>
          <w:marTop w:val="0"/>
          <w:marBottom w:val="0"/>
          <w:divBdr>
            <w:top w:val="none" w:sz="0" w:space="0" w:color="auto"/>
            <w:left w:val="none" w:sz="0" w:space="0" w:color="auto"/>
            <w:bottom w:val="none" w:sz="0" w:space="0" w:color="auto"/>
            <w:right w:val="none" w:sz="0" w:space="0" w:color="auto"/>
          </w:divBdr>
        </w:div>
        <w:div w:id="1570992853">
          <w:marLeft w:val="480"/>
          <w:marRight w:val="0"/>
          <w:marTop w:val="0"/>
          <w:marBottom w:val="0"/>
          <w:divBdr>
            <w:top w:val="none" w:sz="0" w:space="0" w:color="auto"/>
            <w:left w:val="none" w:sz="0" w:space="0" w:color="auto"/>
            <w:bottom w:val="none" w:sz="0" w:space="0" w:color="auto"/>
            <w:right w:val="none" w:sz="0" w:space="0" w:color="auto"/>
          </w:divBdr>
        </w:div>
        <w:div w:id="1780837175">
          <w:marLeft w:val="480"/>
          <w:marRight w:val="0"/>
          <w:marTop w:val="0"/>
          <w:marBottom w:val="0"/>
          <w:divBdr>
            <w:top w:val="none" w:sz="0" w:space="0" w:color="auto"/>
            <w:left w:val="none" w:sz="0" w:space="0" w:color="auto"/>
            <w:bottom w:val="none" w:sz="0" w:space="0" w:color="auto"/>
            <w:right w:val="none" w:sz="0" w:space="0" w:color="auto"/>
          </w:divBdr>
        </w:div>
        <w:div w:id="1793398346">
          <w:marLeft w:val="480"/>
          <w:marRight w:val="0"/>
          <w:marTop w:val="0"/>
          <w:marBottom w:val="0"/>
          <w:divBdr>
            <w:top w:val="none" w:sz="0" w:space="0" w:color="auto"/>
            <w:left w:val="none" w:sz="0" w:space="0" w:color="auto"/>
            <w:bottom w:val="none" w:sz="0" w:space="0" w:color="auto"/>
            <w:right w:val="none" w:sz="0" w:space="0" w:color="auto"/>
          </w:divBdr>
        </w:div>
        <w:div w:id="1811826811">
          <w:marLeft w:val="480"/>
          <w:marRight w:val="0"/>
          <w:marTop w:val="0"/>
          <w:marBottom w:val="0"/>
          <w:divBdr>
            <w:top w:val="none" w:sz="0" w:space="0" w:color="auto"/>
            <w:left w:val="none" w:sz="0" w:space="0" w:color="auto"/>
            <w:bottom w:val="none" w:sz="0" w:space="0" w:color="auto"/>
            <w:right w:val="none" w:sz="0" w:space="0" w:color="auto"/>
          </w:divBdr>
        </w:div>
        <w:div w:id="1895581663">
          <w:marLeft w:val="480"/>
          <w:marRight w:val="0"/>
          <w:marTop w:val="0"/>
          <w:marBottom w:val="0"/>
          <w:divBdr>
            <w:top w:val="none" w:sz="0" w:space="0" w:color="auto"/>
            <w:left w:val="none" w:sz="0" w:space="0" w:color="auto"/>
            <w:bottom w:val="none" w:sz="0" w:space="0" w:color="auto"/>
            <w:right w:val="none" w:sz="0" w:space="0" w:color="auto"/>
          </w:divBdr>
        </w:div>
        <w:div w:id="1909539289">
          <w:marLeft w:val="480"/>
          <w:marRight w:val="0"/>
          <w:marTop w:val="0"/>
          <w:marBottom w:val="0"/>
          <w:divBdr>
            <w:top w:val="none" w:sz="0" w:space="0" w:color="auto"/>
            <w:left w:val="none" w:sz="0" w:space="0" w:color="auto"/>
            <w:bottom w:val="none" w:sz="0" w:space="0" w:color="auto"/>
            <w:right w:val="none" w:sz="0" w:space="0" w:color="auto"/>
          </w:divBdr>
        </w:div>
        <w:div w:id="1920014604">
          <w:marLeft w:val="480"/>
          <w:marRight w:val="0"/>
          <w:marTop w:val="0"/>
          <w:marBottom w:val="0"/>
          <w:divBdr>
            <w:top w:val="none" w:sz="0" w:space="0" w:color="auto"/>
            <w:left w:val="none" w:sz="0" w:space="0" w:color="auto"/>
            <w:bottom w:val="none" w:sz="0" w:space="0" w:color="auto"/>
            <w:right w:val="none" w:sz="0" w:space="0" w:color="auto"/>
          </w:divBdr>
        </w:div>
        <w:div w:id="2099279170">
          <w:marLeft w:val="480"/>
          <w:marRight w:val="0"/>
          <w:marTop w:val="0"/>
          <w:marBottom w:val="0"/>
          <w:divBdr>
            <w:top w:val="none" w:sz="0" w:space="0" w:color="auto"/>
            <w:left w:val="none" w:sz="0" w:space="0" w:color="auto"/>
            <w:bottom w:val="none" w:sz="0" w:space="0" w:color="auto"/>
            <w:right w:val="none" w:sz="0" w:space="0" w:color="auto"/>
          </w:divBdr>
        </w:div>
      </w:divsChild>
    </w:div>
    <w:div w:id="1301498305">
      <w:bodyDiv w:val="1"/>
      <w:marLeft w:val="0"/>
      <w:marRight w:val="0"/>
      <w:marTop w:val="0"/>
      <w:marBottom w:val="0"/>
      <w:divBdr>
        <w:top w:val="none" w:sz="0" w:space="0" w:color="auto"/>
        <w:left w:val="none" w:sz="0" w:space="0" w:color="auto"/>
        <w:bottom w:val="none" w:sz="0" w:space="0" w:color="auto"/>
        <w:right w:val="none" w:sz="0" w:space="0" w:color="auto"/>
      </w:divBdr>
    </w:div>
    <w:div w:id="1303274243">
      <w:bodyDiv w:val="1"/>
      <w:marLeft w:val="0"/>
      <w:marRight w:val="0"/>
      <w:marTop w:val="0"/>
      <w:marBottom w:val="0"/>
      <w:divBdr>
        <w:top w:val="none" w:sz="0" w:space="0" w:color="auto"/>
        <w:left w:val="none" w:sz="0" w:space="0" w:color="auto"/>
        <w:bottom w:val="none" w:sz="0" w:space="0" w:color="auto"/>
        <w:right w:val="none" w:sz="0" w:space="0" w:color="auto"/>
      </w:divBdr>
    </w:div>
    <w:div w:id="1307247865">
      <w:bodyDiv w:val="1"/>
      <w:marLeft w:val="0"/>
      <w:marRight w:val="0"/>
      <w:marTop w:val="0"/>
      <w:marBottom w:val="0"/>
      <w:divBdr>
        <w:top w:val="none" w:sz="0" w:space="0" w:color="auto"/>
        <w:left w:val="none" w:sz="0" w:space="0" w:color="auto"/>
        <w:bottom w:val="none" w:sz="0" w:space="0" w:color="auto"/>
        <w:right w:val="none" w:sz="0" w:space="0" w:color="auto"/>
      </w:divBdr>
    </w:div>
    <w:div w:id="1308242292">
      <w:bodyDiv w:val="1"/>
      <w:marLeft w:val="0"/>
      <w:marRight w:val="0"/>
      <w:marTop w:val="0"/>
      <w:marBottom w:val="0"/>
      <w:divBdr>
        <w:top w:val="none" w:sz="0" w:space="0" w:color="auto"/>
        <w:left w:val="none" w:sz="0" w:space="0" w:color="auto"/>
        <w:bottom w:val="none" w:sz="0" w:space="0" w:color="auto"/>
        <w:right w:val="none" w:sz="0" w:space="0" w:color="auto"/>
      </w:divBdr>
      <w:divsChild>
        <w:div w:id="32199227">
          <w:marLeft w:val="480"/>
          <w:marRight w:val="0"/>
          <w:marTop w:val="0"/>
          <w:marBottom w:val="0"/>
          <w:divBdr>
            <w:top w:val="none" w:sz="0" w:space="0" w:color="auto"/>
            <w:left w:val="none" w:sz="0" w:space="0" w:color="auto"/>
            <w:bottom w:val="none" w:sz="0" w:space="0" w:color="auto"/>
            <w:right w:val="none" w:sz="0" w:space="0" w:color="auto"/>
          </w:divBdr>
        </w:div>
        <w:div w:id="40638081">
          <w:marLeft w:val="480"/>
          <w:marRight w:val="0"/>
          <w:marTop w:val="0"/>
          <w:marBottom w:val="0"/>
          <w:divBdr>
            <w:top w:val="none" w:sz="0" w:space="0" w:color="auto"/>
            <w:left w:val="none" w:sz="0" w:space="0" w:color="auto"/>
            <w:bottom w:val="none" w:sz="0" w:space="0" w:color="auto"/>
            <w:right w:val="none" w:sz="0" w:space="0" w:color="auto"/>
          </w:divBdr>
        </w:div>
        <w:div w:id="65617226">
          <w:marLeft w:val="480"/>
          <w:marRight w:val="0"/>
          <w:marTop w:val="0"/>
          <w:marBottom w:val="0"/>
          <w:divBdr>
            <w:top w:val="none" w:sz="0" w:space="0" w:color="auto"/>
            <w:left w:val="none" w:sz="0" w:space="0" w:color="auto"/>
            <w:bottom w:val="none" w:sz="0" w:space="0" w:color="auto"/>
            <w:right w:val="none" w:sz="0" w:space="0" w:color="auto"/>
          </w:divBdr>
        </w:div>
        <w:div w:id="94249014">
          <w:marLeft w:val="480"/>
          <w:marRight w:val="0"/>
          <w:marTop w:val="0"/>
          <w:marBottom w:val="0"/>
          <w:divBdr>
            <w:top w:val="none" w:sz="0" w:space="0" w:color="auto"/>
            <w:left w:val="none" w:sz="0" w:space="0" w:color="auto"/>
            <w:bottom w:val="none" w:sz="0" w:space="0" w:color="auto"/>
            <w:right w:val="none" w:sz="0" w:space="0" w:color="auto"/>
          </w:divBdr>
        </w:div>
        <w:div w:id="108936746">
          <w:marLeft w:val="480"/>
          <w:marRight w:val="0"/>
          <w:marTop w:val="0"/>
          <w:marBottom w:val="0"/>
          <w:divBdr>
            <w:top w:val="none" w:sz="0" w:space="0" w:color="auto"/>
            <w:left w:val="none" w:sz="0" w:space="0" w:color="auto"/>
            <w:bottom w:val="none" w:sz="0" w:space="0" w:color="auto"/>
            <w:right w:val="none" w:sz="0" w:space="0" w:color="auto"/>
          </w:divBdr>
        </w:div>
        <w:div w:id="113334511">
          <w:marLeft w:val="480"/>
          <w:marRight w:val="0"/>
          <w:marTop w:val="0"/>
          <w:marBottom w:val="0"/>
          <w:divBdr>
            <w:top w:val="none" w:sz="0" w:space="0" w:color="auto"/>
            <w:left w:val="none" w:sz="0" w:space="0" w:color="auto"/>
            <w:bottom w:val="none" w:sz="0" w:space="0" w:color="auto"/>
            <w:right w:val="none" w:sz="0" w:space="0" w:color="auto"/>
          </w:divBdr>
        </w:div>
        <w:div w:id="146210917">
          <w:marLeft w:val="480"/>
          <w:marRight w:val="0"/>
          <w:marTop w:val="0"/>
          <w:marBottom w:val="0"/>
          <w:divBdr>
            <w:top w:val="none" w:sz="0" w:space="0" w:color="auto"/>
            <w:left w:val="none" w:sz="0" w:space="0" w:color="auto"/>
            <w:bottom w:val="none" w:sz="0" w:space="0" w:color="auto"/>
            <w:right w:val="none" w:sz="0" w:space="0" w:color="auto"/>
          </w:divBdr>
        </w:div>
        <w:div w:id="211893426">
          <w:marLeft w:val="480"/>
          <w:marRight w:val="0"/>
          <w:marTop w:val="0"/>
          <w:marBottom w:val="0"/>
          <w:divBdr>
            <w:top w:val="none" w:sz="0" w:space="0" w:color="auto"/>
            <w:left w:val="none" w:sz="0" w:space="0" w:color="auto"/>
            <w:bottom w:val="none" w:sz="0" w:space="0" w:color="auto"/>
            <w:right w:val="none" w:sz="0" w:space="0" w:color="auto"/>
          </w:divBdr>
        </w:div>
        <w:div w:id="240717316">
          <w:marLeft w:val="480"/>
          <w:marRight w:val="0"/>
          <w:marTop w:val="0"/>
          <w:marBottom w:val="0"/>
          <w:divBdr>
            <w:top w:val="none" w:sz="0" w:space="0" w:color="auto"/>
            <w:left w:val="none" w:sz="0" w:space="0" w:color="auto"/>
            <w:bottom w:val="none" w:sz="0" w:space="0" w:color="auto"/>
            <w:right w:val="none" w:sz="0" w:space="0" w:color="auto"/>
          </w:divBdr>
        </w:div>
        <w:div w:id="399135079">
          <w:marLeft w:val="480"/>
          <w:marRight w:val="0"/>
          <w:marTop w:val="0"/>
          <w:marBottom w:val="0"/>
          <w:divBdr>
            <w:top w:val="none" w:sz="0" w:space="0" w:color="auto"/>
            <w:left w:val="none" w:sz="0" w:space="0" w:color="auto"/>
            <w:bottom w:val="none" w:sz="0" w:space="0" w:color="auto"/>
            <w:right w:val="none" w:sz="0" w:space="0" w:color="auto"/>
          </w:divBdr>
        </w:div>
        <w:div w:id="401833913">
          <w:marLeft w:val="480"/>
          <w:marRight w:val="0"/>
          <w:marTop w:val="0"/>
          <w:marBottom w:val="0"/>
          <w:divBdr>
            <w:top w:val="none" w:sz="0" w:space="0" w:color="auto"/>
            <w:left w:val="none" w:sz="0" w:space="0" w:color="auto"/>
            <w:bottom w:val="none" w:sz="0" w:space="0" w:color="auto"/>
            <w:right w:val="none" w:sz="0" w:space="0" w:color="auto"/>
          </w:divBdr>
        </w:div>
        <w:div w:id="497429620">
          <w:marLeft w:val="480"/>
          <w:marRight w:val="0"/>
          <w:marTop w:val="0"/>
          <w:marBottom w:val="0"/>
          <w:divBdr>
            <w:top w:val="none" w:sz="0" w:space="0" w:color="auto"/>
            <w:left w:val="none" w:sz="0" w:space="0" w:color="auto"/>
            <w:bottom w:val="none" w:sz="0" w:space="0" w:color="auto"/>
            <w:right w:val="none" w:sz="0" w:space="0" w:color="auto"/>
          </w:divBdr>
        </w:div>
        <w:div w:id="543101780">
          <w:marLeft w:val="480"/>
          <w:marRight w:val="0"/>
          <w:marTop w:val="0"/>
          <w:marBottom w:val="0"/>
          <w:divBdr>
            <w:top w:val="none" w:sz="0" w:space="0" w:color="auto"/>
            <w:left w:val="none" w:sz="0" w:space="0" w:color="auto"/>
            <w:bottom w:val="none" w:sz="0" w:space="0" w:color="auto"/>
            <w:right w:val="none" w:sz="0" w:space="0" w:color="auto"/>
          </w:divBdr>
        </w:div>
        <w:div w:id="553543996">
          <w:marLeft w:val="480"/>
          <w:marRight w:val="0"/>
          <w:marTop w:val="0"/>
          <w:marBottom w:val="0"/>
          <w:divBdr>
            <w:top w:val="none" w:sz="0" w:space="0" w:color="auto"/>
            <w:left w:val="none" w:sz="0" w:space="0" w:color="auto"/>
            <w:bottom w:val="none" w:sz="0" w:space="0" w:color="auto"/>
            <w:right w:val="none" w:sz="0" w:space="0" w:color="auto"/>
          </w:divBdr>
        </w:div>
        <w:div w:id="586619985">
          <w:marLeft w:val="480"/>
          <w:marRight w:val="0"/>
          <w:marTop w:val="0"/>
          <w:marBottom w:val="0"/>
          <w:divBdr>
            <w:top w:val="none" w:sz="0" w:space="0" w:color="auto"/>
            <w:left w:val="none" w:sz="0" w:space="0" w:color="auto"/>
            <w:bottom w:val="none" w:sz="0" w:space="0" w:color="auto"/>
            <w:right w:val="none" w:sz="0" w:space="0" w:color="auto"/>
          </w:divBdr>
        </w:div>
        <w:div w:id="619267864">
          <w:marLeft w:val="480"/>
          <w:marRight w:val="0"/>
          <w:marTop w:val="0"/>
          <w:marBottom w:val="0"/>
          <w:divBdr>
            <w:top w:val="none" w:sz="0" w:space="0" w:color="auto"/>
            <w:left w:val="none" w:sz="0" w:space="0" w:color="auto"/>
            <w:bottom w:val="none" w:sz="0" w:space="0" w:color="auto"/>
            <w:right w:val="none" w:sz="0" w:space="0" w:color="auto"/>
          </w:divBdr>
        </w:div>
        <w:div w:id="859589061">
          <w:marLeft w:val="480"/>
          <w:marRight w:val="0"/>
          <w:marTop w:val="0"/>
          <w:marBottom w:val="0"/>
          <w:divBdr>
            <w:top w:val="none" w:sz="0" w:space="0" w:color="auto"/>
            <w:left w:val="none" w:sz="0" w:space="0" w:color="auto"/>
            <w:bottom w:val="none" w:sz="0" w:space="0" w:color="auto"/>
            <w:right w:val="none" w:sz="0" w:space="0" w:color="auto"/>
          </w:divBdr>
        </w:div>
        <w:div w:id="963581374">
          <w:marLeft w:val="480"/>
          <w:marRight w:val="0"/>
          <w:marTop w:val="0"/>
          <w:marBottom w:val="0"/>
          <w:divBdr>
            <w:top w:val="none" w:sz="0" w:space="0" w:color="auto"/>
            <w:left w:val="none" w:sz="0" w:space="0" w:color="auto"/>
            <w:bottom w:val="none" w:sz="0" w:space="0" w:color="auto"/>
            <w:right w:val="none" w:sz="0" w:space="0" w:color="auto"/>
          </w:divBdr>
        </w:div>
        <w:div w:id="1086610233">
          <w:marLeft w:val="480"/>
          <w:marRight w:val="0"/>
          <w:marTop w:val="0"/>
          <w:marBottom w:val="0"/>
          <w:divBdr>
            <w:top w:val="none" w:sz="0" w:space="0" w:color="auto"/>
            <w:left w:val="none" w:sz="0" w:space="0" w:color="auto"/>
            <w:bottom w:val="none" w:sz="0" w:space="0" w:color="auto"/>
            <w:right w:val="none" w:sz="0" w:space="0" w:color="auto"/>
          </w:divBdr>
        </w:div>
        <w:div w:id="1103839101">
          <w:marLeft w:val="480"/>
          <w:marRight w:val="0"/>
          <w:marTop w:val="0"/>
          <w:marBottom w:val="0"/>
          <w:divBdr>
            <w:top w:val="none" w:sz="0" w:space="0" w:color="auto"/>
            <w:left w:val="none" w:sz="0" w:space="0" w:color="auto"/>
            <w:bottom w:val="none" w:sz="0" w:space="0" w:color="auto"/>
            <w:right w:val="none" w:sz="0" w:space="0" w:color="auto"/>
          </w:divBdr>
        </w:div>
        <w:div w:id="1427775279">
          <w:marLeft w:val="480"/>
          <w:marRight w:val="0"/>
          <w:marTop w:val="0"/>
          <w:marBottom w:val="0"/>
          <w:divBdr>
            <w:top w:val="none" w:sz="0" w:space="0" w:color="auto"/>
            <w:left w:val="none" w:sz="0" w:space="0" w:color="auto"/>
            <w:bottom w:val="none" w:sz="0" w:space="0" w:color="auto"/>
            <w:right w:val="none" w:sz="0" w:space="0" w:color="auto"/>
          </w:divBdr>
        </w:div>
        <w:div w:id="1456869137">
          <w:marLeft w:val="480"/>
          <w:marRight w:val="0"/>
          <w:marTop w:val="0"/>
          <w:marBottom w:val="0"/>
          <w:divBdr>
            <w:top w:val="none" w:sz="0" w:space="0" w:color="auto"/>
            <w:left w:val="none" w:sz="0" w:space="0" w:color="auto"/>
            <w:bottom w:val="none" w:sz="0" w:space="0" w:color="auto"/>
            <w:right w:val="none" w:sz="0" w:space="0" w:color="auto"/>
          </w:divBdr>
        </w:div>
        <w:div w:id="1497260316">
          <w:marLeft w:val="480"/>
          <w:marRight w:val="0"/>
          <w:marTop w:val="0"/>
          <w:marBottom w:val="0"/>
          <w:divBdr>
            <w:top w:val="none" w:sz="0" w:space="0" w:color="auto"/>
            <w:left w:val="none" w:sz="0" w:space="0" w:color="auto"/>
            <w:bottom w:val="none" w:sz="0" w:space="0" w:color="auto"/>
            <w:right w:val="none" w:sz="0" w:space="0" w:color="auto"/>
          </w:divBdr>
        </w:div>
        <w:div w:id="1512642573">
          <w:marLeft w:val="480"/>
          <w:marRight w:val="0"/>
          <w:marTop w:val="0"/>
          <w:marBottom w:val="0"/>
          <w:divBdr>
            <w:top w:val="none" w:sz="0" w:space="0" w:color="auto"/>
            <w:left w:val="none" w:sz="0" w:space="0" w:color="auto"/>
            <w:bottom w:val="none" w:sz="0" w:space="0" w:color="auto"/>
            <w:right w:val="none" w:sz="0" w:space="0" w:color="auto"/>
          </w:divBdr>
        </w:div>
        <w:div w:id="1558011398">
          <w:marLeft w:val="480"/>
          <w:marRight w:val="0"/>
          <w:marTop w:val="0"/>
          <w:marBottom w:val="0"/>
          <w:divBdr>
            <w:top w:val="none" w:sz="0" w:space="0" w:color="auto"/>
            <w:left w:val="none" w:sz="0" w:space="0" w:color="auto"/>
            <w:bottom w:val="none" w:sz="0" w:space="0" w:color="auto"/>
            <w:right w:val="none" w:sz="0" w:space="0" w:color="auto"/>
          </w:divBdr>
        </w:div>
        <w:div w:id="1684016764">
          <w:marLeft w:val="480"/>
          <w:marRight w:val="0"/>
          <w:marTop w:val="0"/>
          <w:marBottom w:val="0"/>
          <w:divBdr>
            <w:top w:val="none" w:sz="0" w:space="0" w:color="auto"/>
            <w:left w:val="none" w:sz="0" w:space="0" w:color="auto"/>
            <w:bottom w:val="none" w:sz="0" w:space="0" w:color="auto"/>
            <w:right w:val="none" w:sz="0" w:space="0" w:color="auto"/>
          </w:divBdr>
        </w:div>
        <w:div w:id="1685328806">
          <w:marLeft w:val="480"/>
          <w:marRight w:val="0"/>
          <w:marTop w:val="0"/>
          <w:marBottom w:val="0"/>
          <w:divBdr>
            <w:top w:val="none" w:sz="0" w:space="0" w:color="auto"/>
            <w:left w:val="none" w:sz="0" w:space="0" w:color="auto"/>
            <w:bottom w:val="none" w:sz="0" w:space="0" w:color="auto"/>
            <w:right w:val="none" w:sz="0" w:space="0" w:color="auto"/>
          </w:divBdr>
        </w:div>
        <w:div w:id="1716392334">
          <w:marLeft w:val="480"/>
          <w:marRight w:val="0"/>
          <w:marTop w:val="0"/>
          <w:marBottom w:val="0"/>
          <w:divBdr>
            <w:top w:val="none" w:sz="0" w:space="0" w:color="auto"/>
            <w:left w:val="none" w:sz="0" w:space="0" w:color="auto"/>
            <w:bottom w:val="none" w:sz="0" w:space="0" w:color="auto"/>
            <w:right w:val="none" w:sz="0" w:space="0" w:color="auto"/>
          </w:divBdr>
        </w:div>
        <w:div w:id="1727295304">
          <w:marLeft w:val="480"/>
          <w:marRight w:val="0"/>
          <w:marTop w:val="0"/>
          <w:marBottom w:val="0"/>
          <w:divBdr>
            <w:top w:val="none" w:sz="0" w:space="0" w:color="auto"/>
            <w:left w:val="none" w:sz="0" w:space="0" w:color="auto"/>
            <w:bottom w:val="none" w:sz="0" w:space="0" w:color="auto"/>
            <w:right w:val="none" w:sz="0" w:space="0" w:color="auto"/>
          </w:divBdr>
        </w:div>
      </w:divsChild>
    </w:div>
    <w:div w:id="1308315602">
      <w:bodyDiv w:val="1"/>
      <w:marLeft w:val="0"/>
      <w:marRight w:val="0"/>
      <w:marTop w:val="0"/>
      <w:marBottom w:val="0"/>
      <w:divBdr>
        <w:top w:val="none" w:sz="0" w:space="0" w:color="auto"/>
        <w:left w:val="none" w:sz="0" w:space="0" w:color="auto"/>
        <w:bottom w:val="none" w:sz="0" w:space="0" w:color="auto"/>
        <w:right w:val="none" w:sz="0" w:space="0" w:color="auto"/>
      </w:divBdr>
      <w:divsChild>
        <w:div w:id="20208844">
          <w:marLeft w:val="480"/>
          <w:marRight w:val="0"/>
          <w:marTop w:val="0"/>
          <w:marBottom w:val="0"/>
          <w:divBdr>
            <w:top w:val="none" w:sz="0" w:space="0" w:color="auto"/>
            <w:left w:val="none" w:sz="0" w:space="0" w:color="auto"/>
            <w:bottom w:val="none" w:sz="0" w:space="0" w:color="auto"/>
            <w:right w:val="none" w:sz="0" w:space="0" w:color="auto"/>
          </w:divBdr>
        </w:div>
        <w:div w:id="56049913">
          <w:marLeft w:val="480"/>
          <w:marRight w:val="0"/>
          <w:marTop w:val="0"/>
          <w:marBottom w:val="0"/>
          <w:divBdr>
            <w:top w:val="none" w:sz="0" w:space="0" w:color="auto"/>
            <w:left w:val="none" w:sz="0" w:space="0" w:color="auto"/>
            <w:bottom w:val="none" w:sz="0" w:space="0" w:color="auto"/>
            <w:right w:val="none" w:sz="0" w:space="0" w:color="auto"/>
          </w:divBdr>
        </w:div>
        <w:div w:id="135803194">
          <w:marLeft w:val="480"/>
          <w:marRight w:val="0"/>
          <w:marTop w:val="0"/>
          <w:marBottom w:val="0"/>
          <w:divBdr>
            <w:top w:val="none" w:sz="0" w:space="0" w:color="auto"/>
            <w:left w:val="none" w:sz="0" w:space="0" w:color="auto"/>
            <w:bottom w:val="none" w:sz="0" w:space="0" w:color="auto"/>
            <w:right w:val="none" w:sz="0" w:space="0" w:color="auto"/>
          </w:divBdr>
        </w:div>
        <w:div w:id="252129304">
          <w:marLeft w:val="480"/>
          <w:marRight w:val="0"/>
          <w:marTop w:val="0"/>
          <w:marBottom w:val="0"/>
          <w:divBdr>
            <w:top w:val="none" w:sz="0" w:space="0" w:color="auto"/>
            <w:left w:val="none" w:sz="0" w:space="0" w:color="auto"/>
            <w:bottom w:val="none" w:sz="0" w:space="0" w:color="auto"/>
            <w:right w:val="none" w:sz="0" w:space="0" w:color="auto"/>
          </w:divBdr>
        </w:div>
        <w:div w:id="405424218">
          <w:marLeft w:val="480"/>
          <w:marRight w:val="0"/>
          <w:marTop w:val="0"/>
          <w:marBottom w:val="0"/>
          <w:divBdr>
            <w:top w:val="none" w:sz="0" w:space="0" w:color="auto"/>
            <w:left w:val="none" w:sz="0" w:space="0" w:color="auto"/>
            <w:bottom w:val="none" w:sz="0" w:space="0" w:color="auto"/>
            <w:right w:val="none" w:sz="0" w:space="0" w:color="auto"/>
          </w:divBdr>
        </w:div>
        <w:div w:id="428619313">
          <w:marLeft w:val="480"/>
          <w:marRight w:val="0"/>
          <w:marTop w:val="0"/>
          <w:marBottom w:val="0"/>
          <w:divBdr>
            <w:top w:val="none" w:sz="0" w:space="0" w:color="auto"/>
            <w:left w:val="none" w:sz="0" w:space="0" w:color="auto"/>
            <w:bottom w:val="none" w:sz="0" w:space="0" w:color="auto"/>
            <w:right w:val="none" w:sz="0" w:space="0" w:color="auto"/>
          </w:divBdr>
        </w:div>
        <w:div w:id="471599961">
          <w:marLeft w:val="480"/>
          <w:marRight w:val="0"/>
          <w:marTop w:val="0"/>
          <w:marBottom w:val="0"/>
          <w:divBdr>
            <w:top w:val="none" w:sz="0" w:space="0" w:color="auto"/>
            <w:left w:val="none" w:sz="0" w:space="0" w:color="auto"/>
            <w:bottom w:val="none" w:sz="0" w:space="0" w:color="auto"/>
            <w:right w:val="none" w:sz="0" w:space="0" w:color="auto"/>
          </w:divBdr>
        </w:div>
        <w:div w:id="474562899">
          <w:marLeft w:val="480"/>
          <w:marRight w:val="0"/>
          <w:marTop w:val="0"/>
          <w:marBottom w:val="0"/>
          <w:divBdr>
            <w:top w:val="none" w:sz="0" w:space="0" w:color="auto"/>
            <w:left w:val="none" w:sz="0" w:space="0" w:color="auto"/>
            <w:bottom w:val="none" w:sz="0" w:space="0" w:color="auto"/>
            <w:right w:val="none" w:sz="0" w:space="0" w:color="auto"/>
          </w:divBdr>
        </w:div>
        <w:div w:id="508444518">
          <w:marLeft w:val="480"/>
          <w:marRight w:val="0"/>
          <w:marTop w:val="0"/>
          <w:marBottom w:val="0"/>
          <w:divBdr>
            <w:top w:val="none" w:sz="0" w:space="0" w:color="auto"/>
            <w:left w:val="none" w:sz="0" w:space="0" w:color="auto"/>
            <w:bottom w:val="none" w:sz="0" w:space="0" w:color="auto"/>
            <w:right w:val="none" w:sz="0" w:space="0" w:color="auto"/>
          </w:divBdr>
        </w:div>
        <w:div w:id="636490489">
          <w:marLeft w:val="480"/>
          <w:marRight w:val="0"/>
          <w:marTop w:val="0"/>
          <w:marBottom w:val="0"/>
          <w:divBdr>
            <w:top w:val="none" w:sz="0" w:space="0" w:color="auto"/>
            <w:left w:val="none" w:sz="0" w:space="0" w:color="auto"/>
            <w:bottom w:val="none" w:sz="0" w:space="0" w:color="auto"/>
            <w:right w:val="none" w:sz="0" w:space="0" w:color="auto"/>
          </w:divBdr>
        </w:div>
        <w:div w:id="702169224">
          <w:marLeft w:val="480"/>
          <w:marRight w:val="0"/>
          <w:marTop w:val="0"/>
          <w:marBottom w:val="0"/>
          <w:divBdr>
            <w:top w:val="none" w:sz="0" w:space="0" w:color="auto"/>
            <w:left w:val="none" w:sz="0" w:space="0" w:color="auto"/>
            <w:bottom w:val="none" w:sz="0" w:space="0" w:color="auto"/>
            <w:right w:val="none" w:sz="0" w:space="0" w:color="auto"/>
          </w:divBdr>
        </w:div>
        <w:div w:id="726682275">
          <w:marLeft w:val="480"/>
          <w:marRight w:val="0"/>
          <w:marTop w:val="0"/>
          <w:marBottom w:val="0"/>
          <w:divBdr>
            <w:top w:val="none" w:sz="0" w:space="0" w:color="auto"/>
            <w:left w:val="none" w:sz="0" w:space="0" w:color="auto"/>
            <w:bottom w:val="none" w:sz="0" w:space="0" w:color="auto"/>
            <w:right w:val="none" w:sz="0" w:space="0" w:color="auto"/>
          </w:divBdr>
        </w:div>
        <w:div w:id="754084928">
          <w:marLeft w:val="480"/>
          <w:marRight w:val="0"/>
          <w:marTop w:val="0"/>
          <w:marBottom w:val="0"/>
          <w:divBdr>
            <w:top w:val="none" w:sz="0" w:space="0" w:color="auto"/>
            <w:left w:val="none" w:sz="0" w:space="0" w:color="auto"/>
            <w:bottom w:val="none" w:sz="0" w:space="0" w:color="auto"/>
            <w:right w:val="none" w:sz="0" w:space="0" w:color="auto"/>
          </w:divBdr>
        </w:div>
        <w:div w:id="766274014">
          <w:marLeft w:val="480"/>
          <w:marRight w:val="0"/>
          <w:marTop w:val="0"/>
          <w:marBottom w:val="0"/>
          <w:divBdr>
            <w:top w:val="none" w:sz="0" w:space="0" w:color="auto"/>
            <w:left w:val="none" w:sz="0" w:space="0" w:color="auto"/>
            <w:bottom w:val="none" w:sz="0" w:space="0" w:color="auto"/>
            <w:right w:val="none" w:sz="0" w:space="0" w:color="auto"/>
          </w:divBdr>
        </w:div>
        <w:div w:id="809250461">
          <w:marLeft w:val="480"/>
          <w:marRight w:val="0"/>
          <w:marTop w:val="0"/>
          <w:marBottom w:val="0"/>
          <w:divBdr>
            <w:top w:val="none" w:sz="0" w:space="0" w:color="auto"/>
            <w:left w:val="none" w:sz="0" w:space="0" w:color="auto"/>
            <w:bottom w:val="none" w:sz="0" w:space="0" w:color="auto"/>
            <w:right w:val="none" w:sz="0" w:space="0" w:color="auto"/>
          </w:divBdr>
        </w:div>
        <w:div w:id="904493403">
          <w:marLeft w:val="480"/>
          <w:marRight w:val="0"/>
          <w:marTop w:val="0"/>
          <w:marBottom w:val="0"/>
          <w:divBdr>
            <w:top w:val="none" w:sz="0" w:space="0" w:color="auto"/>
            <w:left w:val="none" w:sz="0" w:space="0" w:color="auto"/>
            <w:bottom w:val="none" w:sz="0" w:space="0" w:color="auto"/>
            <w:right w:val="none" w:sz="0" w:space="0" w:color="auto"/>
          </w:divBdr>
        </w:div>
        <w:div w:id="984166276">
          <w:marLeft w:val="480"/>
          <w:marRight w:val="0"/>
          <w:marTop w:val="0"/>
          <w:marBottom w:val="0"/>
          <w:divBdr>
            <w:top w:val="none" w:sz="0" w:space="0" w:color="auto"/>
            <w:left w:val="none" w:sz="0" w:space="0" w:color="auto"/>
            <w:bottom w:val="none" w:sz="0" w:space="0" w:color="auto"/>
            <w:right w:val="none" w:sz="0" w:space="0" w:color="auto"/>
          </w:divBdr>
        </w:div>
        <w:div w:id="1092161940">
          <w:marLeft w:val="480"/>
          <w:marRight w:val="0"/>
          <w:marTop w:val="0"/>
          <w:marBottom w:val="0"/>
          <w:divBdr>
            <w:top w:val="none" w:sz="0" w:space="0" w:color="auto"/>
            <w:left w:val="none" w:sz="0" w:space="0" w:color="auto"/>
            <w:bottom w:val="none" w:sz="0" w:space="0" w:color="auto"/>
            <w:right w:val="none" w:sz="0" w:space="0" w:color="auto"/>
          </w:divBdr>
        </w:div>
        <w:div w:id="1165782017">
          <w:marLeft w:val="480"/>
          <w:marRight w:val="0"/>
          <w:marTop w:val="0"/>
          <w:marBottom w:val="0"/>
          <w:divBdr>
            <w:top w:val="none" w:sz="0" w:space="0" w:color="auto"/>
            <w:left w:val="none" w:sz="0" w:space="0" w:color="auto"/>
            <w:bottom w:val="none" w:sz="0" w:space="0" w:color="auto"/>
            <w:right w:val="none" w:sz="0" w:space="0" w:color="auto"/>
          </w:divBdr>
        </w:div>
        <w:div w:id="1192299407">
          <w:marLeft w:val="480"/>
          <w:marRight w:val="0"/>
          <w:marTop w:val="0"/>
          <w:marBottom w:val="0"/>
          <w:divBdr>
            <w:top w:val="none" w:sz="0" w:space="0" w:color="auto"/>
            <w:left w:val="none" w:sz="0" w:space="0" w:color="auto"/>
            <w:bottom w:val="none" w:sz="0" w:space="0" w:color="auto"/>
            <w:right w:val="none" w:sz="0" w:space="0" w:color="auto"/>
          </w:divBdr>
        </w:div>
        <w:div w:id="1269001814">
          <w:marLeft w:val="480"/>
          <w:marRight w:val="0"/>
          <w:marTop w:val="0"/>
          <w:marBottom w:val="0"/>
          <w:divBdr>
            <w:top w:val="none" w:sz="0" w:space="0" w:color="auto"/>
            <w:left w:val="none" w:sz="0" w:space="0" w:color="auto"/>
            <w:bottom w:val="none" w:sz="0" w:space="0" w:color="auto"/>
            <w:right w:val="none" w:sz="0" w:space="0" w:color="auto"/>
          </w:divBdr>
        </w:div>
        <w:div w:id="1316034290">
          <w:marLeft w:val="480"/>
          <w:marRight w:val="0"/>
          <w:marTop w:val="0"/>
          <w:marBottom w:val="0"/>
          <w:divBdr>
            <w:top w:val="none" w:sz="0" w:space="0" w:color="auto"/>
            <w:left w:val="none" w:sz="0" w:space="0" w:color="auto"/>
            <w:bottom w:val="none" w:sz="0" w:space="0" w:color="auto"/>
            <w:right w:val="none" w:sz="0" w:space="0" w:color="auto"/>
          </w:divBdr>
        </w:div>
        <w:div w:id="1330791293">
          <w:marLeft w:val="480"/>
          <w:marRight w:val="0"/>
          <w:marTop w:val="0"/>
          <w:marBottom w:val="0"/>
          <w:divBdr>
            <w:top w:val="none" w:sz="0" w:space="0" w:color="auto"/>
            <w:left w:val="none" w:sz="0" w:space="0" w:color="auto"/>
            <w:bottom w:val="none" w:sz="0" w:space="0" w:color="auto"/>
            <w:right w:val="none" w:sz="0" w:space="0" w:color="auto"/>
          </w:divBdr>
        </w:div>
        <w:div w:id="1401975772">
          <w:marLeft w:val="480"/>
          <w:marRight w:val="0"/>
          <w:marTop w:val="0"/>
          <w:marBottom w:val="0"/>
          <w:divBdr>
            <w:top w:val="none" w:sz="0" w:space="0" w:color="auto"/>
            <w:left w:val="none" w:sz="0" w:space="0" w:color="auto"/>
            <w:bottom w:val="none" w:sz="0" w:space="0" w:color="auto"/>
            <w:right w:val="none" w:sz="0" w:space="0" w:color="auto"/>
          </w:divBdr>
        </w:div>
        <w:div w:id="1412580695">
          <w:marLeft w:val="480"/>
          <w:marRight w:val="0"/>
          <w:marTop w:val="0"/>
          <w:marBottom w:val="0"/>
          <w:divBdr>
            <w:top w:val="none" w:sz="0" w:space="0" w:color="auto"/>
            <w:left w:val="none" w:sz="0" w:space="0" w:color="auto"/>
            <w:bottom w:val="none" w:sz="0" w:space="0" w:color="auto"/>
            <w:right w:val="none" w:sz="0" w:space="0" w:color="auto"/>
          </w:divBdr>
        </w:div>
        <w:div w:id="1499807172">
          <w:marLeft w:val="480"/>
          <w:marRight w:val="0"/>
          <w:marTop w:val="0"/>
          <w:marBottom w:val="0"/>
          <w:divBdr>
            <w:top w:val="none" w:sz="0" w:space="0" w:color="auto"/>
            <w:left w:val="none" w:sz="0" w:space="0" w:color="auto"/>
            <w:bottom w:val="none" w:sz="0" w:space="0" w:color="auto"/>
            <w:right w:val="none" w:sz="0" w:space="0" w:color="auto"/>
          </w:divBdr>
        </w:div>
        <w:div w:id="1531454674">
          <w:marLeft w:val="480"/>
          <w:marRight w:val="0"/>
          <w:marTop w:val="0"/>
          <w:marBottom w:val="0"/>
          <w:divBdr>
            <w:top w:val="none" w:sz="0" w:space="0" w:color="auto"/>
            <w:left w:val="none" w:sz="0" w:space="0" w:color="auto"/>
            <w:bottom w:val="none" w:sz="0" w:space="0" w:color="auto"/>
            <w:right w:val="none" w:sz="0" w:space="0" w:color="auto"/>
          </w:divBdr>
        </w:div>
        <w:div w:id="1535582703">
          <w:marLeft w:val="480"/>
          <w:marRight w:val="0"/>
          <w:marTop w:val="0"/>
          <w:marBottom w:val="0"/>
          <w:divBdr>
            <w:top w:val="none" w:sz="0" w:space="0" w:color="auto"/>
            <w:left w:val="none" w:sz="0" w:space="0" w:color="auto"/>
            <w:bottom w:val="none" w:sz="0" w:space="0" w:color="auto"/>
            <w:right w:val="none" w:sz="0" w:space="0" w:color="auto"/>
          </w:divBdr>
        </w:div>
        <w:div w:id="1552502169">
          <w:marLeft w:val="480"/>
          <w:marRight w:val="0"/>
          <w:marTop w:val="0"/>
          <w:marBottom w:val="0"/>
          <w:divBdr>
            <w:top w:val="none" w:sz="0" w:space="0" w:color="auto"/>
            <w:left w:val="none" w:sz="0" w:space="0" w:color="auto"/>
            <w:bottom w:val="none" w:sz="0" w:space="0" w:color="auto"/>
            <w:right w:val="none" w:sz="0" w:space="0" w:color="auto"/>
          </w:divBdr>
        </w:div>
        <w:div w:id="1565871446">
          <w:marLeft w:val="480"/>
          <w:marRight w:val="0"/>
          <w:marTop w:val="0"/>
          <w:marBottom w:val="0"/>
          <w:divBdr>
            <w:top w:val="none" w:sz="0" w:space="0" w:color="auto"/>
            <w:left w:val="none" w:sz="0" w:space="0" w:color="auto"/>
            <w:bottom w:val="none" w:sz="0" w:space="0" w:color="auto"/>
            <w:right w:val="none" w:sz="0" w:space="0" w:color="auto"/>
          </w:divBdr>
        </w:div>
        <w:div w:id="1695568190">
          <w:marLeft w:val="480"/>
          <w:marRight w:val="0"/>
          <w:marTop w:val="0"/>
          <w:marBottom w:val="0"/>
          <w:divBdr>
            <w:top w:val="none" w:sz="0" w:space="0" w:color="auto"/>
            <w:left w:val="none" w:sz="0" w:space="0" w:color="auto"/>
            <w:bottom w:val="none" w:sz="0" w:space="0" w:color="auto"/>
            <w:right w:val="none" w:sz="0" w:space="0" w:color="auto"/>
          </w:divBdr>
        </w:div>
        <w:div w:id="1720786813">
          <w:marLeft w:val="480"/>
          <w:marRight w:val="0"/>
          <w:marTop w:val="0"/>
          <w:marBottom w:val="0"/>
          <w:divBdr>
            <w:top w:val="none" w:sz="0" w:space="0" w:color="auto"/>
            <w:left w:val="none" w:sz="0" w:space="0" w:color="auto"/>
            <w:bottom w:val="none" w:sz="0" w:space="0" w:color="auto"/>
            <w:right w:val="none" w:sz="0" w:space="0" w:color="auto"/>
          </w:divBdr>
        </w:div>
        <w:div w:id="1751580995">
          <w:marLeft w:val="480"/>
          <w:marRight w:val="0"/>
          <w:marTop w:val="0"/>
          <w:marBottom w:val="0"/>
          <w:divBdr>
            <w:top w:val="none" w:sz="0" w:space="0" w:color="auto"/>
            <w:left w:val="none" w:sz="0" w:space="0" w:color="auto"/>
            <w:bottom w:val="none" w:sz="0" w:space="0" w:color="auto"/>
            <w:right w:val="none" w:sz="0" w:space="0" w:color="auto"/>
          </w:divBdr>
        </w:div>
        <w:div w:id="1829131008">
          <w:marLeft w:val="480"/>
          <w:marRight w:val="0"/>
          <w:marTop w:val="0"/>
          <w:marBottom w:val="0"/>
          <w:divBdr>
            <w:top w:val="none" w:sz="0" w:space="0" w:color="auto"/>
            <w:left w:val="none" w:sz="0" w:space="0" w:color="auto"/>
            <w:bottom w:val="none" w:sz="0" w:space="0" w:color="auto"/>
            <w:right w:val="none" w:sz="0" w:space="0" w:color="auto"/>
          </w:divBdr>
        </w:div>
        <w:div w:id="1845393196">
          <w:marLeft w:val="480"/>
          <w:marRight w:val="0"/>
          <w:marTop w:val="0"/>
          <w:marBottom w:val="0"/>
          <w:divBdr>
            <w:top w:val="none" w:sz="0" w:space="0" w:color="auto"/>
            <w:left w:val="none" w:sz="0" w:space="0" w:color="auto"/>
            <w:bottom w:val="none" w:sz="0" w:space="0" w:color="auto"/>
            <w:right w:val="none" w:sz="0" w:space="0" w:color="auto"/>
          </w:divBdr>
        </w:div>
        <w:div w:id="1974406784">
          <w:marLeft w:val="480"/>
          <w:marRight w:val="0"/>
          <w:marTop w:val="0"/>
          <w:marBottom w:val="0"/>
          <w:divBdr>
            <w:top w:val="none" w:sz="0" w:space="0" w:color="auto"/>
            <w:left w:val="none" w:sz="0" w:space="0" w:color="auto"/>
            <w:bottom w:val="none" w:sz="0" w:space="0" w:color="auto"/>
            <w:right w:val="none" w:sz="0" w:space="0" w:color="auto"/>
          </w:divBdr>
        </w:div>
        <w:div w:id="2028171756">
          <w:marLeft w:val="480"/>
          <w:marRight w:val="0"/>
          <w:marTop w:val="0"/>
          <w:marBottom w:val="0"/>
          <w:divBdr>
            <w:top w:val="none" w:sz="0" w:space="0" w:color="auto"/>
            <w:left w:val="none" w:sz="0" w:space="0" w:color="auto"/>
            <w:bottom w:val="none" w:sz="0" w:space="0" w:color="auto"/>
            <w:right w:val="none" w:sz="0" w:space="0" w:color="auto"/>
          </w:divBdr>
        </w:div>
      </w:divsChild>
    </w:div>
    <w:div w:id="1309289017">
      <w:bodyDiv w:val="1"/>
      <w:marLeft w:val="0"/>
      <w:marRight w:val="0"/>
      <w:marTop w:val="0"/>
      <w:marBottom w:val="0"/>
      <w:divBdr>
        <w:top w:val="none" w:sz="0" w:space="0" w:color="auto"/>
        <w:left w:val="none" w:sz="0" w:space="0" w:color="auto"/>
        <w:bottom w:val="none" w:sz="0" w:space="0" w:color="auto"/>
        <w:right w:val="none" w:sz="0" w:space="0" w:color="auto"/>
      </w:divBdr>
    </w:div>
    <w:div w:id="1310863595">
      <w:bodyDiv w:val="1"/>
      <w:marLeft w:val="0"/>
      <w:marRight w:val="0"/>
      <w:marTop w:val="0"/>
      <w:marBottom w:val="0"/>
      <w:divBdr>
        <w:top w:val="none" w:sz="0" w:space="0" w:color="auto"/>
        <w:left w:val="none" w:sz="0" w:space="0" w:color="auto"/>
        <w:bottom w:val="none" w:sz="0" w:space="0" w:color="auto"/>
        <w:right w:val="none" w:sz="0" w:space="0" w:color="auto"/>
      </w:divBdr>
    </w:div>
    <w:div w:id="1311598428">
      <w:bodyDiv w:val="1"/>
      <w:marLeft w:val="0"/>
      <w:marRight w:val="0"/>
      <w:marTop w:val="0"/>
      <w:marBottom w:val="0"/>
      <w:divBdr>
        <w:top w:val="none" w:sz="0" w:space="0" w:color="auto"/>
        <w:left w:val="none" w:sz="0" w:space="0" w:color="auto"/>
        <w:bottom w:val="none" w:sz="0" w:space="0" w:color="auto"/>
        <w:right w:val="none" w:sz="0" w:space="0" w:color="auto"/>
      </w:divBdr>
    </w:div>
    <w:div w:id="1314531853">
      <w:bodyDiv w:val="1"/>
      <w:marLeft w:val="0"/>
      <w:marRight w:val="0"/>
      <w:marTop w:val="0"/>
      <w:marBottom w:val="0"/>
      <w:divBdr>
        <w:top w:val="none" w:sz="0" w:space="0" w:color="auto"/>
        <w:left w:val="none" w:sz="0" w:space="0" w:color="auto"/>
        <w:bottom w:val="none" w:sz="0" w:space="0" w:color="auto"/>
        <w:right w:val="none" w:sz="0" w:space="0" w:color="auto"/>
      </w:divBdr>
    </w:div>
    <w:div w:id="1314719319">
      <w:bodyDiv w:val="1"/>
      <w:marLeft w:val="0"/>
      <w:marRight w:val="0"/>
      <w:marTop w:val="0"/>
      <w:marBottom w:val="0"/>
      <w:divBdr>
        <w:top w:val="none" w:sz="0" w:space="0" w:color="auto"/>
        <w:left w:val="none" w:sz="0" w:space="0" w:color="auto"/>
        <w:bottom w:val="none" w:sz="0" w:space="0" w:color="auto"/>
        <w:right w:val="none" w:sz="0" w:space="0" w:color="auto"/>
      </w:divBdr>
      <w:divsChild>
        <w:div w:id="15078227">
          <w:marLeft w:val="480"/>
          <w:marRight w:val="0"/>
          <w:marTop w:val="0"/>
          <w:marBottom w:val="0"/>
          <w:divBdr>
            <w:top w:val="none" w:sz="0" w:space="0" w:color="auto"/>
            <w:left w:val="none" w:sz="0" w:space="0" w:color="auto"/>
            <w:bottom w:val="none" w:sz="0" w:space="0" w:color="auto"/>
            <w:right w:val="none" w:sz="0" w:space="0" w:color="auto"/>
          </w:divBdr>
        </w:div>
        <w:div w:id="18817489">
          <w:marLeft w:val="480"/>
          <w:marRight w:val="0"/>
          <w:marTop w:val="0"/>
          <w:marBottom w:val="0"/>
          <w:divBdr>
            <w:top w:val="none" w:sz="0" w:space="0" w:color="auto"/>
            <w:left w:val="none" w:sz="0" w:space="0" w:color="auto"/>
            <w:bottom w:val="none" w:sz="0" w:space="0" w:color="auto"/>
            <w:right w:val="none" w:sz="0" w:space="0" w:color="auto"/>
          </w:divBdr>
        </w:div>
        <w:div w:id="32732993">
          <w:marLeft w:val="480"/>
          <w:marRight w:val="0"/>
          <w:marTop w:val="0"/>
          <w:marBottom w:val="0"/>
          <w:divBdr>
            <w:top w:val="none" w:sz="0" w:space="0" w:color="auto"/>
            <w:left w:val="none" w:sz="0" w:space="0" w:color="auto"/>
            <w:bottom w:val="none" w:sz="0" w:space="0" w:color="auto"/>
            <w:right w:val="none" w:sz="0" w:space="0" w:color="auto"/>
          </w:divBdr>
        </w:div>
        <w:div w:id="40643383">
          <w:marLeft w:val="480"/>
          <w:marRight w:val="0"/>
          <w:marTop w:val="0"/>
          <w:marBottom w:val="0"/>
          <w:divBdr>
            <w:top w:val="none" w:sz="0" w:space="0" w:color="auto"/>
            <w:left w:val="none" w:sz="0" w:space="0" w:color="auto"/>
            <w:bottom w:val="none" w:sz="0" w:space="0" w:color="auto"/>
            <w:right w:val="none" w:sz="0" w:space="0" w:color="auto"/>
          </w:divBdr>
        </w:div>
        <w:div w:id="173813640">
          <w:marLeft w:val="480"/>
          <w:marRight w:val="0"/>
          <w:marTop w:val="0"/>
          <w:marBottom w:val="0"/>
          <w:divBdr>
            <w:top w:val="none" w:sz="0" w:space="0" w:color="auto"/>
            <w:left w:val="none" w:sz="0" w:space="0" w:color="auto"/>
            <w:bottom w:val="none" w:sz="0" w:space="0" w:color="auto"/>
            <w:right w:val="none" w:sz="0" w:space="0" w:color="auto"/>
          </w:divBdr>
        </w:div>
        <w:div w:id="225847609">
          <w:marLeft w:val="480"/>
          <w:marRight w:val="0"/>
          <w:marTop w:val="0"/>
          <w:marBottom w:val="0"/>
          <w:divBdr>
            <w:top w:val="none" w:sz="0" w:space="0" w:color="auto"/>
            <w:left w:val="none" w:sz="0" w:space="0" w:color="auto"/>
            <w:bottom w:val="none" w:sz="0" w:space="0" w:color="auto"/>
            <w:right w:val="none" w:sz="0" w:space="0" w:color="auto"/>
          </w:divBdr>
        </w:div>
        <w:div w:id="229266331">
          <w:marLeft w:val="480"/>
          <w:marRight w:val="0"/>
          <w:marTop w:val="0"/>
          <w:marBottom w:val="0"/>
          <w:divBdr>
            <w:top w:val="none" w:sz="0" w:space="0" w:color="auto"/>
            <w:left w:val="none" w:sz="0" w:space="0" w:color="auto"/>
            <w:bottom w:val="none" w:sz="0" w:space="0" w:color="auto"/>
            <w:right w:val="none" w:sz="0" w:space="0" w:color="auto"/>
          </w:divBdr>
        </w:div>
        <w:div w:id="326173835">
          <w:marLeft w:val="480"/>
          <w:marRight w:val="0"/>
          <w:marTop w:val="0"/>
          <w:marBottom w:val="0"/>
          <w:divBdr>
            <w:top w:val="none" w:sz="0" w:space="0" w:color="auto"/>
            <w:left w:val="none" w:sz="0" w:space="0" w:color="auto"/>
            <w:bottom w:val="none" w:sz="0" w:space="0" w:color="auto"/>
            <w:right w:val="none" w:sz="0" w:space="0" w:color="auto"/>
          </w:divBdr>
        </w:div>
        <w:div w:id="369257689">
          <w:marLeft w:val="480"/>
          <w:marRight w:val="0"/>
          <w:marTop w:val="0"/>
          <w:marBottom w:val="0"/>
          <w:divBdr>
            <w:top w:val="none" w:sz="0" w:space="0" w:color="auto"/>
            <w:left w:val="none" w:sz="0" w:space="0" w:color="auto"/>
            <w:bottom w:val="none" w:sz="0" w:space="0" w:color="auto"/>
            <w:right w:val="none" w:sz="0" w:space="0" w:color="auto"/>
          </w:divBdr>
        </w:div>
        <w:div w:id="450515050">
          <w:marLeft w:val="480"/>
          <w:marRight w:val="0"/>
          <w:marTop w:val="0"/>
          <w:marBottom w:val="0"/>
          <w:divBdr>
            <w:top w:val="none" w:sz="0" w:space="0" w:color="auto"/>
            <w:left w:val="none" w:sz="0" w:space="0" w:color="auto"/>
            <w:bottom w:val="none" w:sz="0" w:space="0" w:color="auto"/>
            <w:right w:val="none" w:sz="0" w:space="0" w:color="auto"/>
          </w:divBdr>
        </w:div>
        <w:div w:id="484781176">
          <w:marLeft w:val="480"/>
          <w:marRight w:val="0"/>
          <w:marTop w:val="0"/>
          <w:marBottom w:val="0"/>
          <w:divBdr>
            <w:top w:val="none" w:sz="0" w:space="0" w:color="auto"/>
            <w:left w:val="none" w:sz="0" w:space="0" w:color="auto"/>
            <w:bottom w:val="none" w:sz="0" w:space="0" w:color="auto"/>
            <w:right w:val="none" w:sz="0" w:space="0" w:color="auto"/>
          </w:divBdr>
        </w:div>
        <w:div w:id="567882655">
          <w:marLeft w:val="480"/>
          <w:marRight w:val="0"/>
          <w:marTop w:val="0"/>
          <w:marBottom w:val="0"/>
          <w:divBdr>
            <w:top w:val="none" w:sz="0" w:space="0" w:color="auto"/>
            <w:left w:val="none" w:sz="0" w:space="0" w:color="auto"/>
            <w:bottom w:val="none" w:sz="0" w:space="0" w:color="auto"/>
            <w:right w:val="none" w:sz="0" w:space="0" w:color="auto"/>
          </w:divBdr>
        </w:div>
        <w:div w:id="613437328">
          <w:marLeft w:val="480"/>
          <w:marRight w:val="0"/>
          <w:marTop w:val="0"/>
          <w:marBottom w:val="0"/>
          <w:divBdr>
            <w:top w:val="none" w:sz="0" w:space="0" w:color="auto"/>
            <w:left w:val="none" w:sz="0" w:space="0" w:color="auto"/>
            <w:bottom w:val="none" w:sz="0" w:space="0" w:color="auto"/>
            <w:right w:val="none" w:sz="0" w:space="0" w:color="auto"/>
          </w:divBdr>
        </w:div>
        <w:div w:id="805243010">
          <w:marLeft w:val="480"/>
          <w:marRight w:val="0"/>
          <w:marTop w:val="0"/>
          <w:marBottom w:val="0"/>
          <w:divBdr>
            <w:top w:val="none" w:sz="0" w:space="0" w:color="auto"/>
            <w:left w:val="none" w:sz="0" w:space="0" w:color="auto"/>
            <w:bottom w:val="none" w:sz="0" w:space="0" w:color="auto"/>
            <w:right w:val="none" w:sz="0" w:space="0" w:color="auto"/>
          </w:divBdr>
        </w:div>
        <w:div w:id="823013507">
          <w:marLeft w:val="480"/>
          <w:marRight w:val="0"/>
          <w:marTop w:val="0"/>
          <w:marBottom w:val="0"/>
          <w:divBdr>
            <w:top w:val="none" w:sz="0" w:space="0" w:color="auto"/>
            <w:left w:val="none" w:sz="0" w:space="0" w:color="auto"/>
            <w:bottom w:val="none" w:sz="0" w:space="0" w:color="auto"/>
            <w:right w:val="none" w:sz="0" w:space="0" w:color="auto"/>
          </w:divBdr>
        </w:div>
        <w:div w:id="871384884">
          <w:marLeft w:val="480"/>
          <w:marRight w:val="0"/>
          <w:marTop w:val="0"/>
          <w:marBottom w:val="0"/>
          <w:divBdr>
            <w:top w:val="none" w:sz="0" w:space="0" w:color="auto"/>
            <w:left w:val="none" w:sz="0" w:space="0" w:color="auto"/>
            <w:bottom w:val="none" w:sz="0" w:space="0" w:color="auto"/>
            <w:right w:val="none" w:sz="0" w:space="0" w:color="auto"/>
          </w:divBdr>
        </w:div>
        <w:div w:id="955713715">
          <w:marLeft w:val="480"/>
          <w:marRight w:val="0"/>
          <w:marTop w:val="0"/>
          <w:marBottom w:val="0"/>
          <w:divBdr>
            <w:top w:val="none" w:sz="0" w:space="0" w:color="auto"/>
            <w:left w:val="none" w:sz="0" w:space="0" w:color="auto"/>
            <w:bottom w:val="none" w:sz="0" w:space="0" w:color="auto"/>
            <w:right w:val="none" w:sz="0" w:space="0" w:color="auto"/>
          </w:divBdr>
        </w:div>
        <w:div w:id="992488993">
          <w:marLeft w:val="480"/>
          <w:marRight w:val="0"/>
          <w:marTop w:val="0"/>
          <w:marBottom w:val="0"/>
          <w:divBdr>
            <w:top w:val="none" w:sz="0" w:space="0" w:color="auto"/>
            <w:left w:val="none" w:sz="0" w:space="0" w:color="auto"/>
            <w:bottom w:val="none" w:sz="0" w:space="0" w:color="auto"/>
            <w:right w:val="none" w:sz="0" w:space="0" w:color="auto"/>
          </w:divBdr>
        </w:div>
        <w:div w:id="1091271340">
          <w:marLeft w:val="480"/>
          <w:marRight w:val="0"/>
          <w:marTop w:val="0"/>
          <w:marBottom w:val="0"/>
          <w:divBdr>
            <w:top w:val="none" w:sz="0" w:space="0" w:color="auto"/>
            <w:left w:val="none" w:sz="0" w:space="0" w:color="auto"/>
            <w:bottom w:val="none" w:sz="0" w:space="0" w:color="auto"/>
            <w:right w:val="none" w:sz="0" w:space="0" w:color="auto"/>
          </w:divBdr>
        </w:div>
        <w:div w:id="1151293080">
          <w:marLeft w:val="480"/>
          <w:marRight w:val="0"/>
          <w:marTop w:val="0"/>
          <w:marBottom w:val="0"/>
          <w:divBdr>
            <w:top w:val="none" w:sz="0" w:space="0" w:color="auto"/>
            <w:left w:val="none" w:sz="0" w:space="0" w:color="auto"/>
            <w:bottom w:val="none" w:sz="0" w:space="0" w:color="auto"/>
            <w:right w:val="none" w:sz="0" w:space="0" w:color="auto"/>
          </w:divBdr>
        </w:div>
        <w:div w:id="1153714424">
          <w:marLeft w:val="480"/>
          <w:marRight w:val="0"/>
          <w:marTop w:val="0"/>
          <w:marBottom w:val="0"/>
          <w:divBdr>
            <w:top w:val="none" w:sz="0" w:space="0" w:color="auto"/>
            <w:left w:val="none" w:sz="0" w:space="0" w:color="auto"/>
            <w:bottom w:val="none" w:sz="0" w:space="0" w:color="auto"/>
            <w:right w:val="none" w:sz="0" w:space="0" w:color="auto"/>
          </w:divBdr>
        </w:div>
        <w:div w:id="1344672447">
          <w:marLeft w:val="480"/>
          <w:marRight w:val="0"/>
          <w:marTop w:val="0"/>
          <w:marBottom w:val="0"/>
          <w:divBdr>
            <w:top w:val="none" w:sz="0" w:space="0" w:color="auto"/>
            <w:left w:val="none" w:sz="0" w:space="0" w:color="auto"/>
            <w:bottom w:val="none" w:sz="0" w:space="0" w:color="auto"/>
            <w:right w:val="none" w:sz="0" w:space="0" w:color="auto"/>
          </w:divBdr>
        </w:div>
        <w:div w:id="1372343339">
          <w:marLeft w:val="480"/>
          <w:marRight w:val="0"/>
          <w:marTop w:val="0"/>
          <w:marBottom w:val="0"/>
          <w:divBdr>
            <w:top w:val="none" w:sz="0" w:space="0" w:color="auto"/>
            <w:left w:val="none" w:sz="0" w:space="0" w:color="auto"/>
            <w:bottom w:val="none" w:sz="0" w:space="0" w:color="auto"/>
            <w:right w:val="none" w:sz="0" w:space="0" w:color="auto"/>
          </w:divBdr>
        </w:div>
        <w:div w:id="1385908650">
          <w:marLeft w:val="480"/>
          <w:marRight w:val="0"/>
          <w:marTop w:val="0"/>
          <w:marBottom w:val="0"/>
          <w:divBdr>
            <w:top w:val="none" w:sz="0" w:space="0" w:color="auto"/>
            <w:left w:val="none" w:sz="0" w:space="0" w:color="auto"/>
            <w:bottom w:val="none" w:sz="0" w:space="0" w:color="auto"/>
            <w:right w:val="none" w:sz="0" w:space="0" w:color="auto"/>
          </w:divBdr>
        </w:div>
        <w:div w:id="1447775624">
          <w:marLeft w:val="480"/>
          <w:marRight w:val="0"/>
          <w:marTop w:val="0"/>
          <w:marBottom w:val="0"/>
          <w:divBdr>
            <w:top w:val="none" w:sz="0" w:space="0" w:color="auto"/>
            <w:left w:val="none" w:sz="0" w:space="0" w:color="auto"/>
            <w:bottom w:val="none" w:sz="0" w:space="0" w:color="auto"/>
            <w:right w:val="none" w:sz="0" w:space="0" w:color="auto"/>
          </w:divBdr>
        </w:div>
        <w:div w:id="1565410245">
          <w:marLeft w:val="480"/>
          <w:marRight w:val="0"/>
          <w:marTop w:val="0"/>
          <w:marBottom w:val="0"/>
          <w:divBdr>
            <w:top w:val="none" w:sz="0" w:space="0" w:color="auto"/>
            <w:left w:val="none" w:sz="0" w:space="0" w:color="auto"/>
            <w:bottom w:val="none" w:sz="0" w:space="0" w:color="auto"/>
            <w:right w:val="none" w:sz="0" w:space="0" w:color="auto"/>
          </w:divBdr>
        </w:div>
        <w:div w:id="1616208653">
          <w:marLeft w:val="480"/>
          <w:marRight w:val="0"/>
          <w:marTop w:val="0"/>
          <w:marBottom w:val="0"/>
          <w:divBdr>
            <w:top w:val="none" w:sz="0" w:space="0" w:color="auto"/>
            <w:left w:val="none" w:sz="0" w:space="0" w:color="auto"/>
            <w:bottom w:val="none" w:sz="0" w:space="0" w:color="auto"/>
            <w:right w:val="none" w:sz="0" w:space="0" w:color="auto"/>
          </w:divBdr>
        </w:div>
        <w:div w:id="1627152127">
          <w:marLeft w:val="480"/>
          <w:marRight w:val="0"/>
          <w:marTop w:val="0"/>
          <w:marBottom w:val="0"/>
          <w:divBdr>
            <w:top w:val="none" w:sz="0" w:space="0" w:color="auto"/>
            <w:left w:val="none" w:sz="0" w:space="0" w:color="auto"/>
            <w:bottom w:val="none" w:sz="0" w:space="0" w:color="auto"/>
            <w:right w:val="none" w:sz="0" w:space="0" w:color="auto"/>
          </w:divBdr>
        </w:div>
        <w:div w:id="1655984644">
          <w:marLeft w:val="480"/>
          <w:marRight w:val="0"/>
          <w:marTop w:val="0"/>
          <w:marBottom w:val="0"/>
          <w:divBdr>
            <w:top w:val="none" w:sz="0" w:space="0" w:color="auto"/>
            <w:left w:val="none" w:sz="0" w:space="0" w:color="auto"/>
            <w:bottom w:val="none" w:sz="0" w:space="0" w:color="auto"/>
            <w:right w:val="none" w:sz="0" w:space="0" w:color="auto"/>
          </w:divBdr>
        </w:div>
        <w:div w:id="1685016788">
          <w:marLeft w:val="480"/>
          <w:marRight w:val="0"/>
          <w:marTop w:val="0"/>
          <w:marBottom w:val="0"/>
          <w:divBdr>
            <w:top w:val="none" w:sz="0" w:space="0" w:color="auto"/>
            <w:left w:val="none" w:sz="0" w:space="0" w:color="auto"/>
            <w:bottom w:val="none" w:sz="0" w:space="0" w:color="auto"/>
            <w:right w:val="none" w:sz="0" w:space="0" w:color="auto"/>
          </w:divBdr>
        </w:div>
        <w:div w:id="1713461870">
          <w:marLeft w:val="480"/>
          <w:marRight w:val="0"/>
          <w:marTop w:val="0"/>
          <w:marBottom w:val="0"/>
          <w:divBdr>
            <w:top w:val="none" w:sz="0" w:space="0" w:color="auto"/>
            <w:left w:val="none" w:sz="0" w:space="0" w:color="auto"/>
            <w:bottom w:val="none" w:sz="0" w:space="0" w:color="auto"/>
            <w:right w:val="none" w:sz="0" w:space="0" w:color="auto"/>
          </w:divBdr>
        </w:div>
        <w:div w:id="1724938459">
          <w:marLeft w:val="480"/>
          <w:marRight w:val="0"/>
          <w:marTop w:val="0"/>
          <w:marBottom w:val="0"/>
          <w:divBdr>
            <w:top w:val="none" w:sz="0" w:space="0" w:color="auto"/>
            <w:left w:val="none" w:sz="0" w:space="0" w:color="auto"/>
            <w:bottom w:val="none" w:sz="0" w:space="0" w:color="auto"/>
            <w:right w:val="none" w:sz="0" w:space="0" w:color="auto"/>
          </w:divBdr>
        </w:div>
        <w:div w:id="1742293382">
          <w:marLeft w:val="480"/>
          <w:marRight w:val="0"/>
          <w:marTop w:val="0"/>
          <w:marBottom w:val="0"/>
          <w:divBdr>
            <w:top w:val="none" w:sz="0" w:space="0" w:color="auto"/>
            <w:left w:val="none" w:sz="0" w:space="0" w:color="auto"/>
            <w:bottom w:val="none" w:sz="0" w:space="0" w:color="auto"/>
            <w:right w:val="none" w:sz="0" w:space="0" w:color="auto"/>
          </w:divBdr>
        </w:div>
        <w:div w:id="1884246445">
          <w:marLeft w:val="480"/>
          <w:marRight w:val="0"/>
          <w:marTop w:val="0"/>
          <w:marBottom w:val="0"/>
          <w:divBdr>
            <w:top w:val="none" w:sz="0" w:space="0" w:color="auto"/>
            <w:left w:val="none" w:sz="0" w:space="0" w:color="auto"/>
            <w:bottom w:val="none" w:sz="0" w:space="0" w:color="auto"/>
            <w:right w:val="none" w:sz="0" w:space="0" w:color="auto"/>
          </w:divBdr>
        </w:div>
        <w:div w:id="1924415035">
          <w:marLeft w:val="480"/>
          <w:marRight w:val="0"/>
          <w:marTop w:val="0"/>
          <w:marBottom w:val="0"/>
          <w:divBdr>
            <w:top w:val="none" w:sz="0" w:space="0" w:color="auto"/>
            <w:left w:val="none" w:sz="0" w:space="0" w:color="auto"/>
            <w:bottom w:val="none" w:sz="0" w:space="0" w:color="auto"/>
            <w:right w:val="none" w:sz="0" w:space="0" w:color="auto"/>
          </w:divBdr>
        </w:div>
        <w:div w:id="2016494719">
          <w:marLeft w:val="480"/>
          <w:marRight w:val="0"/>
          <w:marTop w:val="0"/>
          <w:marBottom w:val="0"/>
          <w:divBdr>
            <w:top w:val="none" w:sz="0" w:space="0" w:color="auto"/>
            <w:left w:val="none" w:sz="0" w:space="0" w:color="auto"/>
            <w:bottom w:val="none" w:sz="0" w:space="0" w:color="auto"/>
            <w:right w:val="none" w:sz="0" w:space="0" w:color="auto"/>
          </w:divBdr>
        </w:div>
        <w:div w:id="2030982411">
          <w:marLeft w:val="480"/>
          <w:marRight w:val="0"/>
          <w:marTop w:val="0"/>
          <w:marBottom w:val="0"/>
          <w:divBdr>
            <w:top w:val="none" w:sz="0" w:space="0" w:color="auto"/>
            <w:left w:val="none" w:sz="0" w:space="0" w:color="auto"/>
            <w:bottom w:val="none" w:sz="0" w:space="0" w:color="auto"/>
            <w:right w:val="none" w:sz="0" w:space="0" w:color="auto"/>
          </w:divBdr>
        </w:div>
      </w:divsChild>
    </w:div>
    <w:div w:id="1316690925">
      <w:bodyDiv w:val="1"/>
      <w:marLeft w:val="0"/>
      <w:marRight w:val="0"/>
      <w:marTop w:val="0"/>
      <w:marBottom w:val="0"/>
      <w:divBdr>
        <w:top w:val="none" w:sz="0" w:space="0" w:color="auto"/>
        <w:left w:val="none" w:sz="0" w:space="0" w:color="auto"/>
        <w:bottom w:val="none" w:sz="0" w:space="0" w:color="auto"/>
        <w:right w:val="none" w:sz="0" w:space="0" w:color="auto"/>
      </w:divBdr>
    </w:div>
    <w:div w:id="1317682264">
      <w:bodyDiv w:val="1"/>
      <w:marLeft w:val="0"/>
      <w:marRight w:val="0"/>
      <w:marTop w:val="0"/>
      <w:marBottom w:val="0"/>
      <w:divBdr>
        <w:top w:val="none" w:sz="0" w:space="0" w:color="auto"/>
        <w:left w:val="none" w:sz="0" w:space="0" w:color="auto"/>
        <w:bottom w:val="none" w:sz="0" w:space="0" w:color="auto"/>
        <w:right w:val="none" w:sz="0" w:space="0" w:color="auto"/>
      </w:divBdr>
    </w:div>
    <w:div w:id="1318143112">
      <w:bodyDiv w:val="1"/>
      <w:marLeft w:val="0"/>
      <w:marRight w:val="0"/>
      <w:marTop w:val="0"/>
      <w:marBottom w:val="0"/>
      <w:divBdr>
        <w:top w:val="none" w:sz="0" w:space="0" w:color="auto"/>
        <w:left w:val="none" w:sz="0" w:space="0" w:color="auto"/>
        <w:bottom w:val="none" w:sz="0" w:space="0" w:color="auto"/>
        <w:right w:val="none" w:sz="0" w:space="0" w:color="auto"/>
      </w:divBdr>
      <w:divsChild>
        <w:div w:id="5376304">
          <w:marLeft w:val="480"/>
          <w:marRight w:val="0"/>
          <w:marTop w:val="0"/>
          <w:marBottom w:val="0"/>
          <w:divBdr>
            <w:top w:val="none" w:sz="0" w:space="0" w:color="auto"/>
            <w:left w:val="none" w:sz="0" w:space="0" w:color="auto"/>
            <w:bottom w:val="none" w:sz="0" w:space="0" w:color="auto"/>
            <w:right w:val="none" w:sz="0" w:space="0" w:color="auto"/>
          </w:divBdr>
        </w:div>
        <w:div w:id="5905852">
          <w:marLeft w:val="480"/>
          <w:marRight w:val="0"/>
          <w:marTop w:val="0"/>
          <w:marBottom w:val="0"/>
          <w:divBdr>
            <w:top w:val="none" w:sz="0" w:space="0" w:color="auto"/>
            <w:left w:val="none" w:sz="0" w:space="0" w:color="auto"/>
            <w:bottom w:val="none" w:sz="0" w:space="0" w:color="auto"/>
            <w:right w:val="none" w:sz="0" w:space="0" w:color="auto"/>
          </w:divBdr>
        </w:div>
        <w:div w:id="104159691">
          <w:marLeft w:val="480"/>
          <w:marRight w:val="0"/>
          <w:marTop w:val="0"/>
          <w:marBottom w:val="0"/>
          <w:divBdr>
            <w:top w:val="none" w:sz="0" w:space="0" w:color="auto"/>
            <w:left w:val="none" w:sz="0" w:space="0" w:color="auto"/>
            <w:bottom w:val="none" w:sz="0" w:space="0" w:color="auto"/>
            <w:right w:val="none" w:sz="0" w:space="0" w:color="auto"/>
          </w:divBdr>
        </w:div>
        <w:div w:id="142239419">
          <w:marLeft w:val="480"/>
          <w:marRight w:val="0"/>
          <w:marTop w:val="0"/>
          <w:marBottom w:val="0"/>
          <w:divBdr>
            <w:top w:val="none" w:sz="0" w:space="0" w:color="auto"/>
            <w:left w:val="none" w:sz="0" w:space="0" w:color="auto"/>
            <w:bottom w:val="none" w:sz="0" w:space="0" w:color="auto"/>
            <w:right w:val="none" w:sz="0" w:space="0" w:color="auto"/>
          </w:divBdr>
        </w:div>
        <w:div w:id="144980173">
          <w:marLeft w:val="480"/>
          <w:marRight w:val="0"/>
          <w:marTop w:val="0"/>
          <w:marBottom w:val="0"/>
          <w:divBdr>
            <w:top w:val="none" w:sz="0" w:space="0" w:color="auto"/>
            <w:left w:val="none" w:sz="0" w:space="0" w:color="auto"/>
            <w:bottom w:val="none" w:sz="0" w:space="0" w:color="auto"/>
            <w:right w:val="none" w:sz="0" w:space="0" w:color="auto"/>
          </w:divBdr>
        </w:div>
        <w:div w:id="151220688">
          <w:marLeft w:val="480"/>
          <w:marRight w:val="0"/>
          <w:marTop w:val="0"/>
          <w:marBottom w:val="0"/>
          <w:divBdr>
            <w:top w:val="none" w:sz="0" w:space="0" w:color="auto"/>
            <w:left w:val="none" w:sz="0" w:space="0" w:color="auto"/>
            <w:bottom w:val="none" w:sz="0" w:space="0" w:color="auto"/>
            <w:right w:val="none" w:sz="0" w:space="0" w:color="auto"/>
          </w:divBdr>
        </w:div>
        <w:div w:id="213736436">
          <w:marLeft w:val="480"/>
          <w:marRight w:val="0"/>
          <w:marTop w:val="0"/>
          <w:marBottom w:val="0"/>
          <w:divBdr>
            <w:top w:val="none" w:sz="0" w:space="0" w:color="auto"/>
            <w:left w:val="none" w:sz="0" w:space="0" w:color="auto"/>
            <w:bottom w:val="none" w:sz="0" w:space="0" w:color="auto"/>
            <w:right w:val="none" w:sz="0" w:space="0" w:color="auto"/>
          </w:divBdr>
        </w:div>
        <w:div w:id="220747795">
          <w:marLeft w:val="480"/>
          <w:marRight w:val="0"/>
          <w:marTop w:val="0"/>
          <w:marBottom w:val="0"/>
          <w:divBdr>
            <w:top w:val="none" w:sz="0" w:space="0" w:color="auto"/>
            <w:left w:val="none" w:sz="0" w:space="0" w:color="auto"/>
            <w:bottom w:val="none" w:sz="0" w:space="0" w:color="auto"/>
            <w:right w:val="none" w:sz="0" w:space="0" w:color="auto"/>
          </w:divBdr>
        </w:div>
        <w:div w:id="373971446">
          <w:marLeft w:val="480"/>
          <w:marRight w:val="0"/>
          <w:marTop w:val="0"/>
          <w:marBottom w:val="0"/>
          <w:divBdr>
            <w:top w:val="none" w:sz="0" w:space="0" w:color="auto"/>
            <w:left w:val="none" w:sz="0" w:space="0" w:color="auto"/>
            <w:bottom w:val="none" w:sz="0" w:space="0" w:color="auto"/>
            <w:right w:val="none" w:sz="0" w:space="0" w:color="auto"/>
          </w:divBdr>
        </w:div>
        <w:div w:id="406999823">
          <w:marLeft w:val="480"/>
          <w:marRight w:val="0"/>
          <w:marTop w:val="0"/>
          <w:marBottom w:val="0"/>
          <w:divBdr>
            <w:top w:val="none" w:sz="0" w:space="0" w:color="auto"/>
            <w:left w:val="none" w:sz="0" w:space="0" w:color="auto"/>
            <w:bottom w:val="none" w:sz="0" w:space="0" w:color="auto"/>
            <w:right w:val="none" w:sz="0" w:space="0" w:color="auto"/>
          </w:divBdr>
        </w:div>
        <w:div w:id="426002456">
          <w:marLeft w:val="480"/>
          <w:marRight w:val="0"/>
          <w:marTop w:val="0"/>
          <w:marBottom w:val="0"/>
          <w:divBdr>
            <w:top w:val="none" w:sz="0" w:space="0" w:color="auto"/>
            <w:left w:val="none" w:sz="0" w:space="0" w:color="auto"/>
            <w:bottom w:val="none" w:sz="0" w:space="0" w:color="auto"/>
            <w:right w:val="none" w:sz="0" w:space="0" w:color="auto"/>
          </w:divBdr>
        </w:div>
        <w:div w:id="493641943">
          <w:marLeft w:val="480"/>
          <w:marRight w:val="0"/>
          <w:marTop w:val="0"/>
          <w:marBottom w:val="0"/>
          <w:divBdr>
            <w:top w:val="none" w:sz="0" w:space="0" w:color="auto"/>
            <w:left w:val="none" w:sz="0" w:space="0" w:color="auto"/>
            <w:bottom w:val="none" w:sz="0" w:space="0" w:color="auto"/>
            <w:right w:val="none" w:sz="0" w:space="0" w:color="auto"/>
          </w:divBdr>
        </w:div>
        <w:div w:id="593322127">
          <w:marLeft w:val="480"/>
          <w:marRight w:val="0"/>
          <w:marTop w:val="0"/>
          <w:marBottom w:val="0"/>
          <w:divBdr>
            <w:top w:val="none" w:sz="0" w:space="0" w:color="auto"/>
            <w:left w:val="none" w:sz="0" w:space="0" w:color="auto"/>
            <w:bottom w:val="none" w:sz="0" w:space="0" w:color="auto"/>
            <w:right w:val="none" w:sz="0" w:space="0" w:color="auto"/>
          </w:divBdr>
        </w:div>
        <w:div w:id="702289213">
          <w:marLeft w:val="480"/>
          <w:marRight w:val="0"/>
          <w:marTop w:val="0"/>
          <w:marBottom w:val="0"/>
          <w:divBdr>
            <w:top w:val="none" w:sz="0" w:space="0" w:color="auto"/>
            <w:left w:val="none" w:sz="0" w:space="0" w:color="auto"/>
            <w:bottom w:val="none" w:sz="0" w:space="0" w:color="auto"/>
            <w:right w:val="none" w:sz="0" w:space="0" w:color="auto"/>
          </w:divBdr>
        </w:div>
        <w:div w:id="718287263">
          <w:marLeft w:val="480"/>
          <w:marRight w:val="0"/>
          <w:marTop w:val="0"/>
          <w:marBottom w:val="0"/>
          <w:divBdr>
            <w:top w:val="none" w:sz="0" w:space="0" w:color="auto"/>
            <w:left w:val="none" w:sz="0" w:space="0" w:color="auto"/>
            <w:bottom w:val="none" w:sz="0" w:space="0" w:color="auto"/>
            <w:right w:val="none" w:sz="0" w:space="0" w:color="auto"/>
          </w:divBdr>
        </w:div>
        <w:div w:id="724641429">
          <w:marLeft w:val="480"/>
          <w:marRight w:val="0"/>
          <w:marTop w:val="0"/>
          <w:marBottom w:val="0"/>
          <w:divBdr>
            <w:top w:val="none" w:sz="0" w:space="0" w:color="auto"/>
            <w:left w:val="none" w:sz="0" w:space="0" w:color="auto"/>
            <w:bottom w:val="none" w:sz="0" w:space="0" w:color="auto"/>
            <w:right w:val="none" w:sz="0" w:space="0" w:color="auto"/>
          </w:divBdr>
        </w:div>
        <w:div w:id="1058822343">
          <w:marLeft w:val="480"/>
          <w:marRight w:val="0"/>
          <w:marTop w:val="0"/>
          <w:marBottom w:val="0"/>
          <w:divBdr>
            <w:top w:val="none" w:sz="0" w:space="0" w:color="auto"/>
            <w:left w:val="none" w:sz="0" w:space="0" w:color="auto"/>
            <w:bottom w:val="none" w:sz="0" w:space="0" w:color="auto"/>
            <w:right w:val="none" w:sz="0" w:space="0" w:color="auto"/>
          </w:divBdr>
        </w:div>
        <w:div w:id="1078744490">
          <w:marLeft w:val="480"/>
          <w:marRight w:val="0"/>
          <w:marTop w:val="0"/>
          <w:marBottom w:val="0"/>
          <w:divBdr>
            <w:top w:val="none" w:sz="0" w:space="0" w:color="auto"/>
            <w:left w:val="none" w:sz="0" w:space="0" w:color="auto"/>
            <w:bottom w:val="none" w:sz="0" w:space="0" w:color="auto"/>
            <w:right w:val="none" w:sz="0" w:space="0" w:color="auto"/>
          </w:divBdr>
        </w:div>
        <w:div w:id="1089497253">
          <w:marLeft w:val="480"/>
          <w:marRight w:val="0"/>
          <w:marTop w:val="0"/>
          <w:marBottom w:val="0"/>
          <w:divBdr>
            <w:top w:val="none" w:sz="0" w:space="0" w:color="auto"/>
            <w:left w:val="none" w:sz="0" w:space="0" w:color="auto"/>
            <w:bottom w:val="none" w:sz="0" w:space="0" w:color="auto"/>
            <w:right w:val="none" w:sz="0" w:space="0" w:color="auto"/>
          </w:divBdr>
        </w:div>
        <w:div w:id="1192694107">
          <w:marLeft w:val="480"/>
          <w:marRight w:val="0"/>
          <w:marTop w:val="0"/>
          <w:marBottom w:val="0"/>
          <w:divBdr>
            <w:top w:val="none" w:sz="0" w:space="0" w:color="auto"/>
            <w:left w:val="none" w:sz="0" w:space="0" w:color="auto"/>
            <w:bottom w:val="none" w:sz="0" w:space="0" w:color="auto"/>
            <w:right w:val="none" w:sz="0" w:space="0" w:color="auto"/>
          </w:divBdr>
        </w:div>
        <w:div w:id="1657295995">
          <w:marLeft w:val="480"/>
          <w:marRight w:val="0"/>
          <w:marTop w:val="0"/>
          <w:marBottom w:val="0"/>
          <w:divBdr>
            <w:top w:val="none" w:sz="0" w:space="0" w:color="auto"/>
            <w:left w:val="none" w:sz="0" w:space="0" w:color="auto"/>
            <w:bottom w:val="none" w:sz="0" w:space="0" w:color="auto"/>
            <w:right w:val="none" w:sz="0" w:space="0" w:color="auto"/>
          </w:divBdr>
        </w:div>
        <w:div w:id="1661038512">
          <w:marLeft w:val="480"/>
          <w:marRight w:val="0"/>
          <w:marTop w:val="0"/>
          <w:marBottom w:val="0"/>
          <w:divBdr>
            <w:top w:val="none" w:sz="0" w:space="0" w:color="auto"/>
            <w:left w:val="none" w:sz="0" w:space="0" w:color="auto"/>
            <w:bottom w:val="none" w:sz="0" w:space="0" w:color="auto"/>
            <w:right w:val="none" w:sz="0" w:space="0" w:color="auto"/>
          </w:divBdr>
        </w:div>
        <w:div w:id="1769427794">
          <w:marLeft w:val="480"/>
          <w:marRight w:val="0"/>
          <w:marTop w:val="0"/>
          <w:marBottom w:val="0"/>
          <w:divBdr>
            <w:top w:val="none" w:sz="0" w:space="0" w:color="auto"/>
            <w:left w:val="none" w:sz="0" w:space="0" w:color="auto"/>
            <w:bottom w:val="none" w:sz="0" w:space="0" w:color="auto"/>
            <w:right w:val="none" w:sz="0" w:space="0" w:color="auto"/>
          </w:divBdr>
        </w:div>
        <w:div w:id="1783650899">
          <w:marLeft w:val="480"/>
          <w:marRight w:val="0"/>
          <w:marTop w:val="0"/>
          <w:marBottom w:val="0"/>
          <w:divBdr>
            <w:top w:val="none" w:sz="0" w:space="0" w:color="auto"/>
            <w:left w:val="none" w:sz="0" w:space="0" w:color="auto"/>
            <w:bottom w:val="none" w:sz="0" w:space="0" w:color="auto"/>
            <w:right w:val="none" w:sz="0" w:space="0" w:color="auto"/>
          </w:divBdr>
        </w:div>
        <w:div w:id="1970354326">
          <w:marLeft w:val="480"/>
          <w:marRight w:val="0"/>
          <w:marTop w:val="0"/>
          <w:marBottom w:val="0"/>
          <w:divBdr>
            <w:top w:val="none" w:sz="0" w:space="0" w:color="auto"/>
            <w:left w:val="none" w:sz="0" w:space="0" w:color="auto"/>
            <w:bottom w:val="none" w:sz="0" w:space="0" w:color="auto"/>
            <w:right w:val="none" w:sz="0" w:space="0" w:color="auto"/>
          </w:divBdr>
        </w:div>
        <w:div w:id="2045252110">
          <w:marLeft w:val="480"/>
          <w:marRight w:val="0"/>
          <w:marTop w:val="0"/>
          <w:marBottom w:val="0"/>
          <w:divBdr>
            <w:top w:val="none" w:sz="0" w:space="0" w:color="auto"/>
            <w:left w:val="none" w:sz="0" w:space="0" w:color="auto"/>
            <w:bottom w:val="none" w:sz="0" w:space="0" w:color="auto"/>
            <w:right w:val="none" w:sz="0" w:space="0" w:color="auto"/>
          </w:divBdr>
        </w:div>
        <w:div w:id="2114208139">
          <w:marLeft w:val="480"/>
          <w:marRight w:val="0"/>
          <w:marTop w:val="0"/>
          <w:marBottom w:val="0"/>
          <w:divBdr>
            <w:top w:val="none" w:sz="0" w:space="0" w:color="auto"/>
            <w:left w:val="none" w:sz="0" w:space="0" w:color="auto"/>
            <w:bottom w:val="none" w:sz="0" w:space="0" w:color="auto"/>
            <w:right w:val="none" w:sz="0" w:space="0" w:color="auto"/>
          </w:divBdr>
        </w:div>
        <w:div w:id="2142992665">
          <w:marLeft w:val="480"/>
          <w:marRight w:val="0"/>
          <w:marTop w:val="0"/>
          <w:marBottom w:val="0"/>
          <w:divBdr>
            <w:top w:val="none" w:sz="0" w:space="0" w:color="auto"/>
            <w:left w:val="none" w:sz="0" w:space="0" w:color="auto"/>
            <w:bottom w:val="none" w:sz="0" w:space="0" w:color="auto"/>
            <w:right w:val="none" w:sz="0" w:space="0" w:color="auto"/>
          </w:divBdr>
        </w:div>
      </w:divsChild>
    </w:div>
    <w:div w:id="1319068174">
      <w:bodyDiv w:val="1"/>
      <w:marLeft w:val="0"/>
      <w:marRight w:val="0"/>
      <w:marTop w:val="0"/>
      <w:marBottom w:val="0"/>
      <w:divBdr>
        <w:top w:val="none" w:sz="0" w:space="0" w:color="auto"/>
        <w:left w:val="none" w:sz="0" w:space="0" w:color="auto"/>
        <w:bottom w:val="none" w:sz="0" w:space="0" w:color="auto"/>
        <w:right w:val="none" w:sz="0" w:space="0" w:color="auto"/>
      </w:divBdr>
    </w:div>
    <w:div w:id="1325082615">
      <w:bodyDiv w:val="1"/>
      <w:marLeft w:val="0"/>
      <w:marRight w:val="0"/>
      <w:marTop w:val="0"/>
      <w:marBottom w:val="0"/>
      <w:divBdr>
        <w:top w:val="none" w:sz="0" w:space="0" w:color="auto"/>
        <w:left w:val="none" w:sz="0" w:space="0" w:color="auto"/>
        <w:bottom w:val="none" w:sz="0" w:space="0" w:color="auto"/>
        <w:right w:val="none" w:sz="0" w:space="0" w:color="auto"/>
      </w:divBdr>
    </w:div>
    <w:div w:id="1327512937">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30258260">
      <w:bodyDiv w:val="1"/>
      <w:marLeft w:val="0"/>
      <w:marRight w:val="0"/>
      <w:marTop w:val="0"/>
      <w:marBottom w:val="0"/>
      <w:divBdr>
        <w:top w:val="none" w:sz="0" w:space="0" w:color="auto"/>
        <w:left w:val="none" w:sz="0" w:space="0" w:color="auto"/>
        <w:bottom w:val="none" w:sz="0" w:space="0" w:color="auto"/>
        <w:right w:val="none" w:sz="0" w:space="0" w:color="auto"/>
      </w:divBdr>
    </w:div>
    <w:div w:id="1338966328">
      <w:bodyDiv w:val="1"/>
      <w:marLeft w:val="0"/>
      <w:marRight w:val="0"/>
      <w:marTop w:val="0"/>
      <w:marBottom w:val="0"/>
      <w:divBdr>
        <w:top w:val="none" w:sz="0" w:space="0" w:color="auto"/>
        <w:left w:val="none" w:sz="0" w:space="0" w:color="auto"/>
        <w:bottom w:val="none" w:sz="0" w:space="0" w:color="auto"/>
        <w:right w:val="none" w:sz="0" w:space="0" w:color="auto"/>
      </w:divBdr>
    </w:div>
    <w:div w:id="1339041279">
      <w:bodyDiv w:val="1"/>
      <w:marLeft w:val="0"/>
      <w:marRight w:val="0"/>
      <w:marTop w:val="0"/>
      <w:marBottom w:val="0"/>
      <w:divBdr>
        <w:top w:val="none" w:sz="0" w:space="0" w:color="auto"/>
        <w:left w:val="none" w:sz="0" w:space="0" w:color="auto"/>
        <w:bottom w:val="none" w:sz="0" w:space="0" w:color="auto"/>
        <w:right w:val="none" w:sz="0" w:space="0" w:color="auto"/>
      </w:divBdr>
    </w:div>
    <w:div w:id="1339117921">
      <w:bodyDiv w:val="1"/>
      <w:marLeft w:val="0"/>
      <w:marRight w:val="0"/>
      <w:marTop w:val="0"/>
      <w:marBottom w:val="0"/>
      <w:divBdr>
        <w:top w:val="none" w:sz="0" w:space="0" w:color="auto"/>
        <w:left w:val="none" w:sz="0" w:space="0" w:color="auto"/>
        <w:bottom w:val="none" w:sz="0" w:space="0" w:color="auto"/>
        <w:right w:val="none" w:sz="0" w:space="0" w:color="auto"/>
      </w:divBdr>
    </w:div>
    <w:div w:id="1342853564">
      <w:bodyDiv w:val="1"/>
      <w:marLeft w:val="0"/>
      <w:marRight w:val="0"/>
      <w:marTop w:val="0"/>
      <w:marBottom w:val="0"/>
      <w:divBdr>
        <w:top w:val="none" w:sz="0" w:space="0" w:color="auto"/>
        <w:left w:val="none" w:sz="0" w:space="0" w:color="auto"/>
        <w:bottom w:val="none" w:sz="0" w:space="0" w:color="auto"/>
        <w:right w:val="none" w:sz="0" w:space="0" w:color="auto"/>
      </w:divBdr>
    </w:div>
    <w:div w:id="1343049873">
      <w:bodyDiv w:val="1"/>
      <w:marLeft w:val="0"/>
      <w:marRight w:val="0"/>
      <w:marTop w:val="0"/>
      <w:marBottom w:val="0"/>
      <w:divBdr>
        <w:top w:val="none" w:sz="0" w:space="0" w:color="auto"/>
        <w:left w:val="none" w:sz="0" w:space="0" w:color="auto"/>
        <w:bottom w:val="none" w:sz="0" w:space="0" w:color="auto"/>
        <w:right w:val="none" w:sz="0" w:space="0" w:color="auto"/>
      </w:divBdr>
    </w:div>
    <w:div w:id="1345547151">
      <w:bodyDiv w:val="1"/>
      <w:marLeft w:val="0"/>
      <w:marRight w:val="0"/>
      <w:marTop w:val="0"/>
      <w:marBottom w:val="0"/>
      <w:divBdr>
        <w:top w:val="none" w:sz="0" w:space="0" w:color="auto"/>
        <w:left w:val="none" w:sz="0" w:space="0" w:color="auto"/>
        <w:bottom w:val="none" w:sz="0" w:space="0" w:color="auto"/>
        <w:right w:val="none" w:sz="0" w:space="0" w:color="auto"/>
      </w:divBdr>
      <w:divsChild>
        <w:div w:id="13583518">
          <w:marLeft w:val="480"/>
          <w:marRight w:val="0"/>
          <w:marTop w:val="0"/>
          <w:marBottom w:val="0"/>
          <w:divBdr>
            <w:top w:val="none" w:sz="0" w:space="0" w:color="auto"/>
            <w:left w:val="none" w:sz="0" w:space="0" w:color="auto"/>
            <w:bottom w:val="none" w:sz="0" w:space="0" w:color="auto"/>
            <w:right w:val="none" w:sz="0" w:space="0" w:color="auto"/>
          </w:divBdr>
        </w:div>
        <w:div w:id="60372837">
          <w:marLeft w:val="480"/>
          <w:marRight w:val="0"/>
          <w:marTop w:val="0"/>
          <w:marBottom w:val="0"/>
          <w:divBdr>
            <w:top w:val="none" w:sz="0" w:space="0" w:color="auto"/>
            <w:left w:val="none" w:sz="0" w:space="0" w:color="auto"/>
            <w:bottom w:val="none" w:sz="0" w:space="0" w:color="auto"/>
            <w:right w:val="none" w:sz="0" w:space="0" w:color="auto"/>
          </w:divBdr>
        </w:div>
        <w:div w:id="183520564">
          <w:marLeft w:val="480"/>
          <w:marRight w:val="0"/>
          <w:marTop w:val="0"/>
          <w:marBottom w:val="0"/>
          <w:divBdr>
            <w:top w:val="none" w:sz="0" w:space="0" w:color="auto"/>
            <w:left w:val="none" w:sz="0" w:space="0" w:color="auto"/>
            <w:bottom w:val="none" w:sz="0" w:space="0" w:color="auto"/>
            <w:right w:val="none" w:sz="0" w:space="0" w:color="auto"/>
          </w:divBdr>
        </w:div>
        <w:div w:id="353656580">
          <w:marLeft w:val="480"/>
          <w:marRight w:val="0"/>
          <w:marTop w:val="0"/>
          <w:marBottom w:val="0"/>
          <w:divBdr>
            <w:top w:val="none" w:sz="0" w:space="0" w:color="auto"/>
            <w:left w:val="none" w:sz="0" w:space="0" w:color="auto"/>
            <w:bottom w:val="none" w:sz="0" w:space="0" w:color="auto"/>
            <w:right w:val="none" w:sz="0" w:space="0" w:color="auto"/>
          </w:divBdr>
        </w:div>
        <w:div w:id="891116463">
          <w:marLeft w:val="480"/>
          <w:marRight w:val="0"/>
          <w:marTop w:val="0"/>
          <w:marBottom w:val="0"/>
          <w:divBdr>
            <w:top w:val="none" w:sz="0" w:space="0" w:color="auto"/>
            <w:left w:val="none" w:sz="0" w:space="0" w:color="auto"/>
            <w:bottom w:val="none" w:sz="0" w:space="0" w:color="auto"/>
            <w:right w:val="none" w:sz="0" w:space="0" w:color="auto"/>
          </w:divBdr>
        </w:div>
        <w:div w:id="947472576">
          <w:marLeft w:val="480"/>
          <w:marRight w:val="0"/>
          <w:marTop w:val="0"/>
          <w:marBottom w:val="0"/>
          <w:divBdr>
            <w:top w:val="none" w:sz="0" w:space="0" w:color="auto"/>
            <w:left w:val="none" w:sz="0" w:space="0" w:color="auto"/>
            <w:bottom w:val="none" w:sz="0" w:space="0" w:color="auto"/>
            <w:right w:val="none" w:sz="0" w:space="0" w:color="auto"/>
          </w:divBdr>
        </w:div>
        <w:div w:id="1058627758">
          <w:marLeft w:val="480"/>
          <w:marRight w:val="0"/>
          <w:marTop w:val="0"/>
          <w:marBottom w:val="0"/>
          <w:divBdr>
            <w:top w:val="none" w:sz="0" w:space="0" w:color="auto"/>
            <w:left w:val="none" w:sz="0" w:space="0" w:color="auto"/>
            <w:bottom w:val="none" w:sz="0" w:space="0" w:color="auto"/>
            <w:right w:val="none" w:sz="0" w:space="0" w:color="auto"/>
          </w:divBdr>
        </w:div>
        <w:div w:id="1344355967">
          <w:marLeft w:val="480"/>
          <w:marRight w:val="0"/>
          <w:marTop w:val="0"/>
          <w:marBottom w:val="0"/>
          <w:divBdr>
            <w:top w:val="none" w:sz="0" w:space="0" w:color="auto"/>
            <w:left w:val="none" w:sz="0" w:space="0" w:color="auto"/>
            <w:bottom w:val="none" w:sz="0" w:space="0" w:color="auto"/>
            <w:right w:val="none" w:sz="0" w:space="0" w:color="auto"/>
          </w:divBdr>
        </w:div>
        <w:div w:id="1477843806">
          <w:marLeft w:val="480"/>
          <w:marRight w:val="0"/>
          <w:marTop w:val="0"/>
          <w:marBottom w:val="0"/>
          <w:divBdr>
            <w:top w:val="none" w:sz="0" w:space="0" w:color="auto"/>
            <w:left w:val="none" w:sz="0" w:space="0" w:color="auto"/>
            <w:bottom w:val="none" w:sz="0" w:space="0" w:color="auto"/>
            <w:right w:val="none" w:sz="0" w:space="0" w:color="auto"/>
          </w:divBdr>
        </w:div>
        <w:div w:id="1591740809">
          <w:marLeft w:val="480"/>
          <w:marRight w:val="0"/>
          <w:marTop w:val="0"/>
          <w:marBottom w:val="0"/>
          <w:divBdr>
            <w:top w:val="none" w:sz="0" w:space="0" w:color="auto"/>
            <w:left w:val="none" w:sz="0" w:space="0" w:color="auto"/>
            <w:bottom w:val="none" w:sz="0" w:space="0" w:color="auto"/>
            <w:right w:val="none" w:sz="0" w:space="0" w:color="auto"/>
          </w:divBdr>
        </w:div>
        <w:div w:id="1805851617">
          <w:marLeft w:val="480"/>
          <w:marRight w:val="0"/>
          <w:marTop w:val="0"/>
          <w:marBottom w:val="0"/>
          <w:divBdr>
            <w:top w:val="none" w:sz="0" w:space="0" w:color="auto"/>
            <w:left w:val="none" w:sz="0" w:space="0" w:color="auto"/>
            <w:bottom w:val="none" w:sz="0" w:space="0" w:color="auto"/>
            <w:right w:val="none" w:sz="0" w:space="0" w:color="auto"/>
          </w:divBdr>
        </w:div>
        <w:div w:id="1927375704">
          <w:marLeft w:val="480"/>
          <w:marRight w:val="0"/>
          <w:marTop w:val="0"/>
          <w:marBottom w:val="0"/>
          <w:divBdr>
            <w:top w:val="none" w:sz="0" w:space="0" w:color="auto"/>
            <w:left w:val="none" w:sz="0" w:space="0" w:color="auto"/>
            <w:bottom w:val="none" w:sz="0" w:space="0" w:color="auto"/>
            <w:right w:val="none" w:sz="0" w:space="0" w:color="auto"/>
          </w:divBdr>
        </w:div>
        <w:div w:id="2123180930">
          <w:marLeft w:val="480"/>
          <w:marRight w:val="0"/>
          <w:marTop w:val="0"/>
          <w:marBottom w:val="0"/>
          <w:divBdr>
            <w:top w:val="none" w:sz="0" w:space="0" w:color="auto"/>
            <w:left w:val="none" w:sz="0" w:space="0" w:color="auto"/>
            <w:bottom w:val="none" w:sz="0" w:space="0" w:color="auto"/>
            <w:right w:val="none" w:sz="0" w:space="0" w:color="auto"/>
          </w:divBdr>
        </w:div>
      </w:divsChild>
    </w:div>
    <w:div w:id="1347562067">
      <w:bodyDiv w:val="1"/>
      <w:marLeft w:val="0"/>
      <w:marRight w:val="0"/>
      <w:marTop w:val="0"/>
      <w:marBottom w:val="0"/>
      <w:divBdr>
        <w:top w:val="none" w:sz="0" w:space="0" w:color="auto"/>
        <w:left w:val="none" w:sz="0" w:space="0" w:color="auto"/>
        <w:bottom w:val="none" w:sz="0" w:space="0" w:color="auto"/>
        <w:right w:val="none" w:sz="0" w:space="0" w:color="auto"/>
      </w:divBdr>
    </w:div>
    <w:div w:id="1349259659">
      <w:bodyDiv w:val="1"/>
      <w:marLeft w:val="0"/>
      <w:marRight w:val="0"/>
      <w:marTop w:val="0"/>
      <w:marBottom w:val="0"/>
      <w:divBdr>
        <w:top w:val="none" w:sz="0" w:space="0" w:color="auto"/>
        <w:left w:val="none" w:sz="0" w:space="0" w:color="auto"/>
        <w:bottom w:val="none" w:sz="0" w:space="0" w:color="auto"/>
        <w:right w:val="none" w:sz="0" w:space="0" w:color="auto"/>
      </w:divBdr>
    </w:div>
    <w:div w:id="1350182675">
      <w:bodyDiv w:val="1"/>
      <w:marLeft w:val="0"/>
      <w:marRight w:val="0"/>
      <w:marTop w:val="0"/>
      <w:marBottom w:val="0"/>
      <w:divBdr>
        <w:top w:val="none" w:sz="0" w:space="0" w:color="auto"/>
        <w:left w:val="none" w:sz="0" w:space="0" w:color="auto"/>
        <w:bottom w:val="none" w:sz="0" w:space="0" w:color="auto"/>
        <w:right w:val="none" w:sz="0" w:space="0" w:color="auto"/>
      </w:divBdr>
    </w:div>
    <w:div w:id="1350569060">
      <w:bodyDiv w:val="1"/>
      <w:marLeft w:val="0"/>
      <w:marRight w:val="0"/>
      <w:marTop w:val="0"/>
      <w:marBottom w:val="0"/>
      <w:divBdr>
        <w:top w:val="none" w:sz="0" w:space="0" w:color="auto"/>
        <w:left w:val="none" w:sz="0" w:space="0" w:color="auto"/>
        <w:bottom w:val="none" w:sz="0" w:space="0" w:color="auto"/>
        <w:right w:val="none" w:sz="0" w:space="0" w:color="auto"/>
      </w:divBdr>
    </w:div>
    <w:div w:id="1353652000">
      <w:bodyDiv w:val="1"/>
      <w:marLeft w:val="0"/>
      <w:marRight w:val="0"/>
      <w:marTop w:val="0"/>
      <w:marBottom w:val="0"/>
      <w:divBdr>
        <w:top w:val="none" w:sz="0" w:space="0" w:color="auto"/>
        <w:left w:val="none" w:sz="0" w:space="0" w:color="auto"/>
        <w:bottom w:val="none" w:sz="0" w:space="0" w:color="auto"/>
        <w:right w:val="none" w:sz="0" w:space="0" w:color="auto"/>
      </w:divBdr>
    </w:div>
    <w:div w:id="1356737889">
      <w:bodyDiv w:val="1"/>
      <w:marLeft w:val="0"/>
      <w:marRight w:val="0"/>
      <w:marTop w:val="0"/>
      <w:marBottom w:val="0"/>
      <w:divBdr>
        <w:top w:val="none" w:sz="0" w:space="0" w:color="auto"/>
        <w:left w:val="none" w:sz="0" w:space="0" w:color="auto"/>
        <w:bottom w:val="none" w:sz="0" w:space="0" w:color="auto"/>
        <w:right w:val="none" w:sz="0" w:space="0" w:color="auto"/>
      </w:divBdr>
    </w:div>
    <w:div w:id="1359043765">
      <w:bodyDiv w:val="1"/>
      <w:marLeft w:val="0"/>
      <w:marRight w:val="0"/>
      <w:marTop w:val="0"/>
      <w:marBottom w:val="0"/>
      <w:divBdr>
        <w:top w:val="none" w:sz="0" w:space="0" w:color="auto"/>
        <w:left w:val="none" w:sz="0" w:space="0" w:color="auto"/>
        <w:bottom w:val="none" w:sz="0" w:space="0" w:color="auto"/>
        <w:right w:val="none" w:sz="0" w:space="0" w:color="auto"/>
      </w:divBdr>
    </w:div>
    <w:div w:id="1370450805">
      <w:bodyDiv w:val="1"/>
      <w:marLeft w:val="0"/>
      <w:marRight w:val="0"/>
      <w:marTop w:val="0"/>
      <w:marBottom w:val="0"/>
      <w:divBdr>
        <w:top w:val="none" w:sz="0" w:space="0" w:color="auto"/>
        <w:left w:val="none" w:sz="0" w:space="0" w:color="auto"/>
        <w:bottom w:val="none" w:sz="0" w:space="0" w:color="auto"/>
        <w:right w:val="none" w:sz="0" w:space="0" w:color="auto"/>
      </w:divBdr>
    </w:div>
    <w:div w:id="1372076372">
      <w:bodyDiv w:val="1"/>
      <w:marLeft w:val="0"/>
      <w:marRight w:val="0"/>
      <w:marTop w:val="0"/>
      <w:marBottom w:val="0"/>
      <w:divBdr>
        <w:top w:val="none" w:sz="0" w:space="0" w:color="auto"/>
        <w:left w:val="none" w:sz="0" w:space="0" w:color="auto"/>
        <w:bottom w:val="none" w:sz="0" w:space="0" w:color="auto"/>
        <w:right w:val="none" w:sz="0" w:space="0" w:color="auto"/>
      </w:divBdr>
    </w:div>
    <w:div w:id="1372613637">
      <w:bodyDiv w:val="1"/>
      <w:marLeft w:val="0"/>
      <w:marRight w:val="0"/>
      <w:marTop w:val="0"/>
      <w:marBottom w:val="0"/>
      <w:divBdr>
        <w:top w:val="none" w:sz="0" w:space="0" w:color="auto"/>
        <w:left w:val="none" w:sz="0" w:space="0" w:color="auto"/>
        <w:bottom w:val="none" w:sz="0" w:space="0" w:color="auto"/>
        <w:right w:val="none" w:sz="0" w:space="0" w:color="auto"/>
      </w:divBdr>
    </w:div>
    <w:div w:id="1373070108">
      <w:bodyDiv w:val="1"/>
      <w:marLeft w:val="0"/>
      <w:marRight w:val="0"/>
      <w:marTop w:val="0"/>
      <w:marBottom w:val="0"/>
      <w:divBdr>
        <w:top w:val="none" w:sz="0" w:space="0" w:color="auto"/>
        <w:left w:val="none" w:sz="0" w:space="0" w:color="auto"/>
        <w:bottom w:val="none" w:sz="0" w:space="0" w:color="auto"/>
        <w:right w:val="none" w:sz="0" w:space="0" w:color="auto"/>
      </w:divBdr>
    </w:div>
    <w:div w:id="1376275181">
      <w:bodyDiv w:val="1"/>
      <w:marLeft w:val="0"/>
      <w:marRight w:val="0"/>
      <w:marTop w:val="0"/>
      <w:marBottom w:val="0"/>
      <w:divBdr>
        <w:top w:val="none" w:sz="0" w:space="0" w:color="auto"/>
        <w:left w:val="none" w:sz="0" w:space="0" w:color="auto"/>
        <w:bottom w:val="none" w:sz="0" w:space="0" w:color="auto"/>
        <w:right w:val="none" w:sz="0" w:space="0" w:color="auto"/>
      </w:divBdr>
    </w:div>
    <w:div w:id="1378313019">
      <w:bodyDiv w:val="1"/>
      <w:marLeft w:val="0"/>
      <w:marRight w:val="0"/>
      <w:marTop w:val="0"/>
      <w:marBottom w:val="0"/>
      <w:divBdr>
        <w:top w:val="none" w:sz="0" w:space="0" w:color="auto"/>
        <w:left w:val="none" w:sz="0" w:space="0" w:color="auto"/>
        <w:bottom w:val="none" w:sz="0" w:space="0" w:color="auto"/>
        <w:right w:val="none" w:sz="0" w:space="0" w:color="auto"/>
      </w:divBdr>
    </w:div>
    <w:div w:id="1381324429">
      <w:bodyDiv w:val="1"/>
      <w:marLeft w:val="0"/>
      <w:marRight w:val="0"/>
      <w:marTop w:val="0"/>
      <w:marBottom w:val="0"/>
      <w:divBdr>
        <w:top w:val="none" w:sz="0" w:space="0" w:color="auto"/>
        <w:left w:val="none" w:sz="0" w:space="0" w:color="auto"/>
        <w:bottom w:val="none" w:sz="0" w:space="0" w:color="auto"/>
        <w:right w:val="none" w:sz="0" w:space="0" w:color="auto"/>
      </w:divBdr>
    </w:div>
    <w:div w:id="1382095490">
      <w:bodyDiv w:val="1"/>
      <w:marLeft w:val="0"/>
      <w:marRight w:val="0"/>
      <w:marTop w:val="0"/>
      <w:marBottom w:val="0"/>
      <w:divBdr>
        <w:top w:val="none" w:sz="0" w:space="0" w:color="auto"/>
        <w:left w:val="none" w:sz="0" w:space="0" w:color="auto"/>
        <w:bottom w:val="none" w:sz="0" w:space="0" w:color="auto"/>
        <w:right w:val="none" w:sz="0" w:space="0" w:color="auto"/>
      </w:divBdr>
    </w:div>
    <w:div w:id="1382943049">
      <w:bodyDiv w:val="1"/>
      <w:marLeft w:val="0"/>
      <w:marRight w:val="0"/>
      <w:marTop w:val="0"/>
      <w:marBottom w:val="0"/>
      <w:divBdr>
        <w:top w:val="none" w:sz="0" w:space="0" w:color="auto"/>
        <w:left w:val="none" w:sz="0" w:space="0" w:color="auto"/>
        <w:bottom w:val="none" w:sz="0" w:space="0" w:color="auto"/>
        <w:right w:val="none" w:sz="0" w:space="0" w:color="auto"/>
      </w:divBdr>
    </w:div>
    <w:div w:id="1383678309">
      <w:bodyDiv w:val="1"/>
      <w:marLeft w:val="0"/>
      <w:marRight w:val="0"/>
      <w:marTop w:val="0"/>
      <w:marBottom w:val="0"/>
      <w:divBdr>
        <w:top w:val="none" w:sz="0" w:space="0" w:color="auto"/>
        <w:left w:val="none" w:sz="0" w:space="0" w:color="auto"/>
        <w:bottom w:val="none" w:sz="0" w:space="0" w:color="auto"/>
        <w:right w:val="none" w:sz="0" w:space="0" w:color="auto"/>
      </w:divBdr>
    </w:div>
    <w:div w:id="1384061569">
      <w:bodyDiv w:val="1"/>
      <w:marLeft w:val="0"/>
      <w:marRight w:val="0"/>
      <w:marTop w:val="0"/>
      <w:marBottom w:val="0"/>
      <w:divBdr>
        <w:top w:val="none" w:sz="0" w:space="0" w:color="auto"/>
        <w:left w:val="none" w:sz="0" w:space="0" w:color="auto"/>
        <w:bottom w:val="none" w:sz="0" w:space="0" w:color="auto"/>
        <w:right w:val="none" w:sz="0" w:space="0" w:color="auto"/>
      </w:divBdr>
    </w:div>
    <w:div w:id="1384866316">
      <w:bodyDiv w:val="1"/>
      <w:marLeft w:val="0"/>
      <w:marRight w:val="0"/>
      <w:marTop w:val="0"/>
      <w:marBottom w:val="0"/>
      <w:divBdr>
        <w:top w:val="none" w:sz="0" w:space="0" w:color="auto"/>
        <w:left w:val="none" w:sz="0" w:space="0" w:color="auto"/>
        <w:bottom w:val="none" w:sz="0" w:space="0" w:color="auto"/>
        <w:right w:val="none" w:sz="0" w:space="0" w:color="auto"/>
      </w:divBdr>
    </w:div>
    <w:div w:id="1387684984">
      <w:bodyDiv w:val="1"/>
      <w:marLeft w:val="0"/>
      <w:marRight w:val="0"/>
      <w:marTop w:val="0"/>
      <w:marBottom w:val="0"/>
      <w:divBdr>
        <w:top w:val="none" w:sz="0" w:space="0" w:color="auto"/>
        <w:left w:val="none" w:sz="0" w:space="0" w:color="auto"/>
        <w:bottom w:val="none" w:sz="0" w:space="0" w:color="auto"/>
        <w:right w:val="none" w:sz="0" w:space="0" w:color="auto"/>
      </w:divBdr>
      <w:divsChild>
        <w:div w:id="25722795">
          <w:marLeft w:val="480"/>
          <w:marRight w:val="0"/>
          <w:marTop w:val="0"/>
          <w:marBottom w:val="0"/>
          <w:divBdr>
            <w:top w:val="none" w:sz="0" w:space="0" w:color="auto"/>
            <w:left w:val="none" w:sz="0" w:space="0" w:color="auto"/>
            <w:bottom w:val="none" w:sz="0" w:space="0" w:color="auto"/>
            <w:right w:val="none" w:sz="0" w:space="0" w:color="auto"/>
          </w:divBdr>
        </w:div>
        <w:div w:id="29500924">
          <w:marLeft w:val="480"/>
          <w:marRight w:val="0"/>
          <w:marTop w:val="0"/>
          <w:marBottom w:val="0"/>
          <w:divBdr>
            <w:top w:val="none" w:sz="0" w:space="0" w:color="auto"/>
            <w:left w:val="none" w:sz="0" w:space="0" w:color="auto"/>
            <w:bottom w:val="none" w:sz="0" w:space="0" w:color="auto"/>
            <w:right w:val="none" w:sz="0" w:space="0" w:color="auto"/>
          </w:divBdr>
        </w:div>
        <w:div w:id="65224910">
          <w:marLeft w:val="480"/>
          <w:marRight w:val="0"/>
          <w:marTop w:val="0"/>
          <w:marBottom w:val="0"/>
          <w:divBdr>
            <w:top w:val="none" w:sz="0" w:space="0" w:color="auto"/>
            <w:left w:val="none" w:sz="0" w:space="0" w:color="auto"/>
            <w:bottom w:val="none" w:sz="0" w:space="0" w:color="auto"/>
            <w:right w:val="none" w:sz="0" w:space="0" w:color="auto"/>
          </w:divBdr>
        </w:div>
        <w:div w:id="87772212">
          <w:marLeft w:val="480"/>
          <w:marRight w:val="0"/>
          <w:marTop w:val="0"/>
          <w:marBottom w:val="0"/>
          <w:divBdr>
            <w:top w:val="none" w:sz="0" w:space="0" w:color="auto"/>
            <w:left w:val="none" w:sz="0" w:space="0" w:color="auto"/>
            <w:bottom w:val="none" w:sz="0" w:space="0" w:color="auto"/>
            <w:right w:val="none" w:sz="0" w:space="0" w:color="auto"/>
          </w:divBdr>
        </w:div>
        <w:div w:id="88161288">
          <w:marLeft w:val="480"/>
          <w:marRight w:val="0"/>
          <w:marTop w:val="0"/>
          <w:marBottom w:val="0"/>
          <w:divBdr>
            <w:top w:val="none" w:sz="0" w:space="0" w:color="auto"/>
            <w:left w:val="none" w:sz="0" w:space="0" w:color="auto"/>
            <w:bottom w:val="none" w:sz="0" w:space="0" w:color="auto"/>
            <w:right w:val="none" w:sz="0" w:space="0" w:color="auto"/>
          </w:divBdr>
        </w:div>
        <w:div w:id="92432763">
          <w:marLeft w:val="480"/>
          <w:marRight w:val="0"/>
          <w:marTop w:val="0"/>
          <w:marBottom w:val="0"/>
          <w:divBdr>
            <w:top w:val="none" w:sz="0" w:space="0" w:color="auto"/>
            <w:left w:val="none" w:sz="0" w:space="0" w:color="auto"/>
            <w:bottom w:val="none" w:sz="0" w:space="0" w:color="auto"/>
            <w:right w:val="none" w:sz="0" w:space="0" w:color="auto"/>
          </w:divBdr>
        </w:div>
        <w:div w:id="142739603">
          <w:marLeft w:val="480"/>
          <w:marRight w:val="0"/>
          <w:marTop w:val="0"/>
          <w:marBottom w:val="0"/>
          <w:divBdr>
            <w:top w:val="none" w:sz="0" w:space="0" w:color="auto"/>
            <w:left w:val="none" w:sz="0" w:space="0" w:color="auto"/>
            <w:bottom w:val="none" w:sz="0" w:space="0" w:color="auto"/>
            <w:right w:val="none" w:sz="0" w:space="0" w:color="auto"/>
          </w:divBdr>
        </w:div>
        <w:div w:id="182674015">
          <w:marLeft w:val="480"/>
          <w:marRight w:val="0"/>
          <w:marTop w:val="0"/>
          <w:marBottom w:val="0"/>
          <w:divBdr>
            <w:top w:val="none" w:sz="0" w:space="0" w:color="auto"/>
            <w:left w:val="none" w:sz="0" w:space="0" w:color="auto"/>
            <w:bottom w:val="none" w:sz="0" w:space="0" w:color="auto"/>
            <w:right w:val="none" w:sz="0" w:space="0" w:color="auto"/>
          </w:divBdr>
        </w:div>
        <w:div w:id="184445315">
          <w:marLeft w:val="480"/>
          <w:marRight w:val="0"/>
          <w:marTop w:val="0"/>
          <w:marBottom w:val="0"/>
          <w:divBdr>
            <w:top w:val="none" w:sz="0" w:space="0" w:color="auto"/>
            <w:left w:val="none" w:sz="0" w:space="0" w:color="auto"/>
            <w:bottom w:val="none" w:sz="0" w:space="0" w:color="auto"/>
            <w:right w:val="none" w:sz="0" w:space="0" w:color="auto"/>
          </w:divBdr>
        </w:div>
        <w:div w:id="258605198">
          <w:marLeft w:val="480"/>
          <w:marRight w:val="0"/>
          <w:marTop w:val="0"/>
          <w:marBottom w:val="0"/>
          <w:divBdr>
            <w:top w:val="none" w:sz="0" w:space="0" w:color="auto"/>
            <w:left w:val="none" w:sz="0" w:space="0" w:color="auto"/>
            <w:bottom w:val="none" w:sz="0" w:space="0" w:color="auto"/>
            <w:right w:val="none" w:sz="0" w:space="0" w:color="auto"/>
          </w:divBdr>
        </w:div>
        <w:div w:id="431977116">
          <w:marLeft w:val="480"/>
          <w:marRight w:val="0"/>
          <w:marTop w:val="0"/>
          <w:marBottom w:val="0"/>
          <w:divBdr>
            <w:top w:val="none" w:sz="0" w:space="0" w:color="auto"/>
            <w:left w:val="none" w:sz="0" w:space="0" w:color="auto"/>
            <w:bottom w:val="none" w:sz="0" w:space="0" w:color="auto"/>
            <w:right w:val="none" w:sz="0" w:space="0" w:color="auto"/>
          </w:divBdr>
        </w:div>
        <w:div w:id="568617250">
          <w:marLeft w:val="480"/>
          <w:marRight w:val="0"/>
          <w:marTop w:val="0"/>
          <w:marBottom w:val="0"/>
          <w:divBdr>
            <w:top w:val="none" w:sz="0" w:space="0" w:color="auto"/>
            <w:left w:val="none" w:sz="0" w:space="0" w:color="auto"/>
            <w:bottom w:val="none" w:sz="0" w:space="0" w:color="auto"/>
            <w:right w:val="none" w:sz="0" w:space="0" w:color="auto"/>
          </w:divBdr>
        </w:div>
        <w:div w:id="683286842">
          <w:marLeft w:val="480"/>
          <w:marRight w:val="0"/>
          <w:marTop w:val="0"/>
          <w:marBottom w:val="0"/>
          <w:divBdr>
            <w:top w:val="none" w:sz="0" w:space="0" w:color="auto"/>
            <w:left w:val="none" w:sz="0" w:space="0" w:color="auto"/>
            <w:bottom w:val="none" w:sz="0" w:space="0" w:color="auto"/>
            <w:right w:val="none" w:sz="0" w:space="0" w:color="auto"/>
          </w:divBdr>
        </w:div>
        <w:div w:id="706956895">
          <w:marLeft w:val="480"/>
          <w:marRight w:val="0"/>
          <w:marTop w:val="0"/>
          <w:marBottom w:val="0"/>
          <w:divBdr>
            <w:top w:val="none" w:sz="0" w:space="0" w:color="auto"/>
            <w:left w:val="none" w:sz="0" w:space="0" w:color="auto"/>
            <w:bottom w:val="none" w:sz="0" w:space="0" w:color="auto"/>
            <w:right w:val="none" w:sz="0" w:space="0" w:color="auto"/>
          </w:divBdr>
        </w:div>
        <w:div w:id="709455370">
          <w:marLeft w:val="480"/>
          <w:marRight w:val="0"/>
          <w:marTop w:val="0"/>
          <w:marBottom w:val="0"/>
          <w:divBdr>
            <w:top w:val="none" w:sz="0" w:space="0" w:color="auto"/>
            <w:left w:val="none" w:sz="0" w:space="0" w:color="auto"/>
            <w:bottom w:val="none" w:sz="0" w:space="0" w:color="auto"/>
            <w:right w:val="none" w:sz="0" w:space="0" w:color="auto"/>
          </w:divBdr>
        </w:div>
        <w:div w:id="741177818">
          <w:marLeft w:val="480"/>
          <w:marRight w:val="0"/>
          <w:marTop w:val="0"/>
          <w:marBottom w:val="0"/>
          <w:divBdr>
            <w:top w:val="none" w:sz="0" w:space="0" w:color="auto"/>
            <w:left w:val="none" w:sz="0" w:space="0" w:color="auto"/>
            <w:bottom w:val="none" w:sz="0" w:space="0" w:color="auto"/>
            <w:right w:val="none" w:sz="0" w:space="0" w:color="auto"/>
          </w:divBdr>
        </w:div>
        <w:div w:id="762336814">
          <w:marLeft w:val="480"/>
          <w:marRight w:val="0"/>
          <w:marTop w:val="0"/>
          <w:marBottom w:val="0"/>
          <w:divBdr>
            <w:top w:val="none" w:sz="0" w:space="0" w:color="auto"/>
            <w:left w:val="none" w:sz="0" w:space="0" w:color="auto"/>
            <w:bottom w:val="none" w:sz="0" w:space="0" w:color="auto"/>
            <w:right w:val="none" w:sz="0" w:space="0" w:color="auto"/>
          </w:divBdr>
        </w:div>
        <w:div w:id="775638849">
          <w:marLeft w:val="480"/>
          <w:marRight w:val="0"/>
          <w:marTop w:val="0"/>
          <w:marBottom w:val="0"/>
          <w:divBdr>
            <w:top w:val="none" w:sz="0" w:space="0" w:color="auto"/>
            <w:left w:val="none" w:sz="0" w:space="0" w:color="auto"/>
            <w:bottom w:val="none" w:sz="0" w:space="0" w:color="auto"/>
            <w:right w:val="none" w:sz="0" w:space="0" w:color="auto"/>
          </w:divBdr>
        </w:div>
        <w:div w:id="854610839">
          <w:marLeft w:val="480"/>
          <w:marRight w:val="0"/>
          <w:marTop w:val="0"/>
          <w:marBottom w:val="0"/>
          <w:divBdr>
            <w:top w:val="none" w:sz="0" w:space="0" w:color="auto"/>
            <w:left w:val="none" w:sz="0" w:space="0" w:color="auto"/>
            <w:bottom w:val="none" w:sz="0" w:space="0" w:color="auto"/>
            <w:right w:val="none" w:sz="0" w:space="0" w:color="auto"/>
          </w:divBdr>
        </w:div>
        <w:div w:id="882794239">
          <w:marLeft w:val="480"/>
          <w:marRight w:val="0"/>
          <w:marTop w:val="0"/>
          <w:marBottom w:val="0"/>
          <w:divBdr>
            <w:top w:val="none" w:sz="0" w:space="0" w:color="auto"/>
            <w:left w:val="none" w:sz="0" w:space="0" w:color="auto"/>
            <w:bottom w:val="none" w:sz="0" w:space="0" w:color="auto"/>
            <w:right w:val="none" w:sz="0" w:space="0" w:color="auto"/>
          </w:divBdr>
        </w:div>
        <w:div w:id="918053712">
          <w:marLeft w:val="480"/>
          <w:marRight w:val="0"/>
          <w:marTop w:val="0"/>
          <w:marBottom w:val="0"/>
          <w:divBdr>
            <w:top w:val="none" w:sz="0" w:space="0" w:color="auto"/>
            <w:left w:val="none" w:sz="0" w:space="0" w:color="auto"/>
            <w:bottom w:val="none" w:sz="0" w:space="0" w:color="auto"/>
            <w:right w:val="none" w:sz="0" w:space="0" w:color="auto"/>
          </w:divBdr>
        </w:div>
        <w:div w:id="1176572952">
          <w:marLeft w:val="480"/>
          <w:marRight w:val="0"/>
          <w:marTop w:val="0"/>
          <w:marBottom w:val="0"/>
          <w:divBdr>
            <w:top w:val="none" w:sz="0" w:space="0" w:color="auto"/>
            <w:left w:val="none" w:sz="0" w:space="0" w:color="auto"/>
            <w:bottom w:val="none" w:sz="0" w:space="0" w:color="auto"/>
            <w:right w:val="none" w:sz="0" w:space="0" w:color="auto"/>
          </w:divBdr>
        </w:div>
        <w:div w:id="1231308262">
          <w:marLeft w:val="480"/>
          <w:marRight w:val="0"/>
          <w:marTop w:val="0"/>
          <w:marBottom w:val="0"/>
          <w:divBdr>
            <w:top w:val="none" w:sz="0" w:space="0" w:color="auto"/>
            <w:left w:val="none" w:sz="0" w:space="0" w:color="auto"/>
            <w:bottom w:val="none" w:sz="0" w:space="0" w:color="auto"/>
            <w:right w:val="none" w:sz="0" w:space="0" w:color="auto"/>
          </w:divBdr>
        </w:div>
        <w:div w:id="1238858432">
          <w:marLeft w:val="480"/>
          <w:marRight w:val="0"/>
          <w:marTop w:val="0"/>
          <w:marBottom w:val="0"/>
          <w:divBdr>
            <w:top w:val="none" w:sz="0" w:space="0" w:color="auto"/>
            <w:left w:val="none" w:sz="0" w:space="0" w:color="auto"/>
            <w:bottom w:val="none" w:sz="0" w:space="0" w:color="auto"/>
            <w:right w:val="none" w:sz="0" w:space="0" w:color="auto"/>
          </w:divBdr>
        </w:div>
        <w:div w:id="1266570448">
          <w:marLeft w:val="480"/>
          <w:marRight w:val="0"/>
          <w:marTop w:val="0"/>
          <w:marBottom w:val="0"/>
          <w:divBdr>
            <w:top w:val="none" w:sz="0" w:space="0" w:color="auto"/>
            <w:left w:val="none" w:sz="0" w:space="0" w:color="auto"/>
            <w:bottom w:val="none" w:sz="0" w:space="0" w:color="auto"/>
            <w:right w:val="none" w:sz="0" w:space="0" w:color="auto"/>
          </w:divBdr>
        </w:div>
        <w:div w:id="1310983094">
          <w:marLeft w:val="480"/>
          <w:marRight w:val="0"/>
          <w:marTop w:val="0"/>
          <w:marBottom w:val="0"/>
          <w:divBdr>
            <w:top w:val="none" w:sz="0" w:space="0" w:color="auto"/>
            <w:left w:val="none" w:sz="0" w:space="0" w:color="auto"/>
            <w:bottom w:val="none" w:sz="0" w:space="0" w:color="auto"/>
            <w:right w:val="none" w:sz="0" w:space="0" w:color="auto"/>
          </w:divBdr>
        </w:div>
        <w:div w:id="1461612763">
          <w:marLeft w:val="480"/>
          <w:marRight w:val="0"/>
          <w:marTop w:val="0"/>
          <w:marBottom w:val="0"/>
          <w:divBdr>
            <w:top w:val="none" w:sz="0" w:space="0" w:color="auto"/>
            <w:left w:val="none" w:sz="0" w:space="0" w:color="auto"/>
            <w:bottom w:val="none" w:sz="0" w:space="0" w:color="auto"/>
            <w:right w:val="none" w:sz="0" w:space="0" w:color="auto"/>
          </w:divBdr>
        </w:div>
        <w:div w:id="1488397297">
          <w:marLeft w:val="480"/>
          <w:marRight w:val="0"/>
          <w:marTop w:val="0"/>
          <w:marBottom w:val="0"/>
          <w:divBdr>
            <w:top w:val="none" w:sz="0" w:space="0" w:color="auto"/>
            <w:left w:val="none" w:sz="0" w:space="0" w:color="auto"/>
            <w:bottom w:val="none" w:sz="0" w:space="0" w:color="auto"/>
            <w:right w:val="none" w:sz="0" w:space="0" w:color="auto"/>
          </w:divBdr>
        </w:div>
        <w:div w:id="1490436036">
          <w:marLeft w:val="480"/>
          <w:marRight w:val="0"/>
          <w:marTop w:val="0"/>
          <w:marBottom w:val="0"/>
          <w:divBdr>
            <w:top w:val="none" w:sz="0" w:space="0" w:color="auto"/>
            <w:left w:val="none" w:sz="0" w:space="0" w:color="auto"/>
            <w:bottom w:val="none" w:sz="0" w:space="0" w:color="auto"/>
            <w:right w:val="none" w:sz="0" w:space="0" w:color="auto"/>
          </w:divBdr>
        </w:div>
        <w:div w:id="1552033330">
          <w:marLeft w:val="480"/>
          <w:marRight w:val="0"/>
          <w:marTop w:val="0"/>
          <w:marBottom w:val="0"/>
          <w:divBdr>
            <w:top w:val="none" w:sz="0" w:space="0" w:color="auto"/>
            <w:left w:val="none" w:sz="0" w:space="0" w:color="auto"/>
            <w:bottom w:val="none" w:sz="0" w:space="0" w:color="auto"/>
            <w:right w:val="none" w:sz="0" w:space="0" w:color="auto"/>
          </w:divBdr>
        </w:div>
        <w:div w:id="1579513691">
          <w:marLeft w:val="480"/>
          <w:marRight w:val="0"/>
          <w:marTop w:val="0"/>
          <w:marBottom w:val="0"/>
          <w:divBdr>
            <w:top w:val="none" w:sz="0" w:space="0" w:color="auto"/>
            <w:left w:val="none" w:sz="0" w:space="0" w:color="auto"/>
            <w:bottom w:val="none" w:sz="0" w:space="0" w:color="auto"/>
            <w:right w:val="none" w:sz="0" w:space="0" w:color="auto"/>
          </w:divBdr>
        </w:div>
        <w:div w:id="1617639705">
          <w:marLeft w:val="480"/>
          <w:marRight w:val="0"/>
          <w:marTop w:val="0"/>
          <w:marBottom w:val="0"/>
          <w:divBdr>
            <w:top w:val="none" w:sz="0" w:space="0" w:color="auto"/>
            <w:left w:val="none" w:sz="0" w:space="0" w:color="auto"/>
            <w:bottom w:val="none" w:sz="0" w:space="0" w:color="auto"/>
            <w:right w:val="none" w:sz="0" w:space="0" w:color="auto"/>
          </w:divBdr>
        </w:div>
        <w:div w:id="1623421125">
          <w:marLeft w:val="480"/>
          <w:marRight w:val="0"/>
          <w:marTop w:val="0"/>
          <w:marBottom w:val="0"/>
          <w:divBdr>
            <w:top w:val="none" w:sz="0" w:space="0" w:color="auto"/>
            <w:left w:val="none" w:sz="0" w:space="0" w:color="auto"/>
            <w:bottom w:val="none" w:sz="0" w:space="0" w:color="auto"/>
            <w:right w:val="none" w:sz="0" w:space="0" w:color="auto"/>
          </w:divBdr>
        </w:div>
        <w:div w:id="1712076757">
          <w:marLeft w:val="480"/>
          <w:marRight w:val="0"/>
          <w:marTop w:val="0"/>
          <w:marBottom w:val="0"/>
          <w:divBdr>
            <w:top w:val="none" w:sz="0" w:space="0" w:color="auto"/>
            <w:left w:val="none" w:sz="0" w:space="0" w:color="auto"/>
            <w:bottom w:val="none" w:sz="0" w:space="0" w:color="auto"/>
            <w:right w:val="none" w:sz="0" w:space="0" w:color="auto"/>
          </w:divBdr>
        </w:div>
        <w:div w:id="1748645685">
          <w:marLeft w:val="480"/>
          <w:marRight w:val="0"/>
          <w:marTop w:val="0"/>
          <w:marBottom w:val="0"/>
          <w:divBdr>
            <w:top w:val="none" w:sz="0" w:space="0" w:color="auto"/>
            <w:left w:val="none" w:sz="0" w:space="0" w:color="auto"/>
            <w:bottom w:val="none" w:sz="0" w:space="0" w:color="auto"/>
            <w:right w:val="none" w:sz="0" w:space="0" w:color="auto"/>
          </w:divBdr>
        </w:div>
        <w:div w:id="1771048534">
          <w:marLeft w:val="480"/>
          <w:marRight w:val="0"/>
          <w:marTop w:val="0"/>
          <w:marBottom w:val="0"/>
          <w:divBdr>
            <w:top w:val="none" w:sz="0" w:space="0" w:color="auto"/>
            <w:left w:val="none" w:sz="0" w:space="0" w:color="auto"/>
            <w:bottom w:val="none" w:sz="0" w:space="0" w:color="auto"/>
            <w:right w:val="none" w:sz="0" w:space="0" w:color="auto"/>
          </w:divBdr>
        </w:div>
        <w:div w:id="1808737629">
          <w:marLeft w:val="480"/>
          <w:marRight w:val="0"/>
          <w:marTop w:val="0"/>
          <w:marBottom w:val="0"/>
          <w:divBdr>
            <w:top w:val="none" w:sz="0" w:space="0" w:color="auto"/>
            <w:left w:val="none" w:sz="0" w:space="0" w:color="auto"/>
            <w:bottom w:val="none" w:sz="0" w:space="0" w:color="auto"/>
            <w:right w:val="none" w:sz="0" w:space="0" w:color="auto"/>
          </w:divBdr>
        </w:div>
        <w:div w:id="1841963099">
          <w:marLeft w:val="480"/>
          <w:marRight w:val="0"/>
          <w:marTop w:val="0"/>
          <w:marBottom w:val="0"/>
          <w:divBdr>
            <w:top w:val="none" w:sz="0" w:space="0" w:color="auto"/>
            <w:left w:val="none" w:sz="0" w:space="0" w:color="auto"/>
            <w:bottom w:val="none" w:sz="0" w:space="0" w:color="auto"/>
            <w:right w:val="none" w:sz="0" w:space="0" w:color="auto"/>
          </w:divBdr>
        </w:div>
        <w:div w:id="1865242713">
          <w:marLeft w:val="480"/>
          <w:marRight w:val="0"/>
          <w:marTop w:val="0"/>
          <w:marBottom w:val="0"/>
          <w:divBdr>
            <w:top w:val="none" w:sz="0" w:space="0" w:color="auto"/>
            <w:left w:val="none" w:sz="0" w:space="0" w:color="auto"/>
            <w:bottom w:val="none" w:sz="0" w:space="0" w:color="auto"/>
            <w:right w:val="none" w:sz="0" w:space="0" w:color="auto"/>
          </w:divBdr>
        </w:div>
        <w:div w:id="1908027669">
          <w:marLeft w:val="480"/>
          <w:marRight w:val="0"/>
          <w:marTop w:val="0"/>
          <w:marBottom w:val="0"/>
          <w:divBdr>
            <w:top w:val="none" w:sz="0" w:space="0" w:color="auto"/>
            <w:left w:val="none" w:sz="0" w:space="0" w:color="auto"/>
            <w:bottom w:val="none" w:sz="0" w:space="0" w:color="auto"/>
            <w:right w:val="none" w:sz="0" w:space="0" w:color="auto"/>
          </w:divBdr>
        </w:div>
        <w:div w:id="1929462503">
          <w:marLeft w:val="480"/>
          <w:marRight w:val="0"/>
          <w:marTop w:val="0"/>
          <w:marBottom w:val="0"/>
          <w:divBdr>
            <w:top w:val="none" w:sz="0" w:space="0" w:color="auto"/>
            <w:left w:val="none" w:sz="0" w:space="0" w:color="auto"/>
            <w:bottom w:val="none" w:sz="0" w:space="0" w:color="auto"/>
            <w:right w:val="none" w:sz="0" w:space="0" w:color="auto"/>
          </w:divBdr>
        </w:div>
        <w:div w:id="2089496390">
          <w:marLeft w:val="480"/>
          <w:marRight w:val="0"/>
          <w:marTop w:val="0"/>
          <w:marBottom w:val="0"/>
          <w:divBdr>
            <w:top w:val="none" w:sz="0" w:space="0" w:color="auto"/>
            <w:left w:val="none" w:sz="0" w:space="0" w:color="auto"/>
            <w:bottom w:val="none" w:sz="0" w:space="0" w:color="auto"/>
            <w:right w:val="none" w:sz="0" w:space="0" w:color="auto"/>
          </w:divBdr>
        </w:div>
        <w:div w:id="2125882338">
          <w:marLeft w:val="480"/>
          <w:marRight w:val="0"/>
          <w:marTop w:val="0"/>
          <w:marBottom w:val="0"/>
          <w:divBdr>
            <w:top w:val="none" w:sz="0" w:space="0" w:color="auto"/>
            <w:left w:val="none" w:sz="0" w:space="0" w:color="auto"/>
            <w:bottom w:val="none" w:sz="0" w:space="0" w:color="auto"/>
            <w:right w:val="none" w:sz="0" w:space="0" w:color="auto"/>
          </w:divBdr>
        </w:div>
      </w:divsChild>
    </w:div>
    <w:div w:id="1388988260">
      <w:bodyDiv w:val="1"/>
      <w:marLeft w:val="0"/>
      <w:marRight w:val="0"/>
      <w:marTop w:val="0"/>
      <w:marBottom w:val="0"/>
      <w:divBdr>
        <w:top w:val="none" w:sz="0" w:space="0" w:color="auto"/>
        <w:left w:val="none" w:sz="0" w:space="0" w:color="auto"/>
        <w:bottom w:val="none" w:sz="0" w:space="0" w:color="auto"/>
        <w:right w:val="none" w:sz="0" w:space="0" w:color="auto"/>
      </w:divBdr>
    </w:div>
    <w:div w:id="1391537230">
      <w:bodyDiv w:val="1"/>
      <w:marLeft w:val="0"/>
      <w:marRight w:val="0"/>
      <w:marTop w:val="0"/>
      <w:marBottom w:val="0"/>
      <w:divBdr>
        <w:top w:val="none" w:sz="0" w:space="0" w:color="auto"/>
        <w:left w:val="none" w:sz="0" w:space="0" w:color="auto"/>
        <w:bottom w:val="none" w:sz="0" w:space="0" w:color="auto"/>
        <w:right w:val="none" w:sz="0" w:space="0" w:color="auto"/>
      </w:divBdr>
    </w:div>
    <w:div w:id="1394698448">
      <w:bodyDiv w:val="1"/>
      <w:marLeft w:val="0"/>
      <w:marRight w:val="0"/>
      <w:marTop w:val="0"/>
      <w:marBottom w:val="0"/>
      <w:divBdr>
        <w:top w:val="none" w:sz="0" w:space="0" w:color="auto"/>
        <w:left w:val="none" w:sz="0" w:space="0" w:color="auto"/>
        <w:bottom w:val="none" w:sz="0" w:space="0" w:color="auto"/>
        <w:right w:val="none" w:sz="0" w:space="0" w:color="auto"/>
      </w:divBdr>
    </w:div>
    <w:div w:id="1396396382">
      <w:bodyDiv w:val="1"/>
      <w:marLeft w:val="0"/>
      <w:marRight w:val="0"/>
      <w:marTop w:val="0"/>
      <w:marBottom w:val="0"/>
      <w:divBdr>
        <w:top w:val="none" w:sz="0" w:space="0" w:color="auto"/>
        <w:left w:val="none" w:sz="0" w:space="0" w:color="auto"/>
        <w:bottom w:val="none" w:sz="0" w:space="0" w:color="auto"/>
        <w:right w:val="none" w:sz="0" w:space="0" w:color="auto"/>
      </w:divBdr>
    </w:div>
    <w:div w:id="1400012227">
      <w:bodyDiv w:val="1"/>
      <w:marLeft w:val="0"/>
      <w:marRight w:val="0"/>
      <w:marTop w:val="0"/>
      <w:marBottom w:val="0"/>
      <w:divBdr>
        <w:top w:val="none" w:sz="0" w:space="0" w:color="auto"/>
        <w:left w:val="none" w:sz="0" w:space="0" w:color="auto"/>
        <w:bottom w:val="none" w:sz="0" w:space="0" w:color="auto"/>
        <w:right w:val="none" w:sz="0" w:space="0" w:color="auto"/>
      </w:divBdr>
    </w:div>
    <w:div w:id="1402019183">
      <w:bodyDiv w:val="1"/>
      <w:marLeft w:val="0"/>
      <w:marRight w:val="0"/>
      <w:marTop w:val="0"/>
      <w:marBottom w:val="0"/>
      <w:divBdr>
        <w:top w:val="none" w:sz="0" w:space="0" w:color="auto"/>
        <w:left w:val="none" w:sz="0" w:space="0" w:color="auto"/>
        <w:bottom w:val="none" w:sz="0" w:space="0" w:color="auto"/>
        <w:right w:val="none" w:sz="0" w:space="0" w:color="auto"/>
      </w:divBdr>
    </w:div>
    <w:div w:id="1403025142">
      <w:bodyDiv w:val="1"/>
      <w:marLeft w:val="0"/>
      <w:marRight w:val="0"/>
      <w:marTop w:val="0"/>
      <w:marBottom w:val="0"/>
      <w:divBdr>
        <w:top w:val="none" w:sz="0" w:space="0" w:color="auto"/>
        <w:left w:val="none" w:sz="0" w:space="0" w:color="auto"/>
        <w:bottom w:val="none" w:sz="0" w:space="0" w:color="auto"/>
        <w:right w:val="none" w:sz="0" w:space="0" w:color="auto"/>
      </w:divBdr>
    </w:div>
    <w:div w:id="1404331692">
      <w:bodyDiv w:val="1"/>
      <w:marLeft w:val="0"/>
      <w:marRight w:val="0"/>
      <w:marTop w:val="0"/>
      <w:marBottom w:val="0"/>
      <w:divBdr>
        <w:top w:val="none" w:sz="0" w:space="0" w:color="auto"/>
        <w:left w:val="none" w:sz="0" w:space="0" w:color="auto"/>
        <w:bottom w:val="none" w:sz="0" w:space="0" w:color="auto"/>
        <w:right w:val="none" w:sz="0" w:space="0" w:color="auto"/>
      </w:divBdr>
    </w:div>
    <w:div w:id="1404528872">
      <w:bodyDiv w:val="1"/>
      <w:marLeft w:val="0"/>
      <w:marRight w:val="0"/>
      <w:marTop w:val="0"/>
      <w:marBottom w:val="0"/>
      <w:divBdr>
        <w:top w:val="none" w:sz="0" w:space="0" w:color="auto"/>
        <w:left w:val="none" w:sz="0" w:space="0" w:color="auto"/>
        <w:bottom w:val="none" w:sz="0" w:space="0" w:color="auto"/>
        <w:right w:val="none" w:sz="0" w:space="0" w:color="auto"/>
      </w:divBdr>
    </w:div>
    <w:div w:id="1405491919">
      <w:bodyDiv w:val="1"/>
      <w:marLeft w:val="0"/>
      <w:marRight w:val="0"/>
      <w:marTop w:val="0"/>
      <w:marBottom w:val="0"/>
      <w:divBdr>
        <w:top w:val="none" w:sz="0" w:space="0" w:color="auto"/>
        <w:left w:val="none" w:sz="0" w:space="0" w:color="auto"/>
        <w:bottom w:val="none" w:sz="0" w:space="0" w:color="auto"/>
        <w:right w:val="none" w:sz="0" w:space="0" w:color="auto"/>
      </w:divBdr>
    </w:div>
    <w:div w:id="1406416402">
      <w:bodyDiv w:val="1"/>
      <w:marLeft w:val="0"/>
      <w:marRight w:val="0"/>
      <w:marTop w:val="0"/>
      <w:marBottom w:val="0"/>
      <w:divBdr>
        <w:top w:val="none" w:sz="0" w:space="0" w:color="auto"/>
        <w:left w:val="none" w:sz="0" w:space="0" w:color="auto"/>
        <w:bottom w:val="none" w:sz="0" w:space="0" w:color="auto"/>
        <w:right w:val="none" w:sz="0" w:space="0" w:color="auto"/>
      </w:divBdr>
    </w:div>
    <w:div w:id="1411732905">
      <w:bodyDiv w:val="1"/>
      <w:marLeft w:val="0"/>
      <w:marRight w:val="0"/>
      <w:marTop w:val="0"/>
      <w:marBottom w:val="0"/>
      <w:divBdr>
        <w:top w:val="none" w:sz="0" w:space="0" w:color="auto"/>
        <w:left w:val="none" w:sz="0" w:space="0" w:color="auto"/>
        <w:bottom w:val="none" w:sz="0" w:space="0" w:color="auto"/>
        <w:right w:val="none" w:sz="0" w:space="0" w:color="auto"/>
      </w:divBdr>
    </w:div>
    <w:div w:id="1411997317">
      <w:bodyDiv w:val="1"/>
      <w:marLeft w:val="0"/>
      <w:marRight w:val="0"/>
      <w:marTop w:val="0"/>
      <w:marBottom w:val="0"/>
      <w:divBdr>
        <w:top w:val="none" w:sz="0" w:space="0" w:color="auto"/>
        <w:left w:val="none" w:sz="0" w:space="0" w:color="auto"/>
        <w:bottom w:val="none" w:sz="0" w:space="0" w:color="auto"/>
        <w:right w:val="none" w:sz="0" w:space="0" w:color="auto"/>
      </w:divBdr>
    </w:div>
    <w:div w:id="1414551734">
      <w:bodyDiv w:val="1"/>
      <w:marLeft w:val="0"/>
      <w:marRight w:val="0"/>
      <w:marTop w:val="0"/>
      <w:marBottom w:val="0"/>
      <w:divBdr>
        <w:top w:val="none" w:sz="0" w:space="0" w:color="auto"/>
        <w:left w:val="none" w:sz="0" w:space="0" w:color="auto"/>
        <w:bottom w:val="none" w:sz="0" w:space="0" w:color="auto"/>
        <w:right w:val="none" w:sz="0" w:space="0" w:color="auto"/>
      </w:divBdr>
    </w:div>
    <w:div w:id="1417050275">
      <w:bodyDiv w:val="1"/>
      <w:marLeft w:val="0"/>
      <w:marRight w:val="0"/>
      <w:marTop w:val="0"/>
      <w:marBottom w:val="0"/>
      <w:divBdr>
        <w:top w:val="none" w:sz="0" w:space="0" w:color="auto"/>
        <w:left w:val="none" w:sz="0" w:space="0" w:color="auto"/>
        <w:bottom w:val="none" w:sz="0" w:space="0" w:color="auto"/>
        <w:right w:val="none" w:sz="0" w:space="0" w:color="auto"/>
      </w:divBdr>
    </w:div>
    <w:div w:id="1417051407">
      <w:bodyDiv w:val="1"/>
      <w:marLeft w:val="0"/>
      <w:marRight w:val="0"/>
      <w:marTop w:val="0"/>
      <w:marBottom w:val="0"/>
      <w:divBdr>
        <w:top w:val="none" w:sz="0" w:space="0" w:color="auto"/>
        <w:left w:val="none" w:sz="0" w:space="0" w:color="auto"/>
        <w:bottom w:val="none" w:sz="0" w:space="0" w:color="auto"/>
        <w:right w:val="none" w:sz="0" w:space="0" w:color="auto"/>
      </w:divBdr>
    </w:div>
    <w:div w:id="1417284791">
      <w:bodyDiv w:val="1"/>
      <w:marLeft w:val="0"/>
      <w:marRight w:val="0"/>
      <w:marTop w:val="0"/>
      <w:marBottom w:val="0"/>
      <w:divBdr>
        <w:top w:val="none" w:sz="0" w:space="0" w:color="auto"/>
        <w:left w:val="none" w:sz="0" w:space="0" w:color="auto"/>
        <w:bottom w:val="none" w:sz="0" w:space="0" w:color="auto"/>
        <w:right w:val="none" w:sz="0" w:space="0" w:color="auto"/>
      </w:divBdr>
    </w:div>
    <w:div w:id="1418403036">
      <w:bodyDiv w:val="1"/>
      <w:marLeft w:val="0"/>
      <w:marRight w:val="0"/>
      <w:marTop w:val="0"/>
      <w:marBottom w:val="0"/>
      <w:divBdr>
        <w:top w:val="none" w:sz="0" w:space="0" w:color="auto"/>
        <w:left w:val="none" w:sz="0" w:space="0" w:color="auto"/>
        <w:bottom w:val="none" w:sz="0" w:space="0" w:color="auto"/>
        <w:right w:val="none" w:sz="0" w:space="0" w:color="auto"/>
      </w:divBdr>
    </w:div>
    <w:div w:id="1419403165">
      <w:bodyDiv w:val="1"/>
      <w:marLeft w:val="0"/>
      <w:marRight w:val="0"/>
      <w:marTop w:val="0"/>
      <w:marBottom w:val="0"/>
      <w:divBdr>
        <w:top w:val="none" w:sz="0" w:space="0" w:color="auto"/>
        <w:left w:val="none" w:sz="0" w:space="0" w:color="auto"/>
        <w:bottom w:val="none" w:sz="0" w:space="0" w:color="auto"/>
        <w:right w:val="none" w:sz="0" w:space="0" w:color="auto"/>
      </w:divBdr>
    </w:div>
    <w:div w:id="1419448903">
      <w:bodyDiv w:val="1"/>
      <w:marLeft w:val="0"/>
      <w:marRight w:val="0"/>
      <w:marTop w:val="0"/>
      <w:marBottom w:val="0"/>
      <w:divBdr>
        <w:top w:val="none" w:sz="0" w:space="0" w:color="auto"/>
        <w:left w:val="none" w:sz="0" w:space="0" w:color="auto"/>
        <w:bottom w:val="none" w:sz="0" w:space="0" w:color="auto"/>
        <w:right w:val="none" w:sz="0" w:space="0" w:color="auto"/>
      </w:divBdr>
      <w:divsChild>
        <w:div w:id="55784085">
          <w:marLeft w:val="480"/>
          <w:marRight w:val="0"/>
          <w:marTop w:val="0"/>
          <w:marBottom w:val="0"/>
          <w:divBdr>
            <w:top w:val="none" w:sz="0" w:space="0" w:color="auto"/>
            <w:left w:val="none" w:sz="0" w:space="0" w:color="auto"/>
            <w:bottom w:val="none" w:sz="0" w:space="0" w:color="auto"/>
            <w:right w:val="none" w:sz="0" w:space="0" w:color="auto"/>
          </w:divBdr>
        </w:div>
        <w:div w:id="151065844">
          <w:marLeft w:val="480"/>
          <w:marRight w:val="0"/>
          <w:marTop w:val="0"/>
          <w:marBottom w:val="0"/>
          <w:divBdr>
            <w:top w:val="none" w:sz="0" w:space="0" w:color="auto"/>
            <w:left w:val="none" w:sz="0" w:space="0" w:color="auto"/>
            <w:bottom w:val="none" w:sz="0" w:space="0" w:color="auto"/>
            <w:right w:val="none" w:sz="0" w:space="0" w:color="auto"/>
          </w:divBdr>
        </w:div>
        <w:div w:id="301733149">
          <w:marLeft w:val="480"/>
          <w:marRight w:val="0"/>
          <w:marTop w:val="0"/>
          <w:marBottom w:val="0"/>
          <w:divBdr>
            <w:top w:val="none" w:sz="0" w:space="0" w:color="auto"/>
            <w:left w:val="none" w:sz="0" w:space="0" w:color="auto"/>
            <w:bottom w:val="none" w:sz="0" w:space="0" w:color="auto"/>
            <w:right w:val="none" w:sz="0" w:space="0" w:color="auto"/>
          </w:divBdr>
        </w:div>
        <w:div w:id="329603883">
          <w:marLeft w:val="480"/>
          <w:marRight w:val="0"/>
          <w:marTop w:val="0"/>
          <w:marBottom w:val="0"/>
          <w:divBdr>
            <w:top w:val="none" w:sz="0" w:space="0" w:color="auto"/>
            <w:left w:val="none" w:sz="0" w:space="0" w:color="auto"/>
            <w:bottom w:val="none" w:sz="0" w:space="0" w:color="auto"/>
            <w:right w:val="none" w:sz="0" w:space="0" w:color="auto"/>
          </w:divBdr>
        </w:div>
        <w:div w:id="345833979">
          <w:marLeft w:val="480"/>
          <w:marRight w:val="0"/>
          <w:marTop w:val="0"/>
          <w:marBottom w:val="0"/>
          <w:divBdr>
            <w:top w:val="none" w:sz="0" w:space="0" w:color="auto"/>
            <w:left w:val="none" w:sz="0" w:space="0" w:color="auto"/>
            <w:bottom w:val="none" w:sz="0" w:space="0" w:color="auto"/>
            <w:right w:val="none" w:sz="0" w:space="0" w:color="auto"/>
          </w:divBdr>
        </w:div>
        <w:div w:id="560404005">
          <w:marLeft w:val="480"/>
          <w:marRight w:val="0"/>
          <w:marTop w:val="0"/>
          <w:marBottom w:val="0"/>
          <w:divBdr>
            <w:top w:val="none" w:sz="0" w:space="0" w:color="auto"/>
            <w:left w:val="none" w:sz="0" w:space="0" w:color="auto"/>
            <w:bottom w:val="none" w:sz="0" w:space="0" w:color="auto"/>
            <w:right w:val="none" w:sz="0" w:space="0" w:color="auto"/>
          </w:divBdr>
        </w:div>
        <w:div w:id="562329169">
          <w:marLeft w:val="480"/>
          <w:marRight w:val="0"/>
          <w:marTop w:val="0"/>
          <w:marBottom w:val="0"/>
          <w:divBdr>
            <w:top w:val="none" w:sz="0" w:space="0" w:color="auto"/>
            <w:left w:val="none" w:sz="0" w:space="0" w:color="auto"/>
            <w:bottom w:val="none" w:sz="0" w:space="0" w:color="auto"/>
            <w:right w:val="none" w:sz="0" w:space="0" w:color="auto"/>
          </w:divBdr>
        </w:div>
        <w:div w:id="652376190">
          <w:marLeft w:val="480"/>
          <w:marRight w:val="0"/>
          <w:marTop w:val="0"/>
          <w:marBottom w:val="0"/>
          <w:divBdr>
            <w:top w:val="none" w:sz="0" w:space="0" w:color="auto"/>
            <w:left w:val="none" w:sz="0" w:space="0" w:color="auto"/>
            <w:bottom w:val="none" w:sz="0" w:space="0" w:color="auto"/>
            <w:right w:val="none" w:sz="0" w:space="0" w:color="auto"/>
          </w:divBdr>
        </w:div>
        <w:div w:id="711229258">
          <w:marLeft w:val="480"/>
          <w:marRight w:val="0"/>
          <w:marTop w:val="0"/>
          <w:marBottom w:val="0"/>
          <w:divBdr>
            <w:top w:val="none" w:sz="0" w:space="0" w:color="auto"/>
            <w:left w:val="none" w:sz="0" w:space="0" w:color="auto"/>
            <w:bottom w:val="none" w:sz="0" w:space="0" w:color="auto"/>
            <w:right w:val="none" w:sz="0" w:space="0" w:color="auto"/>
          </w:divBdr>
        </w:div>
        <w:div w:id="744883813">
          <w:marLeft w:val="480"/>
          <w:marRight w:val="0"/>
          <w:marTop w:val="0"/>
          <w:marBottom w:val="0"/>
          <w:divBdr>
            <w:top w:val="none" w:sz="0" w:space="0" w:color="auto"/>
            <w:left w:val="none" w:sz="0" w:space="0" w:color="auto"/>
            <w:bottom w:val="none" w:sz="0" w:space="0" w:color="auto"/>
            <w:right w:val="none" w:sz="0" w:space="0" w:color="auto"/>
          </w:divBdr>
        </w:div>
        <w:div w:id="815295157">
          <w:marLeft w:val="480"/>
          <w:marRight w:val="0"/>
          <w:marTop w:val="0"/>
          <w:marBottom w:val="0"/>
          <w:divBdr>
            <w:top w:val="none" w:sz="0" w:space="0" w:color="auto"/>
            <w:left w:val="none" w:sz="0" w:space="0" w:color="auto"/>
            <w:bottom w:val="none" w:sz="0" w:space="0" w:color="auto"/>
            <w:right w:val="none" w:sz="0" w:space="0" w:color="auto"/>
          </w:divBdr>
        </w:div>
        <w:div w:id="925990845">
          <w:marLeft w:val="480"/>
          <w:marRight w:val="0"/>
          <w:marTop w:val="0"/>
          <w:marBottom w:val="0"/>
          <w:divBdr>
            <w:top w:val="none" w:sz="0" w:space="0" w:color="auto"/>
            <w:left w:val="none" w:sz="0" w:space="0" w:color="auto"/>
            <w:bottom w:val="none" w:sz="0" w:space="0" w:color="auto"/>
            <w:right w:val="none" w:sz="0" w:space="0" w:color="auto"/>
          </w:divBdr>
        </w:div>
        <w:div w:id="1001659258">
          <w:marLeft w:val="480"/>
          <w:marRight w:val="0"/>
          <w:marTop w:val="0"/>
          <w:marBottom w:val="0"/>
          <w:divBdr>
            <w:top w:val="none" w:sz="0" w:space="0" w:color="auto"/>
            <w:left w:val="none" w:sz="0" w:space="0" w:color="auto"/>
            <w:bottom w:val="none" w:sz="0" w:space="0" w:color="auto"/>
            <w:right w:val="none" w:sz="0" w:space="0" w:color="auto"/>
          </w:divBdr>
        </w:div>
        <w:div w:id="1037974238">
          <w:marLeft w:val="480"/>
          <w:marRight w:val="0"/>
          <w:marTop w:val="0"/>
          <w:marBottom w:val="0"/>
          <w:divBdr>
            <w:top w:val="none" w:sz="0" w:space="0" w:color="auto"/>
            <w:left w:val="none" w:sz="0" w:space="0" w:color="auto"/>
            <w:bottom w:val="none" w:sz="0" w:space="0" w:color="auto"/>
            <w:right w:val="none" w:sz="0" w:space="0" w:color="auto"/>
          </w:divBdr>
        </w:div>
        <w:div w:id="1051998869">
          <w:marLeft w:val="480"/>
          <w:marRight w:val="0"/>
          <w:marTop w:val="0"/>
          <w:marBottom w:val="0"/>
          <w:divBdr>
            <w:top w:val="none" w:sz="0" w:space="0" w:color="auto"/>
            <w:left w:val="none" w:sz="0" w:space="0" w:color="auto"/>
            <w:bottom w:val="none" w:sz="0" w:space="0" w:color="auto"/>
            <w:right w:val="none" w:sz="0" w:space="0" w:color="auto"/>
          </w:divBdr>
        </w:div>
        <w:div w:id="1168443959">
          <w:marLeft w:val="480"/>
          <w:marRight w:val="0"/>
          <w:marTop w:val="0"/>
          <w:marBottom w:val="0"/>
          <w:divBdr>
            <w:top w:val="none" w:sz="0" w:space="0" w:color="auto"/>
            <w:left w:val="none" w:sz="0" w:space="0" w:color="auto"/>
            <w:bottom w:val="none" w:sz="0" w:space="0" w:color="auto"/>
            <w:right w:val="none" w:sz="0" w:space="0" w:color="auto"/>
          </w:divBdr>
        </w:div>
        <w:div w:id="1207568810">
          <w:marLeft w:val="480"/>
          <w:marRight w:val="0"/>
          <w:marTop w:val="0"/>
          <w:marBottom w:val="0"/>
          <w:divBdr>
            <w:top w:val="none" w:sz="0" w:space="0" w:color="auto"/>
            <w:left w:val="none" w:sz="0" w:space="0" w:color="auto"/>
            <w:bottom w:val="none" w:sz="0" w:space="0" w:color="auto"/>
            <w:right w:val="none" w:sz="0" w:space="0" w:color="auto"/>
          </w:divBdr>
        </w:div>
        <w:div w:id="1274635086">
          <w:marLeft w:val="480"/>
          <w:marRight w:val="0"/>
          <w:marTop w:val="0"/>
          <w:marBottom w:val="0"/>
          <w:divBdr>
            <w:top w:val="none" w:sz="0" w:space="0" w:color="auto"/>
            <w:left w:val="none" w:sz="0" w:space="0" w:color="auto"/>
            <w:bottom w:val="none" w:sz="0" w:space="0" w:color="auto"/>
            <w:right w:val="none" w:sz="0" w:space="0" w:color="auto"/>
          </w:divBdr>
        </w:div>
        <w:div w:id="1326401082">
          <w:marLeft w:val="480"/>
          <w:marRight w:val="0"/>
          <w:marTop w:val="0"/>
          <w:marBottom w:val="0"/>
          <w:divBdr>
            <w:top w:val="none" w:sz="0" w:space="0" w:color="auto"/>
            <w:left w:val="none" w:sz="0" w:space="0" w:color="auto"/>
            <w:bottom w:val="none" w:sz="0" w:space="0" w:color="auto"/>
            <w:right w:val="none" w:sz="0" w:space="0" w:color="auto"/>
          </w:divBdr>
        </w:div>
        <w:div w:id="1372194783">
          <w:marLeft w:val="480"/>
          <w:marRight w:val="0"/>
          <w:marTop w:val="0"/>
          <w:marBottom w:val="0"/>
          <w:divBdr>
            <w:top w:val="none" w:sz="0" w:space="0" w:color="auto"/>
            <w:left w:val="none" w:sz="0" w:space="0" w:color="auto"/>
            <w:bottom w:val="none" w:sz="0" w:space="0" w:color="auto"/>
            <w:right w:val="none" w:sz="0" w:space="0" w:color="auto"/>
          </w:divBdr>
        </w:div>
        <w:div w:id="1413774145">
          <w:marLeft w:val="480"/>
          <w:marRight w:val="0"/>
          <w:marTop w:val="0"/>
          <w:marBottom w:val="0"/>
          <w:divBdr>
            <w:top w:val="none" w:sz="0" w:space="0" w:color="auto"/>
            <w:left w:val="none" w:sz="0" w:space="0" w:color="auto"/>
            <w:bottom w:val="none" w:sz="0" w:space="0" w:color="auto"/>
            <w:right w:val="none" w:sz="0" w:space="0" w:color="auto"/>
          </w:divBdr>
        </w:div>
        <w:div w:id="1449162416">
          <w:marLeft w:val="480"/>
          <w:marRight w:val="0"/>
          <w:marTop w:val="0"/>
          <w:marBottom w:val="0"/>
          <w:divBdr>
            <w:top w:val="none" w:sz="0" w:space="0" w:color="auto"/>
            <w:left w:val="none" w:sz="0" w:space="0" w:color="auto"/>
            <w:bottom w:val="none" w:sz="0" w:space="0" w:color="auto"/>
            <w:right w:val="none" w:sz="0" w:space="0" w:color="auto"/>
          </w:divBdr>
        </w:div>
        <w:div w:id="1463231055">
          <w:marLeft w:val="480"/>
          <w:marRight w:val="0"/>
          <w:marTop w:val="0"/>
          <w:marBottom w:val="0"/>
          <w:divBdr>
            <w:top w:val="none" w:sz="0" w:space="0" w:color="auto"/>
            <w:left w:val="none" w:sz="0" w:space="0" w:color="auto"/>
            <w:bottom w:val="none" w:sz="0" w:space="0" w:color="auto"/>
            <w:right w:val="none" w:sz="0" w:space="0" w:color="auto"/>
          </w:divBdr>
        </w:div>
        <w:div w:id="1469132520">
          <w:marLeft w:val="480"/>
          <w:marRight w:val="0"/>
          <w:marTop w:val="0"/>
          <w:marBottom w:val="0"/>
          <w:divBdr>
            <w:top w:val="none" w:sz="0" w:space="0" w:color="auto"/>
            <w:left w:val="none" w:sz="0" w:space="0" w:color="auto"/>
            <w:bottom w:val="none" w:sz="0" w:space="0" w:color="auto"/>
            <w:right w:val="none" w:sz="0" w:space="0" w:color="auto"/>
          </w:divBdr>
        </w:div>
        <w:div w:id="1493788322">
          <w:marLeft w:val="480"/>
          <w:marRight w:val="0"/>
          <w:marTop w:val="0"/>
          <w:marBottom w:val="0"/>
          <w:divBdr>
            <w:top w:val="none" w:sz="0" w:space="0" w:color="auto"/>
            <w:left w:val="none" w:sz="0" w:space="0" w:color="auto"/>
            <w:bottom w:val="none" w:sz="0" w:space="0" w:color="auto"/>
            <w:right w:val="none" w:sz="0" w:space="0" w:color="auto"/>
          </w:divBdr>
        </w:div>
        <w:div w:id="1512374447">
          <w:marLeft w:val="480"/>
          <w:marRight w:val="0"/>
          <w:marTop w:val="0"/>
          <w:marBottom w:val="0"/>
          <w:divBdr>
            <w:top w:val="none" w:sz="0" w:space="0" w:color="auto"/>
            <w:left w:val="none" w:sz="0" w:space="0" w:color="auto"/>
            <w:bottom w:val="none" w:sz="0" w:space="0" w:color="auto"/>
            <w:right w:val="none" w:sz="0" w:space="0" w:color="auto"/>
          </w:divBdr>
        </w:div>
        <w:div w:id="1667442695">
          <w:marLeft w:val="480"/>
          <w:marRight w:val="0"/>
          <w:marTop w:val="0"/>
          <w:marBottom w:val="0"/>
          <w:divBdr>
            <w:top w:val="none" w:sz="0" w:space="0" w:color="auto"/>
            <w:left w:val="none" w:sz="0" w:space="0" w:color="auto"/>
            <w:bottom w:val="none" w:sz="0" w:space="0" w:color="auto"/>
            <w:right w:val="none" w:sz="0" w:space="0" w:color="auto"/>
          </w:divBdr>
        </w:div>
        <w:div w:id="1787113417">
          <w:marLeft w:val="480"/>
          <w:marRight w:val="0"/>
          <w:marTop w:val="0"/>
          <w:marBottom w:val="0"/>
          <w:divBdr>
            <w:top w:val="none" w:sz="0" w:space="0" w:color="auto"/>
            <w:left w:val="none" w:sz="0" w:space="0" w:color="auto"/>
            <w:bottom w:val="none" w:sz="0" w:space="0" w:color="auto"/>
            <w:right w:val="none" w:sz="0" w:space="0" w:color="auto"/>
          </w:divBdr>
        </w:div>
        <w:div w:id="1921405566">
          <w:marLeft w:val="480"/>
          <w:marRight w:val="0"/>
          <w:marTop w:val="0"/>
          <w:marBottom w:val="0"/>
          <w:divBdr>
            <w:top w:val="none" w:sz="0" w:space="0" w:color="auto"/>
            <w:left w:val="none" w:sz="0" w:space="0" w:color="auto"/>
            <w:bottom w:val="none" w:sz="0" w:space="0" w:color="auto"/>
            <w:right w:val="none" w:sz="0" w:space="0" w:color="auto"/>
          </w:divBdr>
        </w:div>
        <w:div w:id="2004048892">
          <w:marLeft w:val="480"/>
          <w:marRight w:val="0"/>
          <w:marTop w:val="0"/>
          <w:marBottom w:val="0"/>
          <w:divBdr>
            <w:top w:val="none" w:sz="0" w:space="0" w:color="auto"/>
            <w:left w:val="none" w:sz="0" w:space="0" w:color="auto"/>
            <w:bottom w:val="none" w:sz="0" w:space="0" w:color="auto"/>
            <w:right w:val="none" w:sz="0" w:space="0" w:color="auto"/>
          </w:divBdr>
        </w:div>
        <w:div w:id="2020958799">
          <w:marLeft w:val="480"/>
          <w:marRight w:val="0"/>
          <w:marTop w:val="0"/>
          <w:marBottom w:val="0"/>
          <w:divBdr>
            <w:top w:val="none" w:sz="0" w:space="0" w:color="auto"/>
            <w:left w:val="none" w:sz="0" w:space="0" w:color="auto"/>
            <w:bottom w:val="none" w:sz="0" w:space="0" w:color="auto"/>
            <w:right w:val="none" w:sz="0" w:space="0" w:color="auto"/>
          </w:divBdr>
        </w:div>
        <w:div w:id="2024699313">
          <w:marLeft w:val="480"/>
          <w:marRight w:val="0"/>
          <w:marTop w:val="0"/>
          <w:marBottom w:val="0"/>
          <w:divBdr>
            <w:top w:val="none" w:sz="0" w:space="0" w:color="auto"/>
            <w:left w:val="none" w:sz="0" w:space="0" w:color="auto"/>
            <w:bottom w:val="none" w:sz="0" w:space="0" w:color="auto"/>
            <w:right w:val="none" w:sz="0" w:space="0" w:color="auto"/>
          </w:divBdr>
        </w:div>
      </w:divsChild>
    </w:div>
    <w:div w:id="1420296969">
      <w:bodyDiv w:val="1"/>
      <w:marLeft w:val="0"/>
      <w:marRight w:val="0"/>
      <w:marTop w:val="0"/>
      <w:marBottom w:val="0"/>
      <w:divBdr>
        <w:top w:val="none" w:sz="0" w:space="0" w:color="auto"/>
        <w:left w:val="none" w:sz="0" w:space="0" w:color="auto"/>
        <w:bottom w:val="none" w:sz="0" w:space="0" w:color="auto"/>
        <w:right w:val="none" w:sz="0" w:space="0" w:color="auto"/>
      </w:divBdr>
    </w:div>
    <w:div w:id="1420369524">
      <w:bodyDiv w:val="1"/>
      <w:marLeft w:val="0"/>
      <w:marRight w:val="0"/>
      <w:marTop w:val="0"/>
      <w:marBottom w:val="0"/>
      <w:divBdr>
        <w:top w:val="none" w:sz="0" w:space="0" w:color="auto"/>
        <w:left w:val="none" w:sz="0" w:space="0" w:color="auto"/>
        <w:bottom w:val="none" w:sz="0" w:space="0" w:color="auto"/>
        <w:right w:val="none" w:sz="0" w:space="0" w:color="auto"/>
      </w:divBdr>
      <w:divsChild>
        <w:div w:id="51123724">
          <w:marLeft w:val="480"/>
          <w:marRight w:val="0"/>
          <w:marTop w:val="0"/>
          <w:marBottom w:val="0"/>
          <w:divBdr>
            <w:top w:val="none" w:sz="0" w:space="0" w:color="auto"/>
            <w:left w:val="none" w:sz="0" w:space="0" w:color="auto"/>
            <w:bottom w:val="none" w:sz="0" w:space="0" w:color="auto"/>
            <w:right w:val="none" w:sz="0" w:space="0" w:color="auto"/>
          </w:divBdr>
        </w:div>
        <w:div w:id="144859269">
          <w:marLeft w:val="480"/>
          <w:marRight w:val="0"/>
          <w:marTop w:val="0"/>
          <w:marBottom w:val="0"/>
          <w:divBdr>
            <w:top w:val="none" w:sz="0" w:space="0" w:color="auto"/>
            <w:left w:val="none" w:sz="0" w:space="0" w:color="auto"/>
            <w:bottom w:val="none" w:sz="0" w:space="0" w:color="auto"/>
            <w:right w:val="none" w:sz="0" w:space="0" w:color="auto"/>
          </w:divBdr>
        </w:div>
        <w:div w:id="179395211">
          <w:marLeft w:val="480"/>
          <w:marRight w:val="0"/>
          <w:marTop w:val="0"/>
          <w:marBottom w:val="0"/>
          <w:divBdr>
            <w:top w:val="none" w:sz="0" w:space="0" w:color="auto"/>
            <w:left w:val="none" w:sz="0" w:space="0" w:color="auto"/>
            <w:bottom w:val="none" w:sz="0" w:space="0" w:color="auto"/>
            <w:right w:val="none" w:sz="0" w:space="0" w:color="auto"/>
          </w:divBdr>
        </w:div>
        <w:div w:id="198519536">
          <w:marLeft w:val="480"/>
          <w:marRight w:val="0"/>
          <w:marTop w:val="0"/>
          <w:marBottom w:val="0"/>
          <w:divBdr>
            <w:top w:val="none" w:sz="0" w:space="0" w:color="auto"/>
            <w:left w:val="none" w:sz="0" w:space="0" w:color="auto"/>
            <w:bottom w:val="none" w:sz="0" w:space="0" w:color="auto"/>
            <w:right w:val="none" w:sz="0" w:space="0" w:color="auto"/>
          </w:divBdr>
        </w:div>
        <w:div w:id="222954146">
          <w:marLeft w:val="480"/>
          <w:marRight w:val="0"/>
          <w:marTop w:val="0"/>
          <w:marBottom w:val="0"/>
          <w:divBdr>
            <w:top w:val="none" w:sz="0" w:space="0" w:color="auto"/>
            <w:left w:val="none" w:sz="0" w:space="0" w:color="auto"/>
            <w:bottom w:val="none" w:sz="0" w:space="0" w:color="auto"/>
            <w:right w:val="none" w:sz="0" w:space="0" w:color="auto"/>
          </w:divBdr>
        </w:div>
        <w:div w:id="238832945">
          <w:marLeft w:val="480"/>
          <w:marRight w:val="0"/>
          <w:marTop w:val="0"/>
          <w:marBottom w:val="0"/>
          <w:divBdr>
            <w:top w:val="none" w:sz="0" w:space="0" w:color="auto"/>
            <w:left w:val="none" w:sz="0" w:space="0" w:color="auto"/>
            <w:bottom w:val="none" w:sz="0" w:space="0" w:color="auto"/>
            <w:right w:val="none" w:sz="0" w:space="0" w:color="auto"/>
          </w:divBdr>
        </w:div>
        <w:div w:id="240262728">
          <w:marLeft w:val="480"/>
          <w:marRight w:val="0"/>
          <w:marTop w:val="0"/>
          <w:marBottom w:val="0"/>
          <w:divBdr>
            <w:top w:val="none" w:sz="0" w:space="0" w:color="auto"/>
            <w:left w:val="none" w:sz="0" w:space="0" w:color="auto"/>
            <w:bottom w:val="none" w:sz="0" w:space="0" w:color="auto"/>
            <w:right w:val="none" w:sz="0" w:space="0" w:color="auto"/>
          </w:divBdr>
        </w:div>
        <w:div w:id="250746354">
          <w:marLeft w:val="480"/>
          <w:marRight w:val="0"/>
          <w:marTop w:val="0"/>
          <w:marBottom w:val="0"/>
          <w:divBdr>
            <w:top w:val="none" w:sz="0" w:space="0" w:color="auto"/>
            <w:left w:val="none" w:sz="0" w:space="0" w:color="auto"/>
            <w:bottom w:val="none" w:sz="0" w:space="0" w:color="auto"/>
            <w:right w:val="none" w:sz="0" w:space="0" w:color="auto"/>
          </w:divBdr>
        </w:div>
        <w:div w:id="258024533">
          <w:marLeft w:val="480"/>
          <w:marRight w:val="0"/>
          <w:marTop w:val="0"/>
          <w:marBottom w:val="0"/>
          <w:divBdr>
            <w:top w:val="none" w:sz="0" w:space="0" w:color="auto"/>
            <w:left w:val="none" w:sz="0" w:space="0" w:color="auto"/>
            <w:bottom w:val="none" w:sz="0" w:space="0" w:color="auto"/>
            <w:right w:val="none" w:sz="0" w:space="0" w:color="auto"/>
          </w:divBdr>
        </w:div>
        <w:div w:id="295457815">
          <w:marLeft w:val="480"/>
          <w:marRight w:val="0"/>
          <w:marTop w:val="0"/>
          <w:marBottom w:val="0"/>
          <w:divBdr>
            <w:top w:val="none" w:sz="0" w:space="0" w:color="auto"/>
            <w:left w:val="none" w:sz="0" w:space="0" w:color="auto"/>
            <w:bottom w:val="none" w:sz="0" w:space="0" w:color="auto"/>
            <w:right w:val="none" w:sz="0" w:space="0" w:color="auto"/>
          </w:divBdr>
        </w:div>
        <w:div w:id="310715523">
          <w:marLeft w:val="480"/>
          <w:marRight w:val="0"/>
          <w:marTop w:val="0"/>
          <w:marBottom w:val="0"/>
          <w:divBdr>
            <w:top w:val="none" w:sz="0" w:space="0" w:color="auto"/>
            <w:left w:val="none" w:sz="0" w:space="0" w:color="auto"/>
            <w:bottom w:val="none" w:sz="0" w:space="0" w:color="auto"/>
            <w:right w:val="none" w:sz="0" w:space="0" w:color="auto"/>
          </w:divBdr>
        </w:div>
        <w:div w:id="389883713">
          <w:marLeft w:val="480"/>
          <w:marRight w:val="0"/>
          <w:marTop w:val="0"/>
          <w:marBottom w:val="0"/>
          <w:divBdr>
            <w:top w:val="none" w:sz="0" w:space="0" w:color="auto"/>
            <w:left w:val="none" w:sz="0" w:space="0" w:color="auto"/>
            <w:bottom w:val="none" w:sz="0" w:space="0" w:color="auto"/>
            <w:right w:val="none" w:sz="0" w:space="0" w:color="auto"/>
          </w:divBdr>
        </w:div>
        <w:div w:id="393281579">
          <w:marLeft w:val="480"/>
          <w:marRight w:val="0"/>
          <w:marTop w:val="0"/>
          <w:marBottom w:val="0"/>
          <w:divBdr>
            <w:top w:val="none" w:sz="0" w:space="0" w:color="auto"/>
            <w:left w:val="none" w:sz="0" w:space="0" w:color="auto"/>
            <w:bottom w:val="none" w:sz="0" w:space="0" w:color="auto"/>
            <w:right w:val="none" w:sz="0" w:space="0" w:color="auto"/>
          </w:divBdr>
        </w:div>
        <w:div w:id="449862989">
          <w:marLeft w:val="480"/>
          <w:marRight w:val="0"/>
          <w:marTop w:val="0"/>
          <w:marBottom w:val="0"/>
          <w:divBdr>
            <w:top w:val="none" w:sz="0" w:space="0" w:color="auto"/>
            <w:left w:val="none" w:sz="0" w:space="0" w:color="auto"/>
            <w:bottom w:val="none" w:sz="0" w:space="0" w:color="auto"/>
            <w:right w:val="none" w:sz="0" w:space="0" w:color="auto"/>
          </w:divBdr>
        </w:div>
        <w:div w:id="578633496">
          <w:marLeft w:val="480"/>
          <w:marRight w:val="0"/>
          <w:marTop w:val="0"/>
          <w:marBottom w:val="0"/>
          <w:divBdr>
            <w:top w:val="none" w:sz="0" w:space="0" w:color="auto"/>
            <w:left w:val="none" w:sz="0" w:space="0" w:color="auto"/>
            <w:bottom w:val="none" w:sz="0" w:space="0" w:color="auto"/>
            <w:right w:val="none" w:sz="0" w:space="0" w:color="auto"/>
          </w:divBdr>
        </w:div>
        <w:div w:id="594941187">
          <w:marLeft w:val="480"/>
          <w:marRight w:val="0"/>
          <w:marTop w:val="0"/>
          <w:marBottom w:val="0"/>
          <w:divBdr>
            <w:top w:val="none" w:sz="0" w:space="0" w:color="auto"/>
            <w:left w:val="none" w:sz="0" w:space="0" w:color="auto"/>
            <w:bottom w:val="none" w:sz="0" w:space="0" w:color="auto"/>
            <w:right w:val="none" w:sz="0" w:space="0" w:color="auto"/>
          </w:divBdr>
        </w:div>
        <w:div w:id="659693088">
          <w:marLeft w:val="480"/>
          <w:marRight w:val="0"/>
          <w:marTop w:val="0"/>
          <w:marBottom w:val="0"/>
          <w:divBdr>
            <w:top w:val="none" w:sz="0" w:space="0" w:color="auto"/>
            <w:left w:val="none" w:sz="0" w:space="0" w:color="auto"/>
            <w:bottom w:val="none" w:sz="0" w:space="0" w:color="auto"/>
            <w:right w:val="none" w:sz="0" w:space="0" w:color="auto"/>
          </w:divBdr>
        </w:div>
        <w:div w:id="703213585">
          <w:marLeft w:val="480"/>
          <w:marRight w:val="0"/>
          <w:marTop w:val="0"/>
          <w:marBottom w:val="0"/>
          <w:divBdr>
            <w:top w:val="none" w:sz="0" w:space="0" w:color="auto"/>
            <w:left w:val="none" w:sz="0" w:space="0" w:color="auto"/>
            <w:bottom w:val="none" w:sz="0" w:space="0" w:color="auto"/>
            <w:right w:val="none" w:sz="0" w:space="0" w:color="auto"/>
          </w:divBdr>
        </w:div>
        <w:div w:id="705368471">
          <w:marLeft w:val="480"/>
          <w:marRight w:val="0"/>
          <w:marTop w:val="0"/>
          <w:marBottom w:val="0"/>
          <w:divBdr>
            <w:top w:val="none" w:sz="0" w:space="0" w:color="auto"/>
            <w:left w:val="none" w:sz="0" w:space="0" w:color="auto"/>
            <w:bottom w:val="none" w:sz="0" w:space="0" w:color="auto"/>
            <w:right w:val="none" w:sz="0" w:space="0" w:color="auto"/>
          </w:divBdr>
        </w:div>
        <w:div w:id="900169465">
          <w:marLeft w:val="480"/>
          <w:marRight w:val="0"/>
          <w:marTop w:val="0"/>
          <w:marBottom w:val="0"/>
          <w:divBdr>
            <w:top w:val="none" w:sz="0" w:space="0" w:color="auto"/>
            <w:left w:val="none" w:sz="0" w:space="0" w:color="auto"/>
            <w:bottom w:val="none" w:sz="0" w:space="0" w:color="auto"/>
            <w:right w:val="none" w:sz="0" w:space="0" w:color="auto"/>
          </w:divBdr>
        </w:div>
        <w:div w:id="912278685">
          <w:marLeft w:val="480"/>
          <w:marRight w:val="0"/>
          <w:marTop w:val="0"/>
          <w:marBottom w:val="0"/>
          <w:divBdr>
            <w:top w:val="none" w:sz="0" w:space="0" w:color="auto"/>
            <w:left w:val="none" w:sz="0" w:space="0" w:color="auto"/>
            <w:bottom w:val="none" w:sz="0" w:space="0" w:color="auto"/>
            <w:right w:val="none" w:sz="0" w:space="0" w:color="auto"/>
          </w:divBdr>
        </w:div>
        <w:div w:id="961809378">
          <w:marLeft w:val="480"/>
          <w:marRight w:val="0"/>
          <w:marTop w:val="0"/>
          <w:marBottom w:val="0"/>
          <w:divBdr>
            <w:top w:val="none" w:sz="0" w:space="0" w:color="auto"/>
            <w:left w:val="none" w:sz="0" w:space="0" w:color="auto"/>
            <w:bottom w:val="none" w:sz="0" w:space="0" w:color="auto"/>
            <w:right w:val="none" w:sz="0" w:space="0" w:color="auto"/>
          </w:divBdr>
        </w:div>
        <w:div w:id="1242564521">
          <w:marLeft w:val="480"/>
          <w:marRight w:val="0"/>
          <w:marTop w:val="0"/>
          <w:marBottom w:val="0"/>
          <w:divBdr>
            <w:top w:val="none" w:sz="0" w:space="0" w:color="auto"/>
            <w:left w:val="none" w:sz="0" w:space="0" w:color="auto"/>
            <w:bottom w:val="none" w:sz="0" w:space="0" w:color="auto"/>
            <w:right w:val="none" w:sz="0" w:space="0" w:color="auto"/>
          </w:divBdr>
        </w:div>
        <w:div w:id="1260873378">
          <w:marLeft w:val="480"/>
          <w:marRight w:val="0"/>
          <w:marTop w:val="0"/>
          <w:marBottom w:val="0"/>
          <w:divBdr>
            <w:top w:val="none" w:sz="0" w:space="0" w:color="auto"/>
            <w:left w:val="none" w:sz="0" w:space="0" w:color="auto"/>
            <w:bottom w:val="none" w:sz="0" w:space="0" w:color="auto"/>
            <w:right w:val="none" w:sz="0" w:space="0" w:color="auto"/>
          </w:divBdr>
        </w:div>
        <w:div w:id="1265377977">
          <w:marLeft w:val="480"/>
          <w:marRight w:val="0"/>
          <w:marTop w:val="0"/>
          <w:marBottom w:val="0"/>
          <w:divBdr>
            <w:top w:val="none" w:sz="0" w:space="0" w:color="auto"/>
            <w:left w:val="none" w:sz="0" w:space="0" w:color="auto"/>
            <w:bottom w:val="none" w:sz="0" w:space="0" w:color="auto"/>
            <w:right w:val="none" w:sz="0" w:space="0" w:color="auto"/>
          </w:divBdr>
        </w:div>
        <w:div w:id="1372681387">
          <w:marLeft w:val="480"/>
          <w:marRight w:val="0"/>
          <w:marTop w:val="0"/>
          <w:marBottom w:val="0"/>
          <w:divBdr>
            <w:top w:val="none" w:sz="0" w:space="0" w:color="auto"/>
            <w:left w:val="none" w:sz="0" w:space="0" w:color="auto"/>
            <w:bottom w:val="none" w:sz="0" w:space="0" w:color="auto"/>
            <w:right w:val="none" w:sz="0" w:space="0" w:color="auto"/>
          </w:divBdr>
        </w:div>
        <w:div w:id="1384986515">
          <w:marLeft w:val="480"/>
          <w:marRight w:val="0"/>
          <w:marTop w:val="0"/>
          <w:marBottom w:val="0"/>
          <w:divBdr>
            <w:top w:val="none" w:sz="0" w:space="0" w:color="auto"/>
            <w:left w:val="none" w:sz="0" w:space="0" w:color="auto"/>
            <w:bottom w:val="none" w:sz="0" w:space="0" w:color="auto"/>
            <w:right w:val="none" w:sz="0" w:space="0" w:color="auto"/>
          </w:divBdr>
        </w:div>
        <w:div w:id="1407148739">
          <w:marLeft w:val="480"/>
          <w:marRight w:val="0"/>
          <w:marTop w:val="0"/>
          <w:marBottom w:val="0"/>
          <w:divBdr>
            <w:top w:val="none" w:sz="0" w:space="0" w:color="auto"/>
            <w:left w:val="none" w:sz="0" w:space="0" w:color="auto"/>
            <w:bottom w:val="none" w:sz="0" w:space="0" w:color="auto"/>
            <w:right w:val="none" w:sz="0" w:space="0" w:color="auto"/>
          </w:divBdr>
        </w:div>
        <w:div w:id="1483933219">
          <w:marLeft w:val="480"/>
          <w:marRight w:val="0"/>
          <w:marTop w:val="0"/>
          <w:marBottom w:val="0"/>
          <w:divBdr>
            <w:top w:val="none" w:sz="0" w:space="0" w:color="auto"/>
            <w:left w:val="none" w:sz="0" w:space="0" w:color="auto"/>
            <w:bottom w:val="none" w:sz="0" w:space="0" w:color="auto"/>
            <w:right w:val="none" w:sz="0" w:space="0" w:color="auto"/>
          </w:divBdr>
        </w:div>
        <w:div w:id="1566261740">
          <w:marLeft w:val="480"/>
          <w:marRight w:val="0"/>
          <w:marTop w:val="0"/>
          <w:marBottom w:val="0"/>
          <w:divBdr>
            <w:top w:val="none" w:sz="0" w:space="0" w:color="auto"/>
            <w:left w:val="none" w:sz="0" w:space="0" w:color="auto"/>
            <w:bottom w:val="none" w:sz="0" w:space="0" w:color="auto"/>
            <w:right w:val="none" w:sz="0" w:space="0" w:color="auto"/>
          </w:divBdr>
        </w:div>
        <w:div w:id="1598826871">
          <w:marLeft w:val="480"/>
          <w:marRight w:val="0"/>
          <w:marTop w:val="0"/>
          <w:marBottom w:val="0"/>
          <w:divBdr>
            <w:top w:val="none" w:sz="0" w:space="0" w:color="auto"/>
            <w:left w:val="none" w:sz="0" w:space="0" w:color="auto"/>
            <w:bottom w:val="none" w:sz="0" w:space="0" w:color="auto"/>
            <w:right w:val="none" w:sz="0" w:space="0" w:color="auto"/>
          </w:divBdr>
        </w:div>
        <w:div w:id="1628123470">
          <w:marLeft w:val="480"/>
          <w:marRight w:val="0"/>
          <w:marTop w:val="0"/>
          <w:marBottom w:val="0"/>
          <w:divBdr>
            <w:top w:val="none" w:sz="0" w:space="0" w:color="auto"/>
            <w:left w:val="none" w:sz="0" w:space="0" w:color="auto"/>
            <w:bottom w:val="none" w:sz="0" w:space="0" w:color="auto"/>
            <w:right w:val="none" w:sz="0" w:space="0" w:color="auto"/>
          </w:divBdr>
        </w:div>
        <w:div w:id="1651713824">
          <w:marLeft w:val="480"/>
          <w:marRight w:val="0"/>
          <w:marTop w:val="0"/>
          <w:marBottom w:val="0"/>
          <w:divBdr>
            <w:top w:val="none" w:sz="0" w:space="0" w:color="auto"/>
            <w:left w:val="none" w:sz="0" w:space="0" w:color="auto"/>
            <w:bottom w:val="none" w:sz="0" w:space="0" w:color="auto"/>
            <w:right w:val="none" w:sz="0" w:space="0" w:color="auto"/>
          </w:divBdr>
        </w:div>
        <w:div w:id="1754083791">
          <w:marLeft w:val="480"/>
          <w:marRight w:val="0"/>
          <w:marTop w:val="0"/>
          <w:marBottom w:val="0"/>
          <w:divBdr>
            <w:top w:val="none" w:sz="0" w:space="0" w:color="auto"/>
            <w:left w:val="none" w:sz="0" w:space="0" w:color="auto"/>
            <w:bottom w:val="none" w:sz="0" w:space="0" w:color="auto"/>
            <w:right w:val="none" w:sz="0" w:space="0" w:color="auto"/>
          </w:divBdr>
        </w:div>
        <w:div w:id="1813329063">
          <w:marLeft w:val="480"/>
          <w:marRight w:val="0"/>
          <w:marTop w:val="0"/>
          <w:marBottom w:val="0"/>
          <w:divBdr>
            <w:top w:val="none" w:sz="0" w:space="0" w:color="auto"/>
            <w:left w:val="none" w:sz="0" w:space="0" w:color="auto"/>
            <w:bottom w:val="none" w:sz="0" w:space="0" w:color="auto"/>
            <w:right w:val="none" w:sz="0" w:space="0" w:color="auto"/>
          </w:divBdr>
        </w:div>
        <w:div w:id="1844397483">
          <w:marLeft w:val="480"/>
          <w:marRight w:val="0"/>
          <w:marTop w:val="0"/>
          <w:marBottom w:val="0"/>
          <w:divBdr>
            <w:top w:val="none" w:sz="0" w:space="0" w:color="auto"/>
            <w:left w:val="none" w:sz="0" w:space="0" w:color="auto"/>
            <w:bottom w:val="none" w:sz="0" w:space="0" w:color="auto"/>
            <w:right w:val="none" w:sz="0" w:space="0" w:color="auto"/>
          </w:divBdr>
        </w:div>
        <w:div w:id="1882277575">
          <w:marLeft w:val="480"/>
          <w:marRight w:val="0"/>
          <w:marTop w:val="0"/>
          <w:marBottom w:val="0"/>
          <w:divBdr>
            <w:top w:val="none" w:sz="0" w:space="0" w:color="auto"/>
            <w:left w:val="none" w:sz="0" w:space="0" w:color="auto"/>
            <w:bottom w:val="none" w:sz="0" w:space="0" w:color="auto"/>
            <w:right w:val="none" w:sz="0" w:space="0" w:color="auto"/>
          </w:divBdr>
        </w:div>
        <w:div w:id="1924099758">
          <w:marLeft w:val="480"/>
          <w:marRight w:val="0"/>
          <w:marTop w:val="0"/>
          <w:marBottom w:val="0"/>
          <w:divBdr>
            <w:top w:val="none" w:sz="0" w:space="0" w:color="auto"/>
            <w:left w:val="none" w:sz="0" w:space="0" w:color="auto"/>
            <w:bottom w:val="none" w:sz="0" w:space="0" w:color="auto"/>
            <w:right w:val="none" w:sz="0" w:space="0" w:color="auto"/>
          </w:divBdr>
        </w:div>
        <w:div w:id="1934169289">
          <w:marLeft w:val="480"/>
          <w:marRight w:val="0"/>
          <w:marTop w:val="0"/>
          <w:marBottom w:val="0"/>
          <w:divBdr>
            <w:top w:val="none" w:sz="0" w:space="0" w:color="auto"/>
            <w:left w:val="none" w:sz="0" w:space="0" w:color="auto"/>
            <w:bottom w:val="none" w:sz="0" w:space="0" w:color="auto"/>
            <w:right w:val="none" w:sz="0" w:space="0" w:color="auto"/>
          </w:divBdr>
        </w:div>
        <w:div w:id="1966615357">
          <w:marLeft w:val="480"/>
          <w:marRight w:val="0"/>
          <w:marTop w:val="0"/>
          <w:marBottom w:val="0"/>
          <w:divBdr>
            <w:top w:val="none" w:sz="0" w:space="0" w:color="auto"/>
            <w:left w:val="none" w:sz="0" w:space="0" w:color="auto"/>
            <w:bottom w:val="none" w:sz="0" w:space="0" w:color="auto"/>
            <w:right w:val="none" w:sz="0" w:space="0" w:color="auto"/>
          </w:divBdr>
        </w:div>
        <w:div w:id="2103261460">
          <w:marLeft w:val="480"/>
          <w:marRight w:val="0"/>
          <w:marTop w:val="0"/>
          <w:marBottom w:val="0"/>
          <w:divBdr>
            <w:top w:val="none" w:sz="0" w:space="0" w:color="auto"/>
            <w:left w:val="none" w:sz="0" w:space="0" w:color="auto"/>
            <w:bottom w:val="none" w:sz="0" w:space="0" w:color="auto"/>
            <w:right w:val="none" w:sz="0" w:space="0" w:color="auto"/>
          </w:divBdr>
        </w:div>
        <w:div w:id="2127382174">
          <w:marLeft w:val="480"/>
          <w:marRight w:val="0"/>
          <w:marTop w:val="0"/>
          <w:marBottom w:val="0"/>
          <w:divBdr>
            <w:top w:val="none" w:sz="0" w:space="0" w:color="auto"/>
            <w:left w:val="none" w:sz="0" w:space="0" w:color="auto"/>
            <w:bottom w:val="none" w:sz="0" w:space="0" w:color="auto"/>
            <w:right w:val="none" w:sz="0" w:space="0" w:color="auto"/>
          </w:divBdr>
        </w:div>
      </w:divsChild>
    </w:div>
    <w:div w:id="1420518479">
      <w:bodyDiv w:val="1"/>
      <w:marLeft w:val="0"/>
      <w:marRight w:val="0"/>
      <w:marTop w:val="0"/>
      <w:marBottom w:val="0"/>
      <w:divBdr>
        <w:top w:val="none" w:sz="0" w:space="0" w:color="auto"/>
        <w:left w:val="none" w:sz="0" w:space="0" w:color="auto"/>
        <w:bottom w:val="none" w:sz="0" w:space="0" w:color="auto"/>
        <w:right w:val="none" w:sz="0" w:space="0" w:color="auto"/>
      </w:divBdr>
    </w:div>
    <w:div w:id="1420755083">
      <w:bodyDiv w:val="1"/>
      <w:marLeft w:val="0"/>
      <w:marRight w:val="0"/>
      <w:marTop w:val="0"/>
      <w:marBottom w:val="0"/>
      <w:divBdr>
        <w:top w:val="none" w:sz="0" w:space="0" w:color="auto"/>
        <w:left w:val="none" w:sz="0" w:space="0" w:color="auto"/>
        <w:bottom w:val="none" w:sz="0" w:space="0" w:color="auto"/>
        <w:right w:val="none" w:sz="0" w:space="0" w:color="auto"/>
      </w:divBdr>
    </w:div>
    <w:div w:id="1423332450">
      <w:bodyDiv w:val="1"/>
      <w:marLeft w:val="0"/>
      <w:marRight w:val="0"/>
      <w:marTop w:val="0"/>
      <w:marBottom w:val="0"/>
      <w:divBdr>
        <w:top w:val="none" w:sz="0" w:space="0" w:color="auto"/>
        <w:left w:val="none" w:sz="0" w:space="0" w:color="auto"/>
        <w:bottom w:val="none" w:sz="0" w:space="0" w:color="auto"/>
        <w:right w:val="none" w:sz="0" w:space="0" w:color="auto"/>
      </w:divBdr>
    </w:div>
    <w:div w:id="1429038472">
      <w:bodyDiv w:val="1"/>
      <w:marLeft w:val="0"/>
      <w:marRight w:val="0"/>
      <w:marTop w:val="0"/>
      <w:marBottom w:val="0"/>
      <w:divBdr>
        <w:top w:val="none" w:sz="0" w:space="0" w:color="auto"/>
        <w:left w:val="none" w:sz="0" w:space="0" w:color="auto"/>
        <w:bottom w:val="none" w:sz="0" w:space="0" w:color="auto"/>
        <w:right w:val="none" w:sz="0" w:space="0" w:color="auto"/>
      </w:divBdr>
      <w:divsChild>
        <w:div w:id="788742446">
          <w:marLeft w:val="480"/>
          <w:marRight w:val="0"/>
          <w:marTop w:val="0"/>
          <w:marBottom w:val="0"/>
          <w:divBdr>
            <w:top w:val="none" w:sz="0" w:space="0" w:color="auto"/>
            <w:left w:val="none" w:sz="0" w:space="0" w:color="auto"/>
            <w:bottom w:val="none" w:sz="0" w:space="0" w:color="auto"/>
            <w:right w:val="none" w:sz="0" w:space="0" w:color="auto"/>
          </w:divBdr>
        </w:div>
        <w:div w:id="1128401387">
          <w:marLeft w:val="480"/>
          <w:marRight w:val="0"/>
          <w:marTop w:val="0"/>
          <w:marBottom w:val="0"/>
          <w:divBdr>
            <w:top w:val="none" w:sz="0" w:space="0" w:color="auto"/>
            <w:left w:val="none" w:sz="0" w:space="0" w:color="auto"/>
            <w:bottom w:val="none" w:sz="0" w:space="0" w:color="auto"/>
            <w:right w:val="none" w:sz="0" w:space="0" w:color="auto"/>
          </w:divBdr>
        </w:div>
        <w:div w:id="1616329679">
          <w:marLeft w:val="480"/>
          <w:marRight w:val="0"/>
          <w:marTop w:val="0"/>
          <w:marBottom w:val="0"/>
          <w:divBdr>
            <w:top w:val="none" w:sz="0" w:space="0" w:color="auto"/>
            <w:left w:val="none" w:sz="0" w:space="0" w:color="auto"/>
            <w:bottom w:val="none" w:sz="0" w:space="0" w:color="auto"/>
            <w:right w:val="none" w:sz="0" w:space="0" w:color="auto"/>
          </w:divBdr>
        </w:div>
        <w:div w:id="2034183306">
          <w:marLeft w:val="480"/>
          <w:marRight w:val="0"/>
          <w:marTop w:val="0"/>
          <w:marBottom w:val="0"/>
          <w:divBdr>
            <w:top w:val="none" w:sz="0" w:space="0" w:color="auto"/>
            <w:left w:val="none" w:sz="0" w:space="0" w:color="auto"/>
            <w:bottom w:val="none" w:sz="0" w:space="0" w:color="auto"/>
            <w:right w:val="none" w:sz="0" w:space="0" w:color="auto"/>
          </w:divBdr>
        </w:div>
        <w:div w:id="2051608544">
          <w:marLeft w:val="480"/>
          <w:marRight w:val="0"/>
          <w:marTop w:val="0"/>
          <w:marBottom w:val="0"/>
          <w:divBdr>
            <w:top w:val="none" w:sz="0" w:space="0" w:color="auto"/>
            <w:left w:val="none" w:sz="0" w:space="0" w:color="auto"/>
            <w:bottom w:val="none" w:sz="0" w:space="0" w:color="auto"/>
            <w:right w:val="none" w:sz="0" w:space="0" w:color="auto"/>
          </w:divBdr>
        </w:div>
      </w:divsChild>
    </w:div>
    <w:div w:id="1430538676">
      <w:bodyDiv w:val="1"/>
      <w:marLeft w:val="0"/>
      <w:marRight w:val="0"/>
      <w:marTop w:val="0"/>
      <w:marBottom w:val="0"/>
      <w:divBdr>
        <w:top w:val="none" w:sz="0" w:space="0" w:color="auto"/>
        <w:left w:val="none" w:sz="0" w:space="0" w:color="auto"/>
        <w:bottom w:val="none" w:sz="0" w:space="0" w:color="auto"/>
        <w:right w:val="none" w:sz="0" w:space="0" w:color="auto"/>
      </w:divBdr>
    </w:div>
    <w:div w:id="1432161100">
      <w:bodyDiv w:val="1"/>
      <w:marLeft w:val="0"/>
      <w:marRight w:val="0"/>
      <w:marTop w:val="0"/>
      <w:marBottom w:val="0"/>
      <w:divBdr>
        <w:top w:val="none" w:sz="0" w:space="0" w:color="auto"/>
        <w:left w:val="none" w:sz="0" w:space="0" w:color="auto"/>
        <w:bottom w:val="none" w:sz="0" w:space="0" w:color="auto"/>
        <w:right w:val="none" w:sz="0" w:space="0" w:color="auto"/>
      </w:divBdr>
    </w:div>
    <w:div w:id="1433547866">
      <w:bodyDiv w:val="1"/>
      <w:marLeft w:val="0"/>
      <w:marRight w:val="0"/>
      <w:marTop w:val="0"/>
      <w:marBottom w:val="0"/>
      <w:divBdr>
        <w:top w:val="none" w:sz="0" w:space="0" w:color="auto"/>
        <w:left w:val="none" w:sz="0" w:space="0" w:color="auto"/>
        <w:bottom w:val="none" w:sz="0" w:space="0" w:color="auto"/>
        <w:right w:val="none" w:sz="0" w:space="0" w:color="auto"/>
      </w:divBdr>
      <w:divsChild>
        <w:div w:id="57242918">
          <w:marLeft w:val="480"/>
          <w:marRight w:val="0"/>
          <w:marTop w:val="0"/>
          <w:marBottom w:val="0"/>
          <w:divBdr>
            <w:top w:val="none" w:sz="0" w:space="0" w:color="auto"/>
            <w:left w:val="none" w:sz="0" w:space="0" w:color="auto"/>
            <w:bottom w:val="none" w:sz="0" w:space="0" w:color="auto"/>
            <w:right w:val="none" w:sz="0" w:space="0" w:color="auto"/>
          </w:divBdr>
        </w:div>
        <w:div w:id="183441316">
          <w:marLeft w:val="480"/>
          <w:marRight w:val="0"/>
          <w:marTop w:val="0"/>
          <w:marBottom w:val="0"/>
          <w:divBdr>
            <w:top w:val="none" w:sz="0" w:space="0" w:color="auto"/>
            <w:left w:val="none" w:sz="0" w:space="0" w:color="auto"/>
            <w:bottom w:val="none" w:sz="0" w:space="0" w:color="auto"/>
            <w:right w:val="none" w:sz="0" w:space="0" w:color="auto"/>
          </w:divBdr>
        </w:div>
        <w:div w:id="197202408">
          <w:marLeft w:val="480"/>
          <w:marRight w:val="0"/>
          <w:marTop w:val="0"/>
          <w:marBottom w:val="0"/>
          <w:divBdr>
            <w:top w:val="none" w:sz="0" w:space="0" w:color="auto"/>
            <w:left w:val="none" w:sz="0" w:space="0" w:color="auto"/>
            <w:bottom w:val="none" w:sz="0" w:space="0" w:color="auto"/>
            <w:right w:val="none" w:sz="0" w:space="0" w:color="auto"/>
          </w:divBdr>
        </w:div>
        <w:div w:id="249436908">
          <w:marLeft w:val="480"/>
          <w:marRight w:val="0"/>
          <w:marTop w:val="0"/>
          <w:marBottom w:val="0"/>
          <w:divBdr>
            <w:top w:val="none" w:sz="0" w:space="0" w:color="auto"/>
            <w:left w:val="none" w:sz="0" w:space="0" w:color="auto"/>
            <w:bottom w:val="none" w:sz="0" w:space="0" w:color="auto"/>
            <w:right w:val="none" w:sz="0" w:space="0" w:color="auto"/>
          </w:divBdr>
        </w:div>
        <w:div w:id="269896497">
          <w:marLeft w:val="480"/>
          <w:marRight w:val="0"/>
          <w:marTop w:val="0"/>
          <w:marBottom w:val="0"/>
          <w:divBdr>
            <w:top w:val="none" w:sz="0" w:space="0" w:color="auto"/>
            <w:left w:val="none" w:sz="0" w:space="0" w:color="auto"/>
            <w:bottom w:val="none" w:sz="0" w:space="0" w:color="auto"/>
            <w:right w:val="none" w:sz="0" w:space="0" w:color="auto"/>
          </w:divBdr>
        </w:div>
        <w:div w:id="283660736">
          <w:marLeft w:val="480"/>
          <w:marRight w:val="0"/>
          <w:marTop w:val="0"/>
          <w:marBottom w:val="0"/>
          <w:divBdr>
            <w:top w:val="none" w:sz="0" w:space="0" w:color="auto"/>
            <w:left w:val="none" w:sz="0" w:space="0" w:color="auto"/>
            <w:bottom w:val="none" w:sz="0" w:space="0" w:color="auto"/>
            <w:right w:val="none" w:sz="0" w:space="0" w:color="auto"/>
          </w:divBdr>
        </w:div>
        <w:div w:id="298994924">
          <w:marLeft w:val="480"/>
          <w:marRight w:val="0"/>
          <w:marTop w:val="0"/>
          <w:marBottom w:val="0"/>
          <w:divBdr>
            <w:top w:val="none" w:sz="0" w:space="0" w:color="auto"/>
            <w:left w:val="none" w:sz="0" w:space="0" w:color="auto"/>
            <w:bottom w:val="none" w:sz="0" w:space="0" w:color="auto"/>
            <w:right w:val="none" w:sz="0" w:space="0" w:color="auto"/>
          </w:divBdr>
        </w:div>
        <w:div w:id="305164674">
          <w:marLeft w:val="480"/>
          <w:marRight w:val="0"/>
          <w:marTop w:val="0"/>
          <w:marBottom w:val="0"/>
          <w:divBdr>
            <w:top w:val="none" w:sz="0" w:space="0" w:color="auto"/>
            <w:left w:val="none" w:sz="0" w:space="0" w:color="auto"/>
            <w:bottom w:val="none" w:sz="0" w:space="0" w:color="auto"/>
            <w:right w:val="none" w:sz="0" w:space="0" w:color="auto"/>
          </w:divBdr>
        </w:div>
        <w:div w:id="403340542">
          <w:marLeft w:val="480"/>
          <w:marRight w:val="0"/>
          <w:marTop w:val="0"/>
          <w:marBottom w:val="0"/>
          <w:divBdr>
            <w:top w:val="none" w:sz="0" w:space="0" w:color="auto"/>
            <w:left w:val="none" w:sz="0" w:space="0" w:color="auto"/>
            <w:bottom w:val="none" w:sz="0" w:space="0" w:color="auto"/>
            <w:right w:val="none" w:sz="0" w:space="0" w:color="auto"/>
          </w:divBdr>
        </w:div>
        <w:div w:id="435951644">
          <w:marLeft w:val="480"/>
          <w:marRight w:val="0"/>
          <w:marTop w:val="0"/>
          <w:marBottom w:val="0"/>
          <w:divBdr>
            <w:top w:val="none" w:sz="0" w:space="0" w:color="auto"/>
            <w:left w:val="none" w:sz="0" w:space="0" w:color="auto"/>
            <w:bottom w:val="none" w:sz="0" w:space="0" w:color="auto"/>
            <w:right w:val="none" w:sz="0" w:space="0" w:color="auto"/>
          </w:divBdr>
        </w:div>
        <w:div w:id="483787834">
          <w:marLeft w:val="480"/>
          <w:marRight w:val="0"/>
          <w:marTop w:val="0"/>
          <w:marBottom w:val="0"/>
          <w:divBdr>
            <w:top w:val="none" w:sz="0" w:space="0" w:color="auto"/>
            <w:left w:val="none" w:sz="0" w:space="0" w:color="auto"/>
            <w:bottom w:val="none" w:sz="0" w:space="0" w:color="auto"/>
            <w:right w:val="none" w:sz="0" w:space="0" w:color="auto"/>
          </w:divBdr>
        </w:div>
        <w:div w:id="535124262">
          <w:marLeft w:val="480"/>
          <w:marRight w:val="0"/>
          <w:marTop w:val="0"/>
          <w:marBottom w:val="0"/>
          <w:divBdr>
            <w:top w:val="none" w:sz="0" w:space="0" w:color="auto"/>
            <w:left w:val="none" w:sz="0" w:space="0" w:color="auto"/>
            <w:bottom w:val="none" w:sz="0" w:space="0" w:color="auto"/>
            <w:right w:val="none" w:sz="0" w:space="0" w:color="auto"/>
          </w:divBdr>
        </w:div>
        <w:div w:id="654574570">
          <w:marLeft w:val="480"/>
          <w:marRight w:val="0"/>
          <w:marTop w:val="0"/>
          <w:marBottom w:val="0"/>
          <w:divBdr>
            <w:top w:val="none" w:sz="0" w:space="0" w:color="auto"/>
            <w:left w:val="none" w:sz="0" w:space="0" w:color="auto"/>
            <w:bottom w:val="none" w:sz="0" w:space="0" w:color="auto"/>
            <w:right w:val="none" w:sz="0" w:space="0" w:color="auto"/>
          </w:divBdr>
        </w:div>
        <w:div w:id="751198373">
          <w:marLeft w:val="480"/>
          <w:marRight w:val="0"/>
          <w:marTop w:val="0"/>
          <w:marBottom w:val="0"/>
          <w:divBdr>
            <w:top w:val="none" w:sz="0" w:space="0" w:color="auto"/>
            <w:left w:val="none" w:sz="0" w:space="0" w:color="auto"/>
            <w:bottom w:val="none" w:sz="0" w:space="0" w:color="auto"/>
            <w:right w:val="none" w:sz="0" w:space="0" w:color="auto"/>
          </w:divBdr>
        </w:div>
        <w:div w:id="890075048">
          <w:marLeft w:val="480"/>
          <w:marRight w:val="0"/>
          <w:marTop w:val="0"/>
          <w:marBottom w:val="0"/>
          <w:divBdr>
            <w:top w:val="none" w:sz="0" w:space="0" w:color="auto"/>
            <w:left w:val="none" w:sz="0" w:space="0" w:color="auto"/>
            <w:bottom w:val="none" w:sz="0" w:space="0" w:color="auto"/>
            <w:right w:val="none" w:sz="0" w:space="0" w:color="auto"/>
          </w:divBdr>
        </w:div>
        <w:div w:id="1032074001">
          <w:marLeft w:val="480"/>
          <w:marRight w:val="0"/>
          <w:marTop w:val="0"/>
          <w:marBottom w:val="0"/>
          <w:divBdr>
            <w:top w:val="none" w:sz="0" w:space="0" w:color="auto"/>
            <w:left w:val="none" w:sz="0" w:space="0" w:color="auto"/>
            <w:bottom w:val="none" w:sz="0" w:space="0" w:color="auto"/>
            <w:right w:val="none" w:sz="0" w:space="0" w:color="auto"/>
          </w:divBdr>
        </w:div>
        <w:div w:id="1058089021">
          <w:marLeft w:val="480"/>
          <w:marRight w:val="0"/>
          <w:marTop w:val="0"/>
          <w:marBottom w:val="0"/>
          <w:divBdr>
            <w:top w:val="none" w:sz="0" w:space="0" w:color="auto"/>
            <w:left w:val="none" w:sz="0" w:space="0" w:color="auto"/>
            <w:bottom w:val="none" w:sz="0" w:space="0" w:color="auto"/>
            <w:right w:val="none" w:sz="0" w:space="0" w:color="auto"/>
          </w:divBdr>
        </w:div>
        <w:div w:id="1191408528">
          <w:marLeft w:val="480"/>
          <w:marRight w:val="0"/>
          <w:marTop w:val="0"/>
          <w:marBottom w:val="0"/>
          <w:divBdr>
            <w:top w:val="none" w:sz="0" w:space="0" w:color="auto"/>
            <w:left w:val="none" w:sz="0" w:space="0" w:color="auto"/>
            <w:bottom w:val="none" w:sz="0" w:space="0" w:color="auto"/>
            <w:right w:val="none" w:sz="0" w:space="0" w:color="auto"/>
          </w:divBdr>
        </w:div>
        <w:div w:id="1357076925">
          <w:marLeft w:val="480"/>
          <w:marRight w:val="0"/>
          <w:marTop w:val="0"/>
          <w:marBottom w:val="0"/>
          <w:divBdr>
            <w:top w:val="none" w:sz="0" w:space="0" w:color="auto"/>
            <w:left w:val="none" w:sz="0" w:space="0" w:color="auto"/>
            <w:bottom w:val="none" w:sz="0" w:space="0" w:color="auto"/>
            <w:right w:val="none" w:sz="0" w:space="0" w:color="auto"/>
          </w:divBdr>
        </w:div>
        <w:div w:id="1530725743">
          <w:marLeft w:val="480"/>
          <w:marRight w:val="0"/>
          <w:marTop w:val="0"/>
          <w:marBottom w:val="0"/>
          <w:divBdr>
            <w:top w:val="none" w:sz="0" w:space="0" w:color="auto"/>
            <w:left w:val="none" w:sz="0" w:space="0" w:color="auto"/>
            <w:bottom w:val="none" w:sz="0" w:space="0" w:color="auto"/>
            <w:right w:val="none" w:sz="0" w:space="0" w:color="auto"/>
          </w:divBdr>
        </w:div>
        <w:div w:id="1544711670">
          <w:marLeft w:val="480"/>
          <w:marRight w:val="0"/>
          <w:marTop w:val="0"/>
          <w:marBottom w:val="0"/>
          <w:divBdr>
            <w:top w:val="none" w:sz="0" w:space="0" w:color="auto"/>
            <w:left w:val="none" w:sz="0" w:space="0" w:color="auto"/>
            <w:bottom w:val="none" w:sz="0" w:space="0" w:color="auto"/>
            <w:right w:val="none" w:sz="0" w:space="0" w:color="auto"/>
          </w:divBdr>
        </w:div>
        <w:div w:id="1737821503">
          <w:marLeft w:val="480"/>
          <w:marRight w:val="0"/>
          <w:marTop w:val="0"/>
          <w:marBottom w:val="0"/>
          <w:divBdr>
            <w:top w:val="none" w:sz="0" w:space="0" w:color="auto"/>
            <w:left w:val="none" w:sz="0" w:space="0" w:color="auto"/>
            <w:bottom w:val="none" w:sz="0" w:space="0" w:color="auto"/>
            <w:right w:val="none" w:sz="0" w:space="0" w:color="auto"/>
          </w:divBdr>
        </w:div>
        <w:div w:id="1791122775">
          <w:marLeft w:val="480"/>
          <w:marRight w:val="0"/>
          <w:marTop w:val="0"/>
          <w:marBottom w:val="0"/>
          <w:divBdr>
            <w:top w:val="none" w:sz="0" w:space="0" w:color="auto"/>
            <w:left w:val="none" w:sz="0" w:space="0" w:color="auto"/>
            <w:bottom w:val="none" w:sz="0" w:space="0" w:color="auto"/>
            <w:right w:val="none" w:sz="0" w:space="0" w:color="auto"/>
          </w:divBdr>
        </w:div>
        <w:div w:id="1985766968">
          <w:marLeft w:val="480"/>
          <w:marRight w:val="0"/>
          <w:marTop w:val="0"/>
          <w:marBottom w:val="0"/>
          <w:divBdr>
            <w:top w:val="none" w:sz="0" w:space="0" w:color="auto"/>
            <w:left w:val="none" w:sz="0" w:space="0" w:color="auto"/>
            <w:bottom w:val="none" w:sz="0" w:space="0" w:color="auto"/>
            <w:right w:val="none" w:sz="0" w:space="0" w:color="auto"/>
          </w:divBdr>
        </w:div>
        <w:div w:id="2133399040">
          <w:marLeft w:val="480"/>
          <w:marRight w:val="0"/>
          <w:marTop w:val="0"/>
          <w:marBottom w:val="0"/>
          <w:divBdr>
            <w:top w:val="none" w:sz="0" w:space="0" w:color="auto"/>
            <w:left w:val="none" w:sz="0" w:space="0" w:color="auto"/>
            <w:bottom w:val="none" w:sz="0" w:space="0" w:color="auto"/>
            <w:right w:val="none" w:sz="0" w:space="0" w:color="auto"/>
          </w:divBdr>
        </w:div>
      </w:divsChild>
    </w:div>
    <w:div w:id="1436628657">
      <w:bodyDiv w:val="1"/>
      <w:marLeft w:val="0"/>
      <w:marRight w:val="0"/>
      <w:marTop w:val="0"/>
      <w:marBottom w:val="0"/>
      <w:divBdr>
        <w:top w:val="none" w:sz="0" w:space="0" w:color="auto"/>
        <w:left w:val="none" w:sz="0" w:space="0" w:color="auto"/>
        <w:bottom w:val="none" w:sz="0" w:space="0" w:color="auto"/>
        <w:right w:val="none" w:sz="0" w:space="0" w:color="auto"/>
      </w:divBdr>
      <w:divsChild>
        <w:div w:id="43214791">
          <w:marLeft w:val="480"/>
          <w:marRight w:val="0"/>
          <w:marTop w:val="0"/>
          <w:marBottom w:val="0"/>
          <w:divBdr>
            <w:top w:val="none" w:sz="0" w:space="0" w:color="auto"/>
            <w:left w:val="none" w:sz="0" w:space="0" w:color="auto"/>
            <w:bottom w:val="none" w:sz="0" w:space="0" w:color="auto"/>
            <w:right w:val="none" w:sz="0" w:space="0" w:color="auto"/>
          </w:divBdr>
        </w:div>
        <w:div w:id="72315763">
          <w:marLeft w:val="480"/>
          <w:marRight w:val="0"/>
          <w:marTop w:val="0"/>
          <w:marBottom w:val="0"/>
          <w:divBdr>
            <w:top w:val="none" w:sz="0" w:space="0" w:color="auto"/>
            <w:left w:val="none" w:sz="0" w:space="0" w:color="auto"/>
            <w:bottom w:val="none" w:sz="0" w:space="0" w:color="auto"/>
            <w:right w:val="none" w:sz="0" w:space="0" w:color="auto"/>
          </w:divBdr>
        </w:div>
        <w:div w:id="195628267">
          <w:marLeft w:val="480"/>
          <w:marRight w:val="0"/>
          <w:marTop w:val="0"/>
          <w:marBottom w:val="0"/>
          <w:divBdr>
            <w:top w:val="none" w:sz="0" w:space="0" w:color="auto"/>
            <w:left w:val="none" w:sz="0" w:space="0" w:color="auto"/>
            <w:bottom w:val="none" w:sz="0" w:space="0" w:color="auto"/>
            <w:right w:val="none" w:sz="0" w:space="0" w:color="auto"/>
          </w:divBdr>
        </w:div>
        <w:div w:id="207037915">
          <w:marLeft w:val="480"/>
          <w:marRight w:val="0"/>
          <w:marTop w:val="0"/>
          <w:marBottom w:val="0"/>
          <w:divBdr>
            <w:top w:val="none" w:sz="0" w:space="0" w:color="auto"/>
            <w:left w:val="none" w:sz="0" w:space="0" w:color="auto"/>
            <w:bottom w:val="none" w:sz="0" w:space="0" w:color="auto"/>
            <w:right w:val="none" w:sz="0" w:space="0" w:color="auto"/>
          </w:divBdr>
        </w:div>
        <w:div w:id="236398948">
          <w:marLeft w:val="480"/>
          <w:marRight w:val="0"/>
          <w:marTop w:val="0"/>
          <w:marBottom w:val="0"/>
          <w:divBdr>
            <w:top w:val="none" w:sz="0" w:space="0" w:color="auto"/>
            <w:left w:val="none" w:sz="0" w:space="0" w:color="auto"/>
            <w:bottom w:val="none" w:sz="0" w:space="0" w:color="auto"/>
            <w:right w:val="none" w:sz="0" w:space="0" w:color="auto"/>
          </w:divBdr>
        </w:div>
        <w:div w:id="244413449">
          <w:marLeft w:val="480"/>
          <w:marRight w:val="0"/>
          <w:marTop w:val="0"/>
          <w:marBottom w:val="0"/>
          <w:divBdr>
            <w:top w:val="none" w:sz="0" w:space="0" w:color="auto"/>
            <w:left w:val="none" w:sz="0" w:space="0" w:color="auto"/>
            <w:bottom w:val="none" w:sz="0" w:space="0" w:color="auto"/>
            <w:right w:val="none" w:sz="0" w:space="0" w:color="auto"/>
          </w:divBdr>
        </w:div>
        <w:div w:id="258374679">
          <w:marLeft w:val="480"/>
          <w:marRight w:val="0"/>
          <w:marTop w:val="0"/>
          <w:marBottom w:val="0"/>
          <w:divBdr>
            <w:top w:val="none" w:sz="0" w:space="0" w:color="auto"/>
            <w:left w:val="none" w:sz="0" w:space="0" w:color="auto"/>
            <w:bottom w:val="none" w:sz="0" w:space="0" w:color="auto"/>
            <w:right w:val="none" w:sz="0" w:space="0" w:color="auto"/>
          </w:divBdr>
        </w:div>
        <w:div w:id="281040268">
          <w:marLeft w:val="480"/>
          <w:marRight w:val="0"/>
          <w:marTop w:val="0"/>
          <w:marBottom w:val="0"/>
          <w:divBdr>
            <w:top w:val="none" w:sz="0" w:space="0" w:color="auto"/>
            <w:left w:val="none" w:sz="0" w:space="0" w:color="auto"/>
            <w:bottom w:val="none" w:sz="0" w:space="0" w:color="auto"/>
            <w:right w:val="none" w:sz="0" w:space="0" w:color="auto"/>
          </w:divBdr>
        </w:div>
        <w:div w:id="336806282">
          <w:marLeft w:val="480"/>
          <w:marRight w:val="0"/>
          <w:marTop w:val="0"/>
          <w:marBottom w:val="0"/>
          <w:divBdr>
            <w:top w:val="none" w:sz="0" w:space="0" w:color="auto"/>
            <w:left w:val="none" w:sz="0" w:space="0" w:color="auto"/>
            <w:bottom w:val="none" w:sz="0" w:space="0" w:color="auto"/>
            <w:right w:val="none" w:sz="0" w:space="0" w:color="auto"/>
          </w:divBdr>
        </w:div>
        <w:div w:id="389500136">
          <w:marLeft w:val="480"/>
          <w:marRight w:val="0"/>
          <w:marTop w:val="0"/>
          <w:marBottom w:val="0"/>
          <w:divBdr>
            <w:top w:val="none" w:sz="0" w:space="0" w:color="auto"/>
            <w:left w:val="none" w:sz="0" w:space="0" w:color="auto"/>
            <w:bottom w:val="none" w:sz="0" w:space="0" w:color="auto"/>
            <w:right w:val="none" w:sz="0" w:space="0" w:color="auto"/>
          </w:divBdr>
        </w:div>
        <w:div w:id="408506871">
          <w:marLeft w:val="480"/>
          <w:marRight w:val="0"/>
          <w:marTop w:val="0"/>
          <w:marBottom w:val="0"/>
          <w:divBdr>
            <w:top w:val="none" w:sz="0" w:space="0" w:color="auto"/>
            <w:left w:val="none" w:sz="0" w:space="0" w:color="auto"/>
            <w:bottom w:val="none" w:sz="0" w:space="0" w:color="auto"/>
            <w:right w:val="none" w:sz="0" w:space="0" w:color="auto"/>
          </w:divBdr>
        </w:div>
        <w:div w:id="461846834">
          <w:marLeft w:val="480"/>
          <w:marRight w:val="0"/>
          <w:marTop w:val="0"/>
          <w:marBottom w:val="0"/>
          <w:divBdr>
            <w:top w:val="none" w:sz="0" w:space="0" w:color="auto"/>
            <w:left w:val="none" w:sz="0" w:space="0" w:color="auto"/>
            <w:bottom w:val="none" w:sz="0" w:space="0" w:color="auto"/>
            <w:right w:val="none" w:sz="0" w:space="0" w:color="auto"/>
          </w:divBdr>
        </w:div>
        <w:div w:id="540942108">
          <w:marLeft w:val="480"/>
          <w:marRight w:val="0"/>
          <w:marTop w:val="0"/>
          <w:marBottom w:val="0"/>
          <w:divBdr>
            <w:top w:val="none" w:sz="0" w:space="0" w:color="auto"/>
            <w:left w:val="none" w:sz="0" w:space="0" w:color="auto"/>
            <w:bottom w:val="none" w:sz="0" w:space="0" w:color="auto"/>
            <w:right w:val="none" w:sz="0" w:space="0" w:color="auto"/>
          </w:divBdr>
        </w:div>
        <w:div w:id="595676690">
          <w:marLeft w:val="480"/>
          <w:marRight w:val="0"/>
          <w:marTop w:val="0"/>
          <w:marBottom w:val="0"/>
          <w:divBdr>
            <w:top w:val="none" w:sz="0" w:space="0" w:color="auto"/>
            <w:left w:val="none" w:sz="0" w:space="0" w:color="auto"/>
            <w:bottom w:val="none" w:sz="0" w:space="0" w:color="auto"/>
            <w:right w:val="none" w:sz="0" w:space="0" w:color="auto"/>
          </w:divBdr>
        </w:div>
        <w:div w:id="612446870">
          <w:marLeft w:val="480"/>
          <w:marRight w:val="0"/>
          <w:marTop w:val="0"/>
          <w:marBottom w:val="0"/>
          <w:divBdr>
            <w:top w:val="none" w:sz="0" w:space="0" w:color="auto"/>
            <w:left w:val="none" w:sz="0" w:space="0" w:color="auto"/>
            <w:bottom w:val="none" w:sz="0" w:space="0" w:color="auto"/>
            <w:right w:val="none" w:sz="0" w:space="0" w:color="auto"/>
          </w:divBdr>
        </w:div>
        <w:div w:id="716390844">
          <w:marLeft w:val="480"/>
          <w:marRight w:val="0"/>
          <w:marTop w:val="0"/>
          <w:marBottom w:val="0"/>
          <w:divBdr>
            <w:top w:val="none" w:sz="0" w:space="0" w:color="auto"/>
            <w:left w:val="none" w:sz="0" w:space="0" w:color="auto"/>
            <w:bottom w:val="none" w:sz="0" w:space="0" w:color="auto"/>
            <w:right w:val="none" w:sz="0" w:space="0" w:color="auto"/>
          </w:divBdr>
        </w:div>
        <w:div w:id="807942136">
          <w:marLeft w:val="480"/>
          <w:marRight w:val="0"/>
          <w:marTop w:val="0"/>
          <w:marBottom w:val="0"/>
          <w:divBdr>
            <w:top w:val="none" w:sz="0" w:space="0" w:color="auto"/>
            <w:left w:val="none" w:sz="0" w:space="0" w:color="auto"/>
            <w:bottom w:val="none" w:sz="0" w:space="0" w:color="auto"/>
            <w:right w:val="none" w:sz="0" w:space="0" w:color="auto"/>
          </w:divBdr>
        </w:div>
        <w:div w:id="819422736">
          <w:marLeft w:val="480"/>
          <w:marRight w:val="0"/>
          <w:marTop w:val="0"/>
          <w:marBottom w:val="0"/>
          <w:divBdr>
            <w:top w:val="none" w:sz="0" w:space="0" w:color="auto"/>
            <w:left w:val="none" w:sz="0" w:space="0" w:color="auto"/>
            <w:bottom w:val="none" w:sz="0" w:space="0" w:color="auto"/>
            <w:right w:val="none" w:sz="0" w:space="0" w:color="auto"/>
          </w:divBdr>
        </w:div>
        <w:div w:id="819536827">
          <w:marLeft w:val="480"/>
          <w:marRight w:val="0"/>
          <w:marTop w:val="0"/>
          <w:marBottom w:val="0"/>
          <w:divBdr>
            <w:top w:val="none" w:sz="0" w:space="0" w:color="auto"/>
            <w:left w:val="none" w:sz="0" w:space="0" w:color="auto"/>
            <w:bottom w:val="none" w:sz="0" w:space="0" w:color="auto"/>
            <w:right w:val="none" w:sz="0" w:space="0" w:color="auto"/>
          </w:divBdr>
        </w:div>
        <w:div w:id="1042748111">
          <w:marLeft w:val="480"/>
          <w:marRight w:val="0"/>
          <w:marTop w:val="0"/>
          <w:marBottom w:val="0"/>
          <w:divBdr>
            <w:top w:val="none" w:sz="0" w:space="0" w:color="auto"/>
            <w:left w:val="none" w:sz="0" w:space="0" w:color="auto"/>
            <w:bottom w:val="none" w:sz="0" w:space="0" w:color="auto"/>
            <w:right w:val="none" w:sz="0" w:space="0" w:color="auto"/>
          </w:divBdr>
        </w:div>
        <w:div w:id="1270241476">
          <w:marLeft w:val="480"/>
          <w:marRight w:val="0"/>
          <w:marTop w:val="0"/>
          <w:marBottom w:val="0"/>
          <w:divBdr>
            <w:top w:val="none" w:sz="0" w:space="0" w:color="auto"/>
            <w:left w:val="none" w:sz="0" w:space="0" w:color="auto"/>
            <w:bottom w:val="none" w:sz="0" w:space="0" w:color="auto"/>
            <w:right w:val="none" w:sz="0" w:space="0" w:color="auto"/>
          </w:divBdr>
        </w:div>
        <w:div w:id="1415978458">
          <w:marLeft w:val="480"/>
          <w:marRight w:val="0"/>
          <w:marTop w:val="0"/>
          <w:marBottom w:val="0"/>
          <w:divBdr>
            <w:top w:val="none" w:sz="0" w:space="0" w:color="auto"/>
            <w:left w:val="none" w:sz="0" w:space="0" w:color="auto"/>
            <w:bottom w:val="none" w:sz="0" w:space="0" w:color="auto"/>
            <w:right w:val="none" w:sz="0" w:space="0" w:color="auto"/>
          </w:divBdr>
        </w:div>
        <w:div w:id="1453136904">
          <w:marLeft w:val="480"/>
          <w:marRight w:val="0"/>
          <w:marTop w:val="0"/>
          <w:marBottom w:val="0"/>
          <w:divBdr>
            <w:top w:val="none" w:sz="0" w:space="0" w:color="auto"/>
            <w:left w:val="none" w:sz="0" w:space="0" w:color="auto"/>
            <w:bottom w:val="none" w:sz="0" w:space="0" w:color="auto"/>
            <w:right w:val="none" w:sz="0" w:space="0" w:color="auto"/>
          </w:divBdr>
        </w:div>
        <w:div w:id="1511137873">
          <w:marLeft w:val="480"/>
          <w:marRight w:val="0"/>
          <w:marTop w:val="0"/>
          <w:marBottom w:val="0"/>
          <w:divBdr>
            <w:top w:val="none" w:sz="0" w:space="0" w:color="auto"/>
            <w:left w:val="none" w:sz="0" w:space="0" w:color="auto"/>
            <w:bottom w:val="none" w:sz="0" w:space="0" w:color="auto"/>
            <w:right w:val="none" w:sz="0" w:space="0" w:color="auto"/>
          </w:divBdr>
        </w:div>
        <w:div w:id="1666854917">
          <w:marLeft w:val="480"/>
          <w:marRight w:val="0"/>
          <w:marTop w:val="0"/>
          <w:marBottom w:val="0"/>
          <w:divBdr>
            <w:top w:val="none" w:sz="0" w:space="0" w:color="auto"/>
            <w:left w:val="none" w:sz="0" w:space="0" w:color="auto"/>
            <w:bottom w:val="none" w:sz="0" w:space="0" w:color="auto"/>
            <w:right w:val="none" w:sz="0" w:space="0" w:color="auto"/>
          </w:divBdr>
        </w:div>
        <w:div w:id="1728458771">
          <w:marLeft w:val="480"/>
          <w:marRight w:val="0"/>
          <w:marTop w:val="0"/>
          <w:marBottom w:val="0"/>
          <w:divBdr>
            <w:top w:val="none" w:sz="0" w:space="0" w:color="auto"/>
            <w:left w:val="none" w:sz="0" w:space="0" w:color="auto"/>
            <w:bottom w:val="none" w:sz="0" w:space="0" w:color="auto"/>
            <w:right w:val="none" w:sz="0" w:space="0" w:color="auto"/>
          </w:divBdr>
        </w:div>
        <w:div w:id="1767119564">
          <w:marLeft w:val="480"/>
          <w:marRight w:val="0"/>
          <w:marTop w:val="0"/>
          <w:marBottom w:val="0"/>
          <w:divBdr>
            <w:top w:val="none" w:sz="0" w:space="0" w:color="auto"/>
            <w:left w:val="none" w:sz="0" w:space="0" w:color="auto"/>
            <w:bottom w:val="none" w:sz="0" w:space="0" w:color="auto"/>
            <w:right w:val="none" w:sz="0" w:space="0" w:color="auto"/>
          </w:divBdr>
        </w:div>
        <w:div w:id="1827894311">
          <w:marLeft w:val="480"/>
          <w:marRight w:val="0"/>
          <w:marTop w:val="0"/>
          <w:marBottom w:val="0"/>
          <w:divBdr>
            <w:top w:val="none" w:sz="0" w:space="0" w:color="auto"/>
            <w:left w:val="none" w:sz="0" w:space="0" w:color="auto"/>
            <w:bottom w:val="none" w:sz="0" w:space="0" w:color="auto"/>
            <w:right w:val="none" w:sz="0" w:space="0" w:color="auto"/>
          </w:divBdr>
        </w:div>
        <w:div w:id="1872954583">
          <w:marLeft w:val="480"/>
          <w:marRight w:val="0"/>
          <w:marTop w:val="0"/>
          <w:marBottom w:val="0"/>
          <w:divBdr>
            <w:top w:val="none" w:sz="0" w:space="0" w:color="auto"/>
            <w:left w:val="none" w:sz="0" w:space="0" w:color="auto"/>
            <w:bottom w:val="none" w:sz="0" w:space="0" w:color="auto"/>
            <w:right w:val="none" w:sz="0" w:space="0" w:color="auto"/>
          </w:divBdr>
        </w:div>
        <w:div w:id="1987319628">
          <w:marLeft w:val="480"/>
          <w:marRight w:val="0"/>
          <w:marTop w:val="0"/>
          <w:marBottom w:val="0"/>
          <w:divBdr>
            <w:top w:val="none" w:sz="0" w:space="0" w:color="auto"/>
            <w:left w:val="none" w:sz="0" w:space="0" w:color="auto"/>
            <w:bottom w:val="none" w:sz="0" w:space="0" w:color="auto"/>
            <w:right w:val="none" w:sz="0" w:space="0" w:color="auto"/>
          </w:divBdr>
        </w:div>
        <w:div w:id="2056537598">
          <w:marLeft w:val="480"/>
          <w:marRight w:val="0"/>
          <w:marTop w:val="0"/>
          <w:marBottom w:val="0"/>
          <w:divBdr>
            <w:top w:val="none" w:sz="0" w:space="0" w:color="auto"/>
            <w:left w:val="none" w:sz="0" w:space="0" w:color="auto"/>
            <w:bottom w:val="none" w:sz="0" w:space="0" w:color="auto"/>
            <w:right w:val="none" w:sz="0" w:space="0" w:color="auto"/>
          </w:divBdr>
        </w:div>
        <w:div w:id="2100829287">
          <w:marLeft w:val="480"/>
          <w:marRight w:val="0"/>
          <w:marTop w:val="0"/>
          <w:marBottom w:val="0"/>
          <w:divBdr>
            <w:top w:val="none" w:sz="0" w:space="0" w:color="auto"/>
            <w:left w:val="none" w:sz="0" w:space="0" w:color="auto"/>
            <w:bottom w:val="none" w:sz="0" w:space="0" w:color="auto"/>
            <w:right w:val="none" w:sz="0" w:space="0" w:color="auto"/>
          </w:divBdr>
        </w:div>
        <w:div w:id="2116440384">
          <w:marLeft w:val="480"/>
          <w:marRight w:val="0"/>
          <w:marTop w:val="0"/>
          <w:marBottom w:val="0"/>
          <w:divBdr>
            <w:top w:val="none" w:sz="0" w:space="0" w:color="auto"/>
            <w:left w:val="none" w:sz="0" w:space="0" w:color="auto"/>
            <w:bottom w:val="none" w:sz="0" w:space="0" w:color="auto"/>
            <w:right w:val="none" w:sz="0" w:space="0" w:color="auto"/>
          </w:divBdr>
        </w:div>
      </w:divsChild>
    </w:div>
    <w:div w:id="1436631087">
      <w:bodyDiv w:val="1"/>
      <w:marLeft w:val="0"/>
      <w:marRight w:val="0"/>
      <w:marTop w:val="0"/>
      <w:marBottom w:val="0"/>
      <w:divBdr>
        <w:top w:val="none" w:sz="0" w:space="0" w:color="auto"/>
        <w:left w:val="none" w:sz="0" w:space="0" w:color="auto"/>
        <w:bottom w:val="none" w:sz="0" w:space="0" w:color="auto"/>
        <w:right w:val="none" w:sz="0" w:space="0" w:color="auto"/>
      </w:divBdr>
    </w:div>
    <w:div w:id="1437481994">
      <w:bodyDiv w:val="1"/>
      <w:marLeft w:val="0"/>
      <w:marRight w:val="0"/>
      <w:marTop w:val="0"/>
      <w:marBottom w:val="0"/>
      <w:divBdr>
        <w:top w:val="none" w:sz="0" w:space="0" w:color="auto"/>
        <w:left w:val="none" w:sz="0" w:space="0" w:color="auto"/>
        <w:bottom w:val="none" w:sz="0" w:space="0" w:color="auto"/>
        <w:right w:val="none" w:sz="0" w:space="0" w:color="auto"/>
      </w:divBdr>
    </w:div>
    <w:div w:id="1439329548">
      <w:bodyDiv w:val="1"/>
      <w:marLeft w:val="0"/>
      <w:marRight w:val="0"/>
      <w:marTop w:val="0"/>
      <w:marBottom w:val="0"/>
      <w:divBdr>
        <w:top w:val="none" w:sz="0" w:space="0" w:color="auto"/>
        <w:left w:val="none" w:sz="0" w:space="0" w:color="auto"/>
        <w:bottom w:val="none" w:sz="0" w:space="0" w:color="auto"/>
        <w:right w:val="none" w:sz="0" w:space="0" w:color="auto"/>
      </w:divBdr>
    </w:div>
    <w:div w:id="1439329643">
      <w:bodyDiv w:val="1"/>
      <w:marLeft w:val="0"/>
      <w:marRight w:val="0"/>
      <w:marTop w:val="0"/>
      <w:marBottom w:val="0"/>
      <w:divBdr>
        <w:top w:val="none" w:sz="0" w:space="0" w:color="auto"/>
        <w:left w:val="none" w:sz="0" w:space="0" w:color="auto"/>
        <w:bottom w:val="none" w:sz="0" w:space="0" w:color="auto"/>
        <w:right w:val="none" w:sz="0" w:space="0" w:color="auto"/>
      </w:divBdr>
    </w:div>
    <w:div w:id="1441602688">
      <w:bodyDiv w:val="1"/>
      <w:marLeft w:val="0"/>
      <w:marRight w:val="0"/>
      <w:marTop w:val="0"/>
      <w:marBottom w:val="0"/>
      <w:divBdr>
        <w:top w:val="none" w:sz="0" w:space="0" w:color="auto"/>
        <w:left w:val="none" w:sz="0" w:space="0" w:color="auto"/>
        <w:bottom w:val="none" w:sz="0" w:space="0" w:color="auto"/>
        <w:right w:val="none" w:sz="0" w:space="0" w:color="auto"/>
      </w:divBdr>
    </w:div>
    <w:div w:id="1442647517">
      <w:bodyDiv w:val="1"/>
      <w:marLeft w:val="0"/>
      <w:marRight w:val="0"/>
      <w:marTop w:val="0"/>
      <w:marBottom w:val="0"/>
      <w:divBdr>
        <w:top w:val="none" w:sz="0" w:space="0" w:color="auto"/>
        <w:left w:val="none" w:sz="0" w:space="0" w:color="auto"/>
        <w:bottom w:val="none" w:sz="0" w:space="0" w:color="auto"/>
        <w:right w:val="none" w:sz="0" w:space="0" w:color="auto"/>
      </w:divBdr>
      <w:divsChild>
        <w:div w:id="7104729">
          <w:marLeft w:val="480"/>
          <w:marRight w:val="0"/>
          <w:marTop w:val="0"/>
          <w:marBottom w:val="0"/>
          <w:divBdr>
            <w:top w:val="none" w:sz="0" w:space="0" w:color="auto"/>
            <w:left w:val="none" w:sz="0" w:space="0" w:color="auto"/>
            <w:bottom w:val="none" w:sz="0" w:space="0" w:color="auto"/>
            <w:right w:val="none" w:sz="0" w:space="0" w:color="auto"/>
          </w:divBdr>
        </w:div>
        <w:div w:id="34699400">
          <w:marLeft w:val="480"/>
          <w:marRight w:val="0"/>
          <w:marTop w:val="0"/>
          <w:marBottom w:val="0"/>
          <w:divBdr>
            <w:top w:val="none" w:sz="0" w:space="0" w:color="auto"/>
            <w:left w:val="none" w:sz="0" w:space="0" w:color="auto"/>
            <w:bottom w:val="none" w:sz="0" w:space="0" w:color="auto"/>
            <w:right w:val="none" w:sz="0" w:space="0" w:color="auto"/>
          </w:divBdr>
        </w:div>
        <w:div w:id="38744939">
          <w:marLeft w:val="480"/>
          <w:marRight w:val="0"/>
          <w:marTop w:val="0"/>
          <w:marBottom w:val="0"/>
          <w:divBdr>
            <w:top w:val="none" w:sz="0" w:space="0" w:color="auto"/>
            <w:left w:val="none" w:sz="0" w:space="0" w:color="auto"/>
            <w:bottom w:val="none" w:sz="0" w:space="0" w:color="auto"/>
            <w:right w:val="none" w:sz="0" w:space="0" w:color="auto"/>
          </w:divBdr>
        </w:div>
        <w:div w:id="48653282">
          <w:marLeft w:val="480"/>
          <w:marRight w:val="0"/>
          <w:marTop w:val="0"/>
          <w:marBottom w:val="0"/>
          <w:divBdr>
            <w:top w:val="none" w:sz="0" w:space="0" w:color="auto"/>
            <w:left w:val="none" w:sz="0" w:space="0" w:color="auto"/>
            <w:bottom w:val="none" w:sz="0" w:space="0" w:color="auto"/>
            <w:right w:val="none" w:sz="0" w:space="0" w:color="auto"/>
          </w:divBdr>
        </w:div>
        <w:div w:id="77219834">
          <w:marLeft w:val="480"/>
          <w:marRight w:val="0"/>
          <w:marTop w:val="0"/>
          <w:marBottom w:val="0"/>
          <w:divBdr>
            <w:top w:val="none" w:sz="0" w:space="0" w:color="auto"/>
            <w:left w:val="none" w:sz="0" w:space="0" w:color="auto"/>
            <w:bottom w:val="none" w:sz="0" w:space="0" w:color="auto"/>
            <w:right w:val="none" w:sz="0" w:space="0" w:color="auto"/>
          </w:divBdr>
        </w:div>
        <w:div w:id="199129614">
          <w:marLeft w:val="480"/>
          <w:marRight w:val="0"/>
          <w:marTop w:val="0"/>
          <w:marBottom w:val="0"/>
          <w:divBdr>
            <w:top w:val="none" w:sz="0" w:space="0" w:color="auto"/>
            <w:left w:val="none" w:sz="0" w:space="0" w:color="auto"/>
            <w:bottom w:val="none" w:sz="0" w:space="0" w:color="auto"/>
            <w:right w:val="none" w:sz="0" w:space="0" w:color="auto"/>
          </w:divBdr>
        </w:div>
        <w:div w:id="596669505">
          <w:marLeft w:val="480"/>
          <w:marRight w:val="0"/>
          <w:marTop w:val="0"/>
          <w:marBottom w:val="0"/>
          <w:divBdr>
            <w:top w:val="none" w:sz="0" w:space="0" w:color="auto"/>
            <w:left w:val="none" w:sz="0" w:space="0" w:color="auto"/>
            <w:bottom w:val="none" w:sz="0" w:space="0" w:color="auto"/>
            <w:right w:val="none" w:sz="0" w:space="0" w:color="auto"/>
          </w:divBdr>
        </w:div>
        <w:div w:id="599027366">
          <w:marLeft w:val="480"/>
          <w:marRight w:val="0"/>
          <w:marTop w:val="0"/>
          <w:marBottom w:val="0"/>
          <w:divBdr>
            <w:top w:val="none" w:sz="0" w:space="0" w:color="auto"/>
            <w:left w:val="none" w:sz="0" w:space="0" w:color="auto"/>
            <w:bottom w:val="none" w:sz="0" w:space="0" w:color="auto"/>
            <w:right w:val="none" w:sz="0" w:space="0" w:color="auto"/>
          </w:divBdr>
        </w:div>
        <w:div w:id="619265019">
          <w:marLeft w:val="480"/>
          <w:marRight w:val="0"/>
          <w:marTop w:val="0"/>
          <w:marBottom w:val="0"/>
          <w:divBdr>
            <w:top w:val="none" w:sz="0" w:space="0" w:color="auto"/>
            <w:left w:val="none" w:sz="0" w:space="0" w:color="auto"/>
            <w:bottom w:val="none" w:sz="0" w:space="0" w:color="auto"/>
            <w:right w:val="none" w:sz="0" w:space="0" w:color="auto"/>
          </w:divBdr>
        </w:div>
        <w:div w:id="657222269">
          <w:marLeft w:val="480"/>
          <w:marRight w:val="0"/>
          <w:marTop w:val="0"/>
          <w:marBottom w:val="0"/>
          <w:divBdr>
            <w:top w:val="none" w:sz="0" w:space="0" w:color="auto"/>
            <w:left w:val="none" w:sz="0" w:space="0" w:color="auto"/>
            <w:bottom w:val="none" w:sz="0" w:space="0" w:color="auto"/>
            <w:right w:val="none" w:sz="0" w:space="0" w:color="auto"/>
          </w:divBdr>
        </w:div>
        <w:div w:id="670062818">
          <w:marLeft w:val="480"/>
          <w:marRight w:val="0"/>
          <w:marTop w:val="0"/>
          <w:marBottom w:val="0"/>
          <w:divBdr>
            <w:top w:val="none" w:sz="0" w:space="0" w:color="auto"/>
            <w:left w:val="none" w:sz="0" w:space="0" w:color="auto"/>
            <w:bottom w:val="none" w:sz="0" w:space="0" w:color="auto"/>
            <w:right w:val="none" w:sz="0" w:space="0" w:color="auto"/>
          </w:divBdr>
        </w:div>
        <w:div w:id="687172225">
          <w:marLeft w:val="480"/>
          <w:marRight w:val="0"/>
          <w:marTop w:val="0"/>
          <w:marBottom w:val="0"/>
          <w:divBdr>
            <w:top w:val="none" w:sz="0" w:space="0" w:color="auto"/>
            <w:left w:val="none" w:sz="0" w:space="0" w:color="auto"/>
            <w:bottom w:val="none" w:sz="0" w:space="0" w:color="auto"/>
            <w:right w:val="none" w:sz="0" w:space="0" w:color="auto"/>
          </w:divBdr>
        </w:div>
        <w:div w:id="699166922">
          <w:marLeft w:val="480"/>
          <w:marRight w:val="0"/>
          <w:marTop w:val="0"/>
          <w:marBottom w:val="0"/>
          <w:divBdr>
            <w:top w:val="none" w:sz="0" w:space="0" w:color="auto"/>
            <w:left w:val="none" w:sz="0" w:space="0" w:color="auto"/>
            <w:bottom w:val="none" w:sz="0" w:space="0" w:color="auto"/>
            <w:right w:val="none" w:sz="0" w:space="0" w:color="auto"/>
          </w:divBdr>
        </w:div>
        <w:div w:id="713625942">
          <w:marLeft w:val="480"/>
          <w:marRight w:val="0"/>
          <w:marTop w:val="0"/>
          <w:marBottom w:val="0"/>
          <w:divBdr>
            <w:top w:val="none" w:sz="0" w:space="0" w:color="auto"/>
            <w:left w:val="none" w:sz="0" w:space="0" w:color="auto"/>
            <w:bottom w:val="none" w:sz="0" w:space="0" w:color="auto"/>
            <w:right w:val="none" w:sz="0" w:space="0" w:color="auto"/>
          </w:divBdr>
        </w:div>
        <w:div w:id="718553762">
          <w:marLeft w:val="480"/>
          <w:marRight w:val="0"/>
          <w:marTop w:val="0"/>
          <w:marBottom w:val="0"/>
          <w:divBdr>
            <w:top w:val="none" w:sz="0" w:space="0" w:color="auto"/>
            <w:left w:val="none" w:sz="0" w:space="0" w:color="auto"/>
            <w:bottom w:val="none" w:sz="0" w:space="0" w:color="auto"/>
            <w:right w:val="none" w:sz="0" w:space="0" w:color="auto"/>
          </w:divBdr>
        </w:div>
        <w:div w:id="731074623">
          <w:marLeft w:val="480"/>
          <w:marRight w:val="0"/>
          <w:marTop w:val="0"/>
          <w:marBottom w:val="0"/>
          <w:divBdr>
            <w:top w:val="none" w:sz="0" w:space="0" w:color="auto"/>
            <w:left w:val="none" w:sz="0" w:space="0" w:color="auto"/>
            <w:bottom w:val="none" w:sz="0" w:space="0" w:color="auto"/>
            <w:right w:val="none" w:sz="0" w:space="0" w:color="auto"/>
          </w:divBdr>
        </w:div>
        <w:div w:id="801583220">
          <w:marLeft w:val="480"/>
          <w:marRight w:val="0"/>
          <w:marTop w:val="0"/>
          <w:marBottom w:val="0"/>
          <w:divBdr>
            <w:top w:val="none" w:sz="0" w:space="0" w:color="auto"/>
            <w:left w:val="none" w:sz="0" w:space="0" w:color="auto"/>
            <w:bottom w:val="none" w:sz="0" w:space="0" w:color="auto"/>
            <w:right w:val="none" w:sz="0" w:space="0" w:color="auto"/>
          </w:divBdr>
        </w:div>
        <w:div w:id="872569727">
          <w:marLeft w:val="480"/>
          <w:marRight w:val="0"/>
          <w:marTop w:val="0"/>
          <w:marBottom w:val="0"/>
          <w:divBdr>
            <w:top w:val="none" w:sz="0" w:space="0" w:color="auto"/>
            <w:left w:val="none" w:sz="0" w:space="0" w:color="auto"/>
            <w:bottom w:val="none" w:sz="0" w:space="0" w:color="auto"/>
            <w:right w:val="none" w:sz="0" w:space="0" w:color="auto"/>
          </w:divBdr>
        </w:div>
        <w:div w:id="990908560">
          <w:marLeft w:val="480"/>
          <w:marRight w:val="0"/>
          <w:marTop w:val="0"/>
          <w:marBottom w:val="0"/>
          <w:divBdr>
            <w:top w:val="none" w:sz="0" w:space="0" w:color="auto"/>
            <w:left w:val="none" w:sz="0" w:space="0" w:color="auto"/>
            <w:bottom w:val="none" w:sz="0" w:space="0" w:color="auto"/>
            <w:right w:val="none" w:sz="0" w:space="0" w:color="auto"/>
          </w:divBdr>
        </w:div>
        <w:div w:id="1061102961">
          <w:marLeft w:val="480"/>
          <w:marRight w:val="0"/>
          <w:marTop w:val="0"/>
          <w:marBottom w:val="0"/>
          <w:divBdr>
            <w:top w:val="none" w:sz="0" w:space="0" w:color="auto"/>
            <w:left w:val="none" w:sz="0" w:space="0" w:color="auto"/>
            <w:bottom w:val="none" w:sz="0" w:space="0" w:color="auto"/>
            <w:right w:val="none" w:sz="0" w:space="0" w:color="auto"/>
          </w:divBdr>
        </w:div>
        <w:div w:id="1357004574">
          <w:marLeft w:val="480"/>
          <w:marRight w:val="0"/>
          <w:marTop w:val="0"/>
          <w:marBottom w:val="0"/>
          <w:divBdr>
            <w:top w:val="none" w:sz="0" w:space="0" w:color="auto"/>
            <w:left w:val="none" w:sz="0" w:space="0" w:color="auto"/>
            <w:bottom w:val="none" w:sz="0" w:space="0" w:color="auto"/>
            <w:right w:val="none" w:sz="0" w:space="0" w:color="auto"/>
          </w:divBdr>
        </w:div>
        <w:div w:id="1449348112">
          <w:marLeft w:val="480"/>
          <w:marRight w:val="0"/>
          <w:marTop w:val="0"/>
          <w:marBottom w:val="0"/>
          <w:divBdr>
            <w:top w:val="none" w:sz="0" w:space="0" w:color="auto"/>
            <w:left w:val="none" w:sz="0" w:space="0" w:color="auto"/>
            <w:bottom w:val="none" w:sz="0" w:space="0" w:color="auto"/>
            <w:right w:val="none" w:sz="0" w:space="0" w:color="auto"/>
          </w:divBdr>
        </w:div>
        <w:div w:id="1487895693">
          <w:marLeft w:val="480"/>
          <w:marRight w:val="0"/>
          <w:marTop w:val="0"/>
          <w:marBottom w:val="0"/>
          <w:divBdr>
            <w:top w:val="none" w:sz="0" w:space="0" w:color="auto"/>
            <w:left w:val="none" w:sz="0" w:space="0" w:color="auto"/>
            <w:bottom w:val="none" w:sz="0" w:space="0" w:color="auto"/>
            <w:right w:val="none" w:sz="0" w:space="0" w:color="auto"/>
          </w:divBdr>
        </w:div>
        <w:div w:id="1491678873">
          <w:marLeft w:val="480"/>
          <w:marRight w:val="0"/>
          <w:marTop w:val="0"/>
          <w:marBottom w:val="0"/>
          <w:divBdr>
            <w:top w:val="none" w:sz="0" w:space="0" w:color="auto"/>
            <w:left w:val="none" w:sz="0" w:space="0" w:color="auto"/>
            <w:bottom w:val="none" w:sz="0" w:space="0" w:color="auto"/>
            <w:right w:val="none" w:sz="0" w:space="0" w:color="auto"/>
          </w:divBdr>
        </w:div>
        <w:div w:id="1622033362">
          <w:marLeft w:val="480"/>
          <w:marRight w:val="0"/>
          <w:marTop w:val="0"/>
          <w:marBottom w:val="0"/>
          <w:divBdr>
            <w:top w:val="none" w:sz="0" w:space="0" w:color="auto"/>
            <w:left w:val="none" w:sz="0" w:space="0" w:color="auto"/>
            <w:bottom w:val="none" w:sz="0" w:space="0" w:color="auto"/>
            <w:right w:val="none" w:sz="0" w:space="0" w:color="auto"/>
          </w:divBdr>
        </w:div>
        <w:div w:id="1630280130">
          <w:marLeft w:val="480"/>
          <w:marRight w:val="0"/>
          <w:marTop w:val="0"/>
          <w:marBottom w:val="0"/>
          <w:divBdr>
            <w:top w:val="none" w:sz="0" w:space="0" w:color="auto"/>
            <w:left w:val="none" w:sz="0" w:space="0" w:color="auto"/>
            <w:bottom w:val="none" w:sz="0" w:space="0" w:color="auto"/>
            <w:right w:val="none" w:sz="0" w:space="0" w:color="auto"/>
          </w:divBdr>
        </w:div>
        <w:div w:id="1662808496">
          <w:marLeft w:val="480"/>
          <w:marRight w:val="0"/>
          <w:marTop w:val="0"/>
          <w:marBottom w:val="0"/>
          <w:divBdr>
            <w:top w:val="none" w:sz="0" w:space="0" w:color="auto"/>
            <w:left w:val="none" w:sz="0" w:space="0" w:color="auto"/>
            <w:bottom w:val="none" w:sz="0" w:space="0" w:color="auto"/>
            <w:right w:val="none" w:sz="0" w:space="0" w:color="auto"/>
          </w:divBdr>
        </w:div>
        <w:div w:id="1763725063">
          <w:marLeft w:val="480"/>
          <w:marRight w:val="0"/>
          <w:marTop w:val="0"/>
          <w:marBottom w:val="0"/>
          <w:divBdr>
            <w:top w:val="none" w:sz="0" w:space="0" w:color="auto"/>
            <w:left w:val="none" w:sz="0" w:space="0" w:color="auto"/>
            <w:bottom w:val="none" w:sz="0" w:space="0" w:color="auto"/>
            <w:right w:val="none" w:sz="0" w:space="0" w:color="auto"/>
          </w:divBdr>
        </w:div>
        <w:div w:id="1870221479">
          <w:marLeft w:val="480"/>
          <w:marRight w:val="0"/>
          <w:marTop w:val="0"/>
          <w:marBottom w:val="0"/>
          <w:divBdr>
            <w:top w:val="none" w:sz="0" w:space="0" w:color="auto"/>
            <w:left w:val="none" w:sz="0" w:space="0" w:color="auto"/>
            <w:bottom w:val="none" w:sz="0" w:space="0" w:color="auto"/>
            <w:right w:val="none" w:sz="0" w:space="0" w:color="auto"/>
          </w:divBdr>
        </w:div>
        <w:div w:id="1889872063">
          <w:marLeft w:val="480"/>
          <w:marRight w:val="0"/>
          <w:marTop w:val="0"/>
          <w:marBottom w:val="0"/>
          <w:divBdr>
            <w:top w:val="none" w:sz="0" w:space="0" w:color="auto"/>
            <w:left w:val="none" w:sz="0" w:space="0" w:color="auto"/>
            <w:bottom w:val="none" w:sz="0" w:space="0" w:color="auto"/>
            <w:right w:val="none" w:sz="0" w:space="0" w:color="auto"/>
          </w:divBdr>
        </w:div>
        <w:div w:id="1968581981">
          <w:marLeft w:val="480"/>
          <w:marRight w:val="0"/>
          <w:marTop w:val="0"/>
          <w:marBottom w:val="0"/>
          <w:divBdr>
            <w:top w:val="none" w:sz="0" w:space="0" w:color="auto"/>
            <w:left w:val="none" w:sz="0" w:space="0" w:color="auto"/>
            <w:bottom w:val="none" w:sz="0" w:space="0" w:color="auto"/>
            <w:right w:val="none" w:sz="0" w:space="0" w:color="auto"/>
          </w:divBdr>
        </w:div>
        <w:div w:id="2050564126">
          <w:marLeft w:val="480"/>
          <w:marRight w:val="0"/>
          <w:marTop w:val="0"/>
          <w:marBottom w:val="0"/>
          <w:divBdr>
            <w:top w:val="none" w:sz="0" w:space="0" w:color="auto"/>
            <w:left w:val="none" w:sz="0" w:space="0" w:color="auto"/>
            <w:bottom w:val="none" w:sz="0" w:space="0" w:color="auto"/>
            <w:right w:val="none" w:sz="0" w:space="0" w:color="auto"/>
          </w:divBdr>
        </w:div>
      </w:divsChild>
    </w:div>
    <w:div w:id="1442989079">
      <w:bodyDiv w:val="1"/>
      <w:marLeft w:val="0"/>
      <w:marRight w:val="0"/>
      <w:marTop w:val="0"/>
      <w:marBottom w:val="0"/>
      <w:divBdr>
        <w:top w:val="none" w:sz="0" w:space="0" w:color="auto"/>
        <w:left w:val="none" w:sz="0" w:space="0" w:color="auto"/>
        <w:bottom w:val="none" w:sz="0" w:space="0" w:color="auto"/>
        <w:right w:val="none" w:sz="0" w:space="0" w:color="auto"/>
      </w:divBdr>
      <w:divsChild>
        <w:div w:id="37822174">
          <w:marLeft w:val="480"/>
          <w:marRight w:val="0"/>
          <w:marTop w:val="0"/>
          <w:marBottom w:val="0"/>
          <w:divBdr>
            <w:top w:val="none" w:sz="0" w:space="0" w:color="auto"/>
            <w:left w:val="none" w:sz="0" w:space="0" w:color="auto"/>
            <w:bottom w:val="none" w:sz="0" w:space="0" w:color="auto"/>
            <w:right w:val="none" w:sz="0" w:space="0" w:color="auto"/>
          </w:divBdr>
        </w:div>
        <w:div w:id="75640844">
          <w:marLeft w:val="480"/>
          <w:marRight w:val="0"/>
          <w:marTop w:val="0"/>
          <w:marBottom w:val="0"/>
          <w:divBdr>
            <w:top w:val="none" w:sz="0" w:space="0" w:color="auto"/>
            <w:left w:val="none" w:sz="0" w:space="0" w:color="auto"/>
            <w:bottom w:val="none" w:sz="0" w:space="0" w:color="auto"/>
            <w:right w:val="none" w:sz="0" w:space="0" w:color="auto"/>
          </w:divBdr>
        </w:div>
        <w:div w:id="106581784">
          <w:marLeft w:val="480"/>
          <w:marRight w:val="0"/>
          <w:marTop w:val="0"/>
          <w:marBottom w:val="0"/>
          <w:divBdr>
            <w:top w:val="none" w:sz="0" w:space="0" w:color="auto"/>
            <w:left w:val="none" w:sz="0" w:space="0" w:color="auto"/>
            <w:bottom w:val="none" w:sz="0" w:space="0" w:color="auto"/>
            <w:right w:val="none" w:sz="0" w:space="0" w:color="auto"/>
          </w:divBdr>
        </w:div>
        <w:div w:id="107311644">
          <w:marLeft w:val="480"/>
          <w:marRight w:val="0"/>
          <w:marTop w:val="0"/>
          <w:marBottom w:val="0"/>
          <w:divBdr>
            <w:top w:val="none" w:sz="0" w:space="0" w:color="auto"/>
            <w:left w:val="none" w:sz="0" w:space="0" w:color="auto"/>
            <w:bottom w:val="none" w:sz="0" w:space="0" w:color="auto"/>
            <w:right w:val="none" w:sz="0" w:space="0" w:color="auto"/>
          </w:divBdr>
        </w:div>
        <w:div w:id="140313446">
          <w:marLeft w:val="480"/>
          <w:marRight w:val="0"/>
          <w:marTop w:val="0"/>
          <w:marBottom w:val="0"/>
          <w:divBdr>
            <w:top w:val="none" w:sz="0" w:space="0" w:color="auto"/>
            <w:left w:val="none" w:sz="0" w:space="0" w:color="auto"/>
            <w:bottom w:val="none" w:sz="0" w:space="0" w:color="auto"/>
            <w:right w:val="none" w:sz="0" w:space="0" w:color="auto"/>
          </w:divBdr>
        </w:div>
        <w:div w:id="224032651">
          <w:marLeft w:val="480"/>
          <w:marRight w:val="0"/>
          <w:marTop w:val="0"/>
          <w:marBottom w:val="0"/>
          <w:divBdr>
            <w:top w:val="none" w:sz="0" w:space="0" w:color="auto"/>
            <w:left w:val="none" w:sz="0" w:space="0" w:color="auto"/>
            <w:bottom w:val="none" w:sz="0" w:space="0" w:color="auto"/>
            <w:right w:val="none" w:sz="0" w:space="0" w:color="auto"/>
          </w:divBdr>
        </w:div>
        <w:div w:id="338318833">
          <w:marLeft w:val="480"/>
          <w:marRight w:val="0"/>
          <w:marTop w:val="0"/>
          <w:marBottom w:val="0"/>
          <w:divBdr>
            <w:top w:val="none" w:sz="0" w:space="0" w:color="auto"/>
            <w:left w:val="none" w:sz="0" w:space="0" w:color="auto"/>
            <w:bottom w:val="none" w:sz="0" w:space="0" w:color="auto"/>
            <w:right w:val="none" w:sz="0" w:space="0" w:color="auto"/>
          </w:divBdr>
        </w:div>
        <w:div w:id="346832544">
          <w:marLeft w:val="480"/>
          <w:marRight w:val="0"/>
          <w:marTop w:val="0"/>
          <w:marBottom w:val="0"/>
          <w:divBdr>
            <w:top w:val="none" w:sz="0" w:space="0" w:color="auto"/>
            <w:left w:val="none" w:sz="0" w:space="0" w:color="auto"/>
            <w:bottom w:val="none" w:sz="0" w:space="0" w:color="auto"/>
            <w:right w:val="none" w:sz="0" w:space="0" w:color="auto"/>
          </w:divBdr>
        </w:div>
        <w:div w:id="351227086">
          <w:marLeft w:val="480"/>
          <w:marRight w:val="0"/>
          <w:marTop w:val="0"/>
          <w:marBottom w:val="0"/>
          <w:divBdr>
            <w:top w:val="none" w:sz="0" w:space="0" w:color="auto"/>
            <w:left w:val="none" w:sz="0" w:space="0" w:color="auto"/>
            <w:bottom w:val="none" w:sz="0" w:space="0" w:color="auto"/>
            <w:right w:val="none" w:sz="0" w:space="0" w:color="auto"/>
          </w:divBdr>
        </w:div>
        <w:div w:id="415052807">
          <w:marLeft w:val="480"/>
          <w:marRight w:val="0"/>
          <w:marTop w:val="0"/>
          <w:marBottom w:val="0"/>
          <w:divBdr>
            <w:top w:val="none" w:sz="0" w:space="0" w:color="auto"/>
            <w:left w:val="none" w:sz="0" w:space="0" w:color="auto"/>
            <w:bottom w:val="none" w:sz="0" w:space="0" w:color="auto"/>
            <w:right w:val="none" w:sz="0" w:space="0" w:color="auto"/>
          </w:divBdr>
        </w:div>
        <w:div w:id="432163951">
          <w:marLeft w:val="480"/>
          <w:marRight w:val="0"/>
          <w:marTop w:val="0"/>
          <w:marBottom w:val="0"/>
          <w:divBdr>
            <w:top w:val="none" w:sz="0" w:space="0" w:color="auto"/>
            <w:left w:val="none" w:sz="0" w:space="0" w:color="auto"/>
            <w:bottom w:val="none" w:sz="0" w:space="0" w:color="auto"/>
            <w:right w:val="none" w:sz="0" w:space="0" w:color="auto"/>
          </w:divBdr>
        </w:div>
        <w:div w:id="465321664">
          <w:marLeft w:val="480"/>
          <w:marRight w:val="0"/>
          <w:marTop w:val="0"/>
          <w:marBottom w:val="0"/>
          <w:divBdr>
            <w:top w:val="none" w:sz="0" w:space="0" w:color="auto"/>
            <w:left w:val="none" w:sz="0" w:space="0" w:color="auto"/>
            <w:bottom w:val="none" w:sz="0" w:space="0" w:color="auto"/>
            <w:right w:val="none" w:sz="0" w:space="0" w:color="auto"/>
          </w:divBdr>
        </w:div>
        <w:div w:id="494957693">
          <w:marLeft w:val="480"/>
          <w:marRight w:val="0"/>
          <w:marTop w:val="0"/>
          <w:marBottom w:val="0"/>
          <w:divBdr>
            <w:top w:val="none" w:sz="0" w:space="0" w:color="auto"/>
            <w:left w:val="none" w:sz="0" w:space="0" w:color="auto"/>
            <w:bottom w:val="none" w:sz="0" w:space="0" w:color="auto"/>
            <w:right w:val="none" w:sz="0" w:space="0" w:color="auto"/>
          </w:divBdr>
        </w:div>
        <w:div w:id="703678890">
          <w:marLeft w:val="480"/>
          <w:marRight w:val="0"/>
          <w:marTop w:val="0"/>
          <w:marBottom w:val="0"/>
          <w:divBdr>
            <w:top w:val="none" w:sz="0" w:space="0" w:color="auto"/>
            <w:left w:val="none" w:sz="0" w:space="0" w:color="auto"/>
            <w:bottom w:val="none" w:sz="0" w:space="0" w:color="auto"/>
            <w:right w:val="none" w:sz="0" w:space="0" w:color="auto"/>
          </w:divBdr>
        </w:div>
        <w:div w:id="725684155">
          <w:marLeft w:val="480"/>
          <w:marRight w:val="0"/>
          <w:marTop w:val="0"/>
          <w:marBottom w:val="0"/>
          <w:divBdr>
            <w:top w:val="none" w:sz="0" w:space="0" w:color="auto"/>
            <w:left w:val="none" w:sz="0" w:space="0" w:color="auto"/>
            <w:bottom w:val="none" w:sz="0" w:space="0" w:color="auto"/>
            <w:right w:val="none" w:sz="0" w:space="0" w:color="auto"/>
          </w:divBdr>
        </w:div>
        <w:div w:id="833686526">
          <w:marLeft w:val="480"/>
          <w:marRight w:val="0"/>
          <w:marTop w:val="0"/>
          <w:marBottom w:val="0"/>
          <w:divBdr>
            <w:top w:val="none" w:sz="0" w:space="0" w:color="auto"/>
            <w:left w:val="none" w:sz="0" w:space="0" w:color="auto"/>
            <w:bottom w:val="none" w:sz="0" w:space="0" w:color="auto"/>
            <w:right w:val="none" w:sz="0" w:space="0" w:color="auto"/>
          </w:divBdr>
        </w:div>
        <w:div w:id="871498108">
          <w:marLeft w:val="480"/>
          <w:marRight w:val="0"/>
          <w:marTop w:val="0"/>
          <w:marBottom w:val="0"/>
          <w:divBdr>
            <w:top w:val="none" w:sz="0" w:space="0" w:color="auto"/>
            <w:left w:val="none" w:sz="0" w:space="0" w:color="auto"/>
            <w:bottom w:val="none" w:sz="0" w:space="0" w:color="auto"/>
            <w:right w:val="none" w:sz="0" w:space="0" w:color="auto"/>
          </w:divBdr>
        </w:div>
        <w:div w:id="878781156">
          <w:marLeft w:val="480"/>
          <w:marRight w:val="0"/>
          <w:marTop w:val="0"/>
          <w:marBottom w:val="0"/>
          <w:divBdr>
            <w:top w:val="none" w:sz="0" w:space="0" w:color="auto"/>
            <w:left w:val="none" w:sz="0" w:space="0" w:color="auto"/>
            <w:bottom w:val="none" w:sz="0" w:space="0" w:color="auto"/>
            <w:right w:val="none" w:sz="0" w:space="0" w:color="auto"/>
          </w:divBdr>
        </w:div>
        <w:div w:id="878977363">
          <w:marLeft w:val="480"/>
          <w:marRight w:val="0"/>
          <w:marTop w:val="0"/>
          <w:marBottom w:val="0"/>
          <w:divBdr>
            <w:top w:val="none" w:sz="0" w:space="0" w:color="auto"/>
            <w:left w:val="none" w:sz="0" w:space="0" w:color="auto"/>
            <w:bottom w:val="none" w:sz="0" w:space="0" w:color="auto"/>
            <w:right w:val="none" w:sz="0" w:space="0" w:color="auto"/>
          </w:divBdr>
        </w:div>
        <w:div w:id="978146517">
          <w:marLeft w:val="480"/>
          <w:marRight w:val="0"/>
          <w:marTop w:val="0"/>
          <w:marBottom w:val="0"/>
          <w:divBdr>
            <w:top w:val="none" w:sz="0" w:space="0" w:color="auto"/>
            <w:left w:val="none" w:sz="0" w:space="0" w:color="auto"/>
            <w:bottom w:val="none" w:sz="0" w:space="0" w:color="auto"/>
            <w:right w:val="none" w:sz="0" w:space="0" w:color="auto"/>
          </w:divBdr>
        </w:div>
        <w:div w:id="1066538712">
          <w:marLeft w:val="480"/>
          <w:marRight w:val="0"/>
          <w:marTop w:val="0"/>
          <w:marBottom w:val="0"/>
          <w:divBdr>
            <w:top w:val="none" w:sz="0" w:space="0" w:color="auto"/>
            <w:left w:val="none" w:sz="0" w:space="0" w:color="auto"/>
            <w:bottom w:val="none" w:sz="0" w:space="0" w:color="auto"/>
            <w:right w:val="none" w:sz="0" w:space="0" w:color="auto"/>
          </w:divBdr>
        </w:div>
        <w:div w:id="1141538692">
          <w:marLeft w:val="480"/>
          <w:marRight w:val="0"/>
          <w:marTop w:val="0"/>
          <w:marBottom w:val="0"/>
          <w:divBdr>
            <w:top w:val="none" w:sz="0" w:space="0" w:color="auto"/>
            <w:left w:val="none" w:sz="0" w:space="0" w:color="auto"/>
            <w:bottom w:val="none" w:sz="0" w:space="0" w:color="auto"/>
            <w:right w:val="none" w:sz="0" w:space="0" w:color="auto"/>
          </w:divBdr>
        </w:div>
        <w:div w:id="1224826897">
          <w:marLeft w:val="480"/>
          <w:marRight w:val="0"/>
          <w:marTop w:val="0"/>
          <w:marBottom w:val="0"/>
          <w:divBdr>
            <w:top w:val="none" w:sz="0" w:space="0" w:color="auto"/>
            <w:left w:val="none" w:sz="0" w:space="0" w:color="auto"/>
            <w:bottom w:val="none" w:sz="0" w:space="0" w:color="auto"/>
            <w:right w:val="none" w:sz="0" w:space="0" w:color="auto"/>
          </w:divBdr>
        </w:div>
        <w:div w:id="1288656817">
          <w:marLeft w:val="480"/>
          <w:marRight w:val="0"/>
          <w:marTop w:val="0"/>
          <w:marBottom w:val="0"/>
          <w:divBdr>
            <w:top w:val="none" w:sz="0" w:space="0" w:color="auto"/>
            <w:left w:val="none" w:sz="0" w:space="0" w:color="auto"/>
            <w:bottom w:val="none" w:sz="0" w:space="0" w:color="auto"/>
            <w:right w:val="none" w:sz="0" w:space="0" w:color="auto"/>
          </w:divBdr>
        </w:div>
        <w:div w:id="1323007858">
          <w:marLeft w:val="480"/>
          <w:marRight w:val="0"/>
          <w:marTop w:val="0"/>
          <w:marBottom w:val="0"/>
          <w:divBdr>
            <w:top w:val="none" w:sz="0" w:space="0" w:color="auto"/>
            <w:left w:val="none" w:sz="0" w:space="0" w:color="auto"/>
            <w:bottom w:val="none" w:sz="0" w:space="0" w:color="auto"/>
            <w:right w:val="none" w:sz="0" w:space="0" w:color="auto"/>
          </w:divBdr>
        </w:div>
        <w:div w:id="1429739017">
          <w:marLeft w:val="480"/>
          <w:marRight w:val="0"/>
          <w:marTop w:val="0"/>
          <w:marBottom w:val="0"/>
          <w:divBdr>
            <w:top w:val="none" w:sz="0" w:space="0" w:color="auto"/>
            <w:left w:val="none" w:sz="0" w:space="0" w:color="auto"/>
            <w:bottom w:val="none" w:sz="0" w:space="0" w:color="auto"/>
            <w:right w:val="none" w:sz="0" w:space="0" w:color="auto"/>
          </w:divBdr>
        </w:div>
        <w:div w:id="1625883391">
          <w:marLeft w:val="480"/>
          <w:marRight w:val="0"/>
          <w:marTop w:val="0"/>
          <w:marBottom w:val="0"/>
          <w:divBdr>
            <w:top w:val="none" w:sz="0" w:space="0" w:color="auto"/>
            <w:left w:val="none" w:sz="0" w:space="0" w:color="auto"/>
            <w:bottom w:val="none" w:sz="0" w:space="0" w:color="auto"/>
            <w:right w:val="none" w:sz="0" w:space="0" w:color="auto"/>
          </w:divBdr>
        </w:div>
        <w:div w:id="1790004984">
          <w:marLeft w:val="480"/>
          <w:marRight w:val="0"/>
          <w:marTop w:val="0"/>
          <w:marBottom w:val="0"/>
          <w:divBdr>
            <w:top w:val="none" w:sz="0" w:space="0" w:color="auto"/>
            <w:left w:val="none" w:sz="0" w:space="0" w:color="auto"/>
            <w:bottom w:val="none" w:sz="0" w:space="0" w:color="auto"/>
            <w:right w:val="none" w:sz="0" w:space="0" w:color="auto"/>
          </w:divBdr>
        </w:div>
        <w:div w:id="1980379866">
          <w:marLeft w:val="480"/>
          <w:marRight w:val="0"/>
          <w:marTop w:val="0"/>
          <w:marBottom w:val="0"/>
          <w:divBdr>
            <w:top w:val="none" w:sz="0" w:space="0" w:color="auto"/>
            <w:left w:val="none" w:sz="0" w:space="0" w:color="auto"/>
            <w:bottom w:val="none" w:sz="0" w:space="0" w:color="auto"/>
            <w:right w:val="none" w:sz="0" w:space="0" w:color="auto"/>
          </w:divBdr>
        </w:div>
        <w:div w:id="2028750420">
          <w:marLeft w:val="480"/>
          <w:marRight w:val="0"/>
          <w:marTop w:val="0"/>
          <w:marBottom w:val="0"/>
          <w:divBdr>
            <w:top w:val="none" w:sz="0" w:space="0" w:color="auto"/>
            <w:left w:val="none" w:sz="0" w:space="0" w:color="auto"/>
            <w:bottom w:val="none" w:sz="0" w:space="0" w:color="auto"/>
            <w:right w:val="none" w:sz="0" w:space="0" w:color="auto"/>
          </w:divBdr>
        </w:div>
      </w:divsChild>
    </w:div>
    <w:div w:id="1448043603">
      <w:bodyDiv w:val="1"/>
      <w:marLeft w:val="0"/>
      <w:marRight w:val="0"/>
      <w:marTop w:val="0"/>
      <w:marBottom w:val="0"/>
      <w:divBdr>
        <w:top w:val="none" w:sz="0" w:space="0" w:color="auto"/>
        <w:left w:val="none" w:sz="0" w:space="0" w:color="auto"/>
        <w:bottom w:val="none" w:sz="0" w:space="0" w:color="auto"/>
        <w:right w:val="none" w:sz="0" w:space="0" w:color="auto"/>
      </w:divBdr>
    </w:div>
    <w:div w:id="1450709181">
      <w:bodyDiv w:val="1"/>
      <w:marLeft w:val="0"/>
      <w:marRight w:val="0"/>
      <w:marTop w:val="0"/>
      <w:marBottom w:val="0"/>
      <w:divBdr>
        <w:top w:val="none" w:sz="0" w:space="0" w:color="auto"/>
        <w:left w:val="none" w:sz="0" w:space="0" w:color="auto"/>
        <w:bottom w:val="none" w:sz="0" w:space="0" w:color="auto"/>
        <w:right w:val="none" w:sz="0" w:space="0" w:color="auto"/>
      </w:divBdr>
    </w:div>
    <w:div w:id="1451049398">
      <w:bodyDiv w:val="1"/>
      <w:marLeft w:val="0"/>
      <w:marRight w:val="0"/>
      <w:marTop w:val="0"/>
      <w:marBottom w:val="0"/>
      <w:divBdr>
        <w:top w:val="none" w:sz="0" w:space="0" w:color="auto"/>
        <w:left w:val="none" w:sz="0" w:space="0" w:color="auto"/>
        <w:bottom w:val="none" w:sz="0" w:space="0" w:color="auto"/>
        <w:right w:val="none" w:sz="0" w:space="0" w:color="auto"/>
      </w:divBdr>
    </w:div>
    <w:div w:id="1451435261">
      <w:bodyDiv w:val="1"/>
      <w:marLeft w:val="0"/>
      <w:marRight w:val="0"/>
      <w:marTop w:val="0"/>
      <w:marBottom w:val="0"/>
      <w:divBdr>
        <w:top w:val="none" w:sz="0" w:space="0" w:color="auto"/>
        <w:left w:val="none" w:sz="0" w:space="0" w:color="auto"/>
        <w:bottom w:val="none" w:sz="0" w:space="0" w:color="auto"/>
        <w:right w:val="none" w:sz="0" w:space="0" w:color="auto"/>
      </w:divBdr>
      <w:divsChild>
        <w:div w:id="7102323">
          <w:marLeft w:val="480"/>
          <w:marRight w:val="0"/>
          <w:marTop w:val="0"/>
          <w:marBottom w:val="0"/>
          <w:divBdr>
            <w:top w:val="none" w:sz="0" w:space="0" w:color="auto"/>
            <w:left w:val="none" w:sz="0" w:space="0" w:color="auto"/>
            <w:bottom w:val="none" w:sz="0" w:space="0" w:color="auto"/>
            <w:right w:val="none" w:sz="0" w:space="0" w:color="auto"/>
          </w:divBdr>
        </w:div>
        <w:div w:id="95756945">
          <w:marLeft w:val="480"/>
          <w:marRight w:val="0"/>
          <w:marTop w:val="0"/>
          <w:marBottom w:val="0"/>
          <w:divBdr>
            <w:top w:val="none" w:sz="0" w:space="0" w:color="auto"/>
            <w:left w:val="none" w:sz="0" w:space="0" w:color="auto"/>
            <w:bottom w:val="none" w:sz="0" w:space="0" w:color="auto"/>
            <w:right w:val="none" w:sz="0" w:space="0" w:color="auto"/>
          </w:divBdr>
        </w:div>
        <w:div w:id="212624017">
          <w:marLeft w:val="480"/>
          <w:marRight w:val="0"/>
          <w:marTop w:val="0"/>
          <w:marBottom w:val="0"/>
          <w:divBdr>
            <w:top w:val="none" w:sz="0" w:space="0" w:color="auto"/>
            <w:left w:val="none" w:sz="0" w:space="0" w:color="auto"/>
            <w:bottom w:val="none" w:sz="0" w:space="0" w:color="auto"/>
            <w:right w:val="none" w:sz="0" w:space="0" w:color="auto"/>
          </w:divBdr>
        </w:div>
        <w:div w:id="213859424">
          <w:marLeft w:val="480"/>
          <w:marRight w:val="0"/>
          <w:marTop w:val="0"/>
          <w:marBottom w:val="0"/>
          <w:divBdr>
            <w:top w:val="none" w:sz="0" w:space="0" w:color="auto"/>
            <w:left w:val="none" w:sz="0" w:space="0" w:color="auto"/>
            <w:bottom w:val="none" w:sz="0" w:space="0" w:color="auto"/>
            <w:right w:val="none" w:sz="0" w:space="0" w:color="auto"/>
          </w:divBdr>
        </w:div>
        <w:div w:id="273177510">
          <w:marLeft w:val="480"/>
          <w:marRight w:val="0"/>
          <w:marTop w:val="0"/>
          <w:marBottom w:val="0"/>
          <w:divBdr>
            <w:top w:val="none" w:sz="0" w:space="0" w:color="auto"/>
            <w:left w:val="none" w:sz="0" w:space="0" w:color="auto"/>
            <w:bottom w:val="none" w:sz="0" w:space="0" w:color="auto"/>
            <w:right w:val="none" w:sz="0" w:space="0" w:color="auto"/>
          </w:divBdr>
        </w:div>
        <w:div w:id="303700884">
          <w:marLeft w:val="480"/>
          <w:marRight w:val="0"/>
          <w:marTop w:val="0"/>
          <w:marBottom w:val="0"/>
          <w:divBdr>
            <w:top w:val="none" w:sz="0" w:space="0" w:color="auto"/>
            <w:left w:val="none" w:sz="0" w:space="0" w:color="auto"/>
            <w:bottom w:val="none" w:sz="0" w:space="0" w:color="auto"/>
            <w:right w:val="none" w:sz="0" w:space="0" w:color="auto"/>
          </w:divBdr>
        </w:div>
        <w:div w:id="359664668">
          <w:marLeft w:val="480"/>
          <w:marRight w:val="0"/>
          <w:marTop w:val="0"/>
          <w:marBottom w:val="0"/>
          <w:divBdr>
            <w:top w:val="none" w:sz="0" w:space="0" w:color="auto"/>
            <w:left w:val="none" w:sz="0" w:space="0" w:color="auto"/>
            <w:bottom w:val="none" w:sz="0" w:space="0" w:color="auto"/>
            <w:right w:val="none" w:sz="0" w:space="0" w:color="auto"/>
          </w:divBdr>
        </w:div>
        <w:div w:id="364524136">
          <w:marLeft w:val="480"/>
          <w:marRight w:val="0"/>
          <w:marTop w:val="0"/>
          <w:marBottom w:val="0"/>
          <w:divBdr>
            <w:top w:val="none" w:sz="0" w:space="0" w:color="auto"/>
            <w:left w:val="none" w:sz="0" w:space="0" w:color="auto"/>
            <w:bottom w:val="none" w:sz="0" w:space="0" w:color="auto"/>
            <w:right w:val="none" w:sz="0" w:space="0" w:color="auto"/>
          </w:divBdr>
        </w:div>
        <w:div w:id="366612392">
          <w:marLeft w:val="480"/>
          <w:marRight w:val="0"/>
          <w:marTop w:val="0"/>
          <w:marBottom w:val="0"/>
          <w:divBdr>
            <w:top w:val="none" w:sz="0" w:space="0" w:color="auto"/>
            <w:left w:val="none" w:sz="0" w:space="0" w:color="auto"/>
            <w:bottom w:val="none" w:sz="0" w:space="0" w:color="auto"/>
            <w:right w:val="none" w:sz="0" w:space="0" w:color="auto"/>
          </w:divBdr>
        </w:div>
        <w:div w:id="544101238">
          <w:marLeft w:val="480"/>
          <w:marRight w:val="0"/>
          <w:marTop w:val="0"/>
          <w:marBottom w:val="0"/>
          <w:divBdr>
            <w:top w:val="none" w:sz="0" w:space="0" w:color="auto"/>
            <w:left w:val="none" w:sz="0" w:space="0" w:color="auto"/>
            <w:bottom w:val="none" w:sz="0" w:space="0" w:color="auto"/>
            <w:right w:val="none" w:sz="0" w:space="0" w:color="auto"/>
          </w:divBdr>
        </w:div>
        <w:div w:id="588000344">
          <w:marLeft w:val="480"/>
          <w:marRight w:val="0"/>
          <w:marTop w:val="0"/>
          <w:marBottom w:val="0"/>
          <w:divBdr>
            <w:top w:val="none" w:sz="0" w:space="0" w:color="auto"/>
            <w:left w:val="none" w:sz="0" w:space="0" w:color="auto"/>
            <w:bottom w:val="none" w:sz="0" w:space="0" w:color="auto"/>
            <w:right w:val="none" w:sz="0" w:space="0" w:color="auto"/>
          </w:divBdr>
        </w:div>
        <w:div w:id="673066590">
          <w:marLeft w:val="480"/>
          <w:marRight w:val="0"/>
          <w:marTop w:val="0"/>
          <w:marBottom w:val="0"/>
          <w:divBdr>
            <w:top w:val="none" w:sz="0" w:space="0" w:color="auto"/>
            <w:left w:val="none" w:sz="0" w:space="0" w:color="auto"/>
            <w:bottom w:val="none" w:sz="0" w:space="0" w:color="auto"/>
            <w:right w:val="none" w:sz="0" w:space="0" w:color="auto"/>
          </w:divBdr>
        </w:div>
        <w:div w:id="685516634">
          <w:marLeft w:val="480"/>
          <w:marRight w:val="0"/>
          <w:marTop w:val="0"/>
          <w:marBottom w:val="0"/>
          <w:divBdr>
            <w:top w:val="none" w:sz="0" w:space="0" w:color="auto"/>
            <w:left w:val="none" w:sz="0" w:space="0" w:color="auto"/>
            <w:bottom w:val="none" w:sz="0" w:space="0" w:color="auto"/>
            <w:right w:val="none" w:sz="0" w:space="0" w:color="auto"/>
          </w:divBdr>
        </w:div>
        <w:div w:id="786849745">
          <w:marLeft w:val="480"/>
          <w:marRight w:val="0"/>
          <w:marTop w:val="0"/>
          <w:marBottom w:val="0"/>
          <w:divBdr>
            <w:top w:val="none" w:sz="0" w:space="0" w:color="auto"/>
            <w:left w:val="none" w:sz="0" w:space="0" w:color="auto"/>
            <w:bottom w:val="none" w:sz="0" w:space="0" w:color="auto"/>
            <w:right w:val="none" w:sz="0" w:space="0" w:color="auto"/>
          </w:divBdr>
        </w:div>
        <w:div w:id="947809315">
          <w:marLeft w:val="480"/>
          <w:marRight w:val="0"/>
          <w:marTop w:val="0"/>
          <w:marBottom w:val="0"/>
          <w:divBdr>
            <w:top w:val="none" w:sz="0" w:space="0" w:color="auto"/>
            <w:left w:val="none" w:sz="0" w:space="0" w:color="auto"/>
            <w:bottom w:val="none" w:sz="0" w:space="0" w:color="auto"/>
            <w:right w:val="none" w:sz="0" w:space="0" w:color="auto"/>
          </w:divBdr>
        </w:div>
        <w:div w:id="1060441984">
          <w:marLeft w:val="480"/>
          <w:marRight w:val="0"/>
          <w:marTop w:val="0"/>
          <w:marBottom w:val="0"/>
          <w:divBdr>
            <w:top w:val="none" w:sz="0" w:space="0" w:color="auto"/>
            <w:left w:val="none" w:sz="0" w:space="0" w:color="auto"/>
            <w:bottom w:val="none" w:sz="0" w:space="0" w:color="auto"/>
            <w:right w:val="none" w:sz="0" w:space="0" w:color="auto"/>
          </w:divBdr>
        </w:div>
        <w:div w:id="1199053472">
          <w:marLeft w:val="480"/>
          <w:marRight w:val="0"/>
          <w:marTop w:val="0"/>
          <w:marBottom w:val="0"/>
          <w:divBdr>
            <w:top w:val="none" w:sz="0" w:space="0" w:color="auto"/>
            <w:left w:val="none" w:sz="0" w:space="0" w:color="auto"/>
            <w:bottom w:val="none" w:sz="0" w:space="0" w:color="auto"/>
            <w:right w:val="none" w:sz="0" w:space="0" w:color="auto"/>
          </w:divBdr>
        </w:div>
        <w:div w:id="1199247412">
          <w:marLeft w:val="480"/>
          <w:marRight w:val="0"/>
          <w:marTop w:val="0"/>
          <w:marBottom w:val="0"/>
          <w:divBdr>
            <w:top w:val="none" w:sz="0" w:space="0" w:color="auto"/>
            <w:left w:val="none" w:sz="0" w:space="0" w:color="auto"/>
            <w:bottom w:val="none" w:sz="0" w:space="0" w:color="auto"/>
            <w:right w:val="none" w:sz="0" w:space="0" w:color="auto"/>
          </w:divBdr>
        </w:div>
        <w:div w:id="1216745985">
          <w:marLeft w:val="480"/>
          <w:marRight w:val="0"/>
          <w:marTop w:val="0"/>
          <w:marBottom w:val="0"/>
          <w:divBdr>
            <w:top w:val="none" w:sz="0" w:space="0" w:color="auto"/>
            <w:left w:val="none" w:sz="0" w:space="0" w:color="auto"/>
            <w:bottom w:val="none" w:sz="0" w:space="0" w:color="auto"/>
            <w:right w:val="none" w:sz="0" w:space="0" w:color="auto"/>
          </w:divBdr>
        </w:div>
        <w:div w:id="1412853810">
          <w:marLeft w:val="480"/>
          <w:marRight w:val="0"/>
          <w:marTop w:val="0"/>
          <w:marBottom w:val="0"/>
          <w:divBdr>
            <w:top w:val="none" w:sz="0" w:space="0" w:color="auto"/>
            <w:left w:val="none" w:sz="0" w:space="0" w:color="auto"/>
            <w:bottom w:val="none" w:sz="0" w:space="0" w:color="auto"/>
            <w:right w:val="none" w:sz="0" w:space="0" w:color="auto"/>
          </w:divBdr>
        </w:div>
        <w:div w:id="1498301558">
          <w:marLeft w:val="480"/>
          <w:marRight w:val="0"/>
          <w:marTop w:val="0"/>
          <w:marBottom w:val="0"/>
          <w:divBdr>
            <w:top w:val="none" w:sz="0" w:space="0" w:color="auto"/>
            <w:left w:val="none" w:sz="0" w:space="0" w:color="auto"/>
            <w:bottom w:val="none" w:sz="0" w:space="0" w:color="auto"/>
            <w:right w:val="none" w:sz="0" w:space="0" w:color="auto"/>
          </w:divBdr>
        </w:div>
        <w:div w:id="1662273081">
          <w:marLeft w:val="480"/>
          <w:marRight w:val="0"/>
          <w:marTop w:val="0"/>
          <w:marBottom w:val="0"/>
          <w:divBdr>
            <w:top w:val="none" w:sz="0" w:space="0" w:color="auto"/>
            <w:left w:val="none" w:sz="0" w:space="0" w:color="auto"/>
            <w:bottom w:val="none" w:sz="0" w:space="0" w:color="auto"/>
            <w:right w:val="none" w:sz="0" w:space="0" w:color="auto"/>
          </w:divBdr>
        </w:div>
        <w:div w:id="1662392573">
          <w:marLeft w:val="480"/>
          <w:marRight w:val="0"/>
          <w:marTop w:val="0"/>
          <w:marBottom w:val="0"/>
          <w:divBdr>
            <w:top w:val="none" w:sz="0" w:space="0" w:color="auto"/>
            <w:left w:val="none" w:sz="0" w:space="0" w:color="auto"/>
            <w:bottom w:val="none" w:sz="0" w:space="0" w:color="auto"/>
            <w:right w:val="none" w:sz="0" w:space="0" w:color="auto"/>
          </w:divBdr>
        </w:div>
        <w:div w:id="1782991329">
          <w:marLeft w:val="480"/>
          <w:marRight w:val="0"/>
          <w:marTop w:val="0"/>
          <w:marBottom w:val="0"/>
          <w:divBdr>
            <w:top w:val="none" w:sz="0" w:space="0" w:color="auto"/>
            <w:left w:val="none" w:sz="0" w:space="0" w:color="auto"/>
            <w:bottom w:val="none" w:sz="0" w:space="0" w:color="auto"/>
            <w:right w:val="none" w:sz="0" w:space="0" w:color="auto"/>
          </w:divBdr>
        </w:div>
        <w:div w:id="1796562241">
          <w:marLeft w:val="480"/>
          <w:marRight w:val="0"/>
          <w:marTop w:val="0"/>
          <w:marBottom w:val="0"/>
          <w:divBdr>
            <w:top w:val="none" w:sz="0" w:space="0" w:color="auto"/>
            <w:left w:val="none" w:sz="0" w:space="0" w:color="auto"/>
            <w:bottom w:val="none" w:sz="0" w:space="0" w:color="auto"/>
            <w:right w:val="none" w:sz="0" w:space="0" w:color="auto"/>
          </w:divBdr>
        </w:div>
        <w:div w:id="1801531105">
          <w:marLeft w:val="480"/>
          <w:marRight w:val="0"/>
          <w:marTop w:val="0"/>
          <w:marBottom w:val="0"/>
          <w:divBdr>
            <w:top w:val="none" w:sz="0" w:space="0" w:color="auto"/>
            <w:left w:val="none" w:sz="0" w:space="0" w:color="auto"/>
            <w:bottom w:val="none" w:sz="0" w:space="0" w:color="auto"/>
            <w:right w:val="none" w:sz="0" w:space="0" w:color="auto"/>
          </w:divBdr>
        </w:div>
        <w:div w:id="1829248432">
          <w:marLeft w:val="480"/>
          <w:marRight w:val="0"/>
          <w:marTop w:val="0"/>
          <w:marBottom w:val="0"/>
          <w:divBdr>
            <w:top w:val="none" w:sz="0" w:space="0" w:color="auto"/>
            <w:left w:val="none" w:sz="0" w:space="0" w:color="auto"/>
            <w:bottom w:val="none" w:sz="0" w:space="0" w:color="auto"/>
            <w:right w:val="none" w:sz="0" w:space="0" w:color="auto"/>
          </w:divBdr>
        </w:div>
        <w:div w:id="1870364333">
          <w:marLeft w:val="480"/>
          <w:marRight w:val="0"/>
          <w:marTop w:val="0"/>
          <w:marBottom w:val="0"/>
          <w:divBdr>
            <w:top w:val="none" w:sz="0" w:space="0" w:color="auto"/>
            <w:left w:val="none" w:sz="0" w:space="0" w:color="auto"/>
            <w:bottom w:val="none" w:sz="0" w:space="0" w:color="auto"/>
            <w:right w:val="none" w:sz="0" w:space="0" w:color="auto"/>
          </w:divBdr>
        </w:div>
        <w:div w:id="1976522981">
          <w:marLeft w:val="480"/>
          <w:marRight w:val="0"/>
          <w:marTop w:val="0"/>
          <w:marBottom w:val="0"/>
          <w:divBdr>
            <w:top w:val="none" w:sz="0" w:space="0" w:color="auto"/>
            <w:left w:val="none" w:sz="0" w:space="0" w:color="auto"/>
            <w:bottom w:val="none" w:sz="0" w:space="0" w:color="auto"/>
            <w:right w:val="none" w:sz="0" w:space="0" w:color="auto"/>
          </w:divBdr>
        </w:div>
        <w:div w:id="1983000492">
          <w:marLeft w:val="480"/>
          <w:marRight w:val="0"/>
          <w:marTop w:val="0"/>
          <w:marBottom w:val="0"/>
          <w:divBdr>
            <w:top w:val="none" w:sz="0" w:space="0" w:color="auto"/>
            <w:left w:val="none" w:sz="0" w:space="0" w:color="auto"/>
            <w:bottom w:val="none" w:sz="0" w:space="0" w:color="auto"/>
            <w:right w:val="none" w:sz="0" w:space="0" w:color="auto"/>
          </w:divBdr>
        </w:div>
        <w:div w:id="1985237667">
          <w:marLeft w:val="480"/>
          <w:marRight w:val="0"/>
          <w:marTop w:val="0"/>
          <w:marBottom w:val="0"/>
          <w:divBdr>
            <w:top w:val="none" w:sz="0" w:space="0" w:color="auto"/>
            <w:left w:val="none" w:sz="0" w:space="0" w:color="auto"/>
            <w:bottom w:val="none" w:sz="0" w:space="0" w:color="auto"/>
            <w:right w:val="none" w:sz="0" w:space="0" w:color="auto"/>
          </w:divBdr>
        </w:div>
        <w:div w:id="1999846478">
          <w:marLeft w:val="480"/>
          <w:marRight w:val="0"/>
          <w:marTop w:val="0"/>
          <w:marBottom w:val="0"/>
          <w:divBdr>
            <w:top w:val="none" w:sz="0" w:space="0" w:color="auto"/>
            <w:left w:val="none" w:sz="0" w:space="0" w:color="auto"/>
            <w:bottom w:val="none" w:sz="0" w:space="0" w:color="auto"/>
            <w:right w:val="none" w:sz="0" w:space="0" w:color="auto"/>
          </w:divBdr>
        </w:div>
        <w:div w:id="2060325375">
          <w:marLeft w:val="480"/>
          <w:marRight w:val="0"/>
          <w:marTop w:val="0"/>
          <w:marBottom w:val="0"/>
          <w:divBdr>
            <w:top w:val="none" w:sz="0" w:space="0" w:color="auto"/>
            <w:left w:val="none" w:sz="0" w:space="0" w:color="auto"/>
            <w:bottom w:val="none" w:sz="0" w:space="0" w:color="auto"/>
            <w:right w:val="none" w:sz="0" w:space="0" w:color="auto"/>
          </w:divBdr>
        </w:div>
      </w:divsChild>
    </w:div>
    <w:div w:id="1452280648">
      <w:bodyDiv w:val="1"/>
      <w:marLeft w:val="0"/>
      <w:marRight w:val="0"/>
      <w:marTop w:val="0"/>
      <w:marBottom w:val="0"/>
      <w:divBdr>
        <w:top w:val="none" w:sz="0" w:space="0" w:color="auto"/>
        <w:left w:val="none" w:sz="0" w:space="0" w:color="auto"/>
        <w:bottom w:val="none" w:sz="0" w:space="0" w:color="auto"/>
        <w:right w:val="none" w:sz="0" w:space="0" w:color="auto"/>
      </w:divBdr>
      <w:divsChild>
        <w:div w:id="58479933">
          <w:marLeft w:val="480"/>
          <w:marRight w:val="0"/>
          <w:marTop w:val="0"/>
          <w:marBottom w:val="0"/>
          <w:divBdr>
            <w:top w:val="none" w:sz="0" w:space="0" w:color="auto"/>
            <w:left w:val="none" w:sz="0" w:space="0" w:color="auto"/>
            <w:bottom w:val="none" w:sz="0" w:space="0" w:color="auto"/>
            <w:right w:val="none" w:sz="0" w:space="0" w:color="auto"/>
          </w:divBdr>
        </w:div>
        <w:div w:id="128478084">
          <w:marLeft w:val="480"/>
          <w:marRight w:val="0"/>
          <w:marTop w:val="0"/>
          <w:marBottom w:val="0"/>
          <w:divBdr>
            <w:top w:val="none" w:sz="0" w:space="0" w:color="auto"/>
            <w:left w:val="none" w:sz="0" w:space="0" w:color="auto"/>
            <w:bottom w:val="none" w:sz="0" w:space="0" w:color="auto"/>
            <w:right w:val="none" w:sz="0" w:space="0" w:color="auto"/>
          </w:divBdr>
        </w:div>
        <w:div w:id="180974765">
          <w:marLeft w:val="480"/>
          <w:marRight w:val="0"/>
          <w:marTop w:val="0"/>
          <w:marBottom w:val="0"/>
          <w:divBdr>
            <w:top w:val="none" w:sz="0" w:space="0" w:color="auto"/>
            <w:left w:val="none" w:sz="0" w:space="0" w:color="auto"/>
            <w:bottom w:val="none" w:sz="0" w:space="0" w:color="auto"/>
            <w:right w:val="none" w:sz="0" w:space="0" w:color="auto"/>
          </w:divBdr>
        </w:div>
        <w:div w:id="193688949">
          <w:marLeft w:val="480"/>
          <w:marRight w:val="0"/>
          <w:marTop w:val="0"/>
          <w:marBottom w:val="0"/>
          <w:divBdr>
            <w:top w:val="none" w:sz="0" w:space="0" w:color="auto"/>
            <w:left w:val="none" w:sz="0" w:space="0" w:color="auto"/>
            <w:bottom w:val="none" w:sz="0" w:space="0" w:color="auto"/>
            <w:right w:val="none" w:sz="0" w:space="0" w:color="auto"/>
          </w:divBdr>
        </w:div>
        <w:div w:id="276372569">
          <w:marLeft w:val="480"/>
          <w:marRight w:val="0"/>
          <w:marTop w:val="0"/>
          <w:marBottom w:val="0"/>
          <w:divBdr>
            <w:top w:val="none" w:sz="0" w:space="0" w:color="auto"/>
            <w:left w:val="none" w:sz="0" w:space="0" w:color="auto"/>
            <w:bottom w:val="none" w:sz="0" w:space="0" w:color="auto"/>
            <w:right w:val="none" w:sz="0" w:space="0" w:color="auto"/>
          </w:divBdr>
        </w:div>
        <w:div w:id="317540444">
          <w:marLeft w:val="480"/>
          <w:marRight w:val="0"/>
          <w:marTop w:val="0"/>
          <w:marBottom w:val="0"/>
          <w:divBdr>
            <w:top w:val="none" w:sz="0" w:space="0" w:color="auto"/>
            <w:left w:val="none" w:sz="0" w:space="0" w:color="auto"/>
            <w:bottom w:val="none" w:sz="0" w:space="0" w:color="auto"/>
            <w:right w:val="none" w:sz="0" w:space="0" w:color="auto"/>
          </w:divBdr>
        </w:div>
        <w:div w:id="474563494">
          <w:marLeft w:val="480"/>
          <w:marRight w:val="0"/>
          <w:marTop w:val="0"/>
          <w:marBottom w:val="0"/>
          <w:divBdr>
            <w:top w:val="none" w:sz="0" w:space="0" w:color="auto"/>
            <w:left w:val="none" w:sz="0" w:space="0" w:color="auto"/>
            <w:bottom w:val="none" w:sz="0" w:space="0" w:color="auto"/>
            <w:right w:val="none" w:sz="0" w:space="0" w:color="auto"/>
          </w:divBdr>
        </w:div>
        <w:div w:id="525876568">
          <w:marLeft w:val="480"/>
          <w:marRight w:val="0"/>
          <w:marTop w:val="0"/>
          <w:marBottom w:val="0"/>
          <w:divBdr>
            <w:top w:val="none" w:sz="0" w:space="0" w:color="auto"/>
            <w:left w:val="none" w:sz="0" w:space="0" w:color="auto"/>
            <w:bottom w:val="none" w:sz="0" w:space="0" w:color="auto"/>
            <w:right w:val="none" w:sz="0" w:space="0" w:color="auto"/>
          </w:divBdr>
        </w:div>
        <w:div w:id="554052702">
          <w:marLeft w:val="480"/>
          <w:marRight w:val="0"/>
          <w:marTop w:val="0"/>
          <w:marBottom w:val="0"/>
          <w:divBdr>
            <w:top w:val="none" w:sz="0" w:space="0" w:color="auto"/>
            <w:left w:val="none" w:sz="0" w:space="0" w:color="auto"/>
            <w:bottom w:val="none" w:sz="0" w:space="0" w:color="auto"/>
            <w:right w:val="none" w:sz="0" w:space="0" w:color="auto"/>
          </w:divBdr>
        </w:div>
        <w:div w:id="583418319">
          <w:marLeft w:val="480"/>
          <w:marRight w:val="0"/>
          <w:marTop w:val="0"/>
          <w:marBottom w:val="0"/>
          <w:divBdr>
            <w:top w:val="none" w:sz="0" w:space="0" w:color="auto"/>
            <w:left w:val="none" w:sz="0" w:space="0" w:color="auto"/>
            <w:bottom w:val="none" w:sz="0" w:space="0" w:color="auto"/>
            <w:right w:val="none" w:sz="0" w:space="0" w:color="auto"/>
          </w:divBdr>
        </w:div>
        <w:div w:id="589970070">
          <w:marLeft w:val="480"/>
          <w:marRight w:val="0"/>
          <w:marTop w:val="0"/>
          <w:marBottom w:val="0"/>
          <w:divBdr>
            <w:top w:val="none" w:sz="0" w:space="0" w:color="auto"/>
            <w:left w:val="none" w:sz="0" w:space="0" w:color="auto"/>
            <w:bottom w:val="none" w:sz="0" w:space="0" w:color="auto"/>
            <w:right w:val="none" w:sz="0" w:space="0" w:color="auto"/>
          </w:divBdr>
        </w:div>
        <w:div w:id="600643750">
          <w:marLeft w:val="480"/>
          <w:marRight w:val="0"/>
          <w:marTop w:val="0"/>
          <w:marBottom w:val="0"/>
          <w:divBdr>
            <w:top w:val="none" w:sz="0" w:space="0" w:color="auto"/>
            <w:left w:val="none" w:sz="0" w:space="0" w:color="auto"/>
            <w:bottom w:val="none" w:sz="0" w:space="0" w:color="auto"/>
            <w:right w:val="none" w:sz="0" w:space="0" w:color="auto"/>
          </w:divBdr>
        </w:div>
        <w:div w:id="618997883">
          <w:marLeft w:val="480"/>
          <w:marRight w:val="0"/>
          <w:marTop w:val="0"/>
          <w:marBottom w:val="0"/>
          <w:divBdr>
            <w:top w:val="none" w:sz="0" w:space="0" w:color="auto"/>
            <w:left w:val="none" w:sz="0" w:space="0" w:color="auto"/>
            <w:bottom w:val="none" w:sz="0" w:space="0" w:color="auto"/>
            <w:right w:val="none" w:sz="0" w:space="0" w:color="auto"/>
          </w:divBdr>
        </w:div>
        <w:div w:id="629673530">
          <w:marLeft w:val="480"/>
          <w:marRight w:val="0"/>
          <w:marTop w:val="0"/>
          <w:marBottom w:val="0"/>
          <w:divBdr>
            <w:top w:val="none" w:sz="0" w:space="0" w:color="auto"/>
            <w:left w:val="none" w:sz="0" w:space="0" w:color="auto"/>
            <w:bottom w:val="none" w:sz="0" w:space="0" w:color="auto"/>
            <w:right w:val="none" w:sz="0" w:space="0" w:color="auto"/>
          </w:divBdr>
        </w:div>
        <w:div w:id="702827495">
          <w:marLeft w:val="480"/>
          <w:marRight w:val="0"/>
          <w:marTop w:val="0"/>
          <w:marBottom w:val="0"/>
          <w:divBdr>
            <w:top w:val="none" w:sz="0" w:space="0" w:color="auto"/>
            <w:left w:val="none" w:sz="0" w:space="0" w:color="auto"/>
            <w:bottom w:val="none" w:sz="0" w:space="0" w:color="auto"/>
            <w:right w:val="none" w:sz="0" w:space="0" w:color="auto"/>
          </w:divBdr>
        </w:div>
        <w:div w:id="838496693">
          <w:marLeft w:val="480"/>
          <w:marRight w:val="0"/>
          <w:marTop w:val="0"/>
          <w:marBottom w:val="0"/>
          <w:divBdr>
            <w:top w:val="none" w:sz="0" w:space="0" w:color="auto"/>
            <w:left w:val="none" w:sz="0" w:space="0" w:color="auto"/>
            <w:bottom w:val="none" w:sz="0" w:space="0" w:color="auto"/>
            <w:right w:val="none" w:sz="0" w:space="0" w:color="auto"/>
          </w:divBdr>
        </w:div>
        <w:div w:id="844903212">
          <w:marLeft w:val="480"/>
          <w:marRight w:val="0"/>
          <w:marTop w:val="0"/>
          <w:marBottom w:val="0"/>
          <w:divBdr>
            <w:top w:val="none" w:sz="0" w:space="0" w:color="auto"/>
            <w:left w:val="none" w:sz="0" w:space="0" w:color="auto"/>
            <w:bottom w:val="none" w:sz="0" w:space="0" w:color="auto"/>
            <w:right w:val="none" w:sz="0" w:space="0" w:color="auto"/>
          </w:divBdr>
        </w:div>
        <w:div w:id="888567740">
          <w:marLeft w:val="480"/>
          <w:marRight w:val="0"/>
          <w:marTop w:val="0"/>
          <w:marBottom w:val="0"/>
          <w:divBdr>
            <w:top w:val="none" w:sz="0" w:space="0" w:color="auto"/>
            <w:left w:val="none" w:sz="0" w:space="0" w:color="auto"/>
            <w:bottom w:val="none" w:sz="0" w:space="0" w:color="auto"/>
            <w:right w:val="none" w:sz="0" w:space="0" w:color="auto"/>
          </w:divBdr>
        </w:div>
        <w:div w:id="899368702">
          <w:marLeft w:val="480"/>
          <w:marRight w:val="0"/>
          <w:marTop w:val="0"/>
          <w:marBottom w:val="0"/>
          <w:divBdr>
            <w:top w:val="none" w:sz="0" w:space="0" w:color="auto"/>
            <w:left w:val="none" w:sz="0" w:space="0" w:color="auto"/>
            <w:bottom w:val="none" w:sz="0" w:space="0" w:color="auto"/>
            <w:right w:val="none" w:sz="0" w:space="0" w:color="auto"/>
          </w:divBdr>
        </w:div>
        <w:div w:id="903417902">
          <w:marLeft w:val="480"/>
          <w:marRight w:val="0"/>
          <w:marTop w:val="0"/>
          <w:marBottom w:val="0"/>
          <w:divBdr>
            <w:top w:val="none" w:sz="0" w:space="0" w:color="auto"/>
            <w:left w:val="none" w:sz="0" w:space="0" w:color="auto"/>
            <w:bottom w:val="none" w:sz="0" w:space="0" w:color="auto"/>
            <w:right w:val="none" w:sz="0" w:space="0" w:color="auto"/>
          </w:divBdr>
        </w:div>
        <w:div w:id="911816735">
          <w:marLeft w:val="480"/>
          <w:marRight w:val="0"/>
          <w:marTop w:val="0"/>
          <w:marBottom w:val="0"/>
          <w:divBdr>
            <w:top w:val="none" w:sz="0" w:space="0" w:color="auto"/>
            <w:left w:val="none" w:sz="0" w:space="0" w:color="auto"/>
            <w:bottom w:val="none" w:sz="0" w:space="0" w:color="auto"/>
            <w:right w:val="none" w:sz="0" w:space="0" w:color="auto"/>
          </w:divBdr>
        </w:div>
        <w:div w:id="1055616275">
          <w:marLeft w:val="480"/>
          <w:marRight w:val="0"/>
          <w:marTop w:val="0"/>
          <w:marBottom w:val="0"/>
          <w:divBdr>
            <w:top w:val="none" w:sz="0" w:space="0" w:color="auto"/>
            <w:left w:val="none" w:sz="0" w:space="0" w:color="auto"/>
            <w:bottom w:val="none" w:sz="0" w:space="0" w:color="auto"/>
            <w:right w:val="none" w:sz="0" w:space="0" w:color="auto"/>
          </w:divBdr>
        </w:div>
        <w:div w:id="1059747818">
          <w:marLeft w:val="480"/>
          <w:marRight w:val="0"/>
          <w:marTop w:val="0"/>
          <w:marBottom w:val="0"/>
          <w:divBdr>
            <w:top w:val="none" w:sz="0" w:space="0" w:color="auto"/>
            <w:left w:val="none" w:sz="0" w:space="0" w:color="auto"/>
            <w:bottom w:val="none" w:sz="0" w:space="0" w:color="auto"/>
            <w:right w:val="none" w:sz="0" w:space="0" w:color="auto"/>
          </w:divBdr>
        </w:div>
        <w:div w:id="1180895086">
          <w:marLeft w:val="480"/>
          <w:marRight w:val="0"/>
          <w:marTop w:val="0"/>
          <w:marBottom w:val="0"/>
          <w:divBdr>
            <w:top w:val="none" w:sz="0" w:space="0" w:color="auto"/>
            <w:left w:val="none" w:sz="0" w:space="0" w:color="auto"/>
            <w:bottom w:val="none" w:sz="0" w:space="0" w:color="auto"/>
            <w:right w:val="none" w:sz="0" w:space="0" w:color="auto"/>
          </w:divBdr>
        </w:div>
        <w:div w:id="1200627323">
          <w:marLeft w:val="480"/>
          <w:marRight w:val="0"/>
          <w:marTop w:val="0"/>
          <w:marBottom w:val="0"/>
          <w:divBdr>
            <w:top w:val="none" w:sz="0" w:space="0" w:color="auto"/>
            <w:left w:val="none" w:sz="0" w:space="0" w:color="auto"/>
            <w:bottom w:val="none" w:sz="0" w:space="0" w:color="auto"/>
            <w:right w:val="none" w:sz="0" w:space="0" w:color="auto"/>
          </w:divBdr>
        </w:div>
        <w:div w:id="1204055703">
          <w:marLeft w:val="480"/>
          <w:marRight w:val="0"/>
          <w:marTop w:val="0"/>
          <w:marBottom w:val="0"/>
          <w:divBdr>
            <w:top w:val="none" w:sz="0" w:space="0" w:color="auto"/>
            <w:left w:val="none" w:sz="0" w:space="0" w:color="auto"/>
            <w:bottom w:val="none" w:sz="0" w:space="0" w:color="auto"/>
            <w:right w:val="none" w:sz="0" w:space="0" w:color="auto"/>
          </w:divBdr>
        </w:div>
        <w:div w:id="1298299318">
          <w:marLeft w:val="480"/>
          <w:marRight w:val="0"/>
          <w:marTop w:val="0"/>
          <w:marBottom w:val="0"/>
          <w:divBdr>
            <w:top w:val="none" w:sz="0" w:space="0" w:color="auto"/>
            <w:left w:val="none" w:sz="0" w:space="0" w:color="auto"/>
            <w:bottom w:val="none" w:sz="0" w:space="0" w:color="auto"/>
            <w:right w:val="none" w:sz="0" w:space="0" w:color="auto"/>
          </w:divBdr>
        </w:div>
        <w:div w:id="1328827977">
          <w:marLeft w:val="480"/>
          <w:marRight w:val="0"/>
          <w:marTop w:val="0"/>
          <w:marBottom w:val="0"/>
          <w:divBdr>
            <w:top w:val="none" w:sz="0" w:space="0" w:color="auto"/>
            <w:left w:val="none" w:sz="0" w:space="0" w:color="auto"/>
            <w:bottom w:val="none" w:sz="0" w:space="0" w:color="auto"/>
            <w:right w:val="none" w:sz="0" w:space="0" w:color="auto"/>
          </w:divBdr>
        </w:div>
        <w:div w:id="1363088144">
          <w:marLeft w:val="480"/>
          <w:marRight w:val="0"/>
          <w:marTop w:val="0"/>
          <w:marBottom w:val="0"/>
          <w:divBdr>
            <w:top w:val="none" w:sz="0" w:space="0" w:color="auto"/>
            <w:left w:val="none" w:sz="0" w:space="0" w:color="auto"/>
            <w:bottom w:val="none" w:sz="0" w:space="0" w:color="auto"/>
            <w:right w:val="none" w:sz="0" w:space="0" w:color="auto"/>
          </w:divBdr>
        </w:div>
        <w:div w:id="1507600163">
          <w:marLeft w:val="480"/>
          <w:marRight w:val="0"/>
          <w:marTop w:val="0"/>
          <w:marBottom w:val="0"/>
          <w:divBdr>
            <w:top w:val="none" w:sz="0" w:space="0" w:color="auto"/>
            <w:left w:val="none" w:sz="0" w:space="0" w:color="auto"/>
            <w:bottom w:val="none" w:sz="0" w:space="0" w:color="auto"/>
            <w:right w:val="none" w:sz="0" w:space="0" w:color="auto"/>
          </w:divBdr>
        </w:div>
        <w:div w:id="1732801936">
          <w:marLeft w:val="480"/>
          <w:marRight w:val="0"/>
          <w:marTop w:val="0"/>
          <w:marBottom w:val="0"/>
          <w:divBdr>
            <w:top w:val="none" w:sz="0" w:space="0" w:color="auto"/>
            <w:left w:val="none" w:sz="0" w:space="0" w:color="auto"/>
            <w:bottom w:val="none" w:sz="0" w:space="0" w:color="auto"/>
            <w:right w:val="none" w:sz="0" w:space="0" w:color="auto"/>
          </w:divBdr>
        </w:div>
        <w:div w:id="1760327301">
          <w:marLeft w:val="480"/>
          <w:marRight w:val="0"/>
          <w:marTop w:val="0"/>
          <w:marBottom w:val="0"/>
          <w:divBdr>
            <w:top w:val="none" w:sz="0" w:space="0" w:color="auto"/>
            <w:left w:val="none" w:sz="0" w:space="0" w:color="auto"/>
            <w:bottom w:val="none" w:sz="0" w:space="0" w:color="auto"/>
            <w:right w:val="none" w:sz="0" w:space="0" w:color="auto"/>
          </w:divBdr>
        </w:div>
        <w:div w:id="1843348718">
          <w:marLeft w:val="480"/>
          <w:marRight w:val="0"/>
          <w:marTop w:val="0"/>
          <w:marBottom w:val="0"/>
          <w:divBdr>
            <w:top w:val="none" w:sz="0" w:space="0" w:color="auto"/>
            <w:left w:val="none" w:sz="0" w:space="0" w:color="auto"/>
            <w:bottom w:val="none" w:sz="0" w:space="0" w:color="auto"/>
            <w:right w:val="none" w:sz="0" w:space="0" w:color="auto"/>
          </w:divBdr>
        </w:div>
        <w:div w:id="1900627522">
          <w:marLeft w:val="480"/>
          <w:marRight w:val="0"/>
          <w:marTop w:val="0"/>
          <w:marBottom w:val="0"/>
          <w:divBdr>
            <w:top w:val="none" w:sz="0" w:space="0" w:color="auto"/>
            <w:left w:val="none" w:sz="0" w:space="0" w:color="auto"/>
            <w:bottom w:val="none" w:sz="0" w:space="0" w:color="auto"/>
            <w:right w:val="none" w:sz="0" w:space="0" w:color="auto"/>
          </w:divBdr>
        </w:div>
        <w:div w:id="2056657437">
          <w:marLeft w:val="480"/>
          <w:marRight w:val="0"/>
          <w:marTop w:val="0"/>
          <w:marBottom w:val="0"/>
          <w:divBdr>
            <w:top w:val="none" w:sz="0" w:space="0" w:color="auto"/>
            <w:left w:val="none" w:sz="0" w:space="0" w:color="auto"/>
            <w:bottom w:val="none" w:sz="0" w:space="0" w:color="auto"/>
            <w:right w:val="none" w:sz="0" w:space="0" w:color="auto"/>
          </w:divBdr>
        </w:div>
      </w:divsChild>
    </w:div>
    <w:div w:id="1452431145">
      <w:bodyDiv w:val="1"/>
      <w:marLeft w:val="0"/>
      <w:marRight w:val="0"/>
      <w:marTop w:val="0"/>
      <w:marBottom w:val="0"/>
      <w:divBdr>
        <w:top w:val="none" w:sz="0" w:space="0" w:color="auto"/>
        <w:left w:val="none" w:sz="0" w:space="0" w:color="auto"/>
        <w:bottom w:val="none" w:sz="0" w:space="0" w:color="auto"/>
        <w:right w:val="none" w:sz="0" w:space="0" w:color="auto"/>
      </w:divBdr>
    </w:div>
    <w:div w:id="1456025808">
      <w:bodyDiv w:val="1"/>
      <w:marLeft w:val="0"/>
      <w:marRight w:val="0"/>
      <w:marTop w:val="0"/>
      <w:marBottom w:val="0"/>
      <w:divBdr>
        <w:top w:val="none" w:sz="0" w:space="0" w:color="auto"/>
        <w:left w:val="none" w:sz="0" w:space="0" w:color="auto"/>
        <w:bottom w:val="none" w:sz="0" w:space="0" w:color="auto"/>
        <w:right w:val="none" w:sz="0" w:space="0" w:color="auto"/>
      </w:divBdr>
    </w:div>
    <w:div w:id="1459958509">
      <w:bodyDiv w:val="1"/>
      <w:marLeft w:val="0"/>
      <w:marRight w:val="0"/>
      <w:marTop w:val="0"/>
      <w:marBottom w:val="0"/>
      <w:divBdr>
        <w:top w:val="none" w:sz="0" w:space="0" w:color="auto"/>
        <w:left w:val="none" w:sz="0" w:space="0" w:color="auto"/>
        <w:bottom w:val="none" w:sz="0" w:space="0" w:color="auto"/>
        <w:right w:val="none" w:sz="0" w:space="0" w:color="auto"/>
      </w:divBdr>
    </w:div>
    <w:div w:id="1460416087">
      <w:bodyDiv w:val="1"/>
      <w:marLeft w:val="0"/>
      <w:marRight w:val="0"/>
      <w:marTop w:val="0"/>
      <w:marBottom w:val="0"/>
      <w:divBdr>
        <w:top w:val="none" w:sz="0" w:space="0" w:color="auto"/>
        <w:left w:val="none" w:sz="0" w:space="0" w:color="auto"/>
        <w:bottom w:val="none" w:sz="0" w:space="0" w:color="auto"/>
        <w:right w:val="none" w:sz="0" w:space="0" w:color="auto"/>
      </w:divBdr>
    </w:div>
    <w:div w:id="1463385468">
      <w:bodyDiv w:val="1"/>
      <w:marLeft w:val="0"/>
      <w:marRight w:val="0"/>
      <w:marTop w:val="0"/>
      <w:marBottom w:val="0"/>
      <w:divBdr>
        <w:top w:val="none" w:sz="0" w:space="0" w:color="auto"/>
        <w:left w:val="none" w:sz="0" w:space="0" w:color="auto"/>
        <w:bottom w:val="none" w:sz="0" w:space="0" w:color="auto"/>
        <w:right w:val="none" w:sz="0" w:space="0" w:color="auto"/>
      </w:divBdr>
      <w:divsChild>
        <w:div w:id="12149089">
          <w:marLeft w:val="480"/>
          <w:marRight w:val="0"/>
          <w:marTop w:val="0"/>
          <w:marBottom w:val="0"/>
          <w:divBdr>
            <w:top w:val="none" w:sz="0" w:space="0" w:color="auto"/>
            <w:left w:val="none" w:sz="0" w:space="0" w:color="auto"/>
            <w:bottom w:val="none" w:sz="0" w:space="0" w:color="auto"/>
            <w:right w:val="none" w:sz="0" w:space="0" w:color="auto"/>
          </w:divBdr>
        </w:div>
        <w:div w:id="119349380">
          <w:marLeft w:val="480"/>
          <w:marRight w:val="0"/>
          <w:marTop w:val="0"/>
          <w:marBottom w:val="0"/>
          <w:divBdr>
            <w:top w:val="none" w:sz="0" w:space="0" w:color="auto"/>
            <w:left w:val="none" w:sz="0" w:space="0" w:color="auto"/>
            <w:bottom w:val="none" w:sz="0" w:space="0" w:color="auto"/>
            <w:right w:val="none" w:sz="0" w:space="0" w:color="auto"/>
          </w:divBdr>
        </w:div>
        <w:div w:id="292054080">
          <w:marLeft w:val="480"/>
          <w:marRight w:val="0"/>
          <w:marTop w:val="0"/>
          <w:marBottom w:val="0"/>
          <w:divBdr>
            <w:top w:val="none" w:sz="0" w:space="0" w:color="auto"/>
            <w:left w:val="none" w:sz="0" w:space="0" w:color="auto"/>
            <w:bottom w:val="none" w:sz="0" w:space="0" w:color="auto"/>
            <w:right w:val="none" w:sz="0" w:space="0" w:color="auto"/>
          </w:divBdr>
        </w:div>
        <w:div w:id="327094642">
          <w:marLeft w:val="480"/>
          <w:marRight w:val="0"/>
          <w:marTop w:val="0"/>
          <w:marBottom w:val="0"/>
          <w:divBdr>
            <w:top w:val="none" w:sz="0" w:space="0" w:color="auto"/>
            <w:left w:val="none" w:sz="0" w:space="0" w:color="auto"/>
            <w:bottom w:val="none" w:sz="0" w:space="0" w:color="auto"/>
            <w:right w:val="none" w:sz="0" w:space="0" w:color="auto"/>
          </w:divBdr>
        </w:div>
        <w:div w:id="621500748">
          <w:marLeft w:val="480"/>
          <w:marRight w:val="0"/>
          <w:marTop w:val="0"/>
          <w:marBottom w:val="0"/>
          <w:divBdr>
            <w:top w:val="none" w:sz="0" w:space="0" w:color="auto"/>
            <w:left w:val="none" w:sz="0" w:space="0" w:color="auto"/>
            <w:bottom w:val="none" w:sz="0" w:space="0" w:color="auto"/>
            <w:right w:val="none" w:sz="0" w:space="0" w:color="auto"/>
          </w:divBdr>
        </w:div>
        <w:div w:id="664209101">
          <w:marLeft w:val="480"/>
          <w:marRight w:val="0"/>
          <w:marTop w:val="0"/>
          <w:marBottom w:val="0"/>
          <w:divBdr>
            <w:top w:val="none" w:sz="0" w:space="0" w:color="auto"/>
            <w:left w:val="none" w:sz="0" w:space="0" w:color="auto"/>
            <w:bottom w:val="none" w:sz="0" w:space="0" w:color="auto"/>
            <w:right w:val="none" w:sz="0" w:space="0" w:color="auto"/>
          </w:divBdr>
        </w:div>
        <w:div w:id="715547062">
          <w:marLeft w:val="480"/>
          <w:marRight w:val="0"/>
          <w:marTop w:val="0"/>
          <w:marBottom w:val="0"/>
          <w:divBdr>
            <w:top w:val="none" w:sz="0" w:space="0" w:color="auto"/>
            <w:left w:val="none" w:sz="0" w:space="0" w:color="auto"/>
            <w:bottom w:val="none" w:sz="0" w:space="0" w:color="auto"/>
            <w:right w:val="none" w:sz="0" w:space="0" w:color="auto"/>
          </w:divBdr>
        </w:div>
        <w:div w:id="782960654">
          <w:marLeft w:val="480"/>
          <w:marRight w:val="0"/>
          <w:marTop w:val="0"/>
          <w:marBottom w:val="0"/>
          <w:divBdr>
            <w:top w:val="none" w:sz="0" w:space="0" w:color="auto"/>
            <w:left w:val="none" w:sz="0" w:space="0" w:color="auto"/>
            <w:bottom w:val="none" w:sz="0" w:space="0" w:color="auto"/>
            <w:right w:val="none" w:sz="0" w:space="0" w:color="auto"/>
          </w:divBdr>
        </w:div>
        <w:div w:id="1216702987">
          <w:marLeft w:val="480"/>
          <w:marRight w:val="0"/>
          <w:marTop w:val="0"/>
          <w:marBottom w:val="0"/>
          <w:divBdr>
            <w:top w:val="none" w:sz="0" w:space="0" w:color="auto"/>
            <w:left w:val="none" w:sz="0" w:space="0" w:color="auto"/>
            <w:bottom w:val="none" w:sz="0" w:space="0" w:color="auto"/>
            <w:right w:val="none" w:sz="0" w:space="0" w:color="auto"/>
          </w:divBdr>
        </w:div>
        <w:div w:id="1349064889">
          <w:marLeft w:val="480"/>
          <w:marRight w:val="0"/>
          <w:marTop w:val="0"/>
          <w:marBottom w:val="0"/>
          <w:divBdr>
            <w:top w:val="none" w:sz="0" w:space="0" w:color="auto"/>
            <w:left w:val="none" w:sz="0" w:space="0" w:color="auto"/>
            <w:bottom w:val="none" w:sz="0" w:space="0" w:color="auto"/>
            <w:right w:val="none" w:sz="0" w:space="0" w:color="auto"/>
          </w:divBdr>
        </w:div>
        <w:div w:id="1361903659">
          <w:marLeft w:val="480"/>
          <w:marRight w:val="0"/>
          <w:marTop w:val="0"/>
          <w:marBottom w:val="0"/>
          <w:divBdr>
            <w:top w:val="none" w:sz="0" w:space="0" w:color="auto"/>
            <w:left w:val="none" w:sz="0" w:space="0" w:color="auto"/>
            <w:bottom w:val="none" w:sz="0" w:space="0" w:color="auto"/>
            <w:right w:val="none" w:sz="0" w:space="0" w:color="auto"/>
          </w:divBdr>
        </w:div>
        <w:div w:id="1704792029">
          <w:marLeft w:val="480"/>
          <w:marRight w:val="0"/>
          <w:marTop w:val="0"/>
          <w:marBottom w:val="0"/>
          <w:divBdr>
            <w:top w:val="none" w:sz="0" w:space="0" w:color="auto"/>
            <w:left w:val="none" w:sz="0" w:space="0" w:color="auto"/>
            <w:bottom w:val="none" w:sz="0" w:space="0" w:color="auto"/>
            <w:right w:val="none" w:sz="0" w:space="0" w:color="auto"/>
          </w:divBdr>
        </w:div>
        <w:div w:id="1741949439">
          <w:marLeft w:val="480"/>
          <w:marRight w:val="0"/>
          <w:marTop w:val="0"/>
          <w:marBottom w:val="0"/>
          <w:divBdr>
            <w:top w:val="none" w:sz="0" w:space="0" w:color="auto"/>
            <w:left w:val="none" w:sz="0" w:space="0" w:color="auto"/>
            <w:bottom w:val="none" w:sz="0" w:space="0" w:color="auto"/>
            <w:right w:val="none" w:sz="0" w:space="0" w:color="auto"/>
          </w:divBdr>
        </w:div>
        <w:div w:id="1875846844">
          <w:marLeft w:val="480"/>
          <w:marRight w:val="0"/>
          <w:marTop w:val="0"/>
          <w:marBottom w:val="0"/>
          <w:divBdr>
            <w:top w:val="none" w:sz="0" w:space="0" w:color="auto"/>
            <w:left w:val="none" w:sz="0" w:space="0" w:color="auto"/>
            <w:bottom w:val="none" w:sz="0" w:space="0" w:color="auto"/>
            <w:right w:val="none" w:sz="0" w:space="0" w:color="auto"/>
          </w:divBdr>
        </w:div>
        <w:div w:id="1894736229">
          <w:marLeft w:val="480"/>
          <w:marRight w:val="0"/>
          <w:marTop w:val="0"/>
          <w:marBottom w:val="0"/>
          <w:divBdr>
            <w:top w:val="none" w:sz="0" w:space="0" w:color="auto"/>
            <w:left w:val="none" w:sz="0" w:space="0" w:color="auto"/>
            <w:bottom w:val="none" w:sz="0" w:space="0" w:color="auto"/>
            <w:right w:val="none" w:sz="0" w:space="0" w:color="auto"/>
          </w:divBdr>
        </w:div>
      </w:divsChild>
    </w:div>
    <w:div w:id="1464806031">
      <w:bodyDiv w:val="1"/>
      <w:marLeft w:val="0"/>
      <w:marRight w:val="0"/>
      <w:marTop w:val="0"/>
      <w:marBottom w:val="0"/>
      <w:divBdr>
        <w:top w:val="none" w:sz="0" w:space="0" w:color="auto"/>
        <w:left w:val="none" w:sz="0" w:space="0" w:color="auto"/>
        <w:bottom w:val="none" w:sz="0" w:space="0" w:color="auto"/>
        <w:right w:val="none" w:sz="0" w:space="0" w:color="auto"/>
      </w:divBdr>
    </w:div>
    <w:div w:id="1466393804">
      <w:bodyDiv w:val="1"/>
      <w:marLeft w:val="0"/>
      <w:marRight w:val="0"/>
      <w:marTop w:val="0"/>
      <w:marBottom w:val="0"/>
      <w:divBdr>
        <w:top w:val="none" w:sz="0" w:space="0" w:color="auto"/>
        <w:left w:val="none" w:sz="0" w:space="0" w:color="auto"/>
        <w:bottom w:val="none" w:sz="0" w:space="0" w:color="auto"/>
        <w:right w:val="none" w:sz="0" w:space="0" w:color="auto"/>
      </w:divBdr>
      <w:divsChild>
        <w:div w:id="32196203">
          <w:marLeft w:val="480"/>
          <w:marRight w:val="0"/>
          <w:marTop w:val="0"/>
          <w:marBottom w:val="0"/>
          <w:divBdr>
            <w:top w:val="none" w:sz="0" w:space="0" w:color="auto"/>
            <w:left w:val="none" w:sz="0" w:space="0" w:color="auto"/>
            <w:bottom w:val="none" w:sz="0" w:space="0" w:color="auto"/>
            <w:right w:val="none" w:sz="0" w:space="0" w:color="auto"/>
          </w:divBdr>
        </w:div>
        <w:div w:id="127012086">
          <w:marLeft w:val="480"/>
          <w:marRight w:val="0"/>
          <w:marTop w:val="0"/>
          <w:marBottom w:val="0"/>
          <w:divBdr>
            <w:top w:val="none" w:sz="0" w:space="0" w:color="auto"/>
            <w:left w:val="none" w:sz="0" w:space="0" w:color="auto"/>
            <w:bottom w:val="none" w:sz="0" w:space="0" w:color="auto"/>
            <w:right w:val="none" w:sz="0" w:space="0" w:color="auto"/>
          </w:divBdr>
        </w:div>
        <w:div w:id="150290256">
          <w:marLeft w:val="480"/>
          <w:marRight w:val="0"/>
          <w:marTop w:val="0"/>
          <w:marBottom w:val="0"/>
          <w:divBdr>
            <w:top w:val="none" w:sz="0" w:space="0" w:color="auto"/>
            <w:left w:val="none" w:sz="0" w:space="0" w:color="auto"/>
            <w:bottom w:val="none" w:sz="0" w:space="0" w:color="auto"/>
            <w:right w:val="none" w:sz="0" w:space="0" w:color="auto"/>
          </w:divBdr>
        </w:div>
        <w:div w:id="161698102">
          <w:marLeft w:val="480"/>
          <w:marRight w:val="0"/>
          <w:marTop w:val="0"/>
          <w:marBottom w:val="0"/>
          <w:divBdr>
            <w:top w:val="none" w:sz="0" w:space="0" w:color="auto"/>
            <w:left w:val="none" w:sz="0" w:space="0" w:color="auto"/>
            <w:bottom w:val="none" w:sz="0" w:space="0" w:color="auto"/>
            <w:right w:val="none" w:sz="0" w:space="0" w:color="auto"/>
          </w:divBdr>
        </w:div>
        <w:div w:id="170024043">
          <w:marLeft w:val="480"/>
          <w:marRight w:val="0"/>
          <w:marTop w:val="0"/>
          <w:marBottom w:val="0"/>
          <w:divBdr>
            <w:top w:val="none" w:sz="0" w:space="0" w:color="auto"/>
            <w:left w:val="none" w:sz="0" w:space="0" w:color="auto"/>
            <w:bottom w:val="none" w:sz="0" w:space="0" w:color="auto"/>
            <w:right w:val="none" w:sz="0" w:space="0" w:color="auto"/>
          </w:divBdr>
        </w:div>
        <w:div w:id="267202748">
          <w:marLeft w:val="480"/>
          <w:marRight w:val="0"/>
          <w:marTop w:val="0"/>
          <w:marBottom w:val="0"/>
          <w:divBdr>
            <w:top w:val="none" w:sz="0" w:space="0" w:color="auto"/>
            <w:left w:val="none" w:sz="0" w:space="0" w:color="auto"/>
            <w:bottom w:val="none" w:sz="0" w:space="0" w:color="auto"/>
            <w:right w:val="none" w:sz="0" w:space="0" w:color="auto"/>
          </w:divBdr>
        </w:div>
        <w:div w:id="339159513">
          <w:marLeft w:val="480"/>
          <w:marRight w:val="0"/>
          <w:marTop w:val="0"/>
          <w:marBottom w:val="0"/>
          <w:divBdr>
            <w:top w:val="none" w:sz="0" w:space="0" w:color="auto"/>
            <w:left w:val="none" w:sz="0" w:space="0" w:color="auto"/>
            <w:bottom w:val="none" w:sz="0" w:space="0" w:color="auto"/>
            <w:right w:val="none" w:sz="0" w:space="0" w:color="auto"/>
          </w:divBdr>
        </w:div>
        <w:div w:id="388575082">
          <w:marLeft w:val="480"/>
          <w:marRight w:val="0"/>
          <w:marTop w:val="0"/>
          <w:marBottom w:val="0"/>
          <w:divBdr>
            <w:top w:val="none" w:sz="0" w:space="0" w:color="auto"/>
            <w:left w:val="none" w:sz="0" w:space="0" w:color="auto"/>
            <w:bottom w:val="none" w:sz="0" w:space="0" w:color="auto"/>
            <w:right w:val="none" w:sz="0" w:space="0" w:color="auto"/>
          </w:divBdr>
        </w:div>
        <w:div w:id="461851200">
          <w:marLeft w:val="480"/>
          <w:marRight w:val="0"/>
          <w:marTop w:val="0"/>
          <w:marBottom w:val="0"/>
          <w:divBdr>
            <w:top w:val="none" w:sz="0" w:space="0" w:color="auto"/>
            <w:left w:val="none" w:sz="0" w:space="0" w:color="auto"/>
            <w:bottom w:val="none" w:sz="0" w:space="0" w:color="auto"/>
            <w:right w:val="none" w:sz="0" w:space="0" w:color="auto"/>
          </w:divBdr>
        </w:div>
        <w:div w:id="465046286">
          <w:marLeft w:val="480"/>
          <w:marRight w:val="0"/>
          <w:marTop w:val="0"/>
          <w:marBottom w:val="0"/>
          <w:divBdr>
            <w:top w:val="none" w:sz="0" w:space="0" w:color="auto"/>
            <w:left w:val="none" w:sz="0" w:space="0" w:color="auto"/>
            <w:bottom w:val="none" w:sz="0" w:space="0" w:color="auto"/>
            <w:right w:val="none" w:sz="0" w:space="0" w:color="auto"/>
          </w:divBdr>
        </w:div>
        <w:div w:id="526794115">
          <w:marLeft w:val="480"/>
          <w:marRight w:val="0"/>
          <w:marTop w:val="0"/>
          <w:marBottom w:val="0"/>
          <w:divBdr>
            <w:top w:val="none" w:sz="0" w:space="0" w:color="auto"/>
            <w:left w:val="none" w:sz="0" w:space="0" w:color="auto"/>
            <w:bottom w:val="none" w:sz="0" w:space="0" w:color="auto"/>
            <w:right w:val="none" w:sz="0" w:space="0" w:color="auto"/>
          </w:divBdr>
        </w:div>
        <w:div w:id="584531999">
          <w:marLeft w:val="480"/>
          <w:marRight w:val="0"/>
          <w:marTop w:val="0"/>
          <w:marBottom w:val="0"/>
          <w:divBdr>
            <w:top w:val="none" w:sz="0" w:space="0" w:color="auto"/>
            <w:left w:val="none" w:sz="0" w:space="0" w:color="auto"/>
            <w:bottom w:val="none" w:sz="0" w:space="0" w:color="auto"/>
            <w:right w:val="none" w:sz="0" w:space="0" w:color="auto"/>
          </w:divBdr>
        </w:div>
        <w:div w:id="644238243">
          <w:marLeft w:val="480"/>
          <w:marRight w:val="0"/>
          <w:marTop w:val="0"/>
          <w:marBottom w:val="0"/>
          <w:divBdr>
            <w:top w:val="none" w:sz="0" w:space="0" w:color="auto"/>
            <w:left w:val="none" w:sz="0" w:space="0" w:color="auto"/>
            <w:bottom w:val="none" w:sz="0" w:space="0" w:color="auto"/>
            <w:right w:val="none" w:sz="0" w:space="0" w:color="auto"/>
          </w:divBdr>
        </w:div>
        <w:div w:id="650253017">
          <w:marLeft w:val="480"/>
          <w:marRight w:val="0"/>
          <w:marTop w:val="0"/>
          <w:marBottom w:val="0"/>
          <w:divBdr>
            <w:top w:val="none" w:sz="0" w:space="0" w:color="auto"/>
            <w:left w:val="none" w:sz="0" w:space="0" w:color="auto"/>
            <w:bottom w:val="none" w:sz="0" w:space="0" w:color="auto"/>
            <w:right w:val="none" w:sz="0" w:space="0" w:color="auto"/>
          </w:divBdr>
        </w:div>
        <w:div w:id="657882471">
          <w:marLeft w:val="480"/>
          <w:marRight w:val="0"/>
          <w:marTop w:val="0"/>
          <w:marBottom w:val="0"/>
          <w:divBdr>
            <w:top w:val="none" w:sz="0" w:space="0" w:color="auto"/>
            <w:left w:val="none" w:sz="0" w:space="0" w:color="auto"/>
            <w:bottom w:val="none" w:sz="0" w:space="0" w:color="auto"/>
            <w:right w:val="none" w:sz="0" w:space="0" w:color="auto"/>
          </w:divBdr>
        </w:div>
        <w:div w:id="689338200">
          <w:marLeft w:val="480"/>
          <w:marRight w:val="0"/>
          <w:marTop w:val="0"/>
          <w:marBottom w:val="0"/>
          <w:divBdr>
            <w:top w:val="none" w:sz="0" w:space="0" w:color="auto"/>
            <w:left w:val="none" w:sz="0" w:space="0" w:color="auto"/>
            <w:bottom w:val="none" w:sz="0" w:space="0" w:color="auto"/>
            <w:right w:val="none" w:sz="0" w:space="0" w:color="auto"/>
          </w:divBdr>
        </w:div>
        <w:div w:id="708457073">
          <w:marLeft w:val="480"/>
          <w:marRight w:val="0"/>
          <w:marTop w:val="0"/>
          <w:marBottom w:val="0"/>
          <w:divBdr>
            <w:top w:val="none" w:sz="0" w:space="0" w:color="auto"/>
            <w:left w:val="none" w:sz="0" w:space="0" w:color="auto"/>
            <w:bottom w:val="none" w:sz="0" w:space="0" w:color="auto"/>
            <w:right w:val="none" w:sz="0" w:space="0" w:color="auto"/>
          </w:divBdr>
        </w:div>
        <w:div w:id="917405463">
          <w:marLeft w:val="480"/>
          <w:marRight w:val="0"/>
          <w:marTop w:val="0"/>
          <w:marBottom w:val="0"/>
          <w:divBdr>
            <w:top w:val="none" w:sz="0" w:space="0" w:color="auto"/>
            <w:left w:val="none" w:sz="0" w:space="0" w:color="auto"/>
            <w:bottom w:val="none" w:sz="0" w:space="0" w:color="auto"/>
            <w:right w:val="none" w:sz="0" w:space="0" w:color="auto"/>
          </w:divBdr>
        </w:div>
        <w:div w:id="938685486">
          <w:marLeft w:val="480"/>
          <w:marRight w:val="0"/>
          <w:marTop w:val="0"/>
          <w:marBottom w:val="0"/>
          <w:divBdr>
            <w:top w:val="none" w:sz="0" w:space="0" w:color="auto"/>
            <w:left w:val="none" w:sz="0" w:space="0" w:color="auto"/>
            <w:bottom w:val="none" w:sz="0" w:space="0" w:color="auto"/>
            <w:right w:val="none" w:sz="0" w:space="0" w:color="auto"/>
          </w:divBdr>
        </w:div>
        <w:div w:id="952203409">
          <w:marLeft w:val="480"/>
          <w:marRight w:val="0"/>
          <w:marTop w:val="0"/>
          <w:marBottom w:val="0"/>
          <w:divBdr>
            <w:top w:val="none" w:sz="0" w:space="0" w:color="auto"/>
            <w:left w:val="none" w:sz="0" w:space="0" w:color="auto"/>
            <w:bottom w:val="none" w:sz="0" w:space="0" w:color="auto"/>
            <w:right w:val="none" w:sz="0" w:space="0" w:color="auto"/>
          </w:divBdr>
        </w:div>
        <w:div w:id="954097205">
          <w:marLeft w:val="480"/>
          <w:marRight w:val="0"/>
          <w:marTop w:val="0"/>
          <w:marBottom w:val="0"/>
          <w:divBdr>
            <w:top w:val="none" w:sz="0" w:space="0" w:color="auto"/>
            <w:left w:val="none" w:sz="0" w:space="0" w:color="auto"/>
            <w:bottom w:val="none" w:sz="0" w:space="0" w:color="auto"/>
            <w:right w:val="none" w:sz="0" w:space="0" w:color="auto"/>
          </w:divBdr>
        </w:div>
        <w:div w:id="1003896410">
          <w:marLeft w:val="480"/>
          <w:marRight w:val="0"/>
          <w:marTop w:val="0"/>
          <w:marBottom w:val="0"/>
          <w:divBdr>
            <w:top w:val="none" w:sz="0" w:space="0" w:color="auto"/>
            <w:left w:val="none" w:sz="0" w:space="0" w:color="auto"/>
            <w:bottom w:val="none" w:sz="0" w:space="0" w:color="auto"/>
            <w:right w:val="none" w:sz="0" w:space="0" w:color="auto"/>
          </w:divBdr>
        </w:div>
        <w:div w:id="1191990765">
          <w:marLeft w:val="480"/>
          <w:marRight w:val="0"/>
          <w:marTop w:val="0"/>
          <w:marBottom w:val="0"/>
          <w:divBdr>
            <w:top w:val="none" w:sz="0" w:space="0" w:color="auto"/>
            <w:left w:val="none" w:sz="0" w:space="0" w:color="auto"/>
            <w:bottom w:val="none" w:sz="0" w:space="0" w:color="auto"/>
            <w:right w:val="none" w:sz="0" w:space="0" w:color="auto"/>
          </w:divBdr>
        </w:div>
        <w:div w:id="1236237534">
          <w:marLeft w:val="480"/>
          <w:marRight w:val="0"/>
          <w:marTop w:val="0"/>
          <w:marBottom w:val="0"/>
          <w:divBdr>
            <w:top w:val="none" w:sz="0" w:space="0" w:color="auto"/>
            <w:left w:val="none" w:sz="0" w:space="0" w:color="auto"/>
            <w:bottom w:val="none" w:sz="0" w:space="0" w:color="auto"/>
            <w:right w:val="none" w:sz="0" w:space="0" w:color="auto"/>
          </w:divBdr>
        </w:div>
        <w:div w:id="1246845832">
          <w:marLeft w:val="480"/>
          <w:marRight w:val="0"/>
          <w:marTop w:val="0"/>
          <w:marBottom w:val="0"/>
          <w:divBdr>
            <w:top w:val="none" w:sz="0" w:space="0" w:color="auto"/>
            <w:left w:val="none" w:sz="0" w:space="0" w:color="auto"/>
            <w:bottom w:val="none" w:sz="0" w:space="0" w:color="auto"/>
            <w:right w:val="none" w:sz="0" w:space="0" w:color="auto"/>
          </w:divBdr>
        </w:div>
        <w:div w:id="1408919403">
          <w:marLeft w:val="480"/>
          <w:marRight w:val="0"/>
          <w:marTop w:val="0"/>
          <w:marBottom w:val="0"/>
          <w:divBdr>
            <w:top w:val="none" w:sz="0" w:space="0" w:color="auto"/>
            <w:left w:val="none" w:sz="0" w:space="0" w:color="auto"/>
            <w:bottom w:val="none" w:sz="0" w:space="0" w:color="auto"/>
            <w:right w:val="none" w:sz="0" w:space="0" w:color="auto"/>
          </w:divBdr>
        </w:div>
        <w:div w:id="1508398754">
          <w:marLeft w:val="480"/>
          <w:marRight w:val="0"/>
          <w:marTop w:val="0"/>
          <w:marBottom w:val="0"/>
          <w:divBdr>
            <w:top w:val="none" w:sz="0" w:space="0" w:color="auto"/>
            <w:left w:val="none" w:sz="0" w:space="0" w:color="auto"/>
            <w:bottom w:val="none" w:sz="0" w:space="0" w:color="auto"/>
            <w:right w:val="none" w:sz="0" w:space="0" w:color="auto"/>
          </w:divBdr>
        </w:div>
        <w:div w:id="1518809466">
          <w:marLeft w:val="480"/>
          <w:marRight w:val="0"/>
          <w:marTop w:val="0"/>
          <w:marBottom w:val="0"/>
          <w:divBdr>
            <w:top w:val="none" w:sz="0" w:space="0" w:color="auto"/>
            <w:left w:val="none" w:sz="0" w:space="0" w:color="auto"/>
            <w:bottom w:val="none" w:sz="0" w:space="0" w:color="auto"/>
            <w:right w:val="none" w:sz="0" w:space="0" w:color="auto"/>
          </w:divBdr>
        </w:div>
        <w:div w:id="1535732614">
          <w:marLeft w:val="480"/>
          <w:marRight w:val="0"/>
          <w:marTop w:val="0"/>
          <w:marBottom w:val="0"/>
          <w:divBdr>
            <w:top w:val="none" w:sz="0" w:space="0" w:color="auto"/>
            <w:left w:val="none" w:sz="0" w:space="0" w:color="auto"/>
            <w:bottom w:val="none" w:sz="0" w:space="0" w:color="auto"/>
            <w:right w:val="none" w:sz="0" w:space="0" w:color="auto"/>
          </w:divBdr>
        </w:div>
        <w:div w:id="1556813729">
          <w:marLeft w:val="480"/>
          <w:marRight w:val="0"/>
          <w:marTop w:val="0"/>
          <w:marBottom w:val="0"/>
          <w:divBdr>
            <w:top w:val="none" w:sz="0" w:space="0" w:color="auto"/>
            <w:left w:val="none" w:sz="0" w:space="0" w:color="auto"/>
            <w:bottom w:val="none" w:sz="0" w:space="0" w:color="auto"/>
            <w:right w:val="none" w:sz="0" w:space="0" w:color="auto"/>
          </w:divBdr>
        </w:div>
        <w:div w:id="1640761628">
          <w:marLeft w:val="480"/>
          <w:marRight w:val="0"/>
          <w:marTop w:val="0"/>
          <w:marBottom w:val="0"/>
          <w:divBdr>
            <w:top w:val="none" w:sz="0" w:space="0" w:color="auto"/>
            <w:left w:val="none" w:sz="0" w:space="0" w:color="auto"/>
            <w:bottom w:val="none" w:sz="0" w:space="0" w:color="auto"/>
            <w:right w:val="none" w:sz="0" w:space="0" w:color="auto"/>
          </w:divBdr>
        </w:div>
        <w:div w:id="1671641084">
          <w:marLeft w:val="480"/>
          <w:marRight w:val="0"/>
          <w:marTop w:val="0"/>
          <w:marBottom w:val="0"/>
          <w:divBdr>
            <w:top w:val="none" w:sz="0" w:space="0" w:color="auto"/>
            <w:left w:val="none" w:sz="0" w:space="0" w:color="auto"/>
            <w:bottom w:val="none" w:sz="0" w:space="0" w:color="auto"/>
            <w:right w:val="none" w:sz="0" w:space="0" w:color="auto"/>
          </w:divBdr>
        </w:div>
        <w:div w:id="1721634298">
          <w:marLeft w:val="480"/>
          <w:marRight w:val="0"/>
          <w:marTop w:val="0"/>
          <w:marBottom w:val="0"/>
          <w:divBdr>
            <w:top w:val="none" w:sz="0" w:space="0" w:color="auto"/>
            <w:left w:val="none" w:sz="0" w:space="0" w:color="auto"/>
            <w:bottom w:val="none" w:sz="0" w:space="0" w:color="auto"/>
            <w:right w:val="none" w:sz="0" w:space="0" w:color="auto"/>
          </w:divBdr>
        </w:div>
        <w:div w:id="1784113774">
          <w:marLeft w:val="480"/>
          <w:marRight w:val="0"/>
          <w:marTop w:val="0"/>
          <w:marBottom w:val="0"/>
          <w:divBdr>
            <w:top w:val="none" w:sz="0" w:space="0" w:color="auto"/>
            <w:left w:val="none" w:sz="0" w:space="0" w:color="auto"/>
            <w:bottom w:val="none" w:sz="0" w:space="0" w:color="auto"/>
            <w:right w:val="none" w:sz="0" w:space="0" w:color="auto"/>
          </w:divBdr>
        </w:div>
        <w:div w:id="1804695541">
          <w:marLeft w:val="480"/>
          <w:marRight w:val="0"/>
          <w:marTop w:val="0"/>
          <w:marBottom w:val="0"/>
          <w:divBdr>
            <w:top w:val="none" w:sz="0" w:space="0" w:color="auto"/>
            <w:left w:val="none" w:sz="0" w:space="0" w:color="auto"/>
            <w:bottom w:val="none" w:sz="0" w:space="0" w:color="auto"/>
            <w:right w:val="none" w:sz="0" w:space="0" w:color="auto"/>
          </w:divBdr>
        </w:div>
        <w:div w:id="1937595658">
          <w:marLeft w:val="480"/>
          <w:marRight w:val="0"/>
          <w:marTop w:val="0"/>
          <w:marBottom w:val="0"/>
          <w:divBdr>
            <w:top w:val="none" w:sz="0" w:space="0" w:color="auto"/>
            <w:left w:val="none" w:sz="0" w:space="0" w:color="auto"/>
            <w:bottom w:val="none" w:sz="0" w:space="0" w:color="auto"/>
            <w:right w:val="none" w:sz="0" w:space="0" w:color="auto"/>
          </w:divBdr>
        </w:div>
        <w:div w:id="1952592434">
          <w:marLeft w:val="480"/>
          <w:marRight w:val="0"/>
          <w:marTop w:val="0"/>
          <w:marBottom w:val="0"/>
          <w:divBdr>
            <w:top w:val="none" w:sz="0" w:space="0" w:color="auto"/>
            <w:left w:val="none" w:sz="0" w:space="0" w:color="auto"/>
            <w:bottom w:val="none" w:sz="0" w:space="0" w:color="auto"/>
            <w:right w:val="none" w:sz="0" w:space="0" w:color="auto"/>
          </w:divBdr>
        </w:div>
        <w:div w:id="1956015325">
          <w:marLeft w:val="480"/>
          <w:marRight w:val="0"/>
          <w:marTop w:val="0"/>
          <w:marBottom w:val="0"/>
          <w:divBdr>
            <w:top w:val="none" w:sz="0" w:space="0" w:color="auto"/>
            <w:left w:val="none" w:sz="0" w:space="0" w:color="auto"/>
            <w:bottom w:val="none" w:sz="0" w:space="0" w:color="auto"/>
            <w:right w:val="none" w:sz="0" w:space="0" w:color="auto"/>
          </w:divBdr>
        </w:div>
        <w:div w:id="2064719739">
          <w:marLeft w:val="480"/>
          <w:marRight w:val="0"/>
          <w:marTop w:val="0"/>
          <w:marBottom w:val="0"/>
          <w:divBdr>
            <w:top w:val="none" w:sz="0" w:space="0" w:color="auto"/>
            <w:left w:val="none" w:sz="0" w:space="0" w:color="auto"/>
            <w:bottom w:val="none" w:sz="0" w:space="0" w:color="auto"/>
            <w:right w:val="none" w:sz="0" w:space="0" w:color="auto"/>
          </w:divBdr>
        </w:div>
        <w:div w:id="2114395293">
          <w:marLeft w:val="480"/>
          <w:marRight w:val="0"/>
          <w:marTop w:val="0"/>
          <w:marBottom w:val="0"/>
          <w:divBdr>
            <w:top w:val="none" w:sz="0" w:space="0" w:color="auto"/>
            <w:left w:val="none" w:sz="0" w:space="0" w:color="auto"/>
            <w:bottom w:val="none" w:sz="0" w:space="0" w:color="auto"/>
            <w:right w:val="none" w:sz="0" w:space="0" w:color="auto"/>
          </w:divBdr>
        </w:div>
      </w:divsChild>
    </w:div>
    <w:div w:id="1467625418">
      <w:bodyDiv w:val="1"/>
      <w:marLeft w:val="0"/>
      <w:marRight w:val="0"/>
      <w:marTop w:val="0"/>
      <w:marBottom w:val="0"/>
      <w:divBdr>
        <w:top w:val="none" w:sz="0" w:space="0" w:color="auto"/>
        <w:left w:val="none" w:sz="0" w:space="0" w:color="auto"/>
        <w:bottom w:val="none" w:sz="0" w:space="0" w:color="auto"/>
        <w:right w:val="none" w:sz="0" w:space="0" w:color="auto"/>
      </w:divBdr>
      <w:divsChild>
        <w:div w:id="64845753">
          <w:marLeft w:val="480"/>
          <w:marRight w:val="0"/>
          <w:marTop w:val="0"/>
          <w:marBottom w:val="0"/>
          <w:divBdr>
            <w:top w:val="none" w:sz="0" w:space="0" w:color="auto"/>
            <w:left w:val="none" w:sz="0" w:space="0" w:color="auto"/>
            <w:bottom w:val="none" w:sz="0" w:space="0" w:color="auto"/>
            <w:right w:val="none" w:sz="0" w:space="0" w:color="auto"/>
          </w:divBdr>
        </w:div>
        <w:div w:id="229048741">
          <w:marLeft w:val="480"/>
          <w:marRight w:val="0"/>
          <w:marTop w:val="0"/>
          <w:marBottom w:val="0"/>
          <w:divBdr>
            <w:top w:val="none" w:sz="0" w:space="0" w:color="auto"/>
            <w:left w:val="none" w:sz="0" w:space="0" w:color="auto"/>
            <w:bottom w:val="none" w:sz="0" w:space="0" w:color="auto"/>
            <w:right w:val="none" w:sz="0" w:space="0" w:color="auto"/>
          </w:divBdr>
        </w:div>
        <w:div w:id="451873589">
          <w:marLeft w:val="480"/>
          <w:marRight w:val="0"/>
          <w:marTop w:val="0"/>
          <w:marBottom w:val="0"/>
          <w:divBdr>
            <w:top w:val="none" w:sz="0" w:space="0" w:color="auto"/>
            <w:left w:val="none" w:sz="0" w:space="0" w:color="auto"/>
            <w:bottom w:val="none" w:sz="0" w:space="0" w:color="auto"/>
            <w:right w:val="none" w:sz="0" w:space="0" w:color="auto"/>
          </w:divBdr>
        </w:div>
        <w:div w:id="723409808">
          <w:marLeft w:val="480"/>
          <w:marRight w:val="0"/>
          <w:marTop w:val="0"/>
          <w:marBottom w:val="0"/>
          <w:divBdr>
            <w:top w:val="none" w:sz="0" w:space="0" w:color="auto"/>
            <w:left w:val="none" w:sz="0" w:space="0" w:color="auto"/>
            <w:bottom w:val="none" w:sz="0" w:space="0" w:color="auto"/>
            <w:right w:val="none" w:sz="0" w:space="0" w:color="auto"/>
          </w:divBdr>
        </w:div>
        <w:div w:id="1043363584">
          <w:marLeft w:val="480"/>
          <w:marRight w:val="0"/>
          <w:marTop w:val="0"/>
          <w:marBottom w:val="0"/>
          <w:divBdr>
            <w:top w:val="none" w:sz="0" w:space="0" w:color="auto"/>
            <w:left w:val="none" w:sz="0" w:space="0" w:color="auto"/>
            <w:bottom w:val="none" w:sz="0" w:space="0" w:color="auto"/>
            <w:right w:val="none" w:sz="0" w:space="0" w:color="auto"/>
          </w:divBdr>
        </w:div>
        <w:div w:id="1257328764">
          <w:marLeft w:val="480"/>
          <w:marRight w:val="0"/>
          <w:marTop w:val="0"/>
          <w:marBottom w:val="0"/>
          <w:divBdr>
            <w:top w:val="none" w:sz="0" w:space="0" w:color="auto"/>
            <w:left w:val="none" w:sz="0" w:space="0" w:color="auto"/>
            <w:bottom w:val="none" w:sz="0" w:space="0" w:color="auto"/>
            <w:right w:val="none" w:sz="0" w:space="0" w:color="auto"/>
          </w:divBdr>
        </w:div>
      </w:divsChild>
    </w:div>
    <w:div w:id="1470053322">
      <w:bodyDiv w:val="1"/>
      <w:marLeft w:val="0"/>
      <w:marRight w:val="0"/>
      <w:marTop w:val="0"/>
      <w:marBottom w:val="0"/>
      <w:divBdr>
        <w:top w:val="none" w:sz="0" w:space="0" w:color="auto"/>
        <w:left w:val="none" w:sz="0" w:space="0" w:color="auto"/>
        <w:bottom w:val="none" w:sz="0" w:space="0" w:color="auto"/>
        <w:right w:val="none" w:sz="0" w:space="0" w:color="auto"/>
      </w:divBdr>
    </w:div>
    <w:div w:id="1470200075">
      <w:bodyDiv w:val="1"/>
      <w:marLeft w:val="0"/>
      <w:marRight w:val="0"/>
      <w:marTop w:val="0"/>
      <w:marBottom w:val="0"/>
      <w:divBdr>
        <w:top w:val="none" w:sz="0" w:space="0" w:color="auto"/>
        <w:left w:val="none" w:sz="0" w:space="0" w:color="auto"/>
        <w:bottom w:val="none" w:sz="0" w:space="0" w:color="auto"/>
        <w:right w:val="none" w:sz="0" w:space="0" w:color="auto"/>
      </w:divBdr>
    </w:div>
    <w:div w:id="1471626632">
      <w:bodyDiv w:val="1"/>
      <w:marLeft w:val="0"/>
      <w:marRight w:val="0"/>
      <w:marTop w:val="0"/>
      <w:marBottom w:val="0"/>
      <w:divBdr>
        <w:top w:val="none" w:sz="0" w:space="0" w:color="auto"/>
        <w:left w:val="none" w:sz="0" w:space="0" w:color="auto"/>
        <w:bottom w:val="none" w:sz="0" w:space="0" w:color="auto"/>
        <w:right w:val="none" w:sz="0" w:space="0" w:color="auto"/>
      </w:divBdr>
    </w:div>
    <w:div w:id="1472091183">
      <w:bodyDiv w:val="1"/>
      <w:marLeft w:val="0"/>
      <w:marRight w:val="0"/>
      <w:marTop w:val="0"/>
      <w:marBottom w:val="0"/>
      <w:divBdr>
        <w:top w:val="none" w:sz="0" w:space="0" w:color="auto"/>
        <w:left w:val="none" w:sz="0" w:space="0" w:color="auto"/>
        <w:bottom w:val="none" w:sz="0" w:space="0" w:color="auto"/>
        <w:right w:val="none" w:sz="0" w:space="0" w:color="auto"/>
      </w:divBdr>
    </w:div>
    <w:div w:id="1472746096">
      <w:bodyDiv w:val="1"/>
      <w:marLeft w:val="0"/>
      <w:marRight w:val="0"/>
      <w:marTop w:val="0"/>
      <w:marBottom w:val="0"/>
      <w:divBdr>
        <w:top w:val="none" w:sz="0" w:space="0" w:color="auto"/>
        <w:left w:val="none" w:sz="0" w:space="0" w:color="auto"/>
        <w:bottom w:val="none" w:sz="0" w:space="0" w:color="auto"/>
        <w:right w:val="none" w:sz="0" w:space="0" w:color="auto"/>
      </w:divBdr>
    </w:div>
    <w:div w:id="1478493609">
      <w:bodyDiv w:val="1"/>
      <w:marLeft w:val="0"/>
      <w:marRight w:val="0"/>
      <w:marTop w:val="0"/>
      <w:marBottom w:val="0"/>
      <w:divBdr>
        <w:top w:val="none" w:sz="0" w:space="0" w:color="auto"/>
        <w:left w:val="none" w:sz="0" w:space="0" w:color="auto"/>
        <w:bottom w:val="none" w:sz="0" w:space="0" w:color="auto"/>
        <w:right w:val="none" w:sz="0" w:space="0" w:color="auto"/>
      </w:divBdr>
    </w:div>
    <w:div w:id="1480001063">
      <w:bodyDiv w:val="1"/>
      <w:marLeft w:val="0"/>
      <w:marRight w:val="0"/>
      <w:marTop w:val="0"/>
      <w:marBottom w:val="0"/>
      <w:divBdr>
        <w:top w:val="none" w:sz="0" w:space="0" w:color="auto"/>
        <w:left w:val="none" w:sz="0" w:space="0" w:color="auto"/>
        <w:bottom w:val="none" w:sz="0" w:space="0" w:color="auto"/>
        <w:right w:val="none" w:sz="0" w:space="0" w:color="auto"/>
      </w:divBdr>
    </w:div>
    <w:div w:id="1481539309">
      <w:bodyDiv w:val="1"/>
      <w:marLeft w:val="0"/>
      <w:marRight w:val="0"/>
      <w:marTop w:val="0"/>
      <w:marBottom w:val="0"/>
      <w:divBdr>
        <w:top w:val="none" w:sz="0" w:space="0" w:color="auto"/>
        <w:left w:val="none" w:sz="0" w:space="0" w:color="auto"/>
        <w:bottom w:val="none" w:sz="0" w:space="0" w:color="auto"/>
        <w:right w:val="none" w:sz="0" w:space="0" w:color="auto"/>
      </w:divBdr>
    </w:div>
    <w:div w:id="1485465289">
      <w:bodyDiv w:val="1"/>
      <w:marLeft w:val="0"/>
      <w:marRight w:val="0"/>
      <w:marTop w:val="0"/>
      <w:marBottom w:val="0"/>
      <w:divBdr>
        <w:top w:val="none" w:sz="0" w:space="0" w:color="auto"/>
        <w:left w:val="none" w:sz="0" w:space="0" w:color="auto"/>
        <w:bottom w:val="none" w:sz="0" w:space="0" w:color="auto"/>
        <w:right w:val="none" w:sz="0" w:space="0" w:color="auto"/>
      </w:divBdr>
    </w:div>
    <w:div w:id="1487090061">
      <w:bodyDiv w:val="1"/>
      <w:marLeft w:val="0"/>
      <w:marRight w:val="0"/>
      <w:marTop w:val="0"/>
      <w:marBottom w:val="0"/>
      <w:divBdr>
        <w:top w:val="none" w:sz="0" w:space="0" w:color="auto"/>
        <w:left w:val="none" w:sz="0" w:space="0" w:color="auto"/>
        <w:bottom w:val="none" w:sz="0" w:space="0" w:color="auto"/>
        <w:right w:val="none" w:sz="0" w:space="0" w:color="auto"/>
      </w:divBdr>
      <w:divsChild>
        <w:div w:id="51858026">
          <w:marLeft w:val="480"/>
          <w:marRight w:val="0"/>
          <w:marTop w:val="0"/>
          <w:marBottom w:val="0"/>
          <w:divBdr>
            <w:top w:val="none" w:sz="0" w:space="0" w:color="auto"/>
            <w:left w:val="none" w:sz="0" w:space="0" w:color="auto"/>
            <w:bottom w:val="none" w:sz="0" w:space="0" w:color="auto"/>
            <w:right w:val="none" w:sz="0" w:space="0" w:color="auto"/>
          </w:divBdr>
        </w:div>
        <w:div w:id="73473743">
          <w:marLeft w:val="480"/>
          <w:marRight w:val="0"/>
          <w:marTop w:val="0"/>
          <w:marBottom w:val="0"/>
          <w:divBdr>
            <w:top w:val="none" w:sz="0" w:space="0" w:color="auto"/>
            <w:left w:val="none" w:sz="0" w:space="0" w:color="auto"/>
            <w:bottom w:val="none" w:sz="0" w:space="0" w:color="auto"/>
            <w:right w:val="none" w:sz="0" w:space="0" w:color="auto"/>
          </w:divBdr>
        </w:div>
        <w:div w:id="152644080">
          <w:marLeft w:val="480"/>
          <w:marRight w:val="0"/>
          <w:marTop w:val="0"/>
          <w:marBottom w:val="0"/>
          <w:divBdr>
            <w:top w:val="none" w:sz="0" w:space="0" w:color="auto"/>
            <w:left w:val="none" w:sz="0" w:space="0" w:color="auto"/>
            <w:bottom w:val="none" w:sz="0" w:space="0" w:color="auto"/>
            <w:right w:val="none" w:sz="0" w:space="0" w:color="auto"/>
          </w:divBdr>
        </w:div>
        <w:div w:id="199364099">
          <w:marLeft w:val="480"/>
          <w:marRight w:val="0"/>
          <w:marTop w:val="0"/>
          <w:marBottom w:val="0"/>
          <w:divBdr>
            <w:top w:val="none" w:sz="0" w:space="0" w:color="auto"/>
            <w:left w:val="none" w:sz="0" w:space="0" w:color="auto"/>
            <w:bottom w:val="none" w:sz="0" w:space="0" w:color="auto"/>
            <w:right w:val="none" w:sz="0" w:space="0" w:color="auto"/>
          </w:divBdr>
        </w:div>
        <w:div w:id="210726121">
          <w:marLeft w:val="480"/>
          <w:marRight w:val="0"/>
          <w:marTop w:val="0"/>
          <w:marBottom w:val="0"/>
          <w:divBdr>
            <w:top w:val="none" w:sz="0" w:space="0" w:color="auto"/>
            <w:left w:val="none" w:sz="0" w:space="0" w:color="auto"/>
            <w:bottom w:val="none" w:sz="0" w:space="0" w:color="auto"/>
            <w:right w:val="none" w:sz="0" w:space="0" w:color="auto"/>
          </w:divBdr>
        </w:div>
        <w:div w:id="291525685">
          <w:marLeft w:val="480"/>
          <w:marRight w:val="0"/>
          <w:marTop w:val="0"/>
          <w:marBottom w:val="0"/>
          <w:divBdr>
            <w:top w:val="none" w:sz="0" w:space="0" w:color="auto"/>
            <w:left w:val="none" w:sz="0" w:space="0" w:color="auto"/>
            <w:bottom w:val="none" w:sz="0" w:space="0" w:color="auto"/>
            <w:right w:val="none" w:sz="0" w:space="0" w:color="auto"/>
          </w:divBdr>
        </w:div>
        <w:div w:id="481428684">
          <w:marLeft w:val="480"/>
          <w:marRight w:val="0"/>
          <w:marTop w:val="0"/>
          <w:marBottom w:val="0"/>
          <w:divBdr>
            <w:top w:val="none" w:sz="0" w:space="0" w:color="auto"/>
            <w:left w:val="none" w:sz="0" w:space="0" w:color="auto"/>
            <w:bottom w:val="none" w:sz="0" w:space="0" w:color="auto"/>
            <w:right w:val="none" w:sz="0" w:space="0" w:color="auto"/>
          </w:divBdr>
        </w:div>
        <w:div w:id="605575456">
          <w:marLeft w:val="480"/>
          <w:marRight w:val="0"/>
          <w:marTop w:val="0"/>
          <w:marBottom w:val="0"/>
          <w:divBdr>
            <w:top w:val="none" w:sz="0" w:space="0" w:color="auto"/>
            <w:left w:val="none" w:sz="0" w:space="0" w:color="auto"/>
            <w:bottom w:val="none" w:sz="0" w:space="0" w:color="auto"/>
            <w:right w:val="none" w:sz="0" w:space="0" w:color="auto"/>
          </w:divBdr>
        </w:div>
        <w:div w:id="672295132">
          <w:marLeft w:val="480"/>
          <w:marRight w:val="0"/>
          <w:marTop w:val="0"/>
          <w:marBottom w:val="0"/>
          <w:divBdr>
            <w:top w:val="none" w:sz="0" w:space="0" w:color="auto"/>
            <w:left w:val="none" w:sz="0" w:space="0" w:color="auto"/>
            <w:bottom w:val="none" w:sz="0" w:space="0" w:color="auto"/>
            <w:right w:val="none" w:sz="0" w:space="0" w:color="auto"/>
          </w:divBdr>
        </w:div>
        <w:div w:id="838076666">
          <w:marLeft w:val="480"/>
          <w:marRight w:val="0"/>
          <w:marTop w:val="0"/>
          <w:marBottom w:val="0"/>
          <w:divBdr>
            <w:top w:val="none" w:sz="0" w:space="0" w:color="auto"/>
            <w:left w:val="none" w:sz="0" w:space="0" w:color="auto"/>
            <w:bottom w:val="none" w:sz="0" w:space="0" w:color="auto"/>
            <w:right w:val="none" w:sz="0" w:space="0" w:color="auto"/>
          </w:divBdr>
        </w:div>
        <w:div w:id="843788537">
          <w:marLeft w:val="480"/>
          <w:marRight w:val="0"/>
          <w:marTop w:val="0"/>
          <w:marBottom w:val="0"/>
          <w:divBdr>
            <w:top w:val="none" w:sz="0" w:space="0" w:color="auto"/>
            <w:left w:val="none" w:sz="0" w:space="0" w:color="auto"/>
            <w:bottom w:val="none" w:sz="0" w:space="0" w:color="auto"/>
            <w:right w:val="none" w:sz="0" w:space="0" w:color="auto"/>
          </w:divBdr>
        </w:div>
        <w:div w:id="885802064">
          <w:marLeft w:val="480"/>
          <w:marRight w:val="0"/>
          <w:marTop w:val="0"/>
          <w:marBottom w:val="0"/>
          <w:divBdr>
            <w:top w:val="none" w:sz="0" w:space="0" w:color="auto"/>
            <w:left w:val="none" w:sz="0" w:space="0" w:color="auto"/>
            <w:bottom w:val="none" w:sz="0" w:space="0" w:color="auto"/>
            <w:right w:val="none" w:sz="0" w:space="0" w:color="auto"/>
          </w:divBdr>
        </w:div>
        <w:div w:id="934167494">
          <w:marLeft w:val="480"/>
          <w:marRight w:val="0"/>
          <w:marTop w:val="0"/>
          <w:marBottom w:val="0"/>
          <w:divBdr>
            <w:top w:val="none" w:sz="0" w:space="0" w:color="auto"/>
            <w:left w:val="none" w:sz="0" w:space="0" w:color="auto"/>
            <w:bottom w:val="none" w:sz="0" w:space="0" w:color="auto"/>
            <w:right w:val="none" w:sz="0" w:space="0" w:color="auto"/>
          </w:divBdr>
        </w:div>
        <w:div w:id="956330409">
          <w:marLeft w:val="480"/>
          <w:marRight w:val="0"/>
          <w:marTop w:val="0"/>
          <w:marBottom w:val="0"/>
          <w:divBdr>
            <w:top w:val="none" w:sz="0" w:space="0" w:color="auto"/>
            <w:left w:val="none" w:sz="0" w:space="0" w:color="auto"/>
            <w:bottom w:val="none" w:sz="0" w:space="0" w:color="auto"/>
            <w:right w:val="none" w:sz="0" w:space="0" w:color="auto"/>
          </w:divBdr>
        </w:div>
        <w:div w:id="1204824763">
          <w:marLeft w:val="480"/>
          <w:marRight w:val="0"/>
          <w:marTop w:val="0"/>
          <w:marBottom w:val="0"/>
          <w:divBdr>
            <w:top w:val="none" w:sz="0" w:space="0" w:color="auto"/>
            <w:left w:val="none" w:sz="0" w:space="0" w:color="auto"/>
            <w:bottom w:val="none" w:sz="0" w:space="0" w:color="auto"/>
            <w:right w:val="none" w:sz="0" w:space="0" w:color="auto"/>
          </w:divBdr>
        </w:div>
        <w:div w:id="1210995953">
          <w:marLeft w:val="480"/>
          <w:marRight w:val="0"/>
          <w:marTop w:val="0"/>
          <w:marBottom w:val="0"/>
          <w:divBdr>
            <w:top w:val="none" w:sz="0" w:space="0" w:color="auto"/>
            <w:left w:val="none" w:sz="0" w:space="0" w:color="auto"/>
            <w:bottom w:val="none" w:sz="0" w:space="0" w:color="auto"/>
            <w:right w:val="none" w:sz="0" w:space="0" w:color="auto"/>
          </w:divBdr>
        </w:div>
        <w:div w:id="1305161468">
          <w:marLeft w:val="480"/>
          <w:marRight w:val="0"/>
          <w:marTop w:val="0"/>
          <w:marBottom w:val="0"/>
          <w:divBdr>
            <w:top w:val="none" w:sz="0" w:space="0" w:color="auto"/>
            <w:left w:val="none" w:sz="0" w:space="0" w:color="auto"/>
            <w:bottom w:val="none" w:sz="0" w:space="0" w:color="auto"/>
            <w:right w:val="none" w:sz="0" w:space="0" w:color="auto"/>
          </w:divBdr>
        </w:div>
        <w:div w:id="1331254857">
          <w:marLeft w:val="480"/>
          <w:marRight w:val="0"/>
          <w:marTop w:val="0"/>
          <w:marBottom w:val="0"/>
          <w:divBdr>
            <w:top w:val="none" w:sz="0" w:space="0" w:color="auto"/>
            <w:left w:val="none" w:sz="0" w:space="0" w:color="auto"/>
            <w:bottom w:val="none" w:sz="0" w:space="0" w:color="auto"/>
            <w:right w:val="none" w:sz="0" w:space="0" w:color="auto"/>
          </w:divBdr>
        </w:div>
        <w:div w:id="1334607225">
          <w:marLeft w:val="480"/>
          <w:marRight w:val="0"/>
          <w:marTop w:val="0"/>
          <w:marBottom w:val="0"/>
          <w:divBdr>
            <w:top w:val="none" w:sz="0" w:space="0" w:color="auto"/>
            <w:left w:val="none" w:sz="0" w:space="0" w:color="auto"/>
            <w:bottom w:val="none" w:sz="0" w:space="0" w:color="auto"/>
            <w:right w:val="none" w:sz="0" w:space="0" w:color="auto"/>
          </w:divBdr>
        </w:div>
        <w:div w:id="1351832949">
          <w:marLeft w:val="480"/>
          <w:marRight w:val="0"/>
          <w:marTop w:val="0"/>
          <w:marBottom w:val="0"/>
          <w:divBdr>
            <w:top w:val="none" w:sz="0" w:space="0" w:color="auto"/>
            <w:left w:val="none" w:sz="0" w:space="0" w:color="auto"/>
            <w:bottom w:val="none" w:sz="0" w:space="0" w:color="auto"/>
            <w:right w:val="none" w:sz="0" w:space="0" w:color="auto"/>
          </w:divBdr>
        </w:div>
        <w:div w:id="1358121840">
          <w:marLeft w:val="480"/>
          <w:marRight w:val="0"/>
          <w:marTop w:val="0"/>
          <w:marBottom w:val="0"/>
          <w:divBdr>
            <w:top w:val="none" w:sz="0" w:space="0" w:color="auto"/>
            <w:left w:val="none" w:sz="0" w:space="0" w:color="auto"/>
            <w:bottom w:val="none" w:sz="0" w:space="0" w:color="auto"/>
            <w:right w:val="none" w:sz="0" w:space="0" w:color="auto"/>
          </w:divBdr>
        </w:div>
        <w:div w:id="1365906651">
          <w:marLeft w:val="480"/>
          <w:marRight w:val="0"/>
          <w:marTop w:val="0"/>
          <w:marBottom w:val="0"/>
          <w:divBdr>
            <w:top w:val="none" w:sz="0" w:space="0" w:color="auto"/>
            <w:left w:val="none" w:sz="0" w:space="0" w:color="auto"/>
            <w:bottom w:val="none" w:sz="0" w:space="0" w:color="auto"/>
            <w:right w:val="none" w:sz="0" w:space="0" w:color="auto"/>
          </w:divBdr>
        </w:div>
        <w:div w:id="1367215059">
          <w:marLeft w:val="480"/>
          <w:marRight w:val="0"/>
          <w:marTop w:val="0"/>
          <w:marBottom w:val="0"/>
          <w:divBdr>
            <w:top w:val="none" w:sz="0" w:space="0" w:color="auto"/>
            <w:left w:val="none" w:sz="0" w:space="0" w:color="auto"/>
            <w:bottom w:val="none" w:sz="0" w:space="0" w:color="auto"/>
            <w:right w:val="none" w:sz="0" w:space="0" w:color="auto"/>
          </w:divBdr>
        </w:div>
        <w:div w:id="1393626290">
          <w:marLeft w:val="480"/>
          <w:marRight w:val="0"/>
          <w:marTop w:val="0"/>
          <w:marBottom w:val="0"/>
          <w:divBdr>
            <w:top w:val="none" w:sz="0" w:space="0" w:color="auto"/>
            <w:left w:val="none" w:sz="0" w:space="0" w:color="auto"/>
            <w:bottom w:val="none" w:sz="0" w:space="0" w:color="auto"/>
            <w:right w:val="none" w:sz="0" w:space="0" w:color="auto"/>
          </w:divBdr>
        </w:div>
        <w:div w:id="1425154431">
          <w:marLeft w:val="480"/>
          <w:marRight w:val="0"/>
          <w:marTop w:val="0"/>
          <w:marBottom w:val="0"/>
          <w:divBdr>
            <w:top w:val="none" w:sz="0" w:space="0" w:color="auto"/>
            <w:left w:val="none" w:sz="0" w:space="0" w:color="auto"/>
            <w:bottom w:val="none" w:sz="0" w:space="0" w:color="auto"/>
            <w:right w:val="none" w:sz="0" w:space="0" w:color="auto"/>
          </w:divBdr>
        </w:div>
        <w:div w:id="1558279732">
          <w:marLeft w:val="480"/>
          <w:marRight w:val="0"/>
          <w:marTop w:val="0"/>
          <w:marBottom w:val="0"/>
          <w:divBdr>
            <w:top w:val="none" w:sz="0" w:space="0" w:color="auto"/>
            <w:left w:val="none" w:sz="0" w:space="0" w:color="auto"/>
            <w:bottom w:val="none" w:sz="0" w:space="0" w:color="auto"/>
            <w:right w:val="none" w:sz="0" w:space="0" w:color="auto"/>
          </w:divBdr>
        </w:div>
        <w:div w:id="1711807023">
          <w:marLeft w:val="480"/>
          <w:marRight w:val="0"/>
          <w:marTop w:val="0"/>
          <w:marBottom w:val="0"/>
          <w:divBdr>
            <w:top w:val="none" w:sz="0" w:space="0" w:color="auto"/>
            <w:left w:val="none" w:sz="0" w:space="0" w:color="auto"/>
            <w:bottom w:val="none" w:sz="0" w:space="0" w:color="auto"/>
            <w:right w:val="none" w:sz="0" w:space="0" w:color="auto"/>
          </w:divBdr>
        </w:div>
        <w:div w:id="1742364299">
          <w:marLeft w:val="480"/>
          <w:marRight w:val="0"/>
          <w:marTop w:val="0"/>
          <w:marBottom w:val="0"/>
          <w:divBdr>
            <w:top w:val="none" w:sz="0" w:space="0" w:color="auto"/>
            <w:left w:val="none" w:sz="0" w:space="0" w:color="auto"/>
            <w:bottom w:val="none" w:sz="0" w:space="0" w:color="auto"/>
            <w:right w:val="none" w:sz="0" w:space="0" w:color="auto"/>
          </w:divBdr>
        </w:div>
        <w:div w:id="1797985412">
          <w:marLeft w:val="480"/>
          <w:marRight w:val="0"/>
          <w:marTop w:val="0"/>
          <w:marBottom w:val="0"/>
          <w:divBdr>
            <w:top w:val="none" w:sz="0" w:space="0" w:color="auto"/>
            <w:left w:val="none" w:sz="0" w:space="0" w:color="auto"/>
            <w:bottom w:val="none" w:sz="0" w:space="0" w:color="auto"/>
            <w:right w:val="none" w:sz="0" w:space="0" w:color="auto"/>
          </w:divBdr>
        </w:div>
        <w:div w:id="1808009218">
          <w:marLeft w:val="480"/>
          <w:marRight w:val="0"/>
          <w:marTop w:val="0"/>
          <w:marBottom w:val="0"/>
          <w:divBdr>
            <w:top w:val="none" w:sz="0" w:space="0" w:color="auto"/>
            <w:left w:val="none" w:sz="0" w:space="0" w:color="auto"/>
            <w:bottom w:val="none" w:sz="0" w:space="0" w:color="auto"/>
            <w:right w:val="none" w:sz="0" w:space="0" w:color="auto"/>
          </w:divBdr>
        </w:div>
        <w:div w:id="1895501337">
          <w:marLeft w:val="480"/>
          <w:marRight w:val="0"/>
          <w:marTop w:val="0"/>
          <w:marBottom w:val="0"/>
          <w:divBdr>
            <w:top w:val="none" w:sz="0" w:space="0" w:color="auto"/>
            <w:left w:val="none" w:sz="0" w:space="0" w:color="auto"/>
            <w:bottom w:val="none" w:sz="0" w:space="0" w:color="auto"/>
            <w:right w:val="none" w:sz="0" w:space="0" w:color="auto"/>
          </w:divBdr>
        </w:div>
        <w:div w:id="1947688514">
          <w:marLeft w:val="480"/>
          <w:marRight w:val="0"/>
          <w:marTop w:val="0"/>
          <w:marBottom w:val="0"/>
          <w:divBdr>
            <w:top w:val="none" w:sz="0" w:space="0" w:color="auto"/>
            <w:left w:val="none" w:sz="0" w:space="0" w:color="auto"/>
            <w:bottom w:val="none" w:sz="0" w:space="0" w:color="auto"/>
            <w:right w:val="none" w:sz="0" w:space="0" w:color="auto"/>
          </w:divBdr>
        </w:div>
        <w:div w:id="2141068460">
          <w:marLeft w:val="480"/>
          <w:marRight w:val="0"/>
          <w:marTop w:val="0"/>
          <w:marBottom w:val="0"/>
          <w:divBdr>
            <w:top w:val="none" w:sz="0" w:space="0" w:color="auto"/>
            <w:left w:val="none" w:sz="0" w:space="0" w:color="auto"/>
            <w:bottom w:val="none" w:sz="0" w:space="0" w:color="auto"/>
            <w:right w:val="none" w:sz="0" w:space="0" w:color="auto"/>
          </w:divBdr>
        </w:div>
      </w:divsChild>
    </w:div>
    <w:div w:id="1488786520">
      <w:bodyDiv w:val="1"/>
      <w:marLeft w:val="0"/>
      <w:marRight w:val="0"/>
      <w:marTop w:val="0"/>
      <w:marBottom w:val="0"/>
      <w:divBdr>
        <w:top w:val="none" w:sz="0" w:space="0" w:color="auto"/>
        <w:left w:val="none" w:sz="0" w:space="0" w:color="auto"/>
        <w:bottom w:val="none" w:sz="0" w:space="0" w:color="auto"/>
        <w:right w:val="none" w:sz="0" w:space="0" w:color="auto"/>
      </w:divBdr>
      <w:divsChild>
        <w:div w:id="2055313">
          <w:marLeft w:val="480"/>
          <w:marRight w:val="0"/>
          <w:marTop w:val="0"/>
          <w:marBottom w:val="0"/>
          <w:divBdr>
            <w:top w:val="none" w:sz="0" w:space="0" w:color="auto"/>
            <w:left w:val="none" w:sz="0" w:space="0" w:color="auto"/>
            <w:bottom w:val="none" w:sz="0" w:space="0" w:color="auto"/>
            <w:right w:val="none" w:sz="0" w:space="0" w:color="auto"/>
          </w:divBdr>
        </w:div>
        <w:div w:id="10379719">
          <w:marLeft w:val="480"/>
          <w:marRight w:val="0"/>
          <w:marTop w:val="0"/>
          <w:marBottom w:val="0"/>
          <w:divBdr>
            <w:top w:val="none" w:sz="0" w:space="0" w:color="auto"/>
            <w:left w:val="none" w:sz="0" w:space="0" w:color="auto"/>
            <w:bottom w:val="none" w:sz="0" w:space="0" w:color="auto"/>
            <w:right w:val="none" w:sz="0" w:space="0" w:color="auto"/>
          </w:divBdr>
        </w:div>
        <w:div w:id="76683112">
          <w:marLeft w:val="480"/>
          <w:marRight w:val="0"/>
          <w:marTop w:val="0"/>
          <w:marBottom w:val="0"/>
          <w:divBdr>
            <w:top w:val="none" w:sz="0" w:space="0" w:color="auto"/>
            <w:left w:val="none" w:sz="0" w:space="0" w:color="auto"/>
            <w:bottom w:val="none" w:sz="0" w:space="0" w:color="auto"/>
            <w:right w:val="none" w:sz="0" w:space="0" w:color="auto"/>
          </w:divBdr>
        </w:div>
        <w:div w:id="103813621">
          <w:marLeft w:val="480"/>
          <w:marRight w:val="0"/>
          <w:marTop w:val="0"/>
          <w:marBottom w:val="0"/>
          <w:divBdr>
            <w:top w:val="none" w:sz="0" w:space="0" w:color="auto"/>
            <w:left w:val="none" w:sz="0" w:space="0" w:color="auto"/>
            <w:bottom w:val="none" w:sz="0" w:space="0" w:color="auto"/>
            <w:right w:val="none" w:sz="0" w:space="0" w:color="auto"/>
          </w:divBdr>
        </w:div>
        <w:div w:id="168372684">
          <w:marLeft w:val="480"/>
          <w:marRight w:val="0"/>
          <w:marTop w:val="0"/>
          <w:marBottom w:val="0"/>
          <w:divBdr>
            <w:top w:val="none" w:sz="0" w:space="0" w:color="auto"/>
            <w:left w:val="none" w:sz="0" w:space="0" w:color="auto"/>
            <w:bottom w:val="none" w:sz="0" w:space="0" w:color="auto"/>
            <w:right w:val="none" w:sz="0" w:space="0" w:color="auto"/>
          </w:divBdr>
        </w:div>
        <w:div w:id="200827591">
          <w:marLeft w:val="480"/>
          <w:marRight w:val="0"/>
          <w:marTop w:val="0"/>
          <w:marBottom w:val="0"/>
          <w:divBdr>
            <w:top w:val="none" w:sz="0" w:space="0" w:color="auto"/>
            <w:left w:val="none" w:sz="0" w:space="0" w:color="auto"/>
            <w:bottom w:val="none" w:sz="0" w:space="0" w:color="auto"/>
            <w:right w:val="none" w:sz="0" w:space="0" w:color="auto"/>
          </w:divBdr>
        </w:div>
        <w:div w:id="286274387">
          <w:marLeft w:val="480"/>
          <w:marRight w:val="0"/>
          <w:marTop w:val="0"/>
          <w:marBottom w:val="0"/>
          <w:divBdr>
            <w:top w:val="none" w:sz="0" w:space="0" w:color="auto"/>
            <w:left w:val="none" w:sz="0" w:space="0" w:color="auto"/>
            <w:bottom w:val="none" w:sz="0" w:space="0" w:color="auto"/>
            <w:right w:val="none" w:sz="0" w:space="0" w:color="auto"/>
          </w:divBdr>
        </w:div>
        <w:div w:id="294871152">
          <w:marLeft w:val="480"/>
          <w:marRight w:val="0"/>
          <w:marTop w:val="0"/>
          <w:marBottom w:val="0"/>
          <w:divBdr>
            <w:top w:val="none" w:sz="0" w:space="0" w:color="auto"/>
            <w:left w:val="none" w:sz="0" w:space="0" w:color="auto"/>
            <w:bottom w:val="none" w:sz="0" w:space="0" w:color="auto"/>
            <w:right w:val="none" w:sz="0" w:space="0" w:color="auto"/>
          </w:divBdr>
        </w:div>
        <w:div w:id="374814868">
          <w:marLeft w:val="480"/>
          <w:marRight w:val="0"/>
          <w:marTop w:val="0"/>
          <w:marBottom w:val="0"/>
          <w:divBdr>
            <w:top w:val="none" w:sz="0" w:space="0" w:color="auto"/>
            <w:left w:val="none" w:sz="0" w:space="0" w:color="auto"/>
            <w:bottom w:val="none" w:sz="0" w:space="0" w:color="auto"/>
            <w:right w:val="none" w:sz="0" w:space="0" w:color="auto"/>
          </w:divBdr>
        </w:div>
        <w:div w:id="382413808">
          <w:marLeft w:val="480"/>
          <w:marRight w:val="0"/>
          <w:marTop w:val="0"/>
          <w:marBottom w:val="0"/>
          <w:divBdr>
            <w:top w:val="none" w:sz="0" w:space="0" w:color="auto"/>
            <w:left w:val="none" w:sz="0" w:space="0" w:color="auto"/>
            <w:bottom w:val="none" w:sz="0" w:space="0" w:color="auto"/>
            <w:right w:val="none" w:sz="0" w:space="0" w:color="auto"/>
          </w:divBdr>
        </w:div>
        <w:div w:id="395933652">
          <w:marLeft w:val="480"/>
          <w:marRight w:val="0"/>
          <w:marTop w:val="0"/>
          <w:marBottom w:val="0"/>
          <w:divBdr>
            <w:top w:val="none" w:sz="0" w:space="0" w:color="auto"/>
            <w:left w:val="none" w:sz="0" w:space="0" w:color="auto"/>
            <w:bottom w:val="none" w:sz="0" w:space="0" w:color="auto"/>
            <w:right w:val="none" w:sz="0" w:space="0" w:color="auto"/>
          </w:divBdr>
        </w:div>
        <w:div w:id="456335263">
          <w:marLeft w:val="480"/>
          <w:marRight w:val="0"/>
          <w:marTop w:val="0"/>
          <w:marBottom w:val="0"/>
          <w:divBdr>
            <w:top w:val="none" w:sz="0" w:space="0" w:color="auto"/>
            <w:left w:val="none" w:sz="0" w:space="0" w:color="auto"/>
            <w:bottom w:val="none" w:sz="0" w:space="0" w:color="auto"/>
            <w:right w:val="none" w:sz="0" w:space="0" w:color="auto"/>
          </w:divBdr>
        </w:div>
        <w:div w:id="467164018">
          <w:marLeft w:val="480"/>
          <w:marRight w:val="0"/>
          <w:marTop w:val="0"/>
          <w:marBottom w:val="0"/>
          <w:divBdr>
            <w:top w:val="none" w:sz="0" w:space="0" w:color="auto"/>
            <w:left w:val="none" w:sz="0" w:space="0" w:color="auto"/>
            <w:bottom w:val="none" w:sz="0" w:space="0" w:color="auto"/>
            <w:right w:val="none" w:sz="0" w:space="0" w:color="auto"/>
          </w:divBdr>
        </w:div>
        <w:div w:id="485248900">
          <w:marLeft w:val="480"/>
          <w:marRight w:val="0"/>
          <w:marTop w:val="0"/>
          <w:marBottom w:val="0"/>
          <w:divBdr>
            <w:top w:val="none" w:sz="0" w:space="0" w:color="auto"/>
            <w:left w:val="none" w:sz="0" w:space="0" w:color="auto"/>
            <w:bottom w:val="none" w:sz="0" w:space="0" w:color="auto"/>
            <w:right w:val="none" w:sz="0" w:space="0" w:color="auto"/>
          </w:divBdr>
        </w:div>
        <w:div w:id="539778637">
          <w:marLeft w:val="480"/>
          <w:marRight w:val="0"/>
          <w:marTop w:val="0"/>
          <w:marBottom w:val="0"/>
          <w:divBdr>
            <w:top w:val="none" w:sz="0" w:space="0" w:color="auto"/>
            <w:left w:val="none" w:sz="0" w:space="0" w:color="auto"/>
            <w:bottom w:val="none" w:sz="0" w:space="0" w:color="auto"/>
            <w:right w:val="none" w:sz="0" w:space="0" w:color="auto"/>
          </w:divBdr>
        </w:div>
        <w:div w:id="542794922">
          <w:marLeft w:val="480"/>
          <w:marRight w:val="0"/>
          <w:marTop w:val="0"/>
          <w:marBottom w:val="0"/>
          <w:divBdr>
            <w:top w:val="none" w:sz="0" w:space="0" w:color="auto"/>
            <w:left w:val="none" w:sz="0" w:space="0" w:color="auto"/>
            <w:bottom w:val="none" w:sz="0" w:space="0" w:color="auto"/>
            <w:right w:val="none" w:sz="0" w:space="0" w:color="auto"/>
          </w:divBdr>
        </w:div>
        <w:div w:id="615218748">
          <w:marLeft w:val="480"/>
          <w:marRight w:val="0"/>
          <w:marTop w:val="0"/>
          <w:marBottom w:val="0"/>
          <w:divBdr>
            <w:top w:val="none" w:sz="0" w:space="0" w:color="auto"/>
            <w:left w:val="none" w:sz="0" w:space="0" w:color="auto"/>
            <w:bottom w:val="none" w:sz="0" w:space="0" w:color="auto"/>
            <w:right w:val="none" w:sz="0" w:space="0" w:color="auto"/>
          </w:divBdr>
        </w:div>
        <w:div w:id="679740070">
          <w:marLeft w:val="480"/>
          <w:marRight w:val="0"/>
          <w:marTop w:val="0"/>
          <w:marBottom w:val="0"/>
          <w:divBdr>
            <w:top w:val="none" w:sz="0" w:space="0" w:color="auto"/>
            <w:left w:val="none" w:sz="0" w:space="0" w:color="auto"/>
            <w:bottom w:val="none" w:sz="0" w:space="0" w:color="auto"/>
            <w:right w:val="none" w:sz="0" w:space="0" w:color="auto"/>
          </w:divBdr>
        </w:div>
        <w:div w:id="777676940">
          <w:marLeft w:val="480"/>
          <w:marRight w:val="0"/>
          <w:marTop w:val="0"/>
          <w:marBottom w:val="0"/>
          <w:divBdr>
            <w:top w:val="none" w:sz="0" w:space="0" w:color="auto"/>
            <w:left w:val="none" w:sz="0" w:space="0" w:color="auto"/>
            <w:bottom w:val="none" w:sz="0" w:space="0" w:color="auto"/>
            <w:right w:val="none" w:sz="0" w:space="0" w:color="auto"/>
          </w:divBdr>
        </w:div>
        <w:div w:id="809396101">
          <w:marLeft w:val="480"/>
          <w:marRight w:val="0"/>
          <w:marTop w:val="0"/>
          <w:marBottom w:val="0"/>
          <w:divBdr>
            <w:top w:val="none" w:sz="0" w:space="0" w:color="auto"/>
            <w:left w:val="none" w:sz="0" w:space="0" w:color="auto"/>
            <w:bottom w:val="none" w:sz="0" w:space="0" w:color="auto"/>
            <w:right w:val="none" w:sz="0" w:space="0" w:color="auto"/>
          </w:divBdr>
        </w:div>
        <w:div w:id="882596941">
          <w:marLeft w:val="480"/>
          <w:marRight w:val="0"/>
          <w:marTop w:val="0"/>
          <w:marBottom w:val="0"/>
          <w:divBdr>
            <w:top w:val="none" w:sz="0" w:space="0" w:color="auto"/>
            <w:left w:val="none" w:sz="0" w:space="0" w:color="auto"/>
            <w:bottom w:val="none" w:sz="0" w:space="0" w:color="auto"/>
            <w:right w:val="none" w:sz="0" w:space="0" w:color="auto"/>
          </w:divBdr>
        </w:div>
        <w:div w:id="883905461">
          <w:marLeft w:val="480"/>
          <w:marRight w:val="0"/>
          <w:marTop w:val="0"/>
          <w:marBottom w:val="0"/>
          <w:divBdr>
            <w:top w:val="none" w:sz="0" w:space="0" w:color="auto"/>
            <w:left w:val="none" w:sz="0" w:space="0" w:color="auto"/>
            <w:bottom w:val="none" w:sz="0" w:space="0" w:color="auto"/>
            <w:right w:val="none" w:sz="0" w:space="0" w:color="auto"/>
          </w:divBdr>
        </w:div>
        <w:div w:id="929313119">
          <w:marLeft w:val="480"/>
          <w:marRight w:val="0"/>
          <w:marTop w:val="0"/>
          <w:marBottom w:val="0"/>
          <w:divBdr>
            <w:top w:val="none" w:sz="0" w:space="0" w:color="auto"/>
            <w:left w:val="none" w:sz="0" w:space="0" w:color="auto"/>
            <w:bottom w:val="none" w:sz="0" w:space="0" w:color="auto"/>
            <w:right w:val="none" w:sz="0" w:space="0" w:color="auto"/>
          </w:divBdr>
        </w:div>
        <w:div w:id="1046493298">
          <w:marLeft w:val="480"/>
          <w:marRight w:val="0"/>
          <w:marTop w:val="0"/>
          <w:marBottom w:val="0"/>
          <w:divBdr>
            <w:top w:val="none" w:sz="0" w:space="0" w:color="auto"/>
            <w:left w:val="none" w:sz="0" w:space="0" w:color="auto"/>
            <w:bottom w:val="none" w:sz="0" w:space="0" w:color="auto"/>
            <w:right w:val="none" w:sz="0" w:space="0" w:color="auto"/>
          </w:divBdr>
        </w:div>
        <w:div w:id="1119883614">
          <w:marLeft w:val="480"/>
          <w:marRight w:val="0"/>
          <w:marTop w:val="0"/>
          <w:marBottom w:val="0"/>
          <w:divBdr>
            <w:top w:val="none" w:sz="0" w:space="0" w:color="auto"/>
            <w:left w:val="none" w:sz="0" w:space="0" w:color="auto"/>
            <w:bottom w:val="none" w:sz="0" w:space="0" w:color="auto"/>
            <w:right w:val="none" w:sz="0" w:space="0" w:color="auto"/>
          </w:divBdr>
        </w:div>
        <w:div w:id="1165391962">
          <w:marLeft w:val="480"/>
          <w:marRight w:val="0"/>
          <w:marTop w:val="0"/>
          <w:marBottom w:val="0"/>
          <w:divBdr>
            <w:top w:val="none" w:sz="0" w:space="0" w:color="auto"/>
            <w:left w:val="none" w:sz="0" w:space="0" w:color="auto"/>
            <w:bottom w:val="none" w:sz="0" w:space="0" w:color="auto"/>
            <w:right w:val="none" w:sz="0" w:space="0" w:color="auto"/>
          </w:divBdr>
        </w:div>
        <w:div w:id="1222405558">
          <w:marLeft w:val="480"/>
          <w:marRight w:val="0"/>
          <w:marTop w:val="0"/>
          <w:marBottom w:val="0"/>
          <w:divBdr>
            <w:top w:val="none" w:sz="0" w:space="0" w:color="auto"/>
            <w:left w:val="none" w:sz="0" w:space="0" w:color="auto"/>
            <w:bottom w:val="none" w:sz="0" w:space="0" w:color="auto"/>
            <w:right w:val="none" w:sz="0" w:space="0" w:color="auto"/>
          </w:divBdr>
        </w:div>
        <w:div w:id="1271623249">
          <w:marLeft w:val="480"/>
          <w:marRight w:val="0"/>
          <w:marTop w:val="0"/>
          <w:marBottom w:val="0"/>
          <w:divBdr>
            <w:top w:val="none" w:sz="0" w:space="0" w:color="auto"/>
            <w:left w:val="none" w:sz="0" w:space="0" w:color="auto"/>
            <w:bottom w:val="none" w:sz="0" w:space="0" w:color="auto"/>
            <w:right w:val="none" w:sz="0" w:space="0" w:color="auto"/>
          </w:divBdr>
        </w:div>
        <w:div w:id="1310011758">
          <w:marLeft w:val="480"/>
          <w:marRight w:val="0"/>
          <w:marTop w:val="0"/>
          <w:marBottom w:val="0"/>
          <w:divBdr>
            <w:top w:val="none" w:sz="0" w:space="0" w:color="auto"/>
            <w:left w:val="none" w:sz="0" w:space="0" w:color="auto"/>
            <w:bottom w:val="none" w:sz="0" w:space="0" w:color="auto"/>
            <w:right w:val="none" w:sz="0" w:space="0" w:color="auto"/>
          </w:divBdr>
        </w:div>
        <w:div w:id="1325933607">
          <w:marLeft w:val="480"/>
          <w:marRight w:val="0"/>
          <w:marTop w:val="0"/>
          <w:marBottom w:val="0"/>
          <w:divBdr>
            <w:top w:val="none" w:sz="0" w:space="0" w:color="auto"/>
            <w:left w:val="none" w:sz="0" w:space="0" w:color="auto"/>
            <w:bottom w:val="none" w:sz="0" w:space="0" w:color="auto"/>
            <w:right w:val="none" w:sz="0" w:space="0" w:color="auto"/>
          </w:divBdr>
        </w:div>
        <w:div w:id="1355114883">
          <w:marLeft w:val="480"/>
          <w:marRight w:val="0"/>
          <w:marTop w:val="0"/>
          <w:marBottom w:val="0"/>
          <w:divBdr>
            <w:top w:val="none" w:sz="0" w:space="0" w:color="auto"/>
            <w:left w:val="none" w:sz="0" w:space="0" w:color="auto"/>
            <w:bottom w:val="none" w:sz="0" w:space="0" w:color="auto"/>
            <w:right w:val="none" w:sz="0" w:space="0" w:color="auto"/>
          </w:divBdr>
        </w:div>
        <w:div w:id="1421291585">
          <w:marLeft w:val="480"/>
          <w:marRight w:val="0"/>
          <w:marTop w:val="0"/>
          <w:marBottom w:val="0"/>
          <w:divBdr>
            <w:top w:val="none" w:sz="0" w:space="0" w:color="auto"/>
            <w:left w:val="none" w:sz="0" w:space="0" w:color="auto"/>
            <w:bottom w:val="none" w:sz="0" w:space="0" w:color="auto"/>
            <w:right w:val="none" w:sz="0" w:space="0" w:color="auto"/>
          </w:divBdr>
        </w:div>
        <w:div w:id="1461419500">
          <w:marLeft w:val="480"/>
          <w:marRight w:val="0"/>
          <w:marTop w:val="0"/>
          <w:marBottom w:val="0"/>
          <w:divBdr>
            <w:top w:val="none" w:sz="0" w:space="0" w:color="auto"/>
            <w:left w:val="none" w:sz="0" w:space="0" w:color="auto"/>
            <w:bottom w:val="none" w:sz="0" w:space="0" w:color="auto"/>
            <w:right w:val="none" w:sz="0" w:space="0" w:color="auto"/>
          </w:divBdr>
        </w:div>
        <w:div w:id="1462960997">
          <w:marLeft w:val="480"/>
          <w:marRight w:val="0"/>
          <w:marTop w:val="0"/>
          <w:marBottom w:val="0"/>
          <w:divBdr>
            <w:top w:val="none" w:sz="0" w:space="0" w:color="auto"/>
            <w:left w:val="none" w:sz="0" w:space="0" w:color="auto"/>
            <w:bottom w:val="none" w:sz="0" w:space="0" w:color="auto"/>
            <w:right w:val="none" w:sz="0" w:space="0" w:color="auto"/>
          </w:divBdr>
        </w:div>
        <w:div w:id="1522553150">
          <w:marLeft w:val="480"/>
          <w:marRight w:val="0"/>
          <w:marTop w:val="0"/>
          <w:marBottom w:val="0"/>
          <w:divBdr>
            <w:top w:val="none" w:sz="0" w:space="0" w:color="auto"/>
            <w:left w:val="none" w:sz="0" w:space="0" w:color="auto"/>
            <w:bottom w:val="none" w:sz="0" w:space="0" w:color="auto"/>
            <w:right w:val="none" w:sz="0" w:space="0" w:color="auto"/>
          </w:divBdr>
        </w:div>
        <w:div w:id="1522621281">
          <w:marLeft w:val="480"/>
          <w:marRight w:val="0"/>
          <w:marTop w:val="0"/>
          <w:marBottom w:val="0"/>
          <w:divBdr>
            <w:top w:val="none" w:sz="0" w:space="0" w:color="auto"/>
            <w:left w:val="none" w:sz="0" w:space="0" w:color="auto"/>
            <w:bottom w:val="none" w:sz="0" w:space="0" w:color="auto"/>
            <w:right w:val="none" w:sz="0" w:space="0" w:color="auto"/>
          </w:divBdr>
        </w:div>
        <w:div w:id="1555198476">
          <w:marLeft w:val="480"/>
          <w:marRight w:val="0"/>
          <w:marTop w:val="0"/>
          <w:marBottom w:val="0"/>
          <w:divBdr>
            <w:top w:val="none" w:sz="0" w:space="0" w:color="auto"/>
            <w:left w:val="none" w:sz="0" w:space="0" w:color="auto"/>
            <w:bottom w:val="none" w:sz="0" w:space="0" w:color="auto"/>
            <w:right w:val="none" w:sz="0" w:space="0" w:color="auto"/>
          </w:divBdr>
        </w:div>
        <w:div w:id="1574705073">
          <w:marLeft w:val="480"/>
          <w:marRight w:val="0"/>
          <w:marTop w:val="0"/>
          <w:marBottom w:val="0"/>
          <w:divBdr>
            <w:top w:val="none" w:sz="0" w:space="0" w:color="auto"/>
            <w:left w:val="none" w:sz="0" w:space="0" w:color="auto"/>
            <w:bottom w:val="none" w:sz="0" w:space="0" w:color="auto"/>
            <w:right w:val="none" w:sz="0" w:space="0" w:color="auto"/>
          </w:divBdr>
        </w:div>
        <w:div w:id="1592009447">
          <w:marLeft w:val="480"/>
          <w:marRight w:val="0"/>
          <w:marTop w:val="0"/>
          <w:marBottom w:val="0"/>
          <w:divBdr>
            <w:top w:val="none" w:sz="0" w:space="0" w:color="auto"/>
            <w:left w:val="none" w:sz="0" w:space="0" w:color="auto"/>
            <w:bottom w:val="none" w:sz="0" w:space="0" w:color="auto"/>
            <w:right w:val="none" w:sz="0" w:space="0" w:color="auto"/>
          </w:divBdr>
        </w:div>
        <w:div w:id="1638603358">
          <w:marLeft w:val="480"/>
          <w:marRight w:val="0"/>
          <w:marTop w:val="0"/>
          <w:marBottom w:val="0"/>
          <w:divBdr>
            <w:top w:val="none" w:sz="0" w:space="0" w:color="auto"/>
            <w:left w:val="none" w:sz="0" w:space="0" w:color="auto"/>
            <w:bottom w:val="none" w:sz="0" w:space="0" w:color="auto"/>
            <w:right w:val="none" w:sz="0" w:space="0" w:color="auto"/>
          </w:divBdr>
        </w:div>
        <w:div w:id="1677803461">
          <w:marLeft w:val="480"/>
          <w:marRight w:val="0"/>
          <w:marTop w:val="0"/>
          <w:marBottom w:val="0"/>
          <w:divBdr>
            <w:top w:val="none" w:sz="0" w:space="0" w:color="auto"/>
            <w:left w:val="none" w:sz="0" w:space="0" w:color="auto"/>
            <w:bottom w:val="none" w:sz="0" w:space="0" w:color="auto"/>
            <w:right w:val="none" w:sz="0" w:space="0" w:color="auto"/>
          </w:divBdr>
        </w:div>
        <w:div w:id="1717972717">
          <w:marLeft w:val="480"/>
          <w:marRight w:val="0"/>
          <w:marTop w:val="0"/>
          <w:marBottom w:val="0"/>
          <w:divBdr>
            <w:top w:val="none" w:sz="0" w:space="0" w:color="auto"/>
            <w:left w:val="none" w:sz="0" w:space="0" w:color="auto"/>
            <w:bottom w:val="none" w:sz="0" w:space="0" w:color="auto"/>
            <w:right w:val="none" w:sz="0" w:space="0" w:color="auto"/>
          </w:divBdr>
        </w:div>
        <w:div w:id="1729106672">
          <w:marLeft w:val="480"/>
          <w:marRight w:val="0"/>
          <w:marTop w:val="0"/>
          <w:marBottom w:val="0"/>
          <w:divBdr>
            <w:top w:val="none" w:sz="0" w:space="0" w:color="auto"/>
            <w:left w:val="none" w:sz="0" w:space="0" w:color="auto"/>
            <w:bottom w:val="none" w:sz="0" w:space="0" w:color="auto"/>
            <w:right w:val="none" w:sz="0" w:space="0" w:color="auto"/>
          </w:divBdr>
        </w:div>
        <w:div w:id="1749300891">
          <w:marLeft w:val="480"/>
          <w:marRight w:val="0"/>
          <w:marTop w:val="0"/>
          <w:marBottom w:val="0"/>
          <w:divBdr>
            <w:top w:val="none" w:sz="0" w:space="0" w:color="auto"/>
            <w:left w:val="none" w:sz="0" w:space="0" w:color="auto"/>
            <w:bottom w:val="none" w:sz="0" w:space="0" w:color="auto"/>
            <w:right w:val="none" w:sz="0" w:space="0" w:color="auto"/>
          </w:divBdr>
        </w:div>
        <w:div w:id="1847865315">
          <w:marLeft w:val="480"/>
          <w:marRight w:val="0"/>
          <w:marTop w:val="0"/>
          <w:marBottom w:val="0"/>
          <w:divBdr>
            <w:top w:val="none" w:sz="0" w:space="0" w:color="auto"/>
            <w:left w:val="none" w:sz="0" w:space="0" w:color="auto"/>
            <w:bottom w:val="none" w:sz="0" w:space="0" w:color="auto"/>
            <w:right w:val="none" w:sz="0" w:space="0" w:color="auto"/>
          </w:divBdr>
        </w:div>
        <w:div w:id="1864440567">
          <w:marLeft w:val="480"/>
          <w:marRight w:val="0"/>
          <w:marTop w:val="0"/>
          <w:marBottom w:val="0"/>
          <w:divBdr>
            <w:top w:val="none" w:sz="0" w:space="0" w:color="auto"/>
            <w:left w:val="none" w:sz="0" w:space="0" w:color="auto"/>
            <w:bottom w:val="none" w:sz="0" w:space="0" w:color="auto"/>
            <w:right w:val="none" w:sz="0" w:space="0" w:color="auto"/>
          </w:divBdr>
        </w:div>
        <w:div w:id="1952080597">
          <w:marLeft w:val="480"/>
          <w:marRight w:val="0"/>
          <w:marTop w:val="0"/>
          <w:marBottom w:val="0"/>
          <w:divBdr>
            <w:top w:val="none" w:sz="0" w:space="0" w:color="auto"/>
            <w:left w:val="none" w:sz="0" w:space="0" w:color="auto"/>
            <w:bottom w:val="none" w:sz="0" w:space="0" w:color="auto"/>
            <w:right w:val="none" w:sz="0" w:space="0" w:color="auto"/>
          </w:divBdr>
        </w:div>
        <w:div w:id="1952666574">
          <w:marLeft w:val="480"/>
          <w:marRight w:val="0"/>
          <w:marTop w:val="0"/>
          <w:marBottom w:val="0"/>
          <w:divBdr>
            <w:top w:val="none" w:sz="0" w:space="0" w:color="auto"/>
            <w:left w:val="none" w:sz="0" w:space="0" w:color="auto"/>
            <w:bottom w:val="none" w:sz="0" w:space="0" w:color="auto"/>
            <w:right w:val="none" w:sz="0" w:space="0" w:color="auto"/>
          </w:divBdr>
        </w:div>
        <w:div w:id="2008483947">
          <w:marLeft w:val="480"/>
          <w:marRight w:val="0"/>
          <w:marTop w:val="0"/>
          <w:marBottom w:val="0"/>
          <w:divBdr>
            <w:top w:val="none" w:sz="0" w:space="0" w:color="auto"/>
            <w:left w:val="none" w:sz="0" w:space="0" w:color="auto"/>
            <w:bottom w:val="none" w:sz="0" w:space="0" w:color="auto"/>
            <w:right w:val="none" w:sz="0" w:space="0" w:color="auto"/>
          </w:divBdr>
        </w:div>
        <w:div w:id="2015496974">
          <w:marLeft w:val="480"/>
          <w:marRight w:val="0"/>
          <w:marTop w:val="0"/>
          <w:marBottom w:val="0"/>
          <w:divBdr>
            <w:top w:val="none" w:sz="0" w:space="0" w:color="auto"/>
            <w:left w:val="none" w:sz="0" w:space="0" w:color="auto"/>
            <w:bottom w:val="none" w:sz="0" w:space="0" w:color="auto"/>
            <w:right w:val="none" w:sz="0" w:space="0" w:color="auto"/>
          </w:divBdr>
        </w:div>
      </w:divsChild>
    </w:div>
    <w:div w:id="1488866490">
      <w:bodyDiv w:val="1"/>
      <w:marLeft w:val="0"/>
      <w:marRight w:val="0"/>
      <w:marTop w:val="0"/>
      <w:marBottom w:val="0"/>
      <w:divBdr>
        <w:top w:val="none" w:sz="0" w:space="0" w:color="auto"/>
        <w:left w:val="none" w:sz="0" w:space="0" w:color="auto"/>
        <w:bottom w:val="none" w:sz="0" w:space="0" w:color="auto"/>
        <w:right w:val="none" w:sz="0" w:space="0" w:color="auto"/>
      </w:divBdr>
    </w:div>
    <w:div w:id="1488933610">
      <w:bodyDiv w:val="1"/>
      <w:marLeft w:val="0"/>
      <w:marRight w:val="0"/>
      <w:marTop w:val="0"/>
      <w:marBottom w:val="0"/>
      <w:divBdr>
        <w:top w:val="none" w:sz="0" w:space="0" w:color="auto"/>
        <w:left w:val="none" w:sz="0" w:space="0" w:color="auto"/>
        <w:bottom w:val="none" w:sz="0" w:space="0" w:color="auto"/>
        <w:right w:val="none" w:sz="0" w:space="0" w:color="auto"/>
      </w:divBdr>
    </w:div>
    <w:div w:id="1489521599">
      <w:bodyDiv w:val="1"/>
      <w:marLeft w:val="0"/>
      <w:marRight w:val="0"/>
      <w:marTop w:val="0"/>
      <w:marBottom w:val="0"/>
      <w:divBdr>
        <w:top w:val="none" w:sz="0" w:space="0" w:color="auto"/>
        <w:left w:val="none" w:sz="0" w:space="0" w:color="auto"/>
        <w:bottom w:val="none" w:sz="0" w:space="0" w:color="auto"/>
        <w:right w:val="none" w:sz="0" w:space="0" w:color="auto"/>
      </w:divBdr>
    </w:div>
    <w:div w:id="1490293281">
      <w:bodyDiv w:val="1"/>
      <w:marLeft w:val="0"/>
      <w:marRight w:val="0"/>
      <w:marTop w:val="0"/>
      <w:marBottom w:val="0"/>
      <w:divBdr>
        <w:top w:val="none" w:sz="0" w:space="0" w:color="auto"/>
        <w:left w:val="none" w:sz="0" w:space="0" w:color="auto"/>
        <w:bottom w:val="none" w:sz="0" w:space="0" w:color="auto"/>
        <w:right w:val="none" w:sz="0" w:space="0" w:color="auto"/>
      </w:divBdr>
    </w:div>
    <w:div w:id="1491555921">
      <w:bodyDiv w:val="1"/>
      <w:marLeft w:val="0"/>
      <w:marRight w:val="0"/>
      <w:marTop w:val="0"/>
      <w:marBottom w:val="0"/>
      <w:divBdr>
        <w:top w:val="none" w:sz="0" w:space="0" w:color="auto"/>
        <w:left w:val="none" w:sz="0" w:space="0" w:color="auto"/>
        <w:bottom w:val="none" w:sz="0" w:space="0" w:color="auto"/>
        <w:right w:val="none" w:sz="0" w:space="0" w:color="auto"/>
      </w:divBdr>
    </w:div>
    <w:div w:id="1495149937">
      <w:bodyDiv w:val="1"/>
      <w:marLeft w:val="0"/>
      <w:marRight w:val="0"/>
      <w:marTop w:val="0"/>
      <w:marBottom w:val="0"/>
      <w:divBdr>
        <w:top w:val="none" w:sz="0" w:space="0" w:color="auto"/>
        <w:left w:val="none" w:sz="0" w:space="0" w:color="auto"/>
        <w:bottom w:val="none" w:sz="0" w:space="0" w:color="auto"/>
        <w:right w:val="none" w:sz="0" w:space="0" w:color="auto"/>
      </w:divBdr>
    </w:div>
    <w:div w:id="1495150510">
      <w:bodyDiv w:val="1"/>
      <w:marLeft w:val="0"/>
      <w:marRight w:val="0"/>
      <w:marTop w:val="0"/>
      <w:marBottom w:val="0"/>
      <w:divBdr>
        <w:top w:val="none" w:sz="0" w:space="0" w:color="auto"/>
        <w:left w:val="none" w:sz="0" w:space="0" w:color="auto"/>
        <w:bottom w:val="none" w:sz="0" w:space="0" w:color="auto"/>
        <w:right w:val="none" w:sz="0" w:space="0" w:color="auto"/>
      </w:divBdr>
    </w:div>
    <w:div w:id="1495414785">
      <w:bodyDiv w:val="1"/>
      <w:marLeft w:val="0"/>
      <w:marRight w:val="0"/>
      <w:marTop w:val="0"/>
      <w:marBottom w:val="0"/>
      <w:divBdr>
        <w:top w:val="none" w:sz="0" w:space="0" w:color="auto"/>
        <w:left w:val="none" w:sz="0" w:space="0" w:color="auto"/>
        <w:bottom w:val="none" w:sz="0" w:space="0" w:color="auto"/>
        <w:right w:val="none" w:sz="0" w:space="0" w:color="auto"/>
      </w:divBdr>
    </w:div>
    <w:div w:id="1495796462">
      <w:bodyDiv w:val="1"/>
      <w:marLeft w:val="0"/>
      <w:marRight w:val="0"/>
      <w:marTop w:val="0"/>
      <w:marBottom w:val="0"/>
      <w:divBdr>
        <w:top w:val="none" w:sz="0" w:space="0" w:color="auto"/>
        <w:left w:val="none" w:sz="0" w:space="0" w:color="auto"/>
        <w:bottom w:val="none" w:sz="0" w:space="0" w:color="auto"/>
        <w:right w:val="none" w:sz="0" w:space="0" w:color="auto"/>
      </w:divBdr>
    </w:div>
    <w:div w:id="1498617701">
      <w:bodyDiv w:val="1"/>
      <w:marLeft w:val="0"/>
      <w:marRight w:val="0"/>
      <w:marTop w:val="0"/>
      <w:marBottom w:val="0"/>
      <w:divBdr>
        <w:top w:val="none" w:sz="0" w:space="0" w:color="auto"/>
        <w:left w:val="none" w:sz="0" w:space="0" w:color="auto"/>
        <w:bottom w:val="none" w:sz="0" w:space="0" w:color="auto"/>
        <w:right w:val="none" w:sz="0" w:space="0" w:color="auto"/>
      </w:divBdr>
    </w:div>
    <w:div w:id="1498765276">
      <w:bodyDiv w:val="1"/>
      <w:marLeft w:val="0"/>
      <w:marRight w:val="0"/>
      <w:marTop w:val="0"/>
      <w:marBottom w:val="0"/>
      <w:divBdr>
        <w:top w:val="none" w:sz="0" w:space="0" w:color="auto"/>
        <w:left w:val="none" w:sz="0" w:space="0" w:color="auto"/>
        <w:bottom w:val="none" w:sz="0" w:space="0" w:color="auto"/>
        <w:right w:val="none" w:sz="0" w:space="0" w:color="auto"/>
      </w:divBdr>
      <w:divsChild>
        <w:div w:id="35467906">
          <w:marLeft w:val="480"/>
          <w:marRight w:val="0"/>
          <w:marTop w:val="0"/>
          <w:marBottom w:val="0"/>
          <w:divBdr>
            <w:top w:val="none" w:sz="0" w:space="0" w:color="auto"/>
            <w:left w:val="none" w:sz="0" w:space="0" w:color="auto"/>
            <w:bottom w:val="none" w:sz="0" w:space="0" w:color="auto"/>
            <w:right w:val="none" w:sz="0" w:space="0" w:color="auto"/>
          </w:divBdr>
        </w:div>
        <w:div w:id="38667872">
          <w:marLeft w:val="480"/>
          <w:marRight w:val="0"/>
          <w:marTop w:val="0"/>
          <w:marBottom w:val="0"/>
          <w:divBdr>
            <w:top w:val="none" w:sz="0" w:space="0" w:color="auto"/>
            <w:left w:val="none" w:sz="0" w:space="0" w:color="auto"/>
            <w:bottom w:val="none" w:sz="0" w:space="0" w:color="auto"/>
            <w:right w:val="none" w:sz="0" w:space="0" w:color="auto"/>
          </w:divBdr>
        </w:div>
        <w:div w:id="68118043">
          <w:marLeft w:val="480"/>
          <w:marRight w:val="0"/>
          <w:marTop w:val="0"/>
          <w:marBottom w:val="0"/>
          <w:divBdr>
            <w:top w:val="none" w:sz="0" w:space="0" w:color="auto"/>
            <w:left w:val="none" w:sz="0" w:space="0" w:color="auto"/>
            <w:bottom w:val="none" w:sz="0" w:space="0" w:color="auto"/>
            <w:right w:val="none" w:sz="0" w:space="0" w:color="auto"/>
          </w:divBdr>
        </w:div>
        <w:div w:id="169763439">
          <w:marLeft w:val="480"/>
          <w:marRight w:val="0"/>
          <w:marTop w:val="0"/>
          <w:marBottom w:val="0"/>
          <w:divBdr>
            <w:top w:val="none" w:sz="0" w:space="0" w:color="auto"/>
            <w:left w:val="none" w:sz="0" w:space="0" w:color="auto"/>
            <w:bottom w:val="none" w:sz="0" w:space="0" w:color="auto"/>
            <w:right w:val="none" w:sz="0" w:space="0" w:color="auto"/>
          </w:divBdr>
        </w:div>
        <w:div w:id="327557469">
          <w:marLeft w:val="480"/>
          <w:marRight w:val="0"/>
          <w:marTop w:val="0"/>
          <w:marBottom w:val="0"/>
          <w:divBdr>
            <w:top w:val="none" w:sz="0" w:space="0" w:color="auto"/>
            <w:left w:val="none" w:sz="0" w:space="0" w:color="auto"/>
            <w:bottom w:val="none" w:sz="0" w:space="0" w:color="auto"/>
            <w:right w:val="none" w:sz="0" w:space="0" w:color="auto"/>
          </w:divBdr>
        </w:div>
        <w:div w:id="409423733">
          <w:marLeft w:val="480"/>
          <w:marRight w:val="0"/>
          <w:marTop w:val="0"/>
          <w:marBottom w:val="0"/>
          <w:divBdr>
            <w:top w:val="none" w:sz="0" w:space="0" w:color="auto"/>
            <w:left w:val="none" w:sz="0" w:space="0" w:color="auto"/>
            <w:bottom w:val="none" w:sz="0" w:space="0" w:color="auto"/>
            <w:right w:val="none" w:sz="0" w:space="0" w:color="auto"/>
          </w:divBdr>
        </w:div>
        <w:div w:id="602151484">
          <w:marLeft w:val="480"/>
          <w:marRight w:val="0"/>
          <w:marTop w:val="0"/>
          <w:marBottom w:val="0"/>
          <w:divBdr>
            <w:top w:val="none" w:sz="0" w:space="0" w:color="auto"/>
            <w:left w:val="none" w:sz="0" w:space="0" w:color="auto"/>
            <w:bottom w:val="none" w:sz="0" w:space="0" w:color="auto"/>
            <w:right w:val="none" w:sz="0" w:space="0" w:color="auto"/>
          </w:divBdr>
        </w:div>
        <w:div w:id="778112112">
          <w:marLeft w:val="480"/>
          <w:marRight w:val="0"/>
          <w:marTop w:val="0"/>
          <w:marBottom w:val="0"/>
          <w:divBdr>
            <w:top w:val="none" w:sz="0" w:space="0" w:color="auto"/>
            <w:left w:val="none" w:sz="0" w:space="0" w:color="auto"/>
            <w:bottom w:val="none" w:sz="0" w:space="0" w:color="auto"/>
            <w:right w:val="none" w:sz="0" w:space="0" w:color="auto"/>
          </w:divBdr>
        </w:div>
        <w:div w:id="783573990">
          <w:marLeft w:val="480"/>
          <w:marRight w:val="0"/>
          <w:marTop w:val="0"/>
          <w:marBottom w:val="0"/>
          <w:divBdr>
            <w:top w:val="none" w:sz="0" w:space="0" w:color="auto"/>
            <w:left w:val="none" w:sz="0" w:space="0" w:color="auto"/>
            <w:bottom w:val="none" w:sz="0" w:space="0" w:color="auto"/>
            <w:right w:val="none" w:sz="0" w:space="0" w:color="auto"/>
          </w:divBdr>
        </w:div>
        <w:div w:id="879782908">
          <w:marLeft w:val="480"/>
          <w:marRight w:val="0"/>
          <w:marTop w:val="0"/>
          <w:marBottom w:val="0"/>
          <w:divBdr>
            <w:top w:val="none" w:sz="0" w:space="0" w:color="auto"/>
            <w:left w:val="none" w:sz="0" w:space="0" w:color="auto"/>
            <w:bottom w:val="none" w:sz="0" w:space="0" w:color="auto"/>
            <w:right w:val="none" w:sz="0" w:space="0" w:color="auto"/>
          </w:divBdr>
        </w:div>
        <w:div w:id="1012074365">
          <w:marLeft w:val="480"/>
          <w:marRight w:val="0"/>
          <w:marTop w:val="0"/>
          <w:marBottom w:val="0"/>
          <w:divBdr>
            <w:top w:val="none" w:sz="0" w:space="0" w:color="auto"/>
            <w:left w:val="none" w:sz="0" w:space="0" w:color="auto"/>
            <w:bottom w:val="none" w:sz="0" w:space="0" w:color="auto"/>
            <w:right w:val="none" w:sz="0" w:space="0" w:color="auto"/>
          </w:divBdr>
        </w:div>
        <w:div w:id="1113592047">
          <w:marLeft w:val="480"/>
          <w:marRight w:val="0"/>
          <w:marTop w:val="0"/>
          <w:marBottom w:val="0"/>
          <w:divBdr>
            <w:top w:val="none" w:sz="0" w:space="0" w:color="auto"/>
            <w:left w:val="none" w:sz="0" w:space="0" w:color="auto"/>
            <w:bottom w:val="none" w:sz="0" w:space="0" w:color="auto"/>
            <w:right w:val="none" w:sz="0" w:space="0" w:color="auto"/>
          </w:divBdr>
        </w:div>
        <w:div w:id="1147552319">
          <w:marLeft w:val="480"/>
          <w:marRight w:val="0"/>
          <w:marTop w:val="0"/>
          <w:marBottom w:val="0"/>
          <w:divBdr>
            <w:top w:val="none" w:sz="0" w:space="0" w:color="auto"/>
            <w:left w:val="none" w:sz="0" w:space="0" w:color="auto"/>
            <w:bottom w:val="none" w:sz="0" w:space="0" w:color="auto"/>
            <w:right w:val="none" w:sz="0" w:space="0" w:color="auto"/>
          </w:divBdr>
        </w:div>
        <w:div w:id="1171413494">
          <w:marLeft w:val="480"/>
          <w:marRight w:val="0"/>
          <w:marTop w:val="0"/>
          <w:marBottom w:val="0"/>
          <w:divBdr>
            <w:top w:val="none" w:sz="0" w:space="0" w:color="auto"/>
            <w:left w:val="none" w:sz="0" w:space="0" w:color="auto"/>
            <w:bottom w:val="none" w:sz="0" w:space="0" w:color="auto"/>
            <w:right w:val="none" w:sz="0" w:space="0" w:color="auto"/>
          </w:divBdr>
        </w:div>
        <w:div w:id="1221475331">
          <w:marLeft w:val="480"/>
          <w:marRight w:val="0"/>
          <w:marTop w:val="0"/>
          <w:marBottom w:val="0"/>
          <w:divBdr>
            <w:top w:val="none" w:sz="0" w:space="0" w:color="auto"/>
            <w:left w:val="none" w:sz="0" w:space="0" w:color="auto"/>
            <w:bottom w:val="none" w:sz="0" w:space="0" w:color="auto"/>
            <w:right w:val="none" w:sz="0" w:space="0" w:color="auto"/>
          </w:divBdr>
        </w:div>
        <w:div w:id="1251162579">
          <w:marLeft w:val="480"/>
          <w:marRight w:val="0"/>
          <w:marTop w:val="0"/>
          <w:marBottom w:val="0"/>
          <w:divBdr>
            <w:top w:val="none" w:sz="0" w:space="0" w:color="auto"/>
            <w:left w:val="none" w:sz="0" w:space="0" w:color="auto"/>
            <w:bottom w:val="none" w:sz="0" w:space="0" w:color="auto"/>
            <w:right w:val="none" w:sz="0" w:space="0" w:color="auto"/>
          </w:divBdr>
        </w:div>
        <w:div w:id="1269196342">
          <w:marLeft w:val="480"/>
          <w:marRight w:val="0"/>
          <w:marTop w:val="0"/>
          <w:marBottom w:val="0"/>
          <w:divBdr>
            <w:top w:val="none" w:sz="0" w:space="0" w:color="auto"/>
            <w:left w:val="none" w:sz="0" w:space="0" w:color="auto"/>
            <w:bottom w:val="none" w:sz="0" w:space="0" w:color="auto"/>
            <w:right w:val="none" w:sz="0" w:space="0" w:color="auto"/>
          </w:divBdr>
        </w:div>
        <w:div w:id="1414282799">
          <w:marLeft w:val="480"/>
          <w:marRight w:val="0"/>
          <w:marTop w:val="0"/>
          <w:marBottom w:val="0"/>
          <w:divBdr>
            <w:top w:val="none" w:sz="0" w:space="0" w:color="auto"/>
            <w:left w:val="none" w:sz="0" w:space="0" w:color="auto"/>
            <w:bottom w:val="none" w:sz="0" w:space="0" w:color="auto"/>
            <w:right w:val="none" w:sz="0" w:space="0" w:color="auto"/>
          </w:divBdr>
        </w:div>
        <w:div w:id="1478567375">
          <w:marLeft w:val="480"/>
          <w:marRight w:val="0"/>
          <w:marTop w:val="0"/>
          <w:marBottom w:val="0"/>
          <w:divBdr>
            <w:top w:val="none" w:sz="0" w:space="0" w:color="auto"/>
            <w:left w:val="none" w:sz="0" w:space="0" w:color="auto"/>
            <w:bottom w:val="none" w:sz="0" w:space="0" w:color="auto"/>
            <w:right w:val="none" w:sz="0" w:space="0" w:color="auto"/>
          </w:divBdr>
        </w:div>
        <w:div w:id="1483035166">
          <w:marLeft w:val="480"/>
          <w:marRight w:val="0"/>
          <w:marTop w:val="0"/>
          <w:marBottom w:val="0"/>
          <w:divBdr>
            <w:top w:val="none" w:sz="0" w:space="0" w:color="auto"/>
            <w:left w:val="none" w:sz="0" w:space="0" w:color="auto"/>
            <w:bottom w:val="none" w:sz="0" w:space="0" w:color="auto"/>
            <w:right w:val="none" w:sz="0" w:space="0" w:color="auto"/>
          </w:divBdr>
        </w:div>
        <w:div w:id="1502815535">
          <w:marLeft w:val="480"/>
          <w:marRight w:val="0"/>
          <w:marTop w:val="0"/>
          <w:marBottom w:val="0"/>
          <w:divBdr>
            <w:top w:val="none" w:sz="0" w:space="0" w:color="auto"/>
            <w:left w:val="none" w:sz="0" w:space="0" w:color="auto"/>
            <w:bottom w:val="none" w:sz="0" w:space="0" w:color="auto"/>
            <w:right w:val="none" w:sz="0" w:space="0" w:color="auto"/>
          </w:divBdr>
        </w:div>
        <w:div w:id="1509321678">
          <w:marLeft w:val="480"/>
          <w:marRight w:val="0"/>
          <w:marTop w:val="0"/>
          <w:marBottom w:val="0"/>
          <w:divBdr>
            <w:top w:val="none" w:sz="0" w:space="0" w:color="auto"/>
            <w:left w:val="none" w:sz="0" w:space="0" w:color="auto"/>
            <w:bottom w:val="none" w:sz="0" w:space="0" w:color="auto"/>
            <w:right w:val="none" w:sz="0" w:space="0" w:color="auto"/>
          </w:divBdr>
        </w:div>
        <w:div w:id="1593708649">
          <w:marLeft w:val="480"/>
          <w:marRight w:val="0"/>
          <w:marTop w:val="0"/>
          <w:marBottom w:val="0"/>
          <w:divBdr>
            <w:top w:val="none" w:sz="0" w:space="0" w:color="auto"/>
            <w:left w:val="none" w:sz="0" w:space="0" w:color="auto"/>
            <w:bottom w:val="none" w:sz="0" w:space="0" w:color="auto"/>
            <w:right w:val="none" w:sz="0" w:space="0" w:color="auto"/>
          </w:divBdr>
        </w:div>
        <w:div w:id="1611546285">
          <w:marLeft w:val="480"/>
          <w:marRight w:val="0"/>
          <w:marTop w:val="0"/>
          <w:marBottom w:val="0"/>
          <w:divBdr>
            <w:top w:val="none" w:sz="0" w:space="0" w:color="auto"/>
            <w:left w:val="none" w:sz="0" w:space="0" w:color="auto"/>
            <w:bottom w:val="none" w:sz="0" w:space="0" w:color="auto"/>
            <w:right w:val="none" w:sz="0" w:space="0" w:color="auto"/>
          </w:divBdr>
        </w:div>
        <w:div w:id="1620717934">
          <w:marLeft w:val="480"/>
          <w:marRight w:val="0"/>
          <w:marTop w:val="0"/>
          <w:marBottom w:val="0"/>
          <w:divBdr>
            <w:top w:val="none" w:sz="0" w:space="0" w:color="auto"/>
            <w:left w:val="none" w:sz="0" w:space="0" w:color="auto"/>
            <w:bottom w:val="none" w:sz="0" w:space="0" w:color="auto"/>
            <w:right w:val="none" w:sz="0" w:space="0" w:color="auto"/>
          </w:divBdr>
        </w:div>
        <w:div w:id="1629513404">
          <w:marLeft w:val="480"/>
          <w:marRight w:val="0"/>
          <w:marTop w:val="0"/>
          <w:marBottom w:val="0"/>
          <w:divBdr>
            <w:top w:val="none" w:sz="0" w:space="0" w:color="auto"/>
            <w:left w:val="none" w:sz="0" w:space="0" w:color="auto"/>
            <w:bottom w:val="none" w:sz="0" w:space="0" w:color="auto"/>
            <w:right w:val="none" w:sz="0" w:space="0" w:color="auto"/>
          </w:divBdr>
        </w:div>
        <w:div w:id="1919434606">
          <w:marLeft w:val="480"/>
          <w:marRight w:val="0"/>
          <w:marTop w:val="0"/>
          <w:marBottom w:val="0"/>
          <w:divBdr>
            <w:top w:val="none" w:sz="0" w:space="0" w:color="auto"/>
            <w:left w:val="none" w:sz="0" w:space="0" w:color="auto"/>
            <w:bottom w:val="none" w:sz="0" w:space="0" w:color="auto"/>
            <w:right w:val="none" w:sz="0" w:space="0" w:color="auto"/>
          </w:divBdr>
        </w:div>
        <w:div w:id="1999649776">
          <w:marLeft w:val="480"/>
          <w:marRight w:val="0"/>
          <w:marTop w:val="0"/>
          <w:marBottom w:val="0"/>
          <w:divBdr>
            <w:top w:val="none" w:sz="0" w:space="0" w:color="auto"/>
            <w:left w:val="none" w:sz="0" w:space="0" w:color="auto"/>
            <w:bottom w:val="none" w:sz="0" w:space="0" w:color="auto"/>
            <w:right w:val="none" w:sz="0" w:space="0" w:color="auto"/>
          </w:divBdr>
        </w:div>
        <w:div w:id="2060542943">
          <w:marLeft w:val="480"/>
          <w:marRight w:val="0"/>
          <w:marTop w:val="0"/>
          <w:marBottom w:val="0"/>
          <w:divBdr>
            <w:top w:val="none" w:sz="0" w:space="0" w:color="auto"/>
            <w:left w:val="none" w:sz="0" w:space="0" w:color="auto"/>
            <w:bottom w:val="none" w:sz="0" w:space="0" w:color="auto"/>
            <w:right w:val="none" w:sz="0" w:space="0" w:color="auto"/>
          </w:divBdr>
        </w:div>
        <w:div w:id="2060587863">
          <w:marLeft w:val="480"/>
          <w:marRight w:val="0"/>
          <w:marTop w:val="0"/>
          <w:marBottom w:val="0"/>
          <w:divBdr>
            <w:top w:val="none" w:sz="0" w:space="0" w:color="auto"/>
            <w:left w:val="none" w:sz="0" w:space="0" w:color="auto"/>
            <w:bottom w:val="none" w:sz="0" w:space="0" w:color="auto"/>
            <w:right w:val="none" w:sz="0" w:space="0" w:color="auto"/>
          </w:divBdr>
        </w:div>
        <w:div w:id="2109614533">
          <w:marLeft w:val="480"/>
          <w:marRight w:val="0"/>
          <w:marTop w:val="0"/>
          <w:marBottom w:val="0"/>
          <w:divBdr>
            <w:top w:val="none" w:sz="0" w:space="0" w:color="auto"/>
            <w:left w:val="none" w:sz="0" w:space="0" w:color="auto"/>
            <w:bottom w:val="none" w:sz="0" w:space="0" w:color="auto"/>
            <w:right w:val="none" w:sz="0" w:space="0" w:color="auto"/>
          </w:divBdr>
        </w:div>
        <w:div w:id="2135057492">
          <w:marLeft w:val="480"/>
          <w:marRight w:val="0"/>
          <w:marTop w:val="0"/>
          <w:marBottom w:val="0"/>
          <w:divBdr>
            <w:top w:val="none" w:sz="0" w:space="0" w:color="auto"/>
            <w:left w:val="none" w:sz="0" w:space="0" w:color="auto"/>
            <w:bottom w:val="none" w:sz="0" w:space="0" w:color="auto"/>
            <w:right w:val="none" w:sz="0" w:space="0" w:color="auto"/>
          </w:divBdr>
        </w:div>
      </w:divsChild>
    </w:div>
    <w:div w:id="1498770557">
      <w:bodyDiv w:val="1"/>
      <w:marLeft w:val="0"/>
      <w:marRight w:val="0"/>
      <w:marTop w:val="0"/>
      <w:marBottom w:val="0"/>
      <w:divBdr>
        <w:top w:val="none" w:sz="0" w:space="0" w:color="auto"/>
        <w:left w:val="none" w:sz="0" w:space="0" w:color="auto"/>
        <w:bottom w:val="none" w:sz="0" w:space="0" w:color="auto"/>
        <w:right w:val="none" w:sz="0" w:space="0" w:color="auto"/>
      </w:divBdr>
    </w:div>
    <w:div w:id="1500316206">
      <w:bodyDiv w:val="1"/>
      <w:marLeft w:val="0"/>
      <w:marRight w:val="0"/>
      <w:marTop w:val="0"/>
      <w:marBottom w:val="0"/>
      <w:divBdr>
        <w:top w:val="none" w:sz="0" w:space="0" w:color="auto"/>
        <w:left w:val="none" w:sz="0" w:space="0" w:color="auto"/>
        <w:bottom w:val="none" w:sz="0" w:space="0" w:color="auto"/>
        <w:right w:val="none" w:sz="0" w:space="0" w:color="auto"/>
      </w:divBdr>
    </w:div>
    <w:div w:id="1500536571">
      <w:bodyDiv w:val="1"/>
      <w:marLeft w:val="0"/>
      <w:marRight w:val="0"/>
      <w:marTop w:val="0"/>
      <w:marBottom w:val="0"/>
      <w:divBdr>
        <w:top w:val="none" w:sz="0" w:space="0" w:color="auto"/>
        <w:left w:val="none" w:sz="0" w:space="0" w:color="auto"/>
        <w:bottom w:val="none" w:sz="0" w:space="0" w:color="auto"/>
        <w:right w:val="none" w:sz="0" w:space="0" w:color="auto"/>
      </w:divBdr>
    </w:div>
    <w:div w:id="1504709298">
      <w:bodyDiv w:val="1"/>
      <w:marLeft w:val="0"/>
      <w:marRight w:val="0"/>
      <w:marTop w:val="0"/>
      <w:marBottom w:val="0"/>
      <w:divBdr>
        <w:top w:val="none" w:sz="0" w:space="0" w:color="auto"/>
        <w:left w:val="none" w:sz="0" w:space="0" w:color="auto"/>
        <w:bottom w:val="none" w:sz="0" w:space="0" w:color="auto"/>
        <w:right w:val="none" w:sz="0" w:space="0" w:color="auto"/>
      </w:divBdr>
    </w:div>
    <w:div w:id="1506819371">
      <w:bodyDiv w:val="1"/>
      <w:marLeft w:val="0"/>
      <w:marRight w:val="0"/>
      <w:marTop w:val="0"/>
      <w:marBottom w:val="0"/>
      <w:divBdr>
        <w:top w:val="none" w:sz="0" w:space="0" w:color="auto"/>
        <w:left w:val="none" w:sz="0" w:space="0" w:color="auto"/>
        <w:bottom w:val="none" w:sz="0" w:space="0" w:color="auto"/>
        <w:right w:val="none" w:sz="0" w:space="0" w:color="auto"/>
      </w:divBdr>
    </w:div>
    <w:div w:id="1512253575">
      <w:bodyDiv w:val="1"/>
      <w:marLeft w:val="0"/>
      <w:marRight w:val="0"/>
      <w:marTop w:val="0"/>
      <w:marBottom w:val="0"/>
      <w:divBdr>
        <w:top w:val="none" w:sz="0" w:space="0" w:color="auto"/>
        <w:left w:val="none" w:sz="0" w:space="0" w:color="auto"/>
        <w:bottom w:val="none" w:sz="0" w:space="0" w:color="auto"/>
        <w:right w:val="none" w:sz="0" w:space="0" w:color="auto"/>
      </w:divBdr>
    </w:div>
    <w:div w:id="1513716140">
      <w:bodyDiv w:val="1"/>
      <w:marLeft w:val="0"/>
      <w:marRight w:val="0"/>
      <w:marTop w:val="0"/>
      <w:marBottom w:val="0"/>
      <w:divBdr>
        <w:top w:val="none" w:sz="0" w:space="0" w:color="auto"/>
        <w:left w:val="none" w:sz="0" w:space="0" w:color="auto"/>
        <w:bottom w:val="none" w:sz="0" w:space="0" w:color="auto"/>
        <w:right w:val="none" w:sz="0" w:space="0" w:color="auto"/>
      </w:divBdr>
    </w:div>
    <w:div w:id="1513883589">
      <w:bodyDiv w:val="1"/>
      <w:marLeft w:val="0"/>
      <w:marRight w:val="0"/>
      <w:marTop w:val="0"/>
      <w:marBottom w:val="0"/>
      <w:divBdr>
        <w:top w:val="none" w:sz="0" w:space="0" w:color="auto"/>
        <w:left w:val="none" w:sz="0" w:space="0" w:color="auto"/>
        <w:bottom w:val="none" w:sz="0" w:space="0" w:color="auto"/>
        <w:right w:val="none" w:sz="0" w:space="0" w:color="auto"/>
      </w:divBdr>
    </w:div>
    <w:div w:id="1513956655">
      <w:bodyDiv w:val="1"/>
      <w:marLeft w:val="0"/>
      <w:marRight w:val="0"/>
      <w:marTop w:val="0"/>
      <w:marBottom w:val="0"/>
      <w:divBdr>
        <w:top w:val="none" w:sz="0" w:space="0" w:color="auto"/>
        <w:left w:val="none" w:sz="0" w:space="0" w:color="auto"/>
        <w:bottom w:val="none" w:sz="0" w:space="0" w:color="auto"/>
        <w:right w:val="none" w:sz="0" w:space="0" w:color="auto"/>
      </w:divBdr>
    </w:div>
    <w:div w:id="1514493139">
      <w:bodyDiv w:val="1"/>
      <w:marLeft w:val="0"/>
      <w:marRight w:val="0"/>
      <w:marTop w:val="0"/>
      <w:marBottom w:val="0"/>
      <w:divBdr>
        <w:top w:val="none" w:sz="0" w:space="0" w:color="auto"/>
        <w:left w:val="none" w:sz="0" w:space="0" w:color="auto"/>
        <w:bottom w:val="none" w:sz="0" w:space="0" w:color="auto"/>
        <w:right w:val="none" w:sz="0" w:space="0" w:color="auto"/>
      </w:divBdr>
    </w:div>
    <w:div w:id="1516797897">
      <w:bodyDiv w:val="1"/>
      <w:marLeft w:val="0"/>
      <w:marRight w:val="0"/>
      <w:marTop w:val="0"/>
      <w:marBottom w:val="0"/>
      <w:divBdr>
        <w:top w:val="none" w:sz="0" w:space="0" w:color="auto"/>
        <w:left w:val="none" w:sz="0" w:space="0" w:color="auto"/>
        <w:bottom w:val="none" w:sz="0" w:space="0" w:color="auto"/>
        <w:right w:val="none" w:sz="0" w:space="0" w:color="auto"/>
      </w:divBdr>
    </w:div>
    <w:div w:id="1517110368">
      <w:bodyDiv w:val="1"/>
      <w:marLeft w:val="0"/>
      <w:marRight w:val="0"/>
      <w:marTop w:val="0"/>
      <w:marBottom w:val="0"/>
      <w:divBdr>
        <w:top w:val="none" w:sz="0" w:space="0" w:color="auto"/>
        <w:left w:val="none" w:sz="0" w:space="0" w:color="auto"/>
        <w:bottom w:val="none" w:sz="0" w:space="0" w:color="auto"/>
        <w:right w:val="none" w:sz="0" w:space="0" w:color="auto"/>
      </w:divBdr>
      <w:divsChild>
        <w:div w:id="53087163">
          <w:marLeft w:val="480"/>
          <w:marRight w:val="0"/>
          <w:marTop w:val="0"/>
          <w:marBottom w:val="0"/>
          <w:divBdr>
            <w:top w:val="none" w:sz="0" w:space="0" w:color="auto"/>
            <w:left w:val="none" w:sz="0" w:space="0" w:color="auto"/>
            <w:bottom w:val="none" w:sz="0" w:space="0" w:color="auto"/>
            <w:right w:val="none" w:sz="0" w:space="0" w:color="auto"/>
          </w:divBdr>
        </w:div>
        <w:div w:id="73482221">
          <w:marLeft w:val="480"/>
          <w:marRight w:val="0"/>
          <w:marTop w:val="0"/>
          <w:marBottom w:val="0"/>
          <w:divBdr>
            <w:top w:val="none" w:sz="0" w:space="0" w:color="auto"/>
            <w:left w:val="none" w:sz="0" w:space="0" w:color="auto"/>
            <w:bottom w:val="none" w:sz="0" w:space="0" w:color="auto"/>
            <w:right w:val="none" w:sz="0" w:space="0" w:color="auto"/>
          </w:divBdr>
        </w:div>
        <w:div w:id="147210235">
          <w:marLeft w:val="480"/>
          <w:marRight w:val="0"/>
          <w:marTop w:val="0"/>
          <w:marBottom w:val="0"/>
          <w:divBdr>
            <w:top w:val="none" w:sz="0" w:space="0" w:color="auto"/>
            <w:left w:val="none" w:sz="0" w:space="0" w:color="auto"/>
            <w:bottom w:val="none" w:sz="0" w:space="0" w:color="auto"/>
            <w:right w:val="none" w:sz="0" w:space="0" w:color="auto"/>
          </w:divBdr>
        </w:div>
        <w:div w:id="152720581">
          <w:marLeft w:val="480"/>
          <w:marRight w:val="0"/>
          <w:marTop w:val="0"/>
          <w:marBottom w:val="0"/>
          <w:divBdr>
            <w:top w:val="none" w:sz="0" w:space="0" w:color="auto"/>
            <w:left w:val="none" w:sz="0" w:space="0" w:color="auto"/>
            <w:bottom w:val="none" w:sz="0" w:space="0" w:color="auto"/>
            <w:right w:val="none" w:sz="0" w:space="0" w:color="auto"/>
          </w:divBdr>
        </w:div>
        <w:div w:id="201525607">
          <w:marLeft w:val="480"/>
          <w:marRight w:val="0"/>
          <w:marTop w:val="0"/>
          <w:marBottom w:val="0"/>
          <w:divBdr>
            <w:top w:val="none" w:sz="0" w:space="0" w:color="auto"/>
            <w:left w:val="none" w:sz="0" w:space="0" w:color="auto"/>
            <w:bottom w:val="none" w:sz="0" w:space="0" w:color="auto"/>
            <w:right w:val="none" w:sz="0" w:space="0" w:color="auto"/>
          </w:divBdr>
        </w:div>
        <w:div w:id="228884075">
          <w:marLeft w:val="480"/>
          <w:marRight w:val="0"/>
          <w:marTop w:val="0"/>
          <w:marBottom w:val="0"/>
          <w:divBdr>
            <w:top w:val="none" w:sz="0" w:space="0" w:color="auto"/>
            <w:left w:val="none" w:sz="0" w:space="0" w:color="auto"/>
            <w:bottom w:val="none" w:sz="0" w:space="0" w:color="auto"/>
            <w:right w:val="none" w:sz="0" w:space="0" w:color="auto"/>
          </w:divBdr>
        </w:div>
        <w:div w:id="228927717">
          <w:marLeft w:val="480"/>
          <w:marRight w:val="0"/>
          <w:marTop w:val="0"/>
          <w:marBottom w:val="0"/>
          <w:divBdr>
            <w:top w:val="none" w:sz="0" w:space="0" w:color="auto"/>
            <w:left w:val="none" w:sz="0" w:space="0" w:color="auto"/>
            <w:bottom w:val="none" w:sz="0" w:space="0" w:color="auto"/>
            <w:right w:val="none" w:sz="0" w:space="0" w:color="auto"/>
          </w:divBdr>
        </w:div>
        <w:div w:id="236597054">
          <w:marLeft w:val="480"/>
          <w:marRight w:val="0"/>
          <w:marTop w:val="0"/>
          <w:marBottom w:val="0"/>
          <w:divBdr>
            <w:top w:val="none" w:sz="0" w:space="0" w:color="auto"/>
            <w:left w:val="none" w:sz="0" w:space="0" w:color="auto"/>
            <w:bottom w:val="none" w:sz="0" w:space="0" w:color="auto"/>
            <w:right w:val="none" w:sz="0" w:space="0" w:color="auto"/>
          </w:divBdr>
        </w:div>
        <w:div w:id="277610803">
          <w:marLeft w:val="480"/>
          <w:marRight w:val="0"/>
          <w:marTop w:val="0"/>
          <w:marBottom w:val="0"/>
          <w:divBdr>
            <w:top w:val="none" w:sz="0" w:space="0" w:color="auto"/>
            <w:left w:val="none" w:sz="0" w:space="0" w:color="auto"/>
            <w:bottom w:val="none" w:sz="0" w:space="0" w:color="auto"/>
            <w:right w:val="none" w:sz="0" w:space="0" w:color="auto"/>
          </w:divBdr>
        </w:div>
        <w:div w:id="307318286">
          <w:marLeft w:val="480"/>
          <w:marRight w:val="0"/>
          <w:marTop w:val="0"/>
          <w:marBottom w:val="0"/>
          <w:divBdr>
            <w:top w:val="none" w:sz="0" w:space="0" w:color="auto"/>
            <w:left w:val="none" w:sz="0" w:space="0" w:color="auto"/>
            <w:bottom w:val="none" w:sz="0" w:space="0" w:color="auto"/>
            <w:right w:val="none" w:sz="0" w:space="0" w:color="auto"/>
          </w:divBdr>
        </w:div>
        <w:div w:id="317926054">
          <w:marLeft w:val="480"/>
          <w:marRight w:val="0"/>
          <w:marTop w:val="0"/>
          <w:marBottom w:val="0"/>
          <w:divBdr>
            <w:top w:val="none" w:sz="0" w:space="0" w:color="auto"/>
            <w:left w:val="none" w:sz="0" w:space="0" w:color="auto"/>
            <w:bottom w:val="none" w:sz="0" w:space="0" w:color="auto"/>
            <w:right w:val="none" w:sz="0" w:space="0" w:color="auto"/>
          </w:divBdr>
        </w:div>
        <w:div w:id="333001300">
          <w:marLeft w:val="480"/>
          <w:marRight w:val="0"/>
          <w:marTop w:val="0"/>
          <w:marBottom w:val="0"/>
          <w:divBdr>
            <w:top w:val="none" w:sz="0" w:space="0" w:color="auto"/>
            <w:left w:val="none" w:sz="0" w:space="0" w:color="auto"/>
            <w:bottom w:val="none" w:sz="0" w:space="0" w:color="auto"/>
            <w:right w:val="none" w:sz="0" w:space="0" w:color="auto"/>
          </w:divBdr>
        </w:div>
        <w:div w:id="357047572">
          <w:marLeft w:val="480"/>
          <w:marRight w:val="0"/>
          <w:marTop w:val="0"/>
          <w:marBottom w:val="0"/>
          <w:divBdr>
            <w:top w:val="none" w:sz="0" w:space="0" w:color="auto"/>
            <w:left w:val="none" w:sz="0" w:space="0" w:color="auto"/>
            <w:bottom w:val="none" w:sz="0" w:space="0" w:color="auto"/>
            <w:right w:val="none" w:sz="0" w:space="0" w:color="auto"/>
          </w:divBdr>
        </w:div>
        <w:div w:id="419646249">
          <w:marLeft w:val="480"/>
          <w:marRight w:val="0"/>
          <w:marTop w:val="0"/>
          <w:marBottom w:val="0"/>
          <w:divBdr>
            <w:top w:val="none" w:sz="0" w:space="0" w:color="auto"/>
            <w:left w:val="none" w:sz="0" w:space="0" w:color="auto"/>
            <w:bottom w:val="none" w:sz="0" w:space="0" w:color="auto"/>
            <w:right w:val="none" w:sz="0" w:space="0" w:color="auto"/>
          </w:divBdr>
        </w:div>
        <w:div w:id="478032258">
          <w:marLeft w:val="480"/>
          <w:marRight w:val="0"/>
          <w:marTop w:val="0"/>
          <w:marBottom w:val="0"/>
          <w:divBdr>
            <w:top w:val="none" w:sz="0" w:space="0" w:color="auto"/>
            <w:left w:val="none" w:sz="0" w:space="0" w:color="auto"/>
            <w:bottom w:val="none" w:sz="0" w:space="0" w:color="auto"/>
            <w:right w:val="none" w:sz="0" w:space="0" w:color="auto"/>
          </w:divBdr>
        </w:div>
        <w:div w:id="482938232">
          <w:marLeft w:val="480"/>
          <w:marRight w:val="0"/>
          <w:marTop w:val="0"/>
          <w:marBottom w:val="0"/>
          <w:divBdr>
            <w:top w:val="none" w:sz="0" w:space="0" w:color="auto"/>
            <w:left w:val="none" w:sz="0" w:space="0" w:color="auto"/>
            <w:bottom w:val="none" w:sz="0" w:space="0" w:color="auto"/>
            <w:right w:val="none" w:sz="0" w:space="0" w:color="auto"/>
          </w:divBdr>
        </w:div>
        <w:div w:id="495800422">
          <w:marLeft w:val="480"/>
          <w:marRight w:val="0"/>
          <w:marTop w:val="0"/>
          <w:marBottom w:val="0"/>
          <w:divBdr>
            <w:top w:val="none" w:sz="0" w:space="0" w:color="auto"/>
            <w:left w:val="none" w:sz="0" w:space="0" w:color="auto"/>
            <w:bottom w:val="none" w:sz="0" w:space="0" w:color="auto"/>
            <w:right w:val="none" w:sz="0" w:space="0" w:color="auto"/>
          </w:divBdr>
        </w:div>
        <w:div w:id="507913039">
          <w:marLeft w:val="480"/>
          <w:marRight w:val="0"/>
          <w:marTop w:val="0"/>
          <w:marBottom w:val="0"/>
          <w:divBdr>
            <w:top w:val="none" w:sz="0" w:space="0" w:color="auto"/>
            <w:left w:val="none" w:sz="0" w:space="0" w:color="auto"/>
            <w:bottom w:val="none" w:sz="0" w:space="0" w:color="auto"/>
            <w:right w:val="none" w:sz="0" w:space="0" w:color="auto"/>
          </w:divBdr>
        </w:div>
        <w:div w:id="528184343">
          <w:marLeft w:val="480"/>
          <w:marRight w:val="0"/>
          <w:marTop w:val="0"/>
          <w:marBottom w:val="0"/>
          <w:divBdr>
            <w:top w:val="none" w:sz="0" w:space="0" w:color="auto"/>
            <w:left w:val="none" w:sz="0" w:space="0" w:color="auto"/>
            <w:bottom w:val="none" w:sz="0" w:space="0" w:color="auto"/>
            <w:right w:val="none" w:sz="0" w:space="0" w:color="auto"/>
          </w:divBdr>
        </w:div>
        <w:div w:id="798646937">
          <w:marLeft w:val="480"/>
          <w:marRight w:val="0"/>
          <w:marTop w:val="0"/>
          <w:marBottom w:val="0"/>
          <w:divBdr>
            <w:top w:val="none" w:sz="0" w:space="0" w:color="auto"/>
            <w:left w:val="none" w:sz="0" w:space="0" w:color="auto"/>
            <w:bottom w:val="none" w:sz="0" w:space="0" w:color="auto"/>
            <w:right w:val="none" w:sz="0" w:space="0" w:color="auto"/>
          </w:divBdr>
        </w:div>
        <w:div w:id="1009335294">
          <w:marLeft w:val="480"/>
          <w:marRight w:val="0"/>
          <w:marTop w:val="0"/>
          <w:marBottom w:val="0"/>
          <w:divBdr>
            <w:top w:val="none" w:sz="0" w:space="0" w:color="auto"/>
            <w:left w:val="none" w:sz="0" w:space="0" w:color="auto"/>
            <w:bottom w:val="none" w:sz="0" w:space="0" w:color="auto"/>
            <w:right w:val="none" w:sz="0" w:space="0" w:color="auto"/>
          </w:divBdr>
        </w:div>
        <w:div w:id="1102072022">
          <w:marLeft w:val="480"/>
          <w:marRight w:val="0"/>
          <w:marTop w:val="0"/>
          <w:marBottom w:val="0"/>
          <w:divBdr>
            <w:top w:val="none" w:sz="0" w:space="0" w:color="auto"/>
            <w:left w:val="none" w:sz="0" w:space="0" w:color="auto"/>
            <w:bottom w:val="none" w:sz="0" w:space="0" w:color="auto"/>
            <w:right w:val="none" w:sz="0" w:space="0" w:color="auto"/>
          </w:divBdr>
        </w:div>
        <w:div w:id="1186018426">
          <w:marLeft w:val="480"/>
          <w:marRight w:val="0"/>
          <w:marTop w:val="0"/>
          <w:marBottom w:val="0"/>
          <w:divBdr>
            <w:top w:val="none" w:sz="0" w:space="0" w:color="auto"/>
            <w:left w:val="none" w:sz="0" w:space="0" w:color="auto"/>
            <w:bottom w:val="none" w:sz="0" w:space="0" w:color="auto"/>
            <w:right w:val="none" w:sz="0" w:space="0" w:color="auto"/>
          </w:divBdr>
        </w:div>
        <w:div w:id="1212423840">
          <w:marLeft w:val="480"/>
          <w:marRight w:val="0"/>
          <w:marTop w:val="0"/>
          <w:marBottom w:val="0"/>
          <w:divBdr>
            <w:top w:val="none" w:sz="0" w:space="0" w:color="auto"/>
            <w:left w:val="none" w:sz="0" w:space="0" w:color="auto"/>
            <w:bottom w:val="none" w:sz="0" w:space="0" w:color="auto"/>
            <w:right w:val="none" w:sz="0" w:space="0" w:color="auto"/>
          </w:divBdr>
        </w:div>
        <w:div w:id="1240404905">
          <w:marLeft w:val="480"/>
          <w:marRight w:val="0"/>
          <w:marTop w:val="0"/>
          <w:marBottom w:val="0"/>
          <w:divBdr>
            <w:top w:val="none" w:sz="0" w:space="0" w:color="auto"/>
            <w:left w:val="none" w:sz="0" w:space="0" w:color="auto"/>
            <w:bottom w:val="none" w:sz="0" w:space="0" w:color="auto"/>
            <w:right w:val="none" w:sz="0" w:space="0" w:color="auto"/>
          </w:divBdr>
        </w:div>
        <w:div w:id="1256091412">
          <w:marLeft w:val="480"/>
          <w:marRight w:val="0"/>
          <w:marTop w:val="0"/>
          <w:marBottom w:val="0"/>
          <w:divBdr>
            <w:top w:val="none" w:sz="0" w:space="0" w:color="auto"/>
            <w:left w:val="none" w:sz="0" w:space="0" w:color="auto"/>
            <w:bottom w:val="none" w:sz="0" w:space="0" w:color="auto"/>
            <w:right w:val="none" w:sz="0" w:space="0" w:color="auto"/>
          </w:divBdr>
        </w:div>
        <w:div w:id="1268926678">
          <w:marLeft w:val="480"/>
          <w:marRight w:val="0"/>
          <w:marTop w:val="0"/>
          <w:marBottom w:val="0"/>
          <w:divBdr>
            <w:top w:val="none" w:sz="0" w:space="0" w:color="auto"/>
            <w:left w:val="none" w:sz="0" w:space="0" w:color="auto"/>
            <w:bottom w:val="none" w:sz="0" w:space="0" w:color="auto"/>
            <w:right w:val="none" w:sz="0" w:space="0" w:color="auto"/>
          </w:divBdr>
        </w:div>
        <w:div w:id="1305545010">
          <w:marLeft w:val="480"/>
          <w:marRight w:val="0"/>
          <w:marTop w:val="0"/>
          <w:marBottom w:val="0"/>
          <w:divBdr>
            <w:top w:val="none" w:sz="0" w:space="0" w:color="auto"/>
            <w:left w:val="none" w:sz="0" w:space="0" w:color="auto"/>
            <w:bottom w:val="none" w:sz="0" w:space="0" w:color="auto"/>
            <w:right w:val="none" w:sz="0" w:space="0" w:color="auto"/>
          </w:divBdr>
        </w:div>
        <w:div w:id="1376155409">
          <w:marLeft w:val="480"/>
          <w:marRight w:val="0"/>
          <w:marTop w:val="0"/>
          <w:marBottom w:val="0"/>
          <w:divBdr>
            <w:top w:val="none" w:sz="0" w:space="0" w:color="auto"/>
            <w:left w:val="none" w:sz="0" w:space="0" w:color="auto"/>
            <w:bottom w:val="none" w:sz="0" w:space="0" w:color="auto"/>
            <w:right w:val="none" w:sz="0" w:space="0" w:color="auto"/>
          </w:divBdr>
        </w:div>
        <w:div w:id="1449350903">
          <w:marLeft w:val="480"/>
          <w:marRight w:val="0"/>
          <w:marTop w:val="0"/>
          <w:marBottom w:val="0"/>
          <w:divBdr>
            <w:top w:val="none" w:sz="0" w:space="0" w:color="auto"/>
            <w:left w:val="none" w:sz="0" w:space="0" w:color="auto"/>
            <w:bottom w:val="none" w:sz="0" w:space="0" w:color="auto"/>
            <w:right w:val="none" w:sz="0" w:space="0" w:color="auto"/>
          </w:divBdr>
        </w:div>
        <w:div w:id="1469594725">
          <w:marLeft w:val="480"/>
          <w:marRight w:val="0"/>
          <w:marTop w:val="0"/>
          <w:marBottom w:val="0"/>
          <w:divBdr>
            <w:top w:val="none" w:sz="0" w:space="0" w:color="auto"/>
            <w:left w:val="none" w:sz="0" w:space="0" w:color="auto"/>
            <w:bottom w:val="none" w:sz="0" w:space="0" w:color="auto"/>
            <w:right w:val="none" w:sz="0" w:space="0" w:color="auto"/>
          </w:divBdr>
        </w:div>
        <w:div w:id="1496069711">
          <w:marLeft w:val="480"/>
          <w:marRight w:val="0"/>
          <w:marTop w:val="0"/>
          <w:marBottom w:val="0"/>
          <w:divBdr>
            <w:top w:val="none" w:sz="0" w:space="0" w:color="auto"/>
            <w:left w:val="none" w:sz="0" w:space="0" w:color="auto"/>
            <w:bottom w:val="none" w:sz="0" w:space="0" w:color="auto"/>
            <w:right w:val="none" w:sz="0" w:space="0" w:color="auto"/>
          </w:divBdr>
        </w:div>
        <w:div w:id="1507400407">
          <w:marLeft w:val="480"/>
          <w:marRight w:val="0"/>
          <w:marTop w:val="0"/>
          <w:marBottom w:val="0"/>
          <w:divBdr>
            <w:top w:val="none" w:sz="0" w:space="0" w:color="auto"/>
            <w:left w:val="none" w:sz="0" w:space="0" w:color="auto"/>
            <w:bottom w:val="none" w:sz="0" w:space="0" w:color="auto"/>
            <w:right w:val="none" w:sz="0" w:space="0" w:color="auto"/>
          </w:divBdr>
        </w:div>
        <w:div w:id="1510681771">
          <w:marLeft w:val="480"/>
          <w:marRight w:val="0"/>
          <w:marTop w:val="0"/>
          <w:marBottom w:val="0"/>
          <w:divBdr>
            <w:top w:val="none" w:sz="0" w:space="0" w:color="auto"/>
            <w:left w:val="none" w:sz="0" w:space="0" w:color="auto"/>
            <w:bottom w:val="none" w:sz="0" w:space="0" w:color="auto"/>
            <w:right w:val="none" w:sz="0" w:space="0" w:color="auto"/>
          </w:divBdr>
        </w:div>
        <w:div w:id="1588882690">
          <w:marLeft w:val="480"/>
          <w:marRight w:val="0"/>
          <w:marTop w:val="0"/>
          <w:marBottom w:val="0"/>
          <w:divBdr>
            <w:top w:val="none" w:sz="0" w:space="0" w:color="auto"/>
            <w:left w:val="none" w:sz="0" w:space="0" w:color="auto"/>
            <w:bottom w:val="none" w:sz="0" w:space="0" w:color="auto"/>
            <w:right w:val="none" w:sz="0" w:space="0" w:color="auto"/>
          </w:divBdr>
        </w:div>
        <w:div w:id="1592275470">
          <w:marLeft w:val="480"/>
          <w:marRight w:val="0"/>
          <w:marTop w:val="0"/>
          <w:marBottom w:val="0"/>
          <w:divBdr>
            <w:top w:val="none" w:sz="0" w:space="0" w:color="auto"/>
            <w:left w:val="none" w:sz="0" w:space="0" w:color="auto"/>
            <w:bottom w:val="none" w:sz="0" w:space="0" w:color="auto"/>
            <w:right w:val="none" w:sz="0" w:space="0" w:color="auto"/>
          </w:divBdr>
        </w:div>
        <w:div w:id="1720937908">
          <w:marLeft w:val="480"/>
          <w:marRight w:val="0"/>
          <w:marTop w:val="0"/>
          <w:marBottom w:val="0"/>
          <w:divBdr>
            <w:top w:val="none" w:sz="0" w:space="0" w:color="auto"/>
            <w:left w:val="none" w:sz="0" w:space="0" w:color="auto"/>
            <w:bottom w:val="none" w:sz="0" w:space="0" w:color="auto"/>
            <w:right w:val="none" w:sz="0" w:space="0" w:color="auto"/>
          </w:divBdr>
        </w:div>
        <w:div w:id="1773742891">
          <w:marLeft w:val="480"/>
          <w:marRight w:val="0"/>
          <w:marTop w:val="0"/>
          <w:marBottom w:val="0"/>
          <w:divBdr>
            <w:top w:val="none" w:sz="0" w:space="0" w:color="auto"/>
            <w:left w:val="none" w:sz="0" w:space="0" w:color="auto"/>
            <w:bottom w:val="none" w:sz="0" w:space="0" w:color="auto"/>
            <w:right w:val="none" w:sz="0" w:space="0" w:color="auto"/>
          </w:divBdr>
        </w:div>
        <w:div w:id="1817716743">
          <w:marLeft w:val="480"/>
          <w:marRight w:val="0"/>
          <w:marTop w:val="0"/>
          <w:marBottom w:val="0"/>
          <w:divBdr>
            <w:top w:val="none" w:sz="0" w:space="0" w:color="auto"/>
            <w:left w:val="none" w:sz="0" w:space="0" w:color="auto"/>
            <w:bottom w:val="none" w:sz="0" w:space="0" w:color="auto"/>
            <w:right w:val="none" w:sz="0" w:space="0" w:color="auto"/>
          </w:divBdr>
        </w:div>
        <w:div w:id="1847938265">
          <w:marLeft w:val="480"/>
          <w:marRight w:val="0"/>
          <w:marTop w:val="0"/>
          <w:marBottom w:val="0"/>
          <w:divBdr>
            <w:top w:val="none" w:sz="0" w:space="0" w:color="auto"/>
            <w:left w:val="none" w:sz="0" w:space="0" w:color="auto"/>
            <w:bottom w:val="none" w:sz="0" w:space="0" w:color="auto"/>
            <w:right w:val="none" w:sz="0" w:space="0" w:color="auto"/>
          </w:divBdr>
        </w:div>
        <w:div w:id="1867598038">
          <w:marLeft w:val="480"/>
          <w:marRight w:val="0"/>
          <w:marTop w:val="0"/>
          <w:marBottom w:val="0"/>
          <w:divBdr>
            <w:top w:val="none" w:sz="0" w:space="0" w:color="auto"/>
            <w:left w:val="none" w:sz="0" w:space="0" w:color="auto"/>
            <w:bottom w:val="none" w:sz="0" w:space="0" w:color="auto"/>
            <w:right w:val="none" w:sz="0" w:space="0" w:color="auto"/>
          </w:divBdr>
        </w:div>
        <w:div w:id="1890070247">
          <w:marLeft w:val="480"/>
          <w:marRight w:val="0"/>
          <w:marTop w:val="0"/>
          <w:marBottom w:val="0"/>
          <w:divBdr>
            <w:top w:val="none" w:sz="0" w:space="0" w:color="auto"/>
            <w:left w:val="none" w:sz="0" w:space="0" w:color="auto"/>
            <w:bottom w:val="none" w:sz="0" w:space="0" w:color="auto"/>
            <w:right w:val="none" w:sz="0" w:space="0" w:color="auto"/>
          </w:divBdr>
        </w:div>
      </w:divsChild>
    </w:div>
    <w:div w:id="1518889125">
      <w:bodyDiv w:val="1"/>
      <w:marLeft w:val="0"/>
      <w:marRight w:val="0"/>
      <w:marTop w:val="0"/>
      <w:marBottom w:val="0"/>
      <w:divBdr>
        <w:top w:val="none" w:sz="0" w:space="0" w:color="auto"/>
        <w:left w:val="none" w:sz="0" w:space="0" w:color="auto"/>
        <w:bottom w:val="none" w:sz="0" w:space="0" w:color="auto"/>
        <w:right w:val="none" w:sz="0" w:space="0" w:color="auto"/>
      </w:divBdr>
      <w:divsChild>
        <w:div w:id="1377658740">
          <w:marLeft w:val="0"/>
          <w:marRight w:val="0"/>
          <w:marTop w:val="0"/>
          <w:marBottom w:val="0"/>
          <w:divBdr>
            <w:top w:val="none" w:sz="0" w:space="0" w:color="auto"/>
            <w:left w:val="none" w:sz="0" w:space="0" w:color="auto"/>
            <w:bottom w:val="none" w:sz="0" w:space="0" w:color="auto"/>
            <w:right w:val="none" w:sz="0" w:space="0" w:color="auto"/>
          </w:divBdr>
          <w:divsChild>
            <w:div w:id="1618608837">
              <w:marLeft w:val="0"/>
              <w:marRight w:val="0"/>
              <w:marTop w:val="0"/>
              <w:marBottom w:val="0"/>
              <w:divBdr>
                <w:top w:val="none" w:sz="0" w:space="0" w:color="auto"/>
                <w:left w:val="none" w:sz="0" w:space="0" w:color="auto"/>
                <w:bottom w:val="none" w:sz="0" w:space="0" w:color="auto"/>
                <w:right w:val="none" w:sz="0" w:space="0" w:color="auto"/>
              </w:divBdr>
              <w:divsChild>
                <w:div w:id="1112896683">
                  <w:marLeft w:val="0"/>
                  <w:marRight w:val="0"/>
                  <w:marTop w:val="0"/>
                  <w:marBottom w:val="0"/>
                  <w:divBdr>
                    <w:top w:val="none" w:sz="0" w:space="0" w:color="auto"/>
                    <w:left w:val="none" w:sz="0" w:space="0" w:color="auto"/>
                    <w:bottom w:val="none" w:sz="0" w:space="0" w:color="auto"/>
                    <w:right w:val="none" w:sz="0" w:space="0" w:color="auto"/>
                  </w:divBdr>
                  <w:divsChild>
                    <w:div w:id="268585454">
                      <w:marLeft w:val="0"/>
                      <w:marRight w:val="0"/>
                      <w:marTop w:val="0"/>
                      <w:marBottom w:val="0"/>
                      <w:divBdr>
                        <w:top w:val="none" w:sz="0" w:space="0" w:color="auto"/>
                        <w:left w:val="none" w:sz="0" w:space="0" w:color="auto"/>
                        <w:bottom w:val="none" w:sz="0" w:space="0" w:color="auto"/>
                        <w:right w:val="none" w:sz="0" w:space="0" w:color="auto"/>
                      </w:divBdr>
                      <w:divsChild>
                        <w:div w:id="10106944">
                          <w:marLeft w:val="0"/>
                          <w:marRight w:val="0"/>
                          <w:marTop w:val="0"/>
                          <w:marBottom w:val="0"/>
                          <w:divBdr>
                            <w:top w:val="none" w:sz="0" w:space="0" w:color="auto"/>
                            <w:left w:val="none" w:sz="0" w:space="0" w:color="auto"/>
                            <w:bottom w:val="none" w:sz="0" w:space="0" w:color="auto"/>
                            <w:right w:val="none" w:sz="0" w:space="0" w:color="auto"/>
                          </w:divBdr>
                          <w:divsChild>
                            <w:div w:id="920027051">
                              <w:marLeft w:val="0"/>
                              <w:marRight w:val="0"/>
                              <w:marTop w:val="0"/>
                              <w:marBottom w:val="0"/>
                              <w:divBdr>
                                <w:top w:val="none" w:sz="0" w:space="0" w:color="auto"/>
                                <w:left w:val="none" w:sz="0" w:space="0" w:color="auto"/>
                                <w:bottom w:val="none" w:sz="0" w:space="0" w:color="auto"/>
                                <w:right w:val="none" w:sz="0" w:space="0" w:color="auto"/>
                              </w:divBdr>
                              <w:divsChild>
                                <w:div w:id="1132594775">
                                  <w:marLeft w:val="0"/>
                                  <w:marRight w:val="0"/>
                                  <w:marTop w:val="0"/>
                                  <w:marBottom w:val="0"/>
                                  <w:divBdr>
                                    <w:top w:val="none" w:sz="0" w:space="0" w:color="auto"/>
                                    <w:left w:val="none" w:sz="0" w:space="0" w:color="auto"/>
                                    <w:bottom w:val="none" w:sz="0" w:space="0" w:color="auto"/>
                                    <w:right w:val="none" w:sz="0" w:space="0" w:color="auto"/>
                                  </w:divBdr>
                                  <w:divsChild>
                                    <w:div w:id="63337121">
                                      <w:marLeft w:val="0"/>
                                      <w:marRight w:val="0"/>
                                      <w:marTop w:val="0"/>
                                      <w:marBottom w:val="0"/>
                                      <w:divBdr>
                                        <w:top w:val="none" w:sz="0" w:space="0" w:color="auto"/>
                                        <w:left w:val="none" w:sz="0" w:space="0" w:color="auto"/>
                                        <w:bottom w:val="none" w:sz="0" w:space="0" w:color="auto"/>
                                        <w:right w:val="none" w:sz="0" w:space="0" w:color="auto"/>
                                      </w:divBdr>
                                      <w:divsChild>
                                        <w:div w:id="1153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816900">
          <w:marLeft w:val="0"/>
          <w:marRight w:val="0"/>
          <w:marTop w:val="0"/>
          <w:marBottom w:val="0"/>
          <w:divBdr>
            <w:top w:val="none" w:sz="0" w:space="0" w:color="auto"/>
            <w:left w:val="none" w:sz="0" w:space="0" w:color="auto"/>
            <w:bottom w:val="none" w:sz="0" w:space="0" w:color="auto"/>
            <w:right w:val="none" w:sz="0" w:space="0" w:color="auto"/>
          </w:divBdr>
          <w:divsChild>
            <w:div w:id="779761030">
              <w:marLeft w:val="0"/>
              <w:marRight w:val="0"/>
              <w:marTop w:val="0"/>
              <w:marBottom w:val="0"/>
              <w:divBdr>
                <w:top w:val="none" w:sz="0" w:space="0" w:color="auto"/>
                <w:left w:val="none" w:sz="0" w:space="0" w:color="auto"/>
                <w:bottom w:val="none" w:sz="0" w:space="0" w:color="auto"/>
                <w:right w:val="none" w:sz="0" w:space="0" w:color="auto"/>
              </w:divBdr>
              <w:divsChild>
                <w:div w:id="743727148">
                  <w:marLeft w:val="0"/>
                  <w:marRight w:val="0"/>
                  <w:marTop w:val="0"/>
                  <w:marBottom w:val="0"/>
                  <w:divBdr>
                    <w:top w:val="none" w:sz="0" w:space="0" w:color="auto"/>
                    <w:left w:val="none" w:sz="0" w:space="0" w:color="auto"/>
                    <w:bottom w:val="none" w:sz="0" w:space="0" w:color="auto"/>
                    <w:right w:val="none" w:sz="0" w:space="0" w:color="auto"/>
                  </w:divBdr>
                  <w:divsChild>
                    <w:div w:id="1464078318">
                      <w:marLeft w:val="0"/>
                      <w:marRight w:val="0"/>
                      <w:marTop w:val="0"/>
                      <w:marBottom w:val="0"/>
                      <w:divBdr>
                        <w:top w:val="none" w:sz="0" w:space="0" w:color="auto"/>
                        <w:left w:val="none" w:sz="0" w:space="0" w:color="auto"/>
                        <w:bottom w:val="none" w:sz="0" w:space="0" w:color="auto"/>
                        <w:right w:val="none" w:sz="0" w:space="0" w:color="auto"/>
                      </w:divBdr>
                      <w:divsChild>
                        <w:div w:id="833112502">
                          <w:marLeft w:val="0"/>
                          <w:marRight w:val="0"/>
                          <w:marTop w:val="0"/>
                          <w:marBottom w:val="0"/>
                          <w:divBdr>
                            <w:top w:val="none" w:sz="0" w:space="0" w:color="auto"/>
                            <w:left w:val="none" w:sz="0" w:space="0" w:color="auto"/>
                            <w:bottom w:val="none" w:sz="0" w:space="0" w:color="auto"/>
                            <w:right w:val="none" w:sz="0" w:space="0" w:color="auto"/>
                          </w:divBdr>
                          <w:divsChild>
                            <w:div w:id="2029717065">
                              <w:marLeft w:val="0"/>
                              <w:marRight w:val="0"/>
                              <w:marTop w:val="0"/>
                              <w:marBottom w:val="0"/>
                              <w:divBdr>
                                <w:top w:val="none" w:sz="0" w:space="0" w:color="auto"/>
                                <w:left w:val="none" w:sz="0" w:space="0" w:color="auto"/>
                                <w:bottom w:val="none" w:sz="0" w:space="0" w:color="auto"/>
                                <w:right w:val="none" w:sz="0" w:space="0" w:color="auto"/>
                              </w:divBdr>
                              <w:divsChild>
                                <w:div w:id="811823802">
                                  <w:marLeft w:val="0"/>
                                  <w:marRight w:val="0"/>
                                  <w:marTop w:val="0"/>
                                  <w:marBottom w:val="0"/>
                                  <w:divBdr>
                                    <w:top w:val="none" w:sz="0" w:space="0" w:color="auto"/>
                                    <w:left w:val="none" w:sz="0" w:space="0" w:color="auto"/>
                                    <w:bottom w:val="none" w:sz="0" w:space="0" w:color="auto"/>
                                    <w:right w:val="none" w:sz="0" w:space="0" w:color="auto"/>
                                  </w:divBdr>
                                  <w:divsChild>
                                    <w:div w:id="1648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96701">
      <w:bodyDiv w:val="1"/>
      <w:marLeft w:val="0"/>
      <w:marRight w:val="0"/>
      <w:marTop w:val="0"/>
      <w:marBottom w:val="0"/>
      <w:divBdr>
        <w:top w:val="none" w:sz="0" w:space="0" w:color="auto"/>
        <w:left w:val="none" w:sz="0" w:space="0" w:color="auto"/>
        <w:bottom w:val="none" w:sz="0" w:space="0" w:color="auto"/>
        <w:right w:val="none" w:sz="0" w:space="0" w:color="auto"/>
      </w:divBdr>
    </w:div>
    <w:div w:id="1523471911">
      <w:bodyDiv w:val="1"/>
      <w:marLeft w:val="0"/>
      <w:marRight w:val="0"/>
      <w:marTop w:val="0"/>
      <w:marBottom w:val="0"/>
      <w:divBdr>
        <w:top w:val="none" w:sz="0" w:space="0" w:color="auto"/>
        <w:left w:val="none" w:sz="0" w:space="0" w:color="auto"/>
        <w:bottom w:val="none" w:sz="0" w:space="0" w:color="auto"/>
        <w:right w:val="none" w:sz="0" w:space="0" w:color="auto"/>
      </w:divBdr>
    </w:div>
    <w:div w:id="1524828383">
      <w:bodyDiv w:val="1"/>
      <w:marLeft w:val="0"/>
      <w:marRight w:val="0"/>
      <w:marTop w:val="0"/>
      <w:marBottom w:val="0"/>
      <w:divBdr>
        <w:top w:val="none" w:sz="0" w:space="0" w:color="auto"/>
        <w:left w:val="none" w:sz="0" w:space="0" w:color="auto"/>
        <w:bottom w:val="none" w:sz="0" w:space="0" w:color="auto"/>
        <w:right w:val="none" w:sz="0" w:space="0" w:color="auto"/>
      </w:divBdr>
      <w:divsChild>
        <w:div w:id="146560353">
          <w:marLeft w:val="480"/>
          <w:marRight w:val="0"/>
          <w:marTop w:val="0"/>
          <w:marBottom w:val="0"/>
          <w:divBdr>
            <w:top w:val="none" w:sz="0" w:space="0" w:color="auto"/>
            <w:left w:val="none" w:sz="0" w:space="0" w:color="auto"/>
            <w:bottom w:val="none" w:sz="0" w:space="0" w:color="auto"/>
            <w:right w:val="none" w:sz="0" w:space="0" w:color="auto"/>
          </w:divBdr>
        </w:div>
        <w:div w:id="207570364">
          <w:marLeft w:val="480"/>
          <w:marRight w:val="0"/>
          <w:marTop w:val="0"/>
          <w:marBottom w:val="0"/>
          <w:divBdr>
            <w:top w:val="none" w:sz="0" w:space="0" w:color="auto"/>
            <w:left w:val="none" w:sz="0" w:space="0" w:color="auto"/>
            <w:bottom w:val="none" w:sz="0" w:space="0" w:color="auto"/>
            <w:right w:val="none" w:sz="0" w:space="0" w:color="auto"/>
          </w:divBdr>
        </w:div>
        <w:div w:id="557060774">
          <w:marLeft w:val="480"/>
          <w:marRight w:val="0"/>
          <w:marTop w:val="0"/>
          <w:marBottom w:val="0"/>
          <w:divBdr>
            <w:top w:val="none" w:sz="0" w:space="0" w:color="auto"/>
            <w:left w:val="none" w:sz="0" w:space="0" w:color="auto"/>
            <w:bottom w:val="none" w:sz="0" w:space="0" w:color="auto"/>
            <w:right w:val="none" w:sz="0" w:space="0" w:color="auto"/>
          </w:divBdr>
        </w:div>
        <w:div w:id="605305353">
          <w:marLeft w:val="480"/>
          <w:marRight w:val="0"/>
          <w:marTop w:val="0"/>
          <w:marBottom w:val="0"/>
          <w:divBdr>
            <w:top w:val="none" w:sz="0" w:space="0" w:color="auto"/>
            <w:left w:val="none" w:sz="0" w:space="0" w:color="auto"/>
            <w:bottom w:val="none" w:sz="0" w:space="0" w:color="auto"/>
            <w:right w:val="none" w:sz="0" w:space="0" w:color="auto"/>
          </w:divBdr>
        </w:div>
        <w:div w:id="643126406">
          <w:marLeft w:val="480"/>
          <w:marRight w:val="0"/>
          <w:marTop w:val="0"/>
          <w:marBottom w:val="0"/>
          <w:divBdr>
            <w:top w:val="none" w:sz="0" w:space="0" w:color="auto"/>
            <w:left w:val="none" w:sz="0" w:space="0" w:color="auto"/>
            <w:bottom w:val="none" w:sz="0" w:space="0" w:color="auto"/>
            <w:right w:val="none" w:sz="0" w:space="0" w:color="auto"/>
          </w:divBdr>
        </w:div>
        <w:div w:id="695080338">
          <w:marLeft w:val="480"/>
          <w:marRight w:val="0"/>
          <w:marTop w:val="0"/>
          <w:marBottom w:val="0"/>
          <w:divBdr>
            <w:top w:val="none" w:sz="0" w:space="0" w:color="auto"/>
            <w:left w:val="none" w:sz="0" w:space="0" w:color="auto"/>
            <w:bottom w:val="none" w:sz="0" w:space="0" w:color="auto"/>
            <w:right w:val="none" w:sz="0" w:space="0" w:color="auto"/>
          </w:divBdr>
        </w:div>
        <w:div w:id="759913020">
          <w:marLeft w:val="480"/>
          <w:marRight w:val="0"/>
          <w:marTop w:val="0"/>
          <w:marBottom w:val="0"/>
          <w:divBdr>
            <w:top w:val="none" w:sz="0" w:space="0" w:color="auto"/>
            <w:left w:val="none" w:sz="0" w:space="0" w:color="auto"/>
            <w:bottom w:val="none" w:sz="0" w:space="0" w:color="auto"/>
            <w:right w:val="none" w:sz="0" w:space="0" w:color="auto"/>
          </w:divBdr>
        </w:div>
        <w:div w:id="870069561">
          <w:marLeft w:val="480"/>
          <w:marRight w:val="0"/>
          <w:marTop w:val="0"/>
          <w:marBottom w:val="0"/>
          <w:divBdr>
            <w:top w:val="none" w:sz="0" w:space="0" w:color="auto"/>
            <w:left w:val="none" w:sz="0" w:space="0" w:color="auto"/>
            <w:bottom w:val="none" w:sz="0" w:space="0" w:color="auto"/>
            <w:right w:val="none" w:sz="0" w:space="0" w:color="auto"/>
          </w:divBdr>
        </w:div>
        <w:div w:id="882715416">
          <w:marLeft w:val="480"/>
          <w:marRight w:val="0"/>
          <w:marTop w:val="0"/>
          <w:marBottom w:val="0"/>
          <w:divBdr>
            <w:top w:val="none" w:sz="0" w:space="0" w:color="auto"/>
            <w:left w:val="none" w:sz="0" w:space="0" w:color="auto"/>
            <w:bottom w:val="none" w:sz="0" w:space="0" w:color="auto"/>
            <w:right w:val="none" w:sz="0" w:space="0" w:color="auto"/>
          </w:divBdr>
        </w:div>
        <w:div w:id="988635941">
          <w:marLeft w:val="480"/>
          <w:marRight w:val="0"/>
          <w:marTop w:val="0"/>
          <w:marBottom w:val="0"/>
          <w:divBdr>
            <w:top w:val="none" w:sz="0" w:space="0" w:color="auto"/>
            <w:left w:val="none" w:sz="0" w:space="0" w:color="auto"/>
            <w:bottom w:val="none" w:sz="0" w:space="0" w:color="auto"/>
            <w:right w:val="none" w:sz="0" w:space="0" w:color="auto"/>
          </w:divBdr>
        </w:div>
        <w:div w:id="1078405715">
          <w:marLeft w:val="480"/>
          <w:marRight w:val="0"/>
          <w:marTop w:val="0"/>
          <w:marBottom w:val="0"/>
          <w:divBdr>
            <w:top w:val="none" w:sz="0" w:space="0" w:color="auto"/>
            <w:left w:val="none" w:sz="0" w:space="0" w:color="auto"/>
            <w:bottom w:val="none" w:sz="0" w:space="0" w:color="auto"/>
            <w:right w:val="none" w:sz="0" w:space="0" w:color="auto"/>
          </w:divBdr>
        </w:div>
        <w:div w:id="1141533301">
          <w:marLeft w:val="480"/>
          <w:marRight w:val="0"/>
          <w:marTop w:val="0"/>
          <w:marBottom w:val="0"/>
          <w:divBdr>
            <w:top w:val="none" w:sz="0" w:space="0" w:color="auto"/>
            <w:left w:val="none" w:sz="0" w:space="0" w:color="auto"/>
            <w:bottom w:val="none" w:sz="0" w:space="0" w:color="auto"/>
            <w:right w:val="none" w:sz="0" w:space="0" w:color="auto"/>
          </w:divBdr>
        </w:div>
        <w:div w:id="1201817778">
          <w:marLeft w:val="480"/>
          <w:marRight w:val="0"/>
          <w:marTop w:val="0"/>
          <w:marBottom w:val="0"/>
          <w:divBdr>
            <w:top w:val="none" w:sz="0" w:space="0" w:color="auto"/>
            <w:left w:val="none" w:sz="0" w:space="0" w:color="auto"/>
            <w:bottom w:val="none" w:sz="0" w:space="0" w:color="auto"/>
            <w:right w:val="none" w:sz="0" w:space="0" w:color="auto"/>
          </w:divBdr>
        </w:div>
        <w:div w:id="1213224886">
          <w:marLeft w:val="480"/>
          <w:marRight w:val="0"/>
          <w:marTop w:val="0"/>
          <w:marBottom w:val="0"/>
          <w:divBdr>
            <w:top w:val="none" w:sz="0" w:space="0" w:color="auto"/>
            <w:left w:val="none" w:sz="0" w:space="0" w:color="auto"/>
            <w:bottom w:val="none" w:sz="0" w:space="0" w:color="auto"/>
            <w:right w:val="none" w:sz="0" w:space="0" w:color="auto"/>
          </w:divBdr>
        </w:div>
        <w:div w:id="1345353041">
          <w:marLeft w:val="480"/>
          <w:marRight w:val="0"/>
          <w:marTop w:val="0"/>
          <w:marBottom w:val="0"/>
          <w:divBdr>
            <w:top w:val="none" w:sz="0" w:space="0" w:color="auto"/>
            <w:left w:val="none" w:sz="0" w:space="0" w:color="auto"/>
            <w:bottom w:val="none" w:sz="0" w:space="0" w:color="auto"/>
            <w:right w:val="none" w:sz="0" w:space="0" w:color="auto"/>
          </w:divBdr>
        </w:div>
        <w:div w:id="1382024134">
          <w:marLeft w:val="480"/>
          <w:marRight w:val="0"/>
          <w:marTop w:val="0"/>
          <w:marBottom w:val="0"/>
          <w:divBdr>
            <w:top w:val="none" w:sz="0" w:space="0" w:color="auto"/>
            <w:left w:val="none" w:sz="0" w:space="0" w:color="auto"/>
            <w:bottom w:val="none" w:sz="0" w:space="0" w:color="auto"/>
            <w:right w:val="none" w:sz="0" w:space="0" w:color="auto"/>
          </w:divBdr>
        </w:div>
        <w:div w:id="1460298128">
          <w:marLeft w:val="480"/>
          <w:marRight w:val="0"/>
          <w:marTop w:val="0"/>
          <w:marBottom w:val="0"/>
          <w:divBdr>
            <w:top w:val="none" w:sz="0" w:space="0" w:color="auto"/>
            <w:left w:val="none" w:sz="0" w:space="0" w:color="auto"/>
            <w:bottom w:val="none" w:sz="0" w:space="0" w:color="auto"/>
            <w:right w:val="none" w:sz="0" w:space="0" w:color="auto"/>
          </w:divBdr>
        </w:div>
        <w:div w:id="1466044811">
          <w:marLeft w:val="480"/>
          <w:marRight w:val="0"/>
          <w:marTop w:val="0"/>
          <w:marBottom w:val="0"/>
          <w:divBdr>
            <w:top w:val="none" w:sz="0" w:space="0" w:color="auto"/>
            <w:left w:val="none" w:sz="0" w:space="0" w:color="auto"/>
            <w:bottom w:val="none" w:sz="0" w:space="0" w:color="auto"/>
            <w:right w:val="none" w:sz="0" w:space="0" w:color="auto"/>
          </w:divBdr>
        </w:div>
        <w:div w:id="1544754621">
          <w:marLeft w:val="480"/>
          <w:marRight w:val="0"/>
          <w:marTop w:val="0"/>
          <w:marBottom w:val="0"/>
          <w:divBdr>
            <w:top w:val="none" w:sz="0" w:space="0" w:color="auto"/>
            <w:left w:val="none" w:sz="0" w:space="0" w:color="auto"/>
            <w:bottom w:val="none" w:sz="0" w:space="0" w:color="auto"/>
            <w:right w:val="none" w:sz="0" w:space="0" w:color="auto"/>
          </w:divBdr>
        </w:div>
        <w:div w:id="1587613117">
          <w:marLeft w:val="480"/>
          <w:marRight w:val="0"/>
          <w:marTop w:val="0"/>
          <w:marBottom w:val="0"/>
          <w:divBdr>
            <w:top w:val="none" w:sz="0" w:space="0" w:color="auto"/>
            <w:left w:val="none" w:sz="0" w:space="0" w:color="auto"/>
            <w:bottom w:val="none" w:sz="0" w:space="0" w:color="auto"/>
            <w:right w:val="none" w:sz="0" w:space="0" w:color="auto"/>
          </w:divBdr>
        </w:div>
        <w:div w:id="1595361553">
          <w:marLeft w:val="480"/>
          <w:marRight w:val="0"/>
          <w:marTop w:val="0"/>
          <w:marBottom w:val="0"/>
          <w:divBdr>
            <w:top w:val="none" w:sz="0" w:space="0" w:color="auto"/>
            <w:left w:val="none" w:sz="0" w:space="0" w:color="auto"/>
            <w:bottom w:val="none" w:sz="0" w:space="0" w:color="auto"/>
            <w:right w:val="none" w:sz="0" w:space="0" w:color="auto"/>
          </w:divBdr>
        </w:div>
        <w:div w:id="1620528964">
          <w:marLeft w:val="480"/>
          <w:marRight w:val="0"/>
          <w:marTop w:val="0"/>
          <w:marBottom w:val="0"/>
          <w:divBdr>
            <w:top w:val="none" w:sz="0" w:space="0" w:color="auto"/>
            <w:left w:val="none" w:sz="0" w:space="0" w:color="auto"/>
            <w:bottom w:val="none" w:sz="0" w:space="0" w:color="auto"/>
            <w:right w:val="none" w:sz="0" w:space="0" w:color="auto"/>
          </w:divBdr>
        </w:div>
        <w:div w:id="1811049643">
          <w:marLeft w:val="480"/>
          <w:marRight w:val="0"/>
          <w:marTop w:val="0"/>
          <w:marBottom w:val="0"/>
          <w:divBdr>
            <w:top w:val="none" w:sz="0" w:space="0" w:color="auto"/>
            <w:left w:val="none" w:sz="0" w:space="0" w:color="auto"/>
            <w:bottom w:val="none" w:sz="0" w:space="0" w:color="auto"/>
            <w:right w:val="none" w:sz="0" w:space="0" w:color="auto"/>
          </w:divBdr>
        </w:div>
        <w:div w:id="1842160479">
          <w:marLeft w:val="480"/>
          <w:marRight w:val="0"/>
          <w:marTop w:val="0"/>
          <w:marBottom w:val="0"/>
          <w:divBdr>
            <w:top w:val="none" w:sz="0" w:space="0" w:color="auto"/>
            <w:left w:val="none" w:sz="0" w:space="0" w:color="auto"/>
            <w:bottom w:val="none" w:sz="0" w:space="0" w:color="auto"/>
            <w:right w:val="none" w:sz="0" w:space="0" w:color="auto"/>
          </w:divBdr>
        </w:div>
        <w:div w:id="2030567756">
          <w:marLeft w:val="480"/>
          <w:marRight w:val="0"/>
          <w:marTop w:val="0"/>
          <w:marBottom w:val="0"/>
          <w:divBdr>
            <w:top w:val="none" w:sz="0" w:space="0" w:color="auto"/>
            <w:left w:val="none" w:sz="0" w:space="0" w:color="auto"/>
            <w:bottom w:val="none" w:sz="0" w:space="0" w:color="auto"/>
            <w:right w:val="none" w:sz="0" w:space="0" w:color="auto"/>
          </w:divBdr>
        </w:div>
      </w:divsChild>
    </w:div>
    <w:div w:id="1525631870">
      <w:bodyDiv w:val="1"/>
      <w:marLeft w:val="0"/>
      <w:marRight w:val="0"/>
      <w:marTop w:val="0"/>
      <w:marBottom w:val="0"/>
      <w:divBdr>
        <w:top w:val="none" w:sz="0" w:space="0" w:color="auto"/>
        <w:left w:val="none" w:sz="0" w:space="0" w:color="auto"/>
        <w:bottom w:val="none" w:sz="0" w:space="0" w:color="auto"/>
        <w:right w:val="none" w:sz="0" w:space="0" w:color="auto"/>
      </w:divBdr>
    </w:div>
    <w:div w:id="1527910249">
      <w:bodyDiv w:val="1"/>
      <w:marLeft w:val="0"/>
      <w:marRight w:val="0"/>
      <w:marTop w:val="0"/>
      <w:marBottom w:val="0"/>
      <w:divBdr>
        <w:top w:val="none" w:sz="0" w:space="0" w:color="auto"/>
        <w:left w:val="none" w:sz="0" w:space="0" w:color="auto"/>
        <w:bottom w:val="none" w:sz="0" w:space="0" w:color="auto"/>
        <w:right w:val="none" w:sz="0" w:space="0" w:color="auto"/>
      </w:divBdr>
    </w:div>
    <w:div w:id="1528104102">
      <w:bodyDiv w:val="1"/>
      <w:marLeft w:val="0"/>
      <w:marRight w:val="0"/>
      <w:marTop w:val="0"/>
      <w:marBottom w:val="0"/>
      <w:divBdr>
        <w:top w:val="none" w:sz="0" w:space="0" w:color="auto"/>
        <w:left w:val="none" w:sz="0" w:space="0" w:color="auto"/>
        <w:bottom w:val="none" w:sz="0" w:space="0" w:color="auto"/>
        <w:right w:val="none" w:sz="0" w:space="0" w:color="auto"/>
      </w:divBdr>
    </w:div>
    <w:div w:id="1529558835">
      <w:bodyDiv w:val="1"/>
      <w:marLeft w:val="0"/>
      <w:marRight w:val="0"/>
      <w:marTop w:val="0"/>
      <w:marBottom w:val="0"/>
      <w:divBdr>
        <w:top w:val="none" w:sz="0" w:space="0" w:color="auto"/>
        <w:left w:val="none" w:sz="0" w:space="0" w:color="auto"/>
        <w:bottom w:val="none" w:sz="0" w:space="0" w:color="auto"/>
        <w:right w:val="none" w:sz="0" w:space="0" w:color="auto"/>
      </w:divBdr>
      <w:divsChild>
        <w:div w:id="114639241">
          <w:marLeft w:val="480"/>
          <w:marRight w:val="0"/>
          <w:marTop w:val="0"/>
          <w:marBottom w:val="0"/>
          <w:divBdr>
            <w:top w:val="none" w:sz="0" w:space="0" w:color="auto"/>
            <w:left w:val="none" w:sz="0" w:space="0" w:color="auto"/>
            <w:bottom w:val="none" w:sz="0" w:space="0" w:color="auto"/>
            <w:right w:val="none" w:sz="0" w:space="0" w:color="auto"/>
          </w:divBdr>
        </w:div>
        <w:div w:id="428234151">
          <w:marLeft w:val="480"/>
          <w:marRight w:val="0"/>
          <w:marTop w:val="0"/>
          <w:marBottom w:val="0"/>
          <w:divBdr>
            <w:top w:val="none" w:sz="0" w:space="0" w:color="auto"/>
            <w:left w:val="none" w:sz="0" w:space="0" w:color="auto"/>
            <w:bottom w:val="none" w:sz="0" w:space="0" w:color="auto"/>
            <w:right w:val="none" w:sz="0" w:space="0" w:color="auto"/>
          </w:divBdr>
        </w:div>
        <w:div w:id="853307935">
          <w:marLeft w:val="480"/>
          <w:marRight w:val="0"/>
          <w:marTop w:val="0"/>
          <w:marBottom w:val="0"/>
          <w:divBdr>
            <w:top w:val="none" w:sz="0" w:space="0" w:color="auto"/>
            <w:left w:val="none" w:sz="0" w:space="0" w:color="auto"/>
            <w:bottom w:val="none" w:sz="0" w:space="0" w:color="auto"/>
            <w:right w:val="none" w:sz="0" w:space="0" w:color="auto"/>
          </w:divBdr>
        </w:div>
        <w:div w:id="959148038">
          <w:marLeft w:val="480"/>
          <w:marRight w:val="0"/>
          <w:marTop w:val="0"/>
          <w:marBottom w:val="0"/>
          <w:divBdr>
            <w:top w:val="none" w:sz="0" w:space="0" w:color="auto"/>
            <w:left w:val="none" w:sz="0" w:space="0" w:color="auto"/>
            <w:bottom w:val="none" w:sz="0" w:space="0" w:color="auto"/>
            <w:right w:val="none" w:sz="0" w:space="0" w:color="auto"/>
          </w:divBdr>
        </w:div>
        <w:div w:id="996806542">
          <w:marLeft w:val="480"/>
          <w:marRight w:val="0"/>
          <w:marTop w:val="0"/>
          <w:marBottom w:val="0"/>
          <w:divBdr>
            <w:top w:val="none" w:sz="0" w:space="0" w:color="auto"/>
            <w:left w:val="none" w:sz="0" w:space="0" w:color="auto"/>
            <w:bottom w:val="none" w:sz="0" w:space="0" w:color="auto"/>
            <w:right w:val="none" w:sz="0" w:space="0" w:color="auto"/>
          </w:divBdr>
        </w:div>
        <w:div w:id="1042828894">
          <w:marLeft w:val="480"/>
          <w:marRight w:val="0"/>
          <w:marTop w:val="0"/>
          <w:marBottom w:val="0"/>
          <w:divBdr>
            <w:top w:val="none" w:sz="0" w:space="0" w:color="auto"/>
            <w:left w:val="none" w:sz="0" w:space="0" w:color="auto"/>
            <w:bottom w:val="none" w:sz="0" w:space="0" w:color="auto"/>
            <w:right w:val="none" w:sz="0" w:space="0" w:color="auto"/>
          </w:divBdr>
        </w:div>
        <w:div w:id="1088191360">
          <w:marLeft w:val="480"/>
          <w:marRight w:val="0"/>
          <w:marTop w:val="0"/>
          <w:marBottom w:val="0"/>
          <w:divBdr>
            <w:top w:val="none" w:sz="0" w:space="0" w:color="auto"/>
            <w:left w:val="none" w:sz="0" w:space="0" w:color="auto"/>
            <w:bottom w:val="none" w:sz="0" w:space="0" w:color="auto"/>
            <w:right w:val="none" w:sz="0" w:space="0" w:color="auto"/>
          </w:divBdr>
        </w:div>
        <w:div w:id="1695885674">
          <w:marLeft w:val="480"/>
          <w:marRight w:val="0"/>
          <w:marTop w:val="0"/>
          <w:marBottom w:val="0"/>
          <w:divBdr>
            <w:top w:val="none" w:sz="0" w:space="0" w:color="auto"/>
            <w:left w:val="none" w:sz="0" w:space="0" w:color="auto"/>
            <w:bottom w:val="none" w:sz="0" w:space="0" w:color="auto"/>
            <w:right w:val="none" w:sz="0" w:space="0" w:color="auto"/>
          </w:divBdr>
        </w:div>
      </w:divsChild>
    </w:div>
    <w:div w:id="1531256779">
      <w:bodyDiv w:val="1"/>
      <w:marLeft w:val="0"/>
      <w:marRight w:val="0"/>
      <w:marTop w:val="0"/>
      <w:marBottom w:val="0"/>
      <w:divBdr>
        <w:top w:val="none" w:sz="0" w:space="0" w:color="auto"/>
        <w:left w:val="none" w:sz="0" w:space="0" w:color="auto"/>
        <w:bottom w:val="none" w:sz="0" w:space="0" w:color="auto"/>
        <w:right w:val="none" w:sz="0" w:space="0" w:color="auto"/>
      </w:divBdr>
    </w:div>
    <w:div w:id="1533954331">
      <w:bodyDiv w:val="1"/>
      <w:marLeft w:val="0"/>
      <w:marRight w:val="0"/>
      <w:marTop w:val="0"/>
      <w:marBottom w:val="0"/>
      <w:divBdr>
        <w:top w:val="none" w:sz="0" w:space="0" w:color="auto"/>
        <w:left w:val="none" w:sz="0" w:space="0" w:color="auto"/>
        <w:bottom w:val="none" w:sz="0" w:space="0" w:color="auto"/>
        <w:right w:val="none" w:sz="0" w:space="0" w:color="auto"/>
      </w:divBdr>
    </w:div>
    <w:div w:id="1534414823">
      <w:bodyDiv w:val="1"/>
      <w:marLeft w:val="0"/>
      <w:marRight w:val="0"/>
      <w:marTop w:val="0"/>
      <w:marBottom w:val="0"/>
      <w:divBdr>
        <w:top w:val="none" w:sz="0" w:space="0" w:color="auto"/>
        <w:left w:val="none" w:sz="0" w:space="0" w:color="auto"/>
        <w:bottom w:val="none" w:sz="0" w:space="0" w:color="auto"/>
        <w:right w:val="none" w:sz="0" w:space="0" w:color="auto"/>
      </w:divBdr>
    </w:div>
    <w:div w:id="1535194802">
      <w:bodyDiv w:val="1"/>
      <w:marLeft w:val="0"/>
      <w:marRight w:val="0"/>
      <w:marTop w:val="0"/>
      <w:marBottom w:val="0"/>
      <w:divBdr>
        <w:top w:val="none" w:sz="0" w:space="0" w:color="auto"/>
        <w:left w:val="none" w:sz="0" w:space="0" w:color="auto"/>
        <w:bottom w:val="none" w:sz="0" w:space="0" w:color="auto"/>
        <w:right w:val="none" w:sz="0" w:space="0" w:color="auto"/>
      </w:divBdr>
      <w:divsChild>
        <w:div w:id="48459166">
          <w:marLeft w:val="480"/>
          <w:marRight w:val="0"/>
          <w:marTop w:val="0"/>
          <w:marBottom w:val="0"/>
          <w:divBdr>
            <w:top w:val="none" w:sz="0" w:space="0" w:color="auto"/>
            <w:left w:val="none" w:sz="0" w:space="0" w:color="auto"/>
            <w:bottom w:val="none" w:sz="0" w:space="0" w:color="auto"/>
            <w:right w:val="none" w:sz="0" w:space="0" w:color="auto"/>
          </w:divBdr>
        </w:div>
        <w:div w:id="121972093">
          <w:marLeft w:val="480"/>
          <w:marRight w:val="0"/>
          <w:marTop w:val="0"/>
          <w:marBottom w:val="0"/>
          <w:divBdr>
            <w:top w:val="none" w:sz="0" w:space="0" w:color="auto"/>
            <w:left w:val="none" w:sz="0" w:space="0" w:color="auto"/>
            <w:bottom w:val="none" w:sz="0" w:space="0" w:color="auto"/>
            <w:right w:val="none" w:sz="0" w:space="0" w:color="auto"/>
          </w:divBdr>
        </w:div>
        <w:div w:id="139882081">
          <w:marLeft w:val="480"/>
          <w:marRight w:val="0"/>
          <w:marTop w:val="0"/>
          <w:marBottom w:val="0"/>
          <w:divBdr>
            <w:top w:val="none" w:sz="0" w:space="0" w:color="auto"/>
            <w:left w:val="none" w:sz="0" w:space="0" w:color="auto"/>
            <w:bottom w:val="none" w:sz="0" w:space="0" w:color="auto"/>
            <w:right w:val="none" w:sz="0" w:space="0" w:color="auto"/>
          </w:divBdr>
        </w:div>
        <w:div w:id="144012733">
          <w:marLeft w:val="480"/>
          <w:marRight w:val="0"/>
          <w:marTop w:val="0"/>
          <w:marBottom w:val="0"/>
          <w:divBdr>
            <w:top w:val="none" w:sz="0" w:space="0" w:color="auto"/>
            <w:left w:val="none" w:sz="0" w:space="0" w:color="auto"/>
            <w:bottom w:val="none" w:sz="0" w:space="0" w:color="auto"/>
            <w:right w:val="none" w:sz="0" w:space="0" w:color="auto"/>
          </w:divBdr>
        </w:div>
        <w:div w:id="185487544">
          <w:marLeft w:val="480"/>
          <w:marRight w:val="0"/>
          <w:marTop w:val="0"/>
          <w:marBottom w:val="0"/>
          <w:divBdr>
            <w:top w:val="none" w:sz="0" w:space="0" w:color="auto"/>
            <w:left w:val="none" w:sz="0" w:space="0" w:color="auto"/>
            <w:bottom w:val="none" w:sz="0" w:space="0" w:color="auto"/>
            <w:right w:val="none" w:sz="0" w:space="0" w:color="auto"/>
          </w:divBdr>
        </w:div>
        <w:div w:id="226645246">
          <w:marLeft w:val="480"/>
          <w:marRight w:val="0"/>
          <w:marTop w:val="0"/>
          <w:marBottom w:val="0"/>
          <w:divBdr>
            <w:top w:val="none" w:sz="0" w:space="0" w:color="auto"/>
            <w:left w:val="none" w:sz="0" w:space="0" w:color="auto"/>
            <w:bottom w:val="none" w:sz="0" w:space="0" w:color="auto"/>
            <w:right w:val="none" w:sz="0" w:space="0" w:color="auto"/>
          </w:divBdr>
        </w:div>
        <w:div w:id="270161923">
          <w:marLeft w:val="480"/>
          <w:marRight w:val="0"/>
          <w:marTop w:val="0"/>
          <w:marBottom w:val="0"/>
          <w:divBdr>
            <w:top w:val="none" w:sz="0" w:space="0" w:color="auto"/>
            <w:left w:val="none" w:sz="0" w:space="0" w:color="auto"/>
            <w:bottom w:val="none" w:sz="0" w:space="0" w:color="auto"/>
            <w:right w:val="none" w:sz="0" w:space="0" w:color="auto"/>
          </w:divBdr>
        </w:div>
        <w:div w:id="306279119">
          <w:marLeft w:val="480"/>
          <w:marRight w:val="0"/>
          <w:marTop w:val="0"/>
          <w:marBottom w:val="0"/>
          <w:divBdr>
            <w:top w:val="none" w:sz="0" w:space="0" w:color="auto"/>
            <w:left w:val="none" w:sz="0" w:space="0" w:color="auto"/>
            <w:bottom w:val="none" w:sz="0" w:space="0" w:color="auto"/>
            <w:right w:val="none" w:sz="0" w:space="0" w:color="auto"/>
          </w:divBdr>
        </w:div>
        <w:div w:id="376004568">
          <w:marLeft w:val="480"/>
          <w:marRight w:val="0"/>
          <w:marTop w:val="0"/>
          <w:marBottom w:val="0"/>
          <w:divBdr>
            <w:top w:val="none" w:sz="0" w:space="0" w:color="auto"/>
            <w:left w:val="none" w:sz="0" w:space="0" w:color="auto"/>
            <w:bottom w:val="none" w:sz="0" w:space="0" w:color="auto"/>
            <w:right w:val="none" w:sz="0" w:space="0" w:color="auto"/>
          </w:divBdr>
        </w:div>
        <w:div w:id="451441717">
          <w:marLeft w:val="480"/>
          <w:marRight w:val="0"/>
          <w:marTop w:val="0"/>
          <w:marBottom w:val="0"/>
          <w:divBdr>
            <w:top w:val="none" w:sz="0" w:space="0" w:color="auto"/>
            <w:left w:val="none" w:sz="0" w:space="0" w:color="auto"/>
            <w:bottom w:val="none" w:sz="0" w:space="0" w:color="auto"/>
            <w:right w:val="none" w:sz="0" w:space="0" w:color="auto"/>
          </w:divBdr>
        </w:div>
        <w:div w:id="454252135">
          <w:marLeft w:val="480"/>
          <w:marRight w:val="0"/>
          <w:marTop w:val="0"/>
          <w:marBottom w:val="0"/>
          <w:divBdr>
            <w:top w:val="none" w:sz="0" w:space="0" w:color="auto"/>
            <w:left w:val="none" w:sz="0" w:space="0" w:color="auto"/>
            <w:bottom w:val="none" w:sz="0" w:space="0" w:color="auto"/>
            <w:right w:val="none" w:sz="0" w:space="0" w:color="auto"/>
          </w:divBdr>
        </w:div>
        <w:div w:id="494491009">
          <w:marLeft w:val="480"/>
          <w:marRight w:val="0"/>
          <w:marTop w:val="0"/>
          <w:marBottom w:val="0"/>
          <w:divBdr>
            <w:top w:val="none" w:sz="0" w:space="0" w:color="auto"/>
            <w:left w:val="none" w:sz="0" w:space="0" w:color="auto"/>
            <w:bottom w:val="none" w:sz="0" w:space="0" w:color="auto"/>
            <w:right w:val="none" w:sz="0" w:space="0" w:color="auto"/>
          </w:divBdr>
        </w:div>
        <w:div w:id="518080399">
          <w:marLeft w:val="480"/>
          <w:marRight w:val="0"/>
          <w:marTop w:val="0"/>
          <w:marBottom w:val="0"/>
          <w:divBdr>
            <w:top w:val="none" w:sz="0" w:space="0" w:color="auto"/>
            <w:left w:val="none" w:sz="0" w:space="0" w:color="auto"/>
            <w:bottom w:val="none" w:sz="0" w:space="0" w:color="auto"/>
            <w:right w:val="none" w:sz="0" w:space="0" w:color="auto"/>
          </w:divBdr>
        </w:div>
        <w:div w:id="538444260">
          <w:marLeft w:val="480"/>
          <w:marRight w:val="0"/>
          <w:marTop w:val="0"/>
          <w:marBottom w:val="0"/>
          <w:divBdr>
            <w:top w:val="none" w:sz="0" w:space="0" w:color="auto"/>
            <w:left w:val="none" w:sz="0" w:space="0" w:color="auto"/>
            <w:bottom w:val="none" w:sz="0" w:space="0" w:color="auto"/>
            <w:right w:val="none" w:sz="0" w:space="0" w:color="auto"/>
          </w:divBdr>
        </w:div>
        <w:div w:id="569268362">
          <w:marLeft w:val="480"/>
          <w:marRight w:val="0"/>
          <w:marTop w:val="0"/>
          <w:marBottom w:val="0"/>
          <w:divBdr>
            <w:top w:val="none" w:sz="0" w:space="0" w:color="auto"/>
            <w:left w:val="none" w:sz="0" w:space="0" w:color="auto"/>
            <w:bottom w:val="none" w:sz="0" w:space="0" w:color="auto"/>
            <w:right w:val="none" w:sz="0" w:space="0" w:color="auto"/>
          </w:divBdr>
        </w:div>
        <w:div w:id="621421344">
          <w:marLeft w:val="480"/>
          <w:marRight w:val="0"/>
          <w:marTop w:val="0"/>
          <w:marBottom w:val="0"/>
          <w:divBdr>
            <w:top w:val="none" w:sz="0" w:space="0" w:color="auto"/>
            <w:left w:val="none" w:sz="0" w:space="0" w:color="auto"/>
            <w:bottom w:val="none" w:sz="0" w:space="0" w:color="auto"/>
            <w:right w:val="none" w:sz="0" w:space="0" w:color="auto"/>
          </w:divBdr>
        </w:div>
        <w:div w:id="634604571">
          <w:marLeft w:val="480"/>
          <w:marRight w:val="0"/>
          <w:marTop w:val="0"/>
          <w:marBottom w:val="0"/>
          <w:divBdr>
            <w:top w:val="none" w:sz="0" w:space="0" w:color="auto"/>
            <w:left w:val="none" w:sz="0" w:space="0" w:color="auto"/>
            <w:bottom w:val="none" w:sz="0" w:space="0" w:color="auto"/>
            <w:right w:val="none" w:sz="0" w:space="0" w:color="auto"/>
          </w:divBdr>
        </w:div>
        <w:div w:id="644508874">
          <w:marLeft w:val="480"/>
          <w:marRight w:val="0"/>
          <w:marTop w:val="0"/>
          <w:marBottom w:val="0"/>
          <w:divBdr>
            <w:top w:val="none" w:sz="0" w:space="0" w:color="auto"/>
            <w:left w:val="none" w:sz="0" w:space="0" w:color="auto"/>
            <w:bottom w:val="none" w:sz="0" w:space="0" w:color="auto"/>
            <w:right w:val="none" w:sz="0" w:space="0" w:color="auto"/>
          </w:divBdr>
        </w:div>
        <w:div w:id="655574189">
          <w:marLeft w:val="480"/>
          <w:marRight w:val="0"/>
          <w:marTop w:val="0"/>
          <w:marBottom w:val="0"/>
          <w:divBdr>
            <w:top w:val="none" w:sz="0" w:space="0" w:color="auto"/>
            <w:left w:val="none" w:sz="0" w:space="0" w:color="auto"/>
            <w:bottom w:val="none" w:sz="0" w:space="0" w:color="auto"/>
            <w:right w:val="none" w:sz="0" w:space="0" w:color="auto"/>
          </w:divBdr>
        </w:div>
        <w:div w:id="724646458">
          <w:marLeft w:val="480"/>
          <w:marRight w:val="0"/>
          <w:marTop w:val="0"/>
          <w:marBottom w:val="0"/>
          <w:divBdr>
            <w:top w:val="none" w:sz="0" w:space="0" w:color="auto"/>
            <w:left w:val="none" w:sz="0" w:space="0" w:color="auto"/>
            <w:bottom w:val="none" w:sz="0" w:space="0" w:color="auto"/>
            <w:right w:val="none" w:sz="0" w:space="0" w:color="auto"/>
          </w:divBdr>
        </w:div>
        <w:div w:id="729113044">
          <w:marLeft w:val="480"/>
          <w:marRight w:val="0"/>
          <w:marTop w:val="0"/>
          <w:marBottom w:val="0"/>
          <w:divBdr>
            <w:top w:val="none" w:sz="0" w:space="0" w:color="auto"/>
            <w:left w:val="none" w:sz="0" w:space="0" w:color="auto"/>
            <w:bottom w:val="none" w:sz="0" w:space="0" w:color="auto"/>
            <w:right w:val="none" w:sz="0" w:space="0" w:color="auto"/>
          </w:divBdr>
        </w:div>
        <w:div w:id="739015246">
          <w:marLeft w:val="480"/>
          <w:marRight w:val="0"/>
          <w:marTop w:val="0"/>
          <w:marBottom w:val="0"/>
          <w:divBdr>
            <w:top w:val="none" w:sz="0" w:space="0" w:color="auto"/>
            <w:left w:val="none" w:sz="0" w:space="0" w:color="auto"/>
            <w:bottom w:val="none" w:sz="0" w:space="0" w:color="auto"/>
            <w:right w:val="none" w:sz="0" w:space="0" w:color="auto"/>
          </w:divBdr>
        </w:div>
        <w:div w:id="747536067">
          <w:marLeft w:val="480"/>
          <w:marRight w:val="0"/>
          <w:marTop w:val="0"/>
          <w:marBottom w:val="0"/>
          <w:divBdr>
            <w:top w:val="none" w:sz="0" w:space="0" w:color="auto"/>
            <w:left w:val="none" w:sz="0" w:space="0" w:color="auto"/>
            <w:bottom w:val="none" w:sz="0" w:space="0" w:color="auto"/>
            <w:right w:val="none" w:sz="0" w:space="0" w:color="auto"/>
          </w:divBdr>
        </w:div>
        <w:div w:id="769081713">
          <w:marLeft w:val="480"/>
          <w:marRight w:val="0"/>
          <w:marTop w:val="0"/>
          <w:marBottom w:val="0"/>
          <w:divBdr>
            <w:top w:val="none" w:sz="0" w:space="0" w:color="auto"/>
            <w:left w:val="none" w:sz="0" w:space="0" w:color="auto"/>
            <w:bottom w:val="none" w:sz="0" w:space="0" w:color="auto"/>
            <w:right w:val="none" w:sz="0" w:space="0" w:color="auto"/>
          </w:divBdr>
        </w:div>
        <w:div w:id="857231937">
          <w:marLeft w:val="480"/>
          <w:marRight w:val="0"/>
          <w:marTop w:val="0"/>
          <w:marBottom w:val="0"/>
          <w:divBdr>
            <w:top w:val="none" w:sz="0" w:space="0" w:color="auto"/>
            <w:left w:val="none" w:sz="0" w:space="0" w:color="auto"/>
            <w:bottom w:val="none" w:sz="0" w:space="0" w:color="auto"/>
            <w:right w:val="none" w:sz="0" w:space="0" w:color="auto"/>
          </w:divBdr>
        </w:div>
        <w:div w:id="878976559">
          <w:marLeft w:val="480"/>
          <w:marRight w:val="0"/>
          <w:marTop w:val="0"/>
          <w:marBottom w:val="0"/>
          <w:divBdr>
            <w:top w:val="none" w:sz="0" w:space="0" w:color="auto"/>
            <w:left w:val="none" w:sz="0" w:space="0" w:color="auto"/>
            <w:bottom w:val="none" w:sz="0" w:space="0" w:color="auto"/>
            <w:right w:val="none" w:sz="0" w:space="0" w:color="auto"/>
          </w:divBdr>
        </w:div>
        <w:div w:id="916205604">
          <w:marLeft w:val="480"/>
          <w:marRight w:val="0"/>
          <w:marTop w:val="0"/>
          <w:marBottom w:val="0"/>
          <w:divBdr>
            <w:top w:val="none" w:sz="0" w:space="0" w:color="auto"/>
            <w:left w:val="none" w:sz="0" w:space="0" w:color="auto"/>
            <w:bottom w:val="none" w:sz="0" w:space="0" w:color="auto"/>
            <w:right w:val="none" w:sz="0" w:space="0" w:color="auto"/>
          </w:divBdr>
        </w:div>
        <w:div w:id="937759301">
          <w:marLeft w:val="480"/>
          <w:marRight w:val="0"/>
          <w:marTop w:val="0"/>
          <w:marBottom w:val="0"/>
          <w:divBdr>
            <w:top w:val="none" w:sz="0" w:space="0" w:color="auto"/>
            <w:left w:val="none" w:sz="0" w:space="0" w:color="auto"/>
            <w:bottom w:val="none" w:sz="0" w:space="0" w:color="auto"/>
            <w:right w:val="none" w:sz="0" w:space="0" w:color="auto"/>
          </w:divBdr>
        </w:div>
        <w:div w:id="1003044210">
          <w:marLeft w:val="480"/>
          <w:marRight w:val="0"/>
          <w:marTop w:val="0"/>
          <w:marBottom w:val="0"/>
          <w:divBdr>
            <w:top w:val="none" w:sz="0" w:space="0" w:color="auto"/>
            <w:left w:val="none" w:sz="0" w:space="0" w:color="auto"/>
            <w:bottom w:val="none" w:sz="0" w:space="0" w:color="auto"/>
            <w:right w:val="none" w:sz="0" w:space="0" w:color="auto"/>
          </w:divBdr>
        </w:div>
        <w:div w:id="1231774461">
          <w:marLeft w:val="480"/>
          <w:marRight w:val="0"/>
          <w:marTop w:val="0"/>
          <w:marBottom w:val="0"/>
          <w:divBdr>
            <w:top w:val="none" w:sz="0" w:space="0" w:color="auto"/>
            <w:left w:val="none" w:sz="0" w:space="0" w:color="auto"/>
            <w:bottom w:val="none" w:sz="0" w:space="0" w:color="auto"/>
            <w:right w:val="none" w:sz="0" w:space="0" w:color="auto"/>
          </w:divBdr>
        </w:div>
        <w:div w:id="1303189553">
          <w:marLeft w:val="480"/>
          <w:marRight w:val="0"/>
          <w:marTop w:val="0"/>
          <w:marBottom w:val="0"/>
          <w:divBdr>
            <w:top w:val="none" w:sz="0" w:space="0" w:color="auto"/>
            <w:left w:val="none" w:sz="0" w:space="0" w:color="auto"/>
            <w:bottom w:val="none" w:sz="0" w:space="0" w:color="auto"/>
            <w:right w:val="none" w:sz="0" w:space="0" w:color="auto"/>
          </w:divBdr>
        </w:div>
        <w:div w:id="1333608740">
          <w:marLeft w:val="480"/>
          <w:marRight w:val="0"/>
          <w:marTop w:val="0"/>
          <w:marBottom w:val="0"/>
          <w:divBdr>
            <w:top w:val="none" w:sz="0" w:space="0" w:color="auto"/>
            <w:left w:val="none" w:sz="0" w:space="0" w:color="auto"/>
            <w:bottom w:val="none" w:sz="0" w:space="0" w:color="auto"/>
            <w:right w:val="none" w:sz="0" w:space="0" w:color="auto"/>
          </w:divBdr>
        </w:div>
        <w:div w:id="1389500061">
          <w:marLeft w:val="480"/>
          <w:marRight w:val="0"/>
          <w:marTop w:val="0"/>
          <w:marBottom w:val="0"/>
          <w:divBdr>
            <w:top w:val="none" w:sz="0" w:space="0" w:color="auto"/>
            <w:left w:val="none" w:sz="0" w:space="0" w:color="auto"/>
            <w:bottom w:val="none" w:sz="0" w:space="0" w:color="auto"/>
            <w:right w:val="none" w:sz="0" w:space="0" w:color="auto"/>
          </w:divBdr>
        </w:div>
        <w:div w:id="1404986559">
          <w:marLeft w:val="480"/>
          <w:marRight w:val="0"/>
          <w:marTop w:val="0"/>
          <w:marBottom w:val="0"/>
          <w:divBdr>
            <w:top w:val="none" w:sz="0" w:space="0" w:color="auto"/>
            <w:left w:val="none" w:sz="0" w:space="0" w:color="auto"/>
            <w:bottom w:val="none" w:sz="0" w:space="0" w:color="auto"/>
            <w:right w:val="none" w:sz="0" w:space="0" w:color="auto"/>
          </w:divBdr>
        </w:div>
        <w:div w:id="1483231341">
          <w:marLeft w:val="480"/>
          <w:marRight w:val="0"/>
          <w:marTop w:val="0"/>
          <w:marBottom w:val="0"/>
          <w:divBdr>
            <w:top w:val="none" w:sz="0" w:space="0" w:color="auto"/>
            <w:left w:val="none" w:sz="0" w:space="0" w:color="auto"/>
            <w:bottom w:val="none" w:sz="0" w:space="0" w:color="auto"/>
            <w:right w:val="none" w:sz="0" w:space="0" w:color="auto"/>
          </w:divBdr>
        </w:div>
        <w:div w:id="1573081784">
          <w:marLeft w:val="480"/>
          <w:marRight w:val="0"/>
          <w:marTop w:val="0"/>
          <w:marBottom w:val="0"/>
          <w:divBdr>
            <w:top w:val="none" w:sz="0" w:space="0" w:color="auto"/>
            <w:left w:val="none" w:sz="0" w:space="0" w:color="auto"/>
            <w:bottom w:val="none" w:sz="0" w:space="0" w:color="auto"/>
            <w:right w:val="none" w:sz="0" w:space="0" w:color="auto"/>
          </w:divBdr>
        </w:div>
        <w:div w:id="1662268862">
          <w:marLeft w:val="480"/>
          <w:marRight w:val="0"/>
          <w:marTop w:val="0"/>
          <w:marBottom w:val="0"/>
          <w:divBdr>
            <w:top w:val="none" w:sz="0" w:space="0" w:color="auto"/>
            <w:left w:val="none" w:sz="0" w:space="0" w:color="auto"/>
            <w:bottom w:val="none" w:sz="0" w:space="0" w:color="auto"/>
            <w:right w:val="none" w:sz="0" w:space="0" w:color="auto"/>
          </w:divBdr>
        </w:div>
        <w:div w:id="1736465073">
          <w:marLeft w:val="480"/>
          <w:marRight w:val="0"/>
          <w:marTop w:val="0"/>
          <w:marBottom w:val="0"/>
          <w:divBdr>
            <w:top w:val="none" w:sz="0" w:space="0" w:color="auto"/>
            <w:left w:val="none" w:sz="0" w:space="0" w:color="auto"/>
            <w:bottom w:val="none" w:sz="0" w:space="0" w:color="auto"/>
            <w:right w:val="none" w:sz="0" w:space="0" w:color="auto"/>
          </w:divBdr>
        </w:div>
        <w:div w:id="1804351926">
          <w:marLeft w:val="480"/>
          <w:marRight w:val="0"/>
          <w:marTop w:val="0"/>
          <w:marBottom w:val="0"/>
          <w:divBdr>
            <w:top w:val="none" w:sz="0" w:space="0" w:color="auto"/>
            <w:left w:val="none" w:sz="0" w:space="0" w:color="auto"/>
            <w:bottom w:val="none" w:sz="0" w:space="0" w:color="auto"/>
            <w:right w:val="none" w:sz="0" w:space="0" w:color="auto"/>
          </w:divBdr>
        </w:div>
        <w:div w:id="1851411351">
          <w:marLeft w:val="480"/>
          <w:marRight w:val="0"/>
          <w:marTop w:val="0"/>
          <w:marBottom w:val="0"/>
          <w:divBdr>
            <w:top w:val="none" w:sz="0" w:space="0" w:color="auto"/>
            <w:left w:val="none" w:sz="0" w:space="0" w:color="auto"/>
            <w:bottom w:val="none" w:sz="0" w:space="0" w:color="auto"/>
            <w:right w:val="none" w:sz="0" w:space="0" w:color="auto"/>
          </w:divBdr>
        </w:div>
        <w:div w:id="1929852398">
          <w:marLeft w:val="480"/>
          <w:marRight w:val="0"/>
          <w:marTop w:val="0"/>
          <w:marBottom w:val="0"/>
          <w:divBdr>
            <w:top w:val="none" w:sz="0" w:space="0" w:color="auto"/>
            <w:left w:val="none" w:sz="0" w:space="0" w:color="auto"/>
            <w:bottom w:val="none" w:sz="0" w:space="0" w:color="auto"/>
            <w:right w:val="none" w:sz="0" w:space="0" w:color="auto"/>
          </w:divBdr>
        </w:div>
        <w:div w:id="2000034077">
          <w:marLeft w:val="480"/>
          <w:marRight w:val="0"/>
          <w:marTop w:val="0"/>
          <w:marBottom w:val="0"/>
          <w:divBdr>
            <w:top w:val="none" w:sz="0" w:space="0" w:color="auto"/>
            <w:left w:val="none" w:sz="0" w:space="0" w:color="auto"/>
            <w:bottom w:val="none" w:sz="0" w:space="0" w:color="auto"/>
            <w:right w:val="none" w:sz="0" w:space="0" w:color="auto"/>
          </w:divBdr>
        </w:div>
        <w:div w:id="2144037564">
          <w:marLeft w:val="480"/>
          <w:marRight w:val="0"/>
          <w:marTop w:val="0"/>
          <w:marBottom w:val="0"/>
          <w:divBdr>
            <w:top w:val="none" w:sz="0" w:space="0" w:color="auto"/>
            <w:left w:val="none" w:sz="0" w:space="0" w:color="auto"/>
            <w:bottom w:val="none" w:sz="0" w:space="0" w:color="auto"/>
            <w:right w:val="none" w:sz="0" w:space="0" w:color="auto"/>
          </w:divBdr>
        </w:div>
      </w:divsChild>
    </w:div>
    <w:div w:id="1535918904">
      <w:bodyDiv w:val="1"/>
      <w:marLeft w:val="0"/>
      <w:marRight w:val="0"/>
      <w:marTop w:val="0"/>
      <w:marBottom w:val="0"/>
      <w:divBdr>
        <w:top w:val="none" w:sz="0" w:space="0" w:color="auto"/>
        <w:left w:val="none" w:sz="0" w:space="0" w:color="auto"/>
        <w:bottom w:val="none" w:sz="0" w:space="0" w:color="auto"/>
        <w:right w:val="none" w:sz="0" w:space="0" w:color="auto"/>
      </w:divBdr>
    </w:div>
    <w:div w:id="1536505827">
      <w:bodyDiv w:val="1"/>
      <w:marLeft w:val="0"/>
      <w:marRight w:val="0"/>
      <w:marTop w:val="0"/>
      <w:marBottom w:val="0"/>
      <w:divBdr>
        <w:top w:val="none" w:sz="0" w:space="0" w:color="auto"/>
        <w:left w:val="none" w:sz="0" w:space="0" w:color="auto"/>
        <w:bottom w:val="none" w:sz="0" w:space="0" w:color="auto"/>
        <w:right w:val="none" w:sz="0" w:space="0" w:color="auto"/>
      </w:divBdr>
    </w:div>
    <w:div w:id="1536770224">
      <w:bodyDiv w:val="1"/>
      <w:marLeft w:val="0"/>
      <w:marRight w:val="0"/>
      <w:marTop w:val="0"/>
      <w:marBottom w:val="0"/>
      <w:divBdr>
        <w:top w:val="none" w:sz="0" w:space="0" w:color="auto"/>
        <w:left w:val="none" w:sz="0" w:space="0" w:color="auto"/>
        <w:bottom w:val="none" w:sz="0" w:space="0" w:color="auto"/>
        <w:right w:val="none" w:sz="0" w:space="0" w:color="auto"/>
      </w:divBdr>
    </w:div>
    <w:div w:id="1537041966">
      <w:bodyDiv w:val="1"/>
      <w:marLeft w:val="0"/>
      <w:marRight w:val="0"/>
      <w:marTop w:val="0"/>
      <w:marBottom w:val="0"/>
      <w:divBdr>
        <w:top w:val="none" w:sz="0" w:space="0" w:color="auto"/>
        <w:left w:val="none" w:sz="0" w:space="0" w:color="auto"/>
        <w:bottom w:val="none" w:sz="0" w:space="0" w:color="auto"/>
        <w:right w:val="none" w:sz="0" w:space="0" w:color="auto"/>
      </w:divBdr>
    </w:div>
    <w:div w:id="1537309982">
      <w:bodyDiv w:val="1"/>
      <w:marLeft w:val="0"/>
      <w:marRight w:val="0"/>
      <w:marTop w:val="0"/>
      <w:marBottom w:val="0"/>
      <w:divBdr>
        <w:top w:val="none" w:sz="0" w:space="0" w:color="auto"/>
        <w:left w:val="none" w:sz="0" w:space="0" w:color="auto"/>
        <w:bottom w:val="none" w:sz="0" w:space="0" w:color="auto"/>
        <w:right w:val="none" w:sz="0" w:space="0" w:color="auto"/>
      </w:divBdr>
    </w:div>
    <w:div w:id="1539121028">
      <w:bodyDiv w:val="1"/>
      <w:marLeft w:val="0"/>
      <w:marRight w:val="0"/>
      <w:marTop w:val="0"/>
      <w:marBottom w:val="0"/>
      <w:divBdr>
        <w:top w:val="none" w:sz="0" w:space="0" w:color="auto"/>
        <w:left w:val="none" w:sz="0" w:space="0" w:color="auto"/>
        <w:bottom w:val="none" w:sz="0" w:space="0" w:color="auto"/>
        <w:right w:val="none" w:sz="0" w:space="0" w:color="auto"/>
      </w:divBdr>
      <w:divsChild>
        <w:div w:id="27723513">
          <w:marLeft w:val="480"/>
          <w:marRight w:val="0"/>
          <w:marTop w:val="0"/>
          <w:marBottom w:val="0"/>
          <w:divBdr>
            <w:top w:val="none" w:sz="0" w:space="0" w:color="auto"/>
            <w:left w:val="none" w:sz="0" w:space="0" w:color="auto"/>
            <w:bottom w:val="none" w:sz="0" w:space="0" w:color="auto"/>
            <w:right w:val="none" w:sz="0" w:space="0" w:color="auto"/>
          </w:divBdr>
        </w:div>
        <w:div w:id="36205131">
          <w:marLeft w:val="480"/>
          <w:marRight w:val="0"/>
          <w:marTop w:val="0"/>
          <w:marBottom w:val="0"/>
          <w:divBdr>
            <w:top w:val="none" w:sz="0" w:space="0" w:color="auto"/>
            <w:left w:val="none" w:sz="0" w:space="0" w:color="auto"/>
            <w:bottom w:val="none" w:sz="0" w:space="0" w:color="auto"/>
            <w:right w:val="none" w:sz="0" w:space="0" w:color="auto"/>
          </w:divBdr>
        </w:div>
        <w:div w:id="55131399">
          <w:marLeft w:val="480"/>
          <w:marRight w:val="0"/>
          <w:marTop w:val="0"/>
          <w:marBottom w:val="0"/>
          <w:divBdr>
            <w:top w:val="none" w:sz="0" w:space="0" w:color="auto"/>
            <w:left w:val="none" w:sz="0" w:space="0" w:color="auto"/>
            <w:bottom w:val="none" w:sz="0" w:space="0" w:color="auto"/>
            <w:right w:val="none" w:sz="0" w:space="0" w:color="auto"/>
          </w:divBdr>
        </w:div>
        <w:div w:id="257492811">
          <w:marLeft w:val="480"/>
          <w:marRight w:val="0"/>
          <w:marTop w:val="0"/>
          <w:marBottom w:val="0"/>
          <w:divBdr>
            <w:top w:val="none" w:sz="0" w:space="0" w:color="auto"/>
            <w:left w:val="none" w:sz="0" w:space="0" w:color="auto"/>
            <w:bottom w:val="none" w:sz="0" w:space="0" w:color="auto"/>
            <w:right w:val="none" w:sz="0" w:space="0" w:color="auto"/>
          </w:divBdr>
        </w:div>
        <w:div w:id="285743292">
          <w:marLeft w:val="480"/>
          <w:marRight w:val="0"/>
          <w:marTop w:val="0"/>
          <w:marBottom w:val="0"/>
          <w:divBdr>
            <w:top w:val="none" w:sz="0" w:space="0" w:color="auto"/>
            <w:left w:val="none" w:sz="0" w:space="0" w:color="auto"/>
            <w:bottom w:val="none" w:sz="0" w:space="0" w:color="auto"/>
            <w:right w:val="none" w:sz="0" w:space="0" w:color="auto"/>
          </w:divBdr>
        </w:div>
        <w:div w:id="300623493">
          <w:marLeft w:val="480"/>
          <w:marRight w:val="0"/>
          <w:marTop w:val="0"/>
          <w:marBottom w:val="0"/>
          <w:divBdr>
            <w:top w:val="none" w:sz="0" w:space="0" w:color="auto"/>
            <w:left w:val="none" w:sz="0" w:space="0" w:color="auto"/>
            <w:bottom w:val="none" w:sz="0" w:space="0" w:color="auto"/>
            <w:right w:val="none" w:sz="0" w:space="0" w:color="auto"/>
          </w:divBdr>
        </w:div>
        <w:div w:id="357630438">
          <w:marLeft w:val="480"/>
          <w:marRight w:val="0"/>
          <w:marTop w:val="0"/>
          <w:marBottom w:val="0"/>
          <w:divBdr>
            <w:top w:val="none" w:sz="0" w:space="0" w:color="auto"/>
            <w:left w:val="none" w:sz="0" w:space="0" w:color="auto"/>
            <w:bottom w:val="none" w:sz="0" w:space="0" w:color="auto"/>
            <w:right w:val="none" w:sz="0" w:space="0" w:color="auto"/>
          </w:divBdr>
        </w:div>
        <w:div w:id="413019408">
          <w:marLeft w:val="480"/>
          <w:marRight w:val="0"/>
          <w:marTop w:val="0"/>
          <w:marBottom w:val="0"/>
          <w:divBdr>
            <w:top w:val="none" w:sz="0" w:space="0" w:color="auto"/>
            <w:left w:val="none" w:sz="0" w:space="0" w:color="auto"/>
            <w:bottom w:val="none" w:sz="0" w:space="0" w:color="auto"/>
            <w:right w:val="none" w:sz="0" w:space="0" w:color="auto"/>
          </w:divBdr>
        </w:div>
        <w:div w:id="417679324">
          <w:marLeft w:val="480"/>
          <w:marRight w:val="0"/>
          <w:marTop w:val="0"/>
          <w:marBottom w:val="0"/>
          <w:divBdr>
            <w:top w:val="none" w:sz="0" w:space="0" w:color="auto"/>
            <w:left w:val="none" w:sz="0" w:space="0" w:color="auto"/>
            <w:bottom w:val="none" w:sz="0" w:space="0" w:color="auto"/>
            <w:right w:val="none" w:sz="0" w:space="0" w:color="auto"/>
          </w:divBdr>
        </w:div>
        <w:div w:id="418988293">
          <w:marLeft w:val="480"/>
          <w:marRight w:val="0"/>
          <w:marTop w:val="0"/>
          <w:marBottom w:val="0"/>
          <w:divBdr>
            <w:top w:val="none" w:sz="0" w:space="0" w:color="auto"/>
            <w:left w:val="none" w:sz="0" w:space="0" w:color="auto"/>
            <w:bottom w:val="none" w:sz="0" w:space="0" w:color="auto"/>
            <w:right w:val="none" w:sz="0" w:space="0" w:color="auto"/>
          </w:divBdr>
        </w:div>
        <w:div w:id="440151323">
          <w:marLeft w:val="480"/>
          <w:marRight w:val="0"/>
          <w:marTop w:val="0"/>
          <w:marBottom w:val="0"/>
          <w:divBdr>
            <w:top w:val="none" w:sz="0" w:space="0" w:color="auto"/>
            <w:left w:val="none" w:sz="0" w:space="0" w:color="auto"/>
            <w:bottom w:val="none" w:sz="0" w:space="0" w:color="auto"/>
            <w:right w:val="none" w:sz="0" w:space="0" w:color="auto"/>
          </w:divBdr>
        </w:div>
        <w:div w:id="513495481">
          <w:marLeft w:val="480"/>
          <w:marRight w:val="0"/>
          <w:marTop w:val="0"/>
          <w:marBottom w:val="0"/>
          <w:divBdr>
            <w:top w:val="none" w:sz="0" w:space="0" w:color="auto"/>
            <w:left w:val="none" w:sz="0" w:space="0" w:color="auto"/>
            <w:bottom w:val="none" w:sz="0" w:space="0" w:color="auto"/>
            <w:right w:val="none" w:sz="0" w:space="0" w:color="auto"/>
          </w:divBdr>
        </w:div>
        <w:div w:id="601453364">
          <w:marLeft w:val="480"/>
          <w:marRight w:val="0"/>
          <w:marTop w:val="0"/>
          <w:marBottom w:val="0"/>
          <w:divBdr>
            <w:top w:val="none" w:sz="0" w:space="0" w:color="auto"/>
            <w:left w:val="none" w:sz="0" w:space="0" w:color="auto"/>
            <w:bottom w:val="none" w:sz="0" w:space="0" w:color="auto"/>
            <w:right w:val="none" w:sz="0" w:space="0" w:color="auto"/>
          </w:divBdr>
        </w:div>
        <w:div w:id="607741053">
          <w:marLeft w:val="480"/>
          <w:marRight w:val="0"/>
          <w:marTop w:val="0"/>
          <w:marBottom w:val="0"/>
          <w:divBdr>
            <w:top w:val="none" w:sz="0" w:space="0" w:color="auto"/>
            <w:left w:val="none" w:sz="0" w:space="0" w:color="auto"/>
            <w:bottom w:val="none" w:sz="0" w:space="0" w:color="auto"/>
            <w:right w:val="none" w:sz="0" w:space="0" w:color="auto"/>
          </w:divBdr>
        </w:div>
        <w:div w:id="613094949">
          <w:marLeft w:val="480"/>
          <w:marRight w:val="0"/>
          <w:marTop w:val="0"/>
          <w:marBottom w:val="0"/>
          <w:divBdr>
            <w:top w:val="none" w:sz="0" w:space="0" w:color="auto"/>
            <w:left w:val="none" w:sz="0" w:space="0" w:color="auto"/>
            <w:bottom w:val="none" w:sz="0" w:space="0" w:color="auto"/>
            <w:right w:val="none" w:sz="0" w:space="0" w:color="auto"/>
          </w:divBdr>
        </w:div>
        <w:div w:id="613755717">
          <w:marLeft w:val="480"/>
          <w:marRight w:val="0"/>
          <w:marTop w:val="0"/>
          <w:marBottom w:val="0"/>
          <w:divBdr>
            <w:top w:val="none" w:sz="0" w:space="0" w:color="auto"/>
            <w:left w:val="none" w:sz="0" w:space="0" w:color="auto"/>
            <w:bottom w:val="none" w:sz="0" w:space="0" w:color="auto"/>
            <w:right w:val="none" w:sz="0" w:space="0" w:color="auto"/>
          </w:divBdr>
        </w:div>
        <w:div w:id="713508446">
          <w:marLeft w:val="480"/>
          <w:marRight w:val="0"/>
          <w:marTop w:val="0"/>
          <w:marBottom w:val="0"/>
          <w:divBdr>
            <w:top w:val="none" w:sz="0" w:space="0" w:color="auto"/>
            <w:left w:val="none" w:sz="0" w:space="0" w:color="auto"/>
            <w:bottom w:val="none" w:sz="0" w:space="0" w:color="auto"/>
            <w:right w:val="none" w:sz="0" w:space="0" w:color="auto"/>
          </w:divBdr>
        </w:div>
        <w:div w:id="785076895">
          <w:marLeft w:val="480"/>
          <w:marRight w:val="0"/>
          <w:marTop w:val="0"/>
          <w:marBottom w:val="0"/>
          <w:divBdr>
            <w:top w:val="none" w:sz="0" w:space="0" w:color="auto"/>
            <w:left w:val="none" w:sz="0" w:space="0" w:color="auto"/>
            <w:bottom w:val="none" w:sz="0" w:space="0" w:color="auto"/>
            <w:right w:val="none" w:sz="0" w:space="0" w:color="auto"/>
          </w:divBdr>
        </w:div>
        <w:div w:id="857692650">
          <w:marLeft w:val="480"/>
          <w:marRight w:val="0"/>
          <w:marTop w:val="0"/>
          <w:marBottom w:val="0"/>
          <w:divBdr>
            <w:top w:val="none" w:sz="0" w:space="0" w:color="auto"/>
            <w:left w:val="none" w:sz="0" w:space="0" w:color="auto"/>
            <w:bottom w:val="none" w:sz="0" w:space="0" w:color="auto"/>
            <w:right w:val="none" w:sz="0" w:space="0" w:color="auto"/>
          </w:divBdr>
        </w:div>
        <w:div w:id="973215205">
          <w:marLeft w:val="480"/>
          <w:marRight w:val="0"/>
          <w:marTop w:val="0"/>
          <w:marBottom w:val="0"/>
          <w:divBdr>
            <w:top w:val="none" w:sz="0" w:space="0" w:color="auto"/>
            <w:left w:val="none" w:sz="0" w:space="0" w:color="auto"/>
            <w:bottom w:val="none" w:sz="0" w:space="0" w:color="auto"/>
            <w:right w:val="none" w:sz="0" w:space="0" w:color="auto"/>
          </w:divBdr>
        </w:div>
        <w:div w:id="990015709">
          <w:marLeft w:val="480"/>
          <w:marRight w:val="0"/>
          <w:marTop w:val="0"/>
          <w:marBottom w:val="0"/>
          <w:divBdr>
            <w:top w:val="none" w:sz="0" w:space="0" w:color="auto"/>
            <w:left w:val="none" w:sz="0" w:space="0" w:color="auto"/>
            <w:bottom w:val="none" w:sz="0" w:space="0" w:color="auto"/>
            <w:right w:val="none" w:sz="0" w:space="0" w:color="auto"/>
          </w:divBdr>
        </w:div>
        <w:div w:id="1013989949">
          <w:marLeft w:val="480"/>
          <w:marRight w:val="0"/>
          <w:marTop w:val="0"/>
          <w:marBottom w:val="0"/>
          <w:divBdr>
            <w:top w:val="none" w:sz="0" w:space="0" w:color="auto"/>
            <w:left w:val="none" w:sz="0" w:space="0" w:color="auto"/>
            <w:bottom w:val="none" w:sz="0" w:space="0" w:color="auto"/>
            <w:right w:val="none" w:sz="0" w:space="0" w:color="auto"/>
          </w:divBdr>
        </w:div>
        <w:div w:id="1046567318">
          <w:marLeft w:val="480"/>
          <w:marRight w:val="0"/>
          <w:marTop w:val="0"/>
          <w:marBottom w:val="0"/>
          <w:divBdr>
            <w:top w:val="none" w:sz="0" w:space="0" w:color="auto"/>
            <w:left w:val="none" w:sz="0" w:space="0" w:color="auto"/>
            <w:bottom w:val="none" w:sz="0" w:space="0" w:color="auto"/>
            <w:right w:val="none" w:sz="0" w:space="0" w:color="auto"/>
          </w:divBdr>
        </w:div>
        <w:div w:id="1075008685">
          <w:marLeft w:val="480"/>
          <w:marRight w:val="0"/>
          <w:marTop w:val="0"/>
          <w:marBottom w:val="0"/>
          <w:divBdr>
            <w:top w:val="none" w:sz="0" w:space="0" w:color="auto"/>
            <w:left w:val="none" w:sz="0" w:space="0" w:color="auto"/>
            <w:bottom w:val="none" w:sz="0" w:space="0" w:color="auto"/>
            <w:right w:val="none" w:sz="0" w:space="0" w:color="auto"/>
          </w:divBdr>
        </w:div>
        <w:div w:id="1129668212">
          <w:marLeft w:val="480"/>
          <w:marRight w:val="0"/>
          <w:marTop w:val="0"/>
          <w:marBottom w:val="0"/>
          <w:divBdr>
            <w:top w:val="none" w:sz="0" w:space="0" w:color="auto"/>
            <w:left w:val="none" w:sz="0" w:space="0" w:color="auto"/>
            <w:bottom w:val="none" w:sz="0" w:space="0" w:color="auto"/>
            <w:right w:val="none" w:sz="0" w:space="0" w:color="auto"/>
          </w:divBdr>
        </w:div>
        <w:div w:id="1320499102">
          <w:marLeft w:val="480"/>
          <w:marRight w:val="0"/>
          <w:marTop w:val="0"/>
          <w:marBottom w:val="0"/>
          <w:divBdr>
            <w:top w:val="none" w:sz="0" w:space="0" w:color="auto"/>
            <w:left w:val="none" w:sz="0" w:space="0" w:color="auto"/>
            <w:bottom w:val="none" w:sz="0" w:space="0" w:color="auto"/>
            <w:right w:val="none" w:sz="0" w:space="0" w:color="auto"/>
          </w:divBdr>
        </w:div>
        <w:div w:id="1496728963">
          <w:marLeft w:val="480"/>
          <w:marRight w:val="0"/>
          <w:marTop w:val="0"/>
          <w:marBottom w:val="0"/>
          <w:divBdr>
            <w:top w:val="none" w:sz="0" w:space="0" w:color="auto"/>
            <w:left w:val="none" w:sz="0" w:space="0" w:color="auto"/>
            <w:bottom w:val="none" w:sz="0" w:space="0" w:color="auto"/>
            <w:right w:val="none" w:sz="0" w:space="0" w:color="auto"/>
          </w:divBdr>
        </w:div>
        <w:div w:id="1504128521">
          <w:marLeft w:val="480"/>
          <w:marRight w:val="0"/>
          <w:marTop w:val="0"/>
          <w:marBottom w:val="0"/>
          <w:divBdr>
            <w:top w:val="none" w:sz="0" w:space="0" w:color="auto"/>
            <w:left w:val="none" w:sz="0" w:space="0" w:color="auto"/>
            <w:bottom w:val="none" w:sz="0" w:space="0" w:color="auto"/>
            <w:right w:val="none" w:sz="0" w:space="0" w:color="auto"/>
          </w:divBdr>
        </w:div>
        <w:div w:id="1527862472">
          <w:marLeft w:val="480"/>
          <w:marRight w:val="0"/>
          <w:marTop w:val="0"/>
          <w:marBottom w:val="0"/>
          <w:divBdr>
            <w:top w:val="none" w:sz="0" w:space="0" w:color="auto"/>
            <w:left w:val="none" w:sz="0" w:space="0" w:color="auto"/>
            <w:bottom w:val="none" w:sz="0" w:space="0" w:color="auto"/>
            <w:right w:val="none" w:sz="0" w:space="0" w:color="auto"/>
          </w:divBdr>
        </w:div>
        <w:div w:id="1585456308">
          <w:marLeft w:val="480"/>
          <w:marRight w:val="0"/>
          <w:marTop w:val="0"/>
          <w:marBottom w:val="0"/>
          <w:divBdr>
            <w:top w:val="none" w:sz="0" w:space="0" w:color="auto"/>
            <w:left w:val="none" w:sz="0" w:space="0" w:color="auto"/>
            <w:bottom w:val="none" w:sz="0" w:space="0" w:color="auto"/>
            <w:right w:val="none" w:sz="0" w:space="0" w:color="auto"/>
          </w:divBdr>
        </w:div>
        <w:div w:id="1672025269">
          <w:marLeft w:val="480"/>
          <w:marRight w:val="0"/>
          <w:marTop w:val="0"/>
          <w:marBottom w:val="0"/>
          <w:divBdr>
            <w:top w:val="none" w:sz="0" w:space="0" w:color="auto"/>
            <w:left w:val="none" w:sz="0" w:space="0" w:color="auto"/>
            <w:bottom w:val="none" w:sz="0" w:space="0" w:color="auto"/>
            <w:right w:val="none" w:sz="0" w:space="0" w:color="auto"/>
          </w:divBdr>
        </w:div>
        <w:div w:id="1757436974">
          <w:marLeft w:val="480"/>
          <w:marRight w:val="0"/>
          <w:marTop w:val="0"/>
          <w:marBottom w:val="0"/>
          <w:divBdr>
            <w:top w:val="none" w:sz="0" w:space="0" w:color="auto"/>
            <w:left w:val="none" w:sz="0" w:space="0" w:color="auto"/>
            <w:bottom w:val="none" w:sz="0" w:space="0" w:color="auto"/>
            <w:right w:val="none" w:sz="0" w:space="0" w:color="auto"/>
          </w:divBdr>
        </w:div>
        <w:div w:id="1792245020">
          <w:marLeft w:val="480"/>
          <w:marRight w:val="0"/>
          <w:marTop w:val="0"/>
          <w:marBottom w:val="0"/>
          <w:divBdr>
            <w:top w:val="none" w:sz="0" w:space="0" w:color="auto"/>
            <w:left w:val="none" w:sz="0" w:space="0" w:color="auto"/>
            <w:bottom w:val="none" w:sz="0" w:space="0" w:color="auto"/>
            <w:right w:val="none" w:sz="0" w:space="0" w:color="auto"/>
          </w:divBdr>
        </w:div>
        <w:div w:id="1794670529">
          <w:marLeft w:val="480"/>
          <w:marRight w:val="0"/>
          <w:marTop w:val="0"/>
          <w:marBottom w:val="0"/>
          <w:divBdr>
            <w:top w:val="none" w:sz="0" w:space="0" w:color="auto"/>
            <w:left w:val="none" w:sz="0" w:space="0" w:color="auto"/>
            <w:bottom w:val="none" w:sz="0" w:space="0" w:color="auto"/>
            <w:right w:val="none" w:sz="0" w:space="0" w:color="auto"/>
          </w:divBdr>
        </w:div>
        <w:div w:id="1842814007">
          <w:marLeft w:val="480"/>
          <w:marRight w:val="0"/>
          <w:marTop w:val="0"/>
          <w:marBottom w:val="0"/>
          <w:divBdr>
            <w:top w:val="none" w:sz="0" w:space="0" w:color="auto"/>
            <w:left w:val="none" w:sz="0" w:space="0" w:color="auto"/>
            <w:bottom w:val="none" w:sz="0" w:space="0" w:color="auto"/>
            <w:right w:val="none" w:sz="0" w:space="0" w:color="auto"/>
          </w:divBdr>
        </w:div>
        <w:div w:id="1907956815">
          <w:marLeft w:val="480"/>
          <w:marRight w:val="0"/>
          <w:marTop w:val="0"/>
          <w:marBottom w:val="0"/>
          <w:divBdr>
            <w:top w:val="none" w:sz="0" w:space="0" w:color="auto"/>
            <w:left w:val="none" w:sz="0" w:space="0" w:color="auto"/>
            <w:bottom w:val="none" w:sz="0" w:space="0" w:color="auto"/>
            <w:right w:val="none" w:sz="0" w:space="0" w:color="auto"/>
          </w:divBdr>
        </w:div>
        <w:div w:id="2017264599">
          <w:marLeft w:val="480"/>
          <w:marRight w:val="0"/>
          <w:marTop w:val="0"/>
          <w:marBottom w:val="0"/>
          <w:divBdr>
            <w:top w:val="none" w:sz="0" w:space="0" w:color="auto"/>
            <w:left w:val="none" w:sz="0" w:space="0" w:color="auto"/>
            <w:bottom w:val="none" w:sz="0" w:space="0" w:color="auto"/>
            <w:right w:val="none" w:sz="0" w:space="0" w:color="auto"/>
          </w:divBdr>
        </w:div>
      </w:divsChild>
    </w:div>
    <w:div w:id="1539388979">
      <w:bodyDiv w:val="1"/>
      <w:marLeft w:val="0"/>
      <w:marRight w:val="0"/>
      <w:marTop w:val="0"/>
      <w:marBottom w:val="0"/>
      <w:divBdr>
        <w:top w:val="none" w:sz="0" w:space="0" w:color="auto"/>
        <w:left w:val="none" w:sz="0" w:space="0" w:color="auto"/>
        <w:bottom w:val="none" w:sz="0" w:space="0" w:color="auto"/>
        <w:right w:val="none" w:sz="0" w:space="0" w:color="auto"/>
      </w:divBdr>
    </w:div>
    <w:div w:id="1540127079">
      <w:bodyDiv w:val="1"/>
      <w:marLeft w:val="0"/>
      <w:marRight w:val="0"/>
      <w:marTop w:val="0"/>
      <w:marBottom w:val="0"/>
      <w:divBdr>
        <w:top w:val="none" w:sz="0" w:space="0" w:color="auto"/>
        <w:left w:val="none" w:sz="0" w:space="0" w:color="auto"/>
        <w:bottom w:val="none" w:sz="0" w:space="0" w:color="auto"/>
        <w:right w:val="none" w:sz="0" w:space="0" w:color="auto"/>
      </w:divBdr>
      <w:divsChild>
        <w:div w:id="62341302">
          <w:marLeft w:val="480"/>
          <w:marRight w:val="0"/>
          <w:marTop w:val="0"/>
          <w:marBottom w:val="0"/>
          <w:divBdr>
            <w:top w:val="none" w:sz="0" w:space="0" w:color="auto"/>
            <w:left w:val="none" w:sz="0" w:space="0" w:color="auto"/>
            <w:bottom w:val="none" w:sz="0" w:space="0" w:color="auto"/>
            <w:right w:val="none" w:sz="0" w:space="0" w:color="auto"/>
          </w:divBdr>
        </w:div>
        <w:div w:id="147674486">
          <w:marLeft w:val="480"/>
          <w:marRight w:val="0"/>
          <w:marTop w:val="0"/>
          <w:marBottom w:val="0"/>
          <w:divBdr>
            <w:top w:val="none" w:sz="0" w:space="0" w:color="auto"/>
            <w:left w:val="none" w:sz="0" w:space="0" w:color="auto"/>
            <w:bottom w:val="none" w:sz="0" w:space="0" w:color="auto"/>
            <w:right w:val="none" w:sz="0" w:space="0" w:color="auto"/>
          </w:divBdr>
        </w:div>
        <w:div w:id="241566953">
          <w:marLeft w:val="480"/>
          <w:marRight w:val="0"/>
          <w:marTop w:val="0"/>
          <w:marBottom w:val="0"/>
          <w:divBdr>
            <w:top w:val="none" w:sz="0" w:space="0" w:color="auto"/>
            <w:left w:val="none" w:sz="0" w:space="0" w:color="auto"/>
            <w:bottom w:val="none" w:sz="0" w:space="0" w:color="auto"/>
            <w:right w:val="none" w:sz="0" w:space="0" w:color="auto"/>
          </w:divBdr>
        </w:div>
        <w:div w:id="313337614">
          <w:marLeft w:val="480"/>
          <w:marRight w:val="0"/>
          <w:marTop w:val="0"/>
          <w:marBottom w:val="0"/>
          <w:divBdr>
            <w:top w:val="none" w:sz="0" w:space="0" w:color="auto"/>
            <w:left w:val="none" w:sz="0" w:space="0" w:color="auto"/>
            <w:bottom w:val="none" w:sz="0" w:space="0" w:color="auto"/>
            <w:right w:val="none" w:sz="0" w:space="0" w:color="auto"/>
          </w:divBdr>
        </w:div>
        <w:div w:id="430472578">
          <w:marLeft w:val="480"/>
          <w:marRight w:val="0"/>
          <w:marTop w:val="0"/>
          <w:marBottom w:val="0"/>
          <w:divBdr>
            <w:top w:val="none" w:sz="0" w:space="0" w:color="auto"/>
            <w:left w:val="none" w:sz="0" w:space="0" w:color="auto"/>
            <w:bottom w:val="none" w:sz="0" w:space="0" w:color="auto"/>
            <w:right w:val="none" w:sz="0" w:space="0" w:color="auto"/>
          </w:divBdr>
        </w:div>
        <w:div w:id="701705852">
          <w:marLeft w:val="480"/>
          <w:marRight w:val="0"/>
          <w:marTop w:val="0"/>
          <w:marBottom w:val="0"/>
          <w:divBdr>
            <w:top w:val="none" w:sz="0" w:space="0" w:color="auto"/>
            <w:left w:val="none" w:sz="0" w:space="0" w:color="auto"/>
            <w:bottom w:val="none" w:sz="0" w:space="0" w:color="auto"/>
            <w:right w:val="none" w:sz="0" w:space="0" w:color="auto"/>
          </w:divBdr>
        </w:div>
        <w:div w:id="927888206">
          <w:marLeft w:val="480"/>
          <w:marRight w:val="0"/>
          <w:marTop w:val="0"/>
          <w:marBottom w:val="0"/>
          <w:divBdr>
            <w:top w:val="none" w:sz="0" w:space="0" w:color="auto"/>
            <w:left w:val="none" w:sz="0" w:space="0" w:color="auto"/>
            <w:bottom w:val="none" w:sz="0" w:space="0" w:color="auto"/>
            <w:right w:val="none" w:sz="0" w:space="0" w:color="auto"/>
          </w:divBdr>
        </w:div>
        <w:div w:id="969288606">
          <w:marLeft w:val="480"/>
          <w:marRight w:val="0"/>
          <w:marTop w:val="0"/>
          <w:marBottom w:val="0"/>
          <w:divBdr>
            <w:top w:val="none" w:sz="0" w:space="0" w:color="auto"/>
            <w:left w:val="none" w:sz="0" w:space="0" w:color="auto"/>
            <w:bottom w:val="none" w:sz="0" w:space="0" w:color="auto"/>
            <w:right w:val="none" w:sz="0" w:space="0" w:color="auto"/>
          </w:divBdr>
        </w:div>
        <w:div w:id="984435960">
          <w:marLeft w:val="480"/>
          <w:marRight w:val="0"/>
          <w:marTop w:val="0"/>
          <w:marBottom w:val="0"/>
          <w:divBdr>
            <w:top w:val="none" w:sz="0" w:space="0" w:color="auto"/>
            <w:left w:val="none" w:sz="0" w:space="0" w:color="auto"/>
            <w:bottom w:val="none" w:sz="0" w:space="0" w:color="auto"/>
            <w:right w:val="none" w:sz="0" w:space="0" w:color="auto"/>
          </w:divBdr>
        </w:div>
        <w:div w:id="1050573554">
          <w:marLeft w:val="480"/>
          <w:marRight w:val="0"/>
          <w:marTop w:val="0"/>
          <w:marBottom w:val="0"/>
          <w:divBdr>
            <w:top w:val="none" w:sz="0" w:space="0" w:color="auto"/>
            <w:left w:val="none" w:sz="0" w:space="0" w:color="auto"/>
            <w:bottom w:val="none" w:sz="0" w:space="0" w:color="auto"/>
            <w:right w:val="none" w:sz="0" w:space="0" w:color="auto"/>
          </w:divBdr>
        </w:div>
        <w:div w:id="1095204248">
          <w:marLeft w:val="480"/>
          <w:marRight w:val="0"/>
          <w:marTop w:val="0"/>
          <w:marBottom w:val="0"/>
          <w:divBdr>
            <w:top w:val="none" w:sz="0" w:space="0" w:color="auto"/>
            <w:left w:val="none" w:sz="0" w:space="0" w:color="auto"/>
            <w:bottom w:val="none" w:sz="0" w:space="0" w:color="auto"/>
            <w:right w:val="none" w:sz="0" w:space="0" w:color="auto"/>
          </w:divBdr>
        </w:div>
        <w:div w:id="1117216734">
          <w:marLeft w:val="480"/>
          <w:marRight w:val="0"/>
          <w:marTop w:val="0"/>
          <w:marBottom w:val="0"/>
          <w:divBdr>
            <w:top w:val="none" w:sz="0" w:space="0" w:color="auto"/>
            <w:left w:val="none" w:sz="0" w:space="0" w:color="auto"/>
            <w:bottom w:val="none" w:sz="0" w:space="0" w:color="auto"/>
            <w:right w:val="none" w:sz="0" w:space="0" w:color="auto"/>
          </w:divBdr>
        </w:div>
        <w:div w:id="1182667524">
          <w:marLeft w:val="480"/>
          <w:marRight w:val="0"/>
          <w:marTop w:val="0"/>
          <w:marBottom w:val="0"/>
          <w:divBdr>
            <w:top w:val="none" w:sz="0" w:space="0" w:color="auto"/>
            <w:left w:val="none" w:sz="0" w:space="0" w:color="auto"/>
            <w:bottom w:val="none" w:sz="0" w:space="0" w:color="auto"/>
            <w:right w:val="none" w:sz="0" w:space="0" w:color="auto"/>
          </w:divBdr>
        </w:div>
        <w:div w:id="1200127603">
          <w:marLeft w:val="480"/>
          <w:marRight w:val="0"/>
          <w:marTop w:val="0"/>
          <w:marBottom w:val="0"/>
          <w:divBdr>
            <w:top w:val="none" w:sz="0" w:space="0" w:color="auto"/>
            <w:left w:val="none" w:sz="0" w:space="0" w:color="auto"/>
            <w:bottom w:val="none" w:sz="0" w:space="0" w:color="auto"/>
            <w:right w:val="none" w:sz="0" w:space="0" w:color="auto"/>
          </w:divBdr>
        </w:div>
        <w:div w:id="1228419884">
          <w:marLeft w:val="480"/>
          <w:marRight w:val="0"/>
          <w:marTop w:val="0"/>
          <w:marBottom w:val="0"/>
          <w:divBdr>
            <w:top w:val="none" w:sz="0" w:space="0" w:color="auto"/>
            <w:left w:val="none" w:sz="0" w:space="0" w:color="auto"/>
            <w:bottom w:val="none" w:sz="0" w:space="0" w:color="auto"/>
            <w:right w:val="none" w:sz="0" w:space="0" w:color="auto"/>
          </w:divBdr>
        </w:div>
        <w:div w:id="1230382938">
          <w:marLeft w:val="480"/>
          <w:marRight w:val="0"/>
          <w:marTop w:val="0"/>
          <w:marBottom w:val="0"/>
          <w:divBdr>
            <w:top w:val="none" w:sz="0" w:space="0" w:color="auto"/>
            <w:left w:val="none" w:sz="0" w:space="0" w:color="auto"/>
            <w:bottom w:val="none" w:sz="0" w:space="0" w:color="auto"/>
            <w:right w:val="none" w:sz="0" w:space="0" w:color="auto"/>
          </w:divBdr>
        </w:div>
        <w:div w:id="1291279647">
          <w:marLeft w:val="480"/>
          <w:marRight w:val="0"/>
          <w:marTop w:val="0"/>
          <w:marBottom w:val="0"/>
          <w:divBdr>
            <w:top w:val="none" w:sz="0" w:space="0" w:color="auto"/>
            <w:left w:val="none" w:sz="0" w:space="0" w:color="auto"/>
            <w:bottom w:val="none" w:sz="0" w:space="0" w:color="auto"/>
            <w:right w:val="none" w:sz="0" w:space="0" w:color="auto"/>
          </w:divBdr>
        </w:div>
        <w:div w:id="1359549402">
          <w:marLeft w:val="480"/>
          <w:marRight w:val="0"/>
          <w:marTop w:val="0"/>
          <w:marBottom w:val="0"/>
          <w:divBdr>
            <w:top w:val="none" w:sz="0" w:space="0" w:color="auto"/>
            <w:left w:val="none" w:sz="0" w:space="0" w:color="auto"/>
            <w:bottom w:val="none" w:sz="0" w:space="0" w:color="auto"/>
            <w:right w:val="none" w:sz="0" w:space="0" w:color="auto"/>
          </w:divBdr>
        </w:div>
        <w:div w:id="1368339184">
          <w:marLeft w:val="480"/>
          <w:marRight w:val="0"/>
          <w:marTop w:val="0"/>
          <w:marBottom w:val="0"/>
          <w:divBdr>
            <w:top w:val="none" w:sz="0" w:space="0" w:color="auto"/>
            <w:left w:val="none" w:sz="0" w:space="0" w:color="auto"/>
            <w:bottom w:val="none" w:sz="0" w:space="0" w:color="auto"/>
            <w:right w:val="none" w:sz="0" w:space="0" w:color="auto"/>
          </w:divBdr>
        </w:div>
        <w:div w:id="1375042157">
          <w:marLeft w:val="480"/>
          <w:marRight w:val="0"/>
          <w:marTop w:val="0"/>
          <w:marBottom w:val="0"/>
          <w:divBdr>
            <w:top w:val="none" w:sz="0" w:space="0" w:color="auto"/>
            <w:left w:val="none" w:sz="0" w:space="0" w:color="auto"/>
            <w:bottom w:val="none" w:sz="0" w:space="0" w:color="auto"/>
            <w:right w:val="none" w:sz="0" w:space="0" w:color="auto"/>
          </w:divBdr>
        </w:div>
        <w:div w:id="1450246729">
          <w:marLeft w:val="480"/>
          <w:marRight w:val="0"/>
          <w:marTop w:val="0"/>
          <w:marBottom w:val="0"/>
          <w:divBdr>
            <w:top w:val="none" w:sz="0" w:space="0" w:color="auto"/>
            <w:left w:val="none" w:sz="0" w:space="0" w:color="auto"/>
            <w:bottom w:val="none" w:sz="0" w:space="0" w:color="auto"/>
            <w:right w:val="none" w:sz="0" w:space="0" w:color="auto"/>
          </w:divBdr>
        </w:div>
        <w:div w:id="1454009952">
          <w:marLeft w:val="480"/>
          <w:marRight w:val="0"/>
          <w:marTop w:val="0"/>
          <w:marBottom w:val="0"/>
          <w:divBdr>
            <w:top w:val="none" w:sz="0" w:space="0" w:color="auto"/>
            <w:left w:val="none" w:sz="0" w:space="0" w:color="auto"/>
            <w:bottom w:val="none" w:sz="0" w:space="0" w:color="auto"/>
            <w:right w:val="none" w:sz="0" w:space="0" w:color="auto"/>
          </w:divBdr>
        </w:div>
        <w:div w:id="1514370221">
          <w:marLeft w:val="480"/>
          <w:marRight w:val="0"/>
          <w:marTop w:val="0"/>
          <w:marBottom w:val="0"/>
          <w:divBdr>
            <w:top w:val="none" w:sz="0" w:space="0" w:color="auto"/>
            <w:left w:val="none" w:sz="0" w:space="0" w:color="auto"/>
            <w:bottom w:val="none" w:sz="0" w:space="0" w:color="auto"/>
            <w:right w:val="none" w:sz="0" w:space="0" w:color="auto"/>
          </w:divBdr>
        </w:div>
        <w:div w:id="1591306702">
          <w:marLeft w:val="480"/>
          <w:marRight w:val="0"/>
          <w:marTop w:val="0"/>
          <w:marBottom w:val="0"/>
          <w:divBdr>
            <w:top w:val="none" w:sz="0" w:space="0" w:color="auto"/>
            <w:left w:val="none" w:sz="0" w:space="0" w:color="auto"/>
            <w:bottom w:val="none" w:sz="0" w:space="0" w:color="auto"/>
            <w:right w:val="none" w:sz="0" w:space="0" w:color="auto"/>
          </w:divBdr>
        </w:div>
        <w:div w:id="1818692447">
          <w:marLeft w:val="480"/>
          <w:marRight w:val="0"/>
          <w:marTop w:val="0"/>
          <w:marBottom w:val="0"/>
          <w:divBdr>
            <w:top w:val="none" w:sz="0" w:space="0" w:color="auto"/>
            <w:left w:val="none" w:sz="0" w:space="0" w:color="auto"/>
            <w:bottom w:val="none" w:sz="0" w:space="0" w:color="auto"/>
            <w:right w:val="none" w:sz="0" w:space="0" w:color="auto"/>
          </w:divBdr>
        </w:div>
        <w:div w:id="1996913566">
          <w:marLeft w:val="480"/>
          <w:marRight w:val="0"/>
          <w:marTop w:val="0"/>
          <w:marBottom w:val="0"/>
          <w:divBdr>
            <w:top w:val="none" w:sz="0" w:space="0" w:color="auto"/>
            <w:left w:val="none" w:sz="0" w:space="0" w:color="auto"/>
            <w:bottom w:val="none" w:sz="0" w:space="0" w:color="auto"/>
            <w:right w:val="none" w:sz="0" w:space="0" w:color="auto"/>
          </w:divBdr>
        </w:div>
        <w:div w:id="2114470723">
          <w:marLeft w:val="480"/>
          <w:marRight w:val="0"/>
          <w:marTop w:val="0"/>
          <w:marBottom w:val="0"/>
          <w:divBdr>
            <w:top w:val="none" w:sz="0" w:space="0" w:color="auto"/>
            <w:left w:val="none" w:sz="0" w:space="0" w:color="auto"/>
            <w:bottom w:val="none" w:sz="0" w:space="0" w:color="auto"/>
            <w:right w:val="none" w:sz="0" w:space="0" w:color="auto"/>
          </w:divBdr>
        </w:div>
      </w:divsChild>
    </w:div>
    <w:div w:id="1540511647">
      <w:bodyDiv w:val="1"/>
      <w:marLeft w:val="0"/>
      <w:marRight w:val="0"/>
      <w:marTop w:val="0"/>
      <w:marBottom w:val="0"/>
      <w:divBdr>
        <w:top w:val="none" w:sz="0" w:space="0" w:color="auto"/>
        <w:left w:val="none" w:sz="0" w:space="0" w:color="auto"/>
        <w:bottom w:val="none" w:sz="0" w:space="0" w:color="auto"/>
        <w:right w:val="none" w:sz="0" w:space="0" w:color="auto"/>
      </w:divBdr>
    </w:div>
    <w:div w:id="1544169592">
      <w:bodyDiv w:val="1"/>
      <w:marLeft w:val="0"/>
      <w:marRight w:val="0"/>
      <w:marTop w:val="0"/>
      <w:marBottom w:val="0"/>
      <w:divBdr>
        <w:top w:val="none" w:sz="0" w:space="0" w:color="auto"/>
        <w:left w:val="none" w:sz="0" w:space="0" w:color="auto"/>
        <w:bottom w:val="none" w:sz="0" w:space="0" w:color="auto"/>
        <w:right w:val="none" w:sz="0" w:space="0" w:color="auto"/>
      </w:divBdr>
    </w:div>
    <w:div w:id="1548372606">
      <w:bodyDiv w:val="1"/>
      <w:marLeft w:val="0"/>
      <w:marRight w:val="0"/>
      <w:marTop w:val="0"/>
      <w:marBottom w:val="0"/>
      <w:divBdr>
        <w:top w:val="none" w:sz="0" w:space="0" w:color="auto"/>
        <w:left w:val="none" w:sz="0" w:space="0" w:color="auto"/>
        <w:bottom w:val="none" w:sz="0" w:space="0" w:color="auto"/>
        <w:right w:val="none" w:sz="0" w:space="0" w:color="auto"/>
      </w:divBdr>
    </w:div>
    <w:div w:id="1552419410">
      <w:bodyDiv w:val="1"/>
      <w:marLeft w:val="0"/>
      <w:marRight w:val="0"/>
      <w:marTop w:val="0"/>
      <w:marBottom w:val="0"/>
      <w:divBdr>
        <w:top w:val="none" w:sz="0" w:space="0" w:color="auto"/>
        <w:left w:val="none" w:sz="0" w:space="0" w:color="auto"/>
        <w:bottom w:val="none" w:sz="0" w:space="0" w:color="auto"/>
        <w:right w:val="none" w:sz="0" w:space="0" w:color="auto"/>
      </w:divBdr>
    </w:div>
    <w:div w:id="1552494859">
      <w:bodyDiv w:val="1"/>
      <w:marLeft w:val="0"/>
      <w:marRight w:val="0"/>
      <w:marTop w:val="0"/>
      <w:marBottom w:val="0"/>
      <w:divBdr>
        <w:top w:val="none" w:sz="0" w:space="0" w:color="auto"/>
        <w:left w:val="none" w:sz="0" w:space="0" w:color="auto"/>
        <w:bottom w:val="none" w:sz="0" w:space="0" w:color="auto"/>
        <w:right w:val="none" w:sz="0" w:space="0" w:color="auto"/>
      </w:divBdr>
    </w:div>
    <w:div w:id="1552576044">
      <w:bodyDiv w:val="1"/>
      <w:marLeft w:val="0"/>
      <w:marRight w:val="0"/>
      <w:marTop w:val="0"/>
      <w:marBottom w:val="0"/>
      <w:divBdr>
        <w:top w:val="none" w:sz="0" w:space="0" w:color="auto"/>
        <w:left w:val="none" w:sz="0" w:space="0" w:color="auto"/>
        <w:bottom w:val="none" w:sz="0" w:space="0" w:color="auto"/>
        <w:right w:val="none" w:sz="0" w:space="0" w:color="auto"/>
      </w:divBdr>
    </w:div>
    <w:div w:id="1554853305">
      <w:bodyDiv w:val="1"/>
      <w:marLeft w:val="0"/>
      <w:marRight w:val="0"/>
      <w:marTop w:val="0"/>
      <w:marBottom w:val="0"/>
      <w:divBdr>
        <w:top w:val="none" w:sz="0" w:space="0" w:color="auto"/>
        <w:left w:val="none" w:sz="0" w:space="0" w:color="auto"/>
        <w:bottom w:val="none" w:sz="0" w:space="0" w:color="auto"/>
        <w:right w:val="none" w:sz="0" w:space="0" w:color="auto"/>
      </w:divBdr>
    </w:div>
    <w:div w:id="1560821897">
      <w:bodyDiv w:val="1"/>
      <w:marLeft w:val="0"/>
      <w:marRight w:val="0"/>
      <w:marTop w:val="0"/>
      <w:marBottom w:val="0"/>
      <w:divBdr>
        <w:top w:val="none" w:sz="0" w:space="0" w:color="auto"/>
        <w:left w:val="none" w:sz="0" w:space="0" w:color="auto"/>
        <w:bottom w:val="none" w:sz="0" w:space="0" w:color="auto"/>
        <w:right w:val="none" w:sz="0" w:space="0" w:color="auto"/>
      </w:divBdr>
    </w:div>
    <w:div w:id="1562790367">
      <w:bodyDiv w:val="1"/>
      <w:marLeft w:val="0"/>
      <w:marRight w:val="0"/>
      <w:marTop w:val="0"/>
      <w:marBottom w:val="0"/>
      <w:divBdr>
        <w:top w:val="none" w:sz="0" w:space="0" w:color="auto"/>
        <w:left w:val="none" w:sz="0" w:space="0" w:color="auto"/>
        <w:bottom w:val="none" w:sz="0" w:space="0" w:color="auto"/>
        <w:right w:val="none" w:sz="0" w:space="0" w:color="auto"/>
      </w:divBdr>
    </w:div>
    <w:div w:id="1563370753">
      <w:bodyDiv w:val="1"/>
      <w:marLeft w:val="0"/>
      <w:marRight w:val="0"/>
      <w:marTop w:val="0"/>
      <w:marBottom w:val="0"/>
      <w:divBdr>
        <w:top w:val="none" w:sz="0" w:space="0" w:color="auto"/>
        <w:left w:val="none" w:sz="0" w:space="0" w:color="auto"/>
        <w:bottom w:val="none" w:sz="0" w:space="0" w:color="auto"/>
        <w:right w:val="none" w:sz="0" w:space="0" w:color="auto"/>
      </w:divBdr>
    </w:div>
    <w:div w:id="1564297027">
      <w:bodyDiv w:val="1"/>
      <w:marLeft w:val="0"/>
      <w:marRight w:val="0"/>
      <w:marTop w:val="0"/>
      <w:marBottom w:val="0"/>
      <w:divBdr>
        <w:top w:val="none" w:sz="0" w:space="0" w:color="auto"/>
        <w:left w:val="none" w:sz="0" w:space="0" w:color="auto"/>
        <w:bottom w:val="none" w:sz="0" w:space="0" w:color="auto"/>
        <w:right w:val="none" w:sz="0" w:space="0" w:color="auto"/>
      </w:divBdr>
    </w:div>
    <w:div w:id="1569344185">
      <w:bodyDiv w:val="1"/>
      <w:marLeft w:val="0"/>
      <w:marRight w:val="0"/>
      <w:marTop w:val="0"/>
      <w:marBottom w:val="0"/>
      <w:divBdr>
        <w:top w:val="none" w:sz="0" w:space="0" w:color="auto"/>
        <w:left w:val="none" w:sz="0" w:space="0" w:color="auto"/>
        <w:bottom w:val="none" w:sz="0" w:space="0" w:color="auto"/>
        <w:right w:val="none" w:sz="0" w:space="0" w:color="auto"/>
      </w:divBdr>
    </w:div>
    <w:div w:id="1569531580">
      <w:bodyDiv w:val="1"/>
      <w:marLeft w:val="0"/>
      <w:marRight w:val="0"/>
      <w:marTop w:val="0"/>
      <w:marBottom w:val="0"/>
      <w:divBdr>
        <w:top w:val="none" w:sz="0" w:space="0" w:color="auto"/>
        <w:left w:val="none" w:sz="0" w:space="0" w:color="auto"/>
        <w:bottom w:val="none" w:sz="0" w:space="0" w:color="auto"/>
        <w:right w:val="none" w:sz="0" w:space="0" w:color="auto"/>
      </w:divBdr>
      <w:divsChild>
        <w:div w:id="45372998">
          <w:marLeft w:val="480"/>
          <w:marRight w:val="0"/>
          <w:marTop w:val="0"/>
          <w:marBottom w:val="0"/>
          <w:divBdr>
            <w:top w:val="none" w:sz="0" w:space="0" w:color="auto"/>
            <w:left w:val="none" w:sz="0" w:space="0" w:color="auto"/>
            <w:bottom w:val="none" w:sz="0" w:space="0" w:color="auto"/>
            <w:right w:val="none" w:sz="0" w:space="0" w:color="auto"/>
          </w:divBdr>
        </w:div>
        <w:div w:id="81999863">
          <w:marLeft w:val="480"/>
          <w:marRight w:val="0"/>
          <w:marTop w:val="0"/>
          <w:marBottom w:val="0"/>
          <w:divBdr>
            <w:top w:val="none" w:sz="0" w:space="0" w:color="auto"/>
            <w:left w:val="none" w:sz="0" w:space="0" w:color="auto"/>
            <w:bottom w:val="none" w:sz="0" w:space="0" w:color="auto"/>
            <w:right w:val="none" w:sz="0" w:space="0" w:color="auto"/>
          </w:divBdr>
        </w:div>
        <w:div w:id="96948795">
          <w:marLeft w:val="480"/>
          <w:marRight w:val="0"/>
          <w:marTop w:val="0"/>
          <w:marBottom w:val="0"/>
          <w:divBdr>
            <w:top w:val="none" w:sz="0" w:space="0" w:color="auto"/>
            <w:left w:val="none" w:sz="0" w:space="0" w:color="auto"/>
            <w:bottom w:val="none" w:sz="0" w:space="0" w:color="auto"/>
            <w:right w:val="none" w:sz="0" w:space="0" w:color="auto"/>
          </w:divBdr>
        </w:div>
        <w:div w:id="97483382">
          <w:marLeft w:val="480"/>
          <w:marRight w:val="0"/>
          <w:marTop w:val="0"/>
          <w:marBottom w:val="0"/>
          <w:divBdr>
            <w:top w:val="none" w:sz="0" w:space="0" w:color="auto"/>
            <w:left w:val="none" w:sz="0" w:space="0" w:color="auto"/>
            <w:bottom w:val="none" w:sz="0" w:space="0" w:color="auto"/>
            <w:right w:val="none" w:sz="0" w:space="0" w:color="auto"/>
          </w:divBdr>
        </w:div>
        <w:div w:id="173881433">
          <w:marLeft w:val="480"/>
          <w:marRight w:val="0"/>
          <w:marTop w:val="0"/>
          <w:marBottom w:val="0"/>
          <w:divBdr>
            <w:top w:val="none" w:sz="0" w:space="0" w:color="auto"/>
            <w:left w:val="none" w:sz="0" w:space="0" w:color="auto"/>
            <w:bottom w:val="none" w:sz="0" w:space="0" w:color="auto"/>
            <w:right w:val="none" w:sz="0" w:space="0" w:color="auto"/>
          </w:divBdr>
        </w:div>
        <w:div w:id="203369632">
          <w:marLeft w:val="480"/>
          <w:marRight w:val="0"/>
          <w:marTop w:val="0"/>
          <w:marBottom w:val="0"/>
          <w:divBdr>
            <w:top w:val="none" w:sz="0" w:space="0" w:color="auto"/>
            <w:left w:val="none" w:sz="0" w:space="0" w:color="auto"/>
            <w:bottom w:val="none" w:sz="0" w:space="0" w:color="auto"/>
            <w:right w:val="none" w:sz="0" w:space="0" w:color="auto"/>
          </w:divBdr>
        </w:div>
        <w:div w:id="237175266">
          <w:marLeft w:val="480"/>
          <w:marRight w:val="0"/>
          <w:marTop w:val="0"/>
          <w:marBottom w:val="0"/>
          <w:divBdr>
            <w:top w:val="none" w:sz="0" w:space="0" w:color="auto"/>
            <w:left w:val="none" w:sz="0" w:space="0" w:color="auto"/>
            <w:bottom w:val="none" w:sz="0" w:space="0" w:color="auto"/>
            <w:right w:val="none" w:sz="0" w:space="0" w:color="auto"/>
          </w:divBdr>
        </w:div>
        <w:div w:id="295065130">
          <w:marLeft w:val="480"/>
          <w:marRight w:val="0"/>
          <w:marTop w:val="0"/>
          <w:marBottom w:val="0"/>
          <w:divBdr>
            <w:top w:val="none" w:sz="0" w:space="0" w:color="auto"/>
            <w:left w:val="none" w:sz="0" w:space="0" w:color="auto"/>
            <w:bottom w:val="none" w:sz="0" w:space="0" w:color="auto"/>
            <w:right w:val="none" w:sz="0" w:space="0" w:color="auto"/>
          </w:divBdr>
        </w:div>
        <w:div w:id="295641434">
          <w:marLeft w:val="480"/>
          <w:marRight w:val="0"/>
          <w:marTop w:val="0"/>
          <w:marBottom w:val="0"/>
          <w:divBdr>
            <w:top w:val="none" w:sz="0" w:space="0" w:color="auto"/>
            <w:left w:val="none" w:sz="0" w:space="0" w:color="auto"/>
            <w:bottom w:val="none" w:sz="0" w:space="0" w:color="auto"/>
            <w:right w:val="none" w:sz="0" w:space="0" w:color="auto"/>
          </w:divBdr>
        </w:div>
        <w:div w:id="341248846">
          <w:marLeft w:val="480"/>
          <w:marRight w:val="0"/>
          <w:marTop w:val="0"/>
          <w:marBottom w:val="0"/>
          <w:divBdr>
            <w:top w:val="none" w:sz="0" w:space="0" w:color="auto"/>
            <w:left w:val="none" w:sz="0" w:space="0" w:color="auto"/>
            <w:bottom w:val="none" w:sz="0" w:space="0" w:color="auto"/>
            <w:right w:val="none" w:sz="0" w:space="0" w:color="auto"/>
          </w:divBdr>
        </w:div>
        <w:div w:id="440539882">
          <w:marLeft w:val="480"/>
          <w:marRight w:val="0"/>
          <w:marTop w:val="0"/>
          <w:marBottom w:val="0"/>
          <w:divBdr>
            <w:top w:val="none" w:sz="0" w:space="0" w:color="auto"/>
            <w:left w:val="none" w:sz="0" w:space="0" w:color="auto"/>
            <w:bottom w:val="none" w:sz="0" w:space="0" w:color="auto"/>
            <w:right w:val="none" w:sz="0" w:space="0" w:color="auto"/>
          </w:divBdr>
        </w:div>
        <w:div w:id="468130625">
          <w:marLeft w:val="480"/>
          <w:marRight w:val="0"/>
          <w:marTop w:val="0"/>
          <w:marBottom w:val="0"/>
          <w:divBdr>
            <w:top w:val="none" w:sz="0" w:space="0" w:color="auto"/>
            <w:left w:val="none" w:sz="0" w:space="0" w:color="auto"/>
            <w:bottom w:val="none" w:sz="0" w:space="0" w:color="auto"/>
            <w:right w:val="none" w:sz="0" w:space="0" w:color="auto"/>
          </w:divBdr>
        </w:div>
        <w:div w:id="512501434">
          <w:marLeft w:val="480"/>
          <w:marRight w:val="0"/>
          <w:marTop w:val="0"/>
          <w:marBottom w:val="0"/>
          <w:divBdr>
            <w:top w:val="none" w:sz="0" w:space="0" w:color="auto"/>
            <w:left w:val="none" w:sz="0" w:space="0" w:color="auto"/>
            <w:bottom w:val="none" w:sz="0" w:space="0" w:color="auto"/>
            <w:right w:val="none" w:sz="0" w:space="0" w:color="auto"/>
          </w:divBdr>
        </w:div>
        <w:div w:id="555968050">
          <w:marLeft w:val="480"/>
          <w:marRight w:val="0"/>
          <w:marTop w:val="0"/>
          <w:marBottom w:val="0"/>
          <w:divBdr>
            <w:top w:val="none" w:sz="0" w:space="0" w:color="auto"/>
            <w:left w:val="none" w:sz="0" w:space="0" w:color="auto"/>
            <w:bottom w:val="none" w:sz="0" w:space="0" w:color="auto"/>
            <w:right w:val="none" w:sz="0" w:space="0" w:color="auto"/>
          </w:divBdr>
        </w:div>
        <w:div w:id="562565976">
          <w:marLeft w:val="480"/>
          <w:marRight w:val="0"/>
          <w:marTop w:val="0"/>
          <w:marBottom w:val="0"/>
          <w:divBdr>
            <w:top w:val="none" w:sz="0" w:space="0" w:color="auto"/>
            <w:left w:val="none" w:sz="0" w:space="0" w:color="auto"/>
            <w:bottom w:val="none" w:sz="0" w:space="0" w:color="auto"/>
            <w:right w:val="none" w:sz="0" w:space="0" w:color="auto"/>
          </w:divBdr>
        </w:div>
        <w:div w:id="600181096">
          <w:marLeft w:val="480"/>
          <w:marRight w:val="0"/>
          <w:marTop w:val="0"/>
          <w:marBottom w:val="0"/>
          <w:divBdr>
            <w:top w:val="none" w:sz="0" w:space="0" w:color="auto"/>
            <w:left w:val="none" w:sz="0" w:space="0" w:color="auto"/>
            <w:bottom w:val="none" w:sz="0" w:space="0" w:color="auto"/>
            <w:right w:val="none" w:sz="0" w:space="0" w:color="auto"/>
          </w:divBdr>
        </w:div>
        <w:div w:id="629670794">
          <w:marLeft w:val="480"/>
          <w:marRight w:val="0"/>
          <w:marTop w:val="0"/>
          <w:marBottom w:val="0"/>
          <w:divBdr>
            <w:top w:val="none" w:sz="0" w:space="0" w:color="auto"/>
            <w:left w:val="none" w:sz="0" w:space="0" w:color="auto"/>
            <w:bottom w:val="none" w:sz="0" w:space="0" w:color="auto"/>
            <w:right w:val="none" w:sz="0" w:space="0" w:color="auto"/>
          </w:divBdr>
        </w:div>
        <w:div w:id="663973652">
          <w:marLeft w:val="480"/>
          <w:marRight w:val="0"/>
          <w:marTop w:val="0"/>
          <w:marBottom w:val="0"/>
          <w:divBdr>
            <w:top w:val="none" w:sz="0" w:space="0" w:color="auto"/>
            <w:left w:val="none" w:sz="0" w:space="0" w:color="auto"/>
            <w:bottom w:val="none" w:sz="0" w:space="0" w:color="auto"/>
            <w:right w:val="none" w:sz="0" w:space="0" w:color="auto"/>
          </w:divBdr>
        </w:div>
        <w:div w:id="688680802">
          <w:marLeft w:val="480"/>
          <w:marRight w:val="0"/>
          <w:marTop w:val="0"/>
          <w:marBottom w:val="0"/>
          <w:divBdr>
            <w:top w:val="none" w:sz="0" w:space="0" w:color="auto"/>
            <w:left w:val="none" w:sz="0" w:space="0" w:color="auto"/>
            <w:bottom w:val="none" w:sz="0" w:space="0" w:color="auto"/>
            <w:right w:val="none" w:sz="0" w:space="0" w:color="auto"/>
          </w:divBdr>
        </w:div>
        <w:div w:id="774444777">
          <w:marLeft w:val="480"/>
          <w:marRight w:val="0"/>
          <w:marTop w:val="0"/>
          <w:marBottom w:val="0"/>
          <w:divBdr>
            <w:top w:val="none" w:sz="0" w:space="0" w:color="auto"/>
            <w:left w:val="none" w:sz="0" w:space="0" w:color="auto"/>
            <w:bottom w:val="none" w:sz="0" w:space="0" w:color="auto"/>
            <w:right w:val="none" w:sz="0" w:space="0" w:color="auto"/>
          </w:divBdr>
        </w:div>
        <w:div w:id="797378294">
          <w:marLeft w:val="480"/>
          <w:marRight w:val="0"/>
          <w:marTop w:val="0"/>
          <w:marBottom w:val="0"/>
          <w:divBdr>
            <w:top w:val="none" w:sz="0" w:space="0" w:color="auto"/>
            <w:left w:val="none" w:sz="0" w:space="0" w:color="auto"/>
            <w:bottom w:val="none" w:sz="0" w:space="0" w:color="auto"/>
            <w:right w:val="none" w:sz="0" w:space="0" w:color="auto"/>
          </w:divBdr>
        </w:div>
        <w:div w:id="940841811">
          <w:marLeft w:val="480"/>
          <w:marRight w:val="0"/>
          <w:marTop w:val="0"/>
          <w:marBottom w:val="0"/>
          <w:divBdr>
            <w:top w:val="none" w:sz="0" w:space="0" w:color="auto"/>
            <w:left w:val="none" w:sz="0" w:space="0" w:color="auto"/>
            <w:bottom w:val="none" w:sz="0" w:space="0" w:color="auto"/>
            <w:right w:val="none" w:sz="0" w:space="0" w:color="auto"/>
          </w:divBdr>
        </w:div>
        <w:div w:id="986057724">
          <w:marLeft w:val="480"/>
          <w:marRight w:val="0"/>
          <w:marTop w:val="0"/>
          <w:marBottom w:val="0"/>
          <w:divBdr>
            <w:top w:val="none" w:sz="0" w:space="0" w:color="auto"/>
            <w:left w:val="none" w:sz="0" w:space="0" w:color="auto"/>
            <w:bottom w:val="none" w:sz="0" w:space="0" w:color="auto"/>
            <w:right w:val="none" w:sz="0" w:space="0" w:color="auto"/>
          </w:divBdr>
        </w:div>
        <w:div w:id="989165511">
          <w:marLeft w:val="480"/>
          <w:marRight w:val="0"/>
          <w:marTop w:val="0"/>
          <w:marBottom w:val="0"/>
          <w:divBdr>
            <w:top w:val="none" w:sz="0" w:space="0" w:color="auto"/>
            <w:left w:val="none" w:sz="0" w:space="0" w:color="auto"/>
            <w:bottom w:val="none" w:sz="0" w:space="0" w:color="auto"/>
            <w:right w:val="none" w:sz="0" w:space="0" w:color="auto"/>
          </w:divBdr>
        </w:div>
        <w:div w:id="990719767">
          <w:marLeft w:val="480"/>
          <w:marRight w:val="0"/>
          <w:marTop w:val="0"/>
          <w:marBottom w:val="0"/>
          <w:divBdr>
            <w:top w:val="none" w:sz="0" w:space="0" w:color="auto"/>
            <w:left w:val="none" w:sz="0" w:space="0" w:color="auto"/>
            <w:bottom w:val="none" w:sz="0" w:space="0" w:color="auto"/>
            <w:right w:val="none" w:sz="0" w:space="0" w:color="auto"/>
          </w:divBdr>
        </w:div>
        <w:div w:id="1004362441">
          <w:marLeft w:val="480"/>
          <w:marRight w:val="0"/>
          <w:marTop w:val="0"/>
          <w:marBottom w:val="0"/>
          <w:divBdr>
            <w:top w:val="none" w:sz="0" w:space="0" w:color="auto"/>
            <w:left w:val="none" w:sz="0" w:space="0" w:color="auto"/>
            <w:bottom w:val="none" w:sz="0" w:space="0" w:color="auto"/>
            <w:right w:val="none" w:sz="0" w:space="0" w:color="auto"/>
          </w:divBdr>
        </w:div>
        <w:div w:id="1009989762">
          <w:marLeft w:val="480"/>
          <w:marRight w:val="0"/>
          <w:marTop w:val="0"/>
          <w:marBottom w:val="0"/>
          <w:divBdr>
            <w:top w:val="none" w:sz="0" w:space="0" w:color="auto"/>
            <w:left w:val="none" w:sz="0" w:space="0" w:color="auto"/>
            <w:bottom w:val="none" w:sz="0" w:space="0" w:color="auto"/>
            <w:right w:val="none" w:sz="0" w:space="0" w:color="auto"/>
          </w:divBdr>
        </w:div>
        <w:div w:id="1234970243">
          <w:marLeft w:val="480"/>
          <w:marRight w:val="0"/>
          <w:marTop w:val="0"/>
          <w:marBottom w:val="0"/>
          <w:divBdr>
            <w:top w:val="none" w:sz="0" w:space="0" w:color="auto"/>
            <w:left w:val="none" w:sz="0" w:space="0" w:color="auto"/>
            <w:bottom w:val="none" w:sz="0" w:space="0" w:color="auto"/>
            <w:right w:val="none" w:sz="0" w:space="0" w:color="auto"/>
          </w:divBdr>
        </w:div>
        <w:div w:id="1311059070">
          <w:marLeft w:val="480"/>
          <w:marRight w:val="0"/>
          <w:marTop w:val="0"/>
          <w:marBottom w:val="0"/>
          <w:divBdr>
            <w:top w:val="none" w:sz="0" w:space="0" w:color="auto"/>
            <w:left w:val="none" w:sz="0" w:space="0" w:color="auto"/>
            <w:bottom w:val="none" w:sz="0" w:space="0" w:color="auto"/>
            <w:right w:val="none" w:sz="0" w:space="0" w:color="auto"/>
          </w:divBdr>
        </w:div>
        <w:div w:id="1360736310">
          <w:marLeft w:val="480"/>
          <w:marRight w:val="0"/>
          <w:marTop w:val="0"/>
          <w:marBottom w:val="0"/>
          <w:divBdr>
            <w:top w:val="none" w:sz="0" w:space="0" w:color="auto"/>
            <w:left w:val="none" w:sz="0" w:space="0" w:color="auto"/>
            <w:bottom w:val="none" w:sz="0" w:space="0" w:color="auto"/>
            <w:right w:val="none" w:sz="0" w:space="0" w:color="auto"/>
          </w:divBdr>
        </w:div>
        <w:div w:id="1435250929">
          <w:marLeft w:val="480"/>
          <w:marRight w:val="0"/>
          <w:marTop w:val="0"/>
          <w:marBottom w:val="0"/>
          <w:divBdr>
            <w:top w:val="none" w:sz="0" w:space="0" w:color="auto"/>
            <w:left w:val="none" w:sz="0" w:space="0" w:color="auto"/>
            <w:bottom w:val="none" w:sz="0" w:space="0" w:color="auto"/>
            <w:right w:val="none" w:sz="0" w:space="0" w:color="auto"/>
          </w:divBdr>
        </w:div>
        <w:div w:id="1488545678">
          <w:marLeft w:val="480"/>
          <w:marRight w:val="0"/>
          <w:marTop w:val="0"/>
          <w:marBottom w:val="0"/>
          <w:divBdr>
            <w:top w:val="none" w:sz="0" w:space="0" w:color="auto"/>
            <w:left w:val="none" w:sz="0" w:space="0" w:color="auto"/>
            <w:bottom w:val="none" w:sz="0" w:space="0" w:color="auto"/>
            <w:right w:val="none" w:sz="0" w:space="0" w:color="auto"/>
          </w:divBdr>
        </w:div>
        <w:div w:id="1572227553">
          <w:marLeft w:val="480"/>
          <w:marRight w:val="0"/>
          <w:marTop w:val="0"/>
          <w:marBottom w:val="0"/>
          <w:divBdr>
            <w:top w:val="none" w:sz="0" w:space="0" w:color="auto"/>
            <w:left w:val="none" w:sz="0" w:space="0" w:color="auto"/>
            <w:bottom w:val="none" w:sz="0" w:space="0" w:color="auto"/>
            <w:right w:val="none" w:sz="0" w:space="0" w:color="auto"/>
          </w:divBdr>
        </w:div>
        <w:div w:id="1589577229">
          <w:marLeft w:val="480"/>
          <w:marRight w:val="0"/>
          <w:marTop w:val="0"/>
          <w:marBottom w:val="0"/>
          <w:divBdr>
            <w:top w:val="none" w:sz="0" w:space="0" w:color="auto"/>
            <w:left w:val="none" w:sz="0" w:space="0" w:color="auto"/>
            <w:bottom w:val="none" w:sz="0" w:space="0" w:color="auto"/>
            <w:right w:val="none" w:sz="0" w:space="0" w:color="auto"/>
          </w:divBdr>
        </w:div>
        <w:div w:id="1592005905">
          <w:marLeft w:val="480"/>
          <w:marRight w:val="0"/>
          <w:marTop w:val="0"/>
          <w:marBottom w:val="0"/>
          <w:divBdr>
            <w:top w:val="none" w:sz="0" w:space="0" w:color="auto"/>
            <w:left w:val="none" w:sz="0" w:space="0" w:color="auto"/>
            <w:bottom w:val="none" w:sz="0" w:space="0" w:color="auto"/>
            <w:right w:val="none" w:sz="0" w:space="0" w:color="auto"/>
          </w:divBdr>
        </w:div>
        <w:div w:id="1671564429">
          <w:marLeft w:val="480"/>
          <w:marRight w:val="0"/>
          <w:marTop w:val="0"/>
          <w:marBottom w:val="0"/>
          <w:divBdr>
            <w:top w:val="none" w:sz="0" w:space="0" w:color="auto"/>
            <w:left w:val="none" w:sz="0" w:space="0" w:color="auto"/>
            <w:bottom w:val="none" w:sz="0" w:space="0" w:color="auto"/>
            <w:right w:val="none" w:sz="0" w:space="0" w:color="auto"/>
          </w:divBdr>
        </w:div>
        <w:div w:id="1747341133">
          <w:marLeft w:val="480"/>
          <w:marRight w:val="0"/>
          <w:marTop w:val="0"/>
          <w:marBottom w:val="0"/>
          <w:divBdr>
            <w:top w:val="none" w:sz="0" w:space="0" w:color="auto"/>
            <w:left w:val="none" w:sz="0" w:space="0" w:color="auto"/>
            <w:bottom w:val="none" w:sz="0" w:space="0" w:color="auto"/>
            <w:right w:val="none" w:sz="0" w:space="0" w:color="auto"/>
          </w:divBdr>
        </w:div>
        <w:div w:id="1824930719">
          <w:marLeft w:val="480"/>
          <w:marRight w:val="0"/>
          <w:marTop w:val="0"/>
          <w:marBottom w:val="0"/>
          <w:divBdr>
            <w:top w:val="none" w:sz="0" w:space="0" w:color="auto"/>
            <w:left w:val="none" w:sz="0" w:space="0" w:color="auto"/>
            <w:bottom w:val="none" w:sz="0" w:space="0" w:color="auto"/>
            <w:right w:val="none" w:sz="0" w:space="0" w:color="auto"/>
          </w:divBdr>
        </w:div>
        <w:div w:id="1831559381">
          <w:marLeft w:val="480"/>
          <w:marRight w:val="0"/>
          <w:marTop w:val="0"/>
          <w:marBottom w:val="0"/>
          <w:divBdr>
            <w:top w:val="none" w:sz="0" w:space="0" w:color="auto"/>
            <w:left w:val="none" w:sz="0" w:space="0" w:color="auto"/>
            <w:bottom w:val="none" w:sz="0" w:space="0" w:color="auto"/>
            <w:right w:val="none" w:sz="0" w:space="0" w:color="auto"/>
          </w:divBdr>
        </w:div>
        <w:div w:id="1895654897">
          <w:marLeft w:val="480"/>
          <w:marRight w:val="0"/>
          <w:marTop w:val="0"/>
          <w:marBottom w:val="0"/>
          <w:divBdr>
            <w:top w:val="none" w:sz="0" w:space="0" w:color="auto"/>
            <w:left w:val="none" w:sz="0" w:space="0" w:color="auto"/>
            <w:bottom w:val="none" w:sz="0" w:space="0" w:color="auto"/>
            <w:right w:val="none" w:sz="0" w:space="0" w:color="auto"/>
          </w:divBdr>
        </w:div>
        <w:div w:id="2019696290">
          <w:marLeft w:val="480"/>
          <w:marRight w:val="0"/>
          <w:marTop w:val="0"/>
          <w:marBottom w:val="0"/>
          <w:divBdr>
            <w:top w:val="none" w:sz="0" w:space="0" w:color="auto"/>
            <w:left w:val="none" w:sz="0" w:space="0" w:color="auto"/>
            <w:bottom w:val="none" w:sz="0" w:space="0" w:color="auto"/>
            <w:right w:val="none" w:sz="0" w:space="0" w:color="auto"/>
          </w:divBdr>
        </w:div>
        <w:div w:id="2061200168">
          <w:marLeft w:val="480"/>
          <w:marRight w:val="0"/>
          <w:marTop w:val="0"/>
          <w:marBottom w:val="0"/>
          <w:divBdr>
            <w:top w:val="none" w:sz="0" w:space="0" w:color="auto"/>
            <w:left w:val="none" w:sz="0" w:space="0" w:color="auto"/>
            <w:bottom w:val="none" w:sz="0" w:space="0" w:color="auto"/>
            <w:right w:val="none" w:sz="0" w:space="0" w:color="auto"/>
          </w:divBdr>
        </w:div>
        <w:div w:id="2065714036">
          <w:marLeft w:val="480"/>
          <w:marRight w:val="0"/>
          <w:marTop w:val="0"/>
          <w:marBottom w:val="0"/>
          <w:divBdr>
            <w:top w:val="none" w:sz="0" w:space="0" w:color="auto"/>
            <w:left w:val="none" w:sz="0" w:space="0" w:color="auto"/>
            <w:bottom w:val="none" w:sz="0" w:space="0" w:color="auto"/>
            <w:right w:val="none" w:sz="0" w:space="0" w:color="auto"/>
          </w:divBdr>
        </w:div>
      </w:divsChild>
    </w:div>
    <w:div w:id="1573078481">
      <w:bodyDiv w:val="1"/>
      <w:marLeft w:val="0"/>
      <w:marRight w:val="0"/>
      <w:marTop w:val="0"/>
      <w:marBottom w:val="0"/>
      <w:divBdr>
        <w:top w:val="none" w:sz="0" w:space="0" w:color="auto"/>
        <w:left w:val="none" w:sz="0" w:space="0" w:color="auto"/>
        <w:bottom w:val="none" w:sz="0" w:space="0" w:color="auto"/>
        <w:right w:val="none" w:sz="0" w:space="0" w:color="auto"/>
      </w:divBdr>
    </w:div>
    <w:div w:id="1573393348">
      <w:bodyDiv w:val="1"/>
      <w:marLeft w:val="0"/>
      <w:marRight w:val="0"/>
      <w:marTop w:val="0"/>
      <w:marBottom w:val="0"/>
      <w:divBdr>
        <w:top w:val="none" w:sz="0" w:space="0" w:color="auto"/>
        <w:left w:val="none" w:sz="0" w:space="0" w:color="auto"/>
        <w:bottom w:val="none" w:sz="0" w:space="0" w:color="auto"/>
        <w:right w:val="none" w:sz="0" w:space="0" w:color="auto"/>
      </w:divBdr>
    </w:div>
    <w:div w:id="1573463234">
      <w:bodyDiv w:val="1"/>
      <w:marLeft w:val="0"/>
      <w:marRight w:val="0"/>
      <w:marTop w:val="0"/>
      <w:marBottom w:val="0"/>
      <w:divBdr>
        <w:top w:val="none" w:sz="0" w:space="0" w:color="auto"/>
        <w:left w:val="none" w:sz="0" w:space="0" w:color="auto"/>
        <w:bottom w:val="none" w:sz="0" w:space="0" w:color="auto"/>
        <w:right w:val="none" w:sz="0" w:space="0" w:color="auto"/>
      </w:divBdr>
      <w:divsChild>
        <w:div w:id="45107534">
          <w:marLeft w:val="480"/>
          <w:marRight w:val="0"/>
          <w:marTop w:val="0"/>
          <w:marBottom w:val="0"/>
          <w:divBdr>
            <w:top w:val="none" w:sz="0" w:space="0" w:color="auto"/>
            <w:left w:val="none" w:sz="0" w:space="0" w:color="auto"/>
            <w:bottom w:val="none" w:sz="0" w:space="0" w:color="auto"/>
            <w:right w:val="none" w:sz="0" w:space="0" w:color="auto"/>
          </w:divBdr>
        </w:div>
        <w:div w:id="142695218">
          <w:marLeft w:val="480"/>
          <w:marRight w:val="0"/>
          <w:marTop w:val="0"/>
          <w:marBottom w:val="0"/>
          <w:divBdr>
            <w:top w:val="none" w:sz="0" w:space="0" w:color="auto"/>
            <w:left w:val="none" w:sz="0" w:space="0" w:color="auto"/>
            <w:bottom w:val="none" w:sz="0" w:space="0" w:color="auto"/>
            <w:right w:val="none" w:sz="0" w:space="0" w:color="auto"/>
          </w:divBdr>
        </w:div>
        <w:div w:id="155387489">
          <w:marLeft w:val="480"/>
          <w:marRight w:val="0"/>
          <w:marTop w:val="0"/>
          <w:marBottom w:val="0"/>
          <w:divBdr>
            <w:top w:val="none" w:sz="0" w:space="0" w:color="auto"/>
            <w:left w:val="none" w:sz="0" w:space="0" w:color="auto"/>
            <w:bottom w:val="none" w:sz="0" w:space="0" w:color="auto"/>
            <w:right w:val="none" w:sz="0" w:space="0" w:color="auto"/>
          </w:divBdr>
        </w:div>
        <w:div w:id="189688711">
          <w:marLeft w:val="480"/>
          <w:marRight w:val="0"/>
          <w:marTop w:val="0"/>
          <w:marBottom w:val="0"/>
          <w:divBdr>
            <w:top w:val="none" w:sz="0" w:space="0" w:color="auto"/>
            <w:left w:val="none" w:sz="0" w:space="0" w:color="auto"/>
            <w:bottom w:val="none" w:sz="0" w:space="0" w:color="auto"/>
            <w:right w:val="none" w:sz="0" w:space="0" w:color="auto"/>
          </w:divBdr>
        </w:div>
        <w:div w:id="212809243">
          <w:marLeft w:val="480"/>
          <w:marRight w:val="0"/>
          <w:marTop w:val="0"/>
          <w:marBottom w:val="0"/>
          <w:divBdr>
            <w:top w:val="none" w:sz="0" w:space="0" w:color="auto"/>
            <w:left w:val="none" w:sz="0" w:space="0" w:color="auto"/>
            <w:bottom w:val="none" w:sz="0" w:space="0" w:color="auto"/>
            <w:right w:val="none" w:sz="0" w:space="0" w:color="auto"/>
          </w:divBdr>
        </w:div>
        <w:div w:id="350957959">
          <w:marLeft w:val="480"/>
          <w:marRight w:val="0"/>
          <w:marTop w:val="0"/>
          <w:marBottom w:val="0"/>
          <w:divBdr>
            <w:top w:val="none" w:sz="0" w:space="0" w:color="auto"/>
            <w:left w:val="none" w:sz="0" w:space="0" w:color="auto"/>
            <w:bottom w:val="none" w:sz="0" w:space="0" w:color="auto"/>
            <w:right w:val="none" w:sz="0" w:space="0" w:color="auto"/>
          </w:divBdr>
        </w:div>
        <w:div w:id="421413914">
          <w:marLeft w:val="480"/>
          <w:marRight w:val="0"/>
          <w:marTop w:val="0"/>
          <w:marBottom w:val="0"/>
          <w:divBdr>
            <w:top w:val="none" w:sz="0" w:space="0" w:color="auto"/>
            <w:left w:val="none" w:sz="0" w:space="0" w:color="auto"/>
            <w:bottom w:val="none" w:sz="0" w:space="0" w:color="auto"/>
            <w:right w:val="none" w:sz="0" w:space="0" w:color="auto"/>
          </w:divBdr>
        </w:div>
        <w:div w:id="547764906">
          <w:marLeft w:val="480"/>
          <w:marRight w:val="0"/>
          <w:marTop w:val="0"/>
          <w:marBottom w:val="0"/>
          <w:divBdr>
            <w:top w:val="none" w:sz="0" w:space="0" w:color="auto"/>
            <w:left w:val="none" w:sz="0" w:space="0" w:color="auto"/>
            <w:bottom w:val="none" w:sz="0" w:space="0" w:color="auto"/>
            <w:right w:val="none" w:sz="0" w:space="0" w:color="auto"/>
          </w:divBdr>
        </w:div>
        <w:div w:id="592084072">
          <w:marLeft w:val="480"/>
          <w:marRight w:val="0"/>
          <w:marTop w:val="0"/>
          <w:marBottom w:val="0"/>
          <w:divBdr>
            <w:top w:val="none" w:sz="0" w:space="0" w:color="auto"/>
            <w:left w:val="none" w:sz="0" w:space="0" w:color="auto"/>
            <w:bottom w:val="none" w:sz="0" w:space="0" w:color="auto"/>
            <w:right w:val="none" w:sz="0" w:space="0" w:color="auto"/>
          </w:divBdr>
        </w:div>
        <w:div w:id="625888982">
          <w:marLeft w:val="480"/>
          <w:marRight w:val="0"/>
          <w:marTop w:val="0"/>
          <w:marBottom w:val="0"/>
          <w:divBdr>
            <w:top w:val="none" w:sz="0" w:space="0" w:color="auto"/>
            <w:left w:val="none" w:sz="0" w:space="0" w:color="auto"/>
            <w:bottom w:val="none" w:sz="0" w:space="0" w:color="auto"/>
            <w:right w:val="none" w:sz="0" w:space="0" w:color="auto"/>
          </w:divBdr>
        </w:div>
        <w:div w:id="633755729">
          <w:marLeft w:val="480"/>
          <w:marRight w:val="0"/>
          <w:marTop w:val="0"/>
          <w:marBottom w:val="0"/>
          <w:divBdr>
            <w:top w:val="none" w:sz="0" w:space="0" w:color="auto"/>
            <w:left w:val="none" w:sz="0" w:space="0" w:color="auto"/>
            <w:bottom w:val="none" w:sz="0" w:space="0" w:color="auto"/>
            <w:right w:val="none" w:sz="0" w:space="0" w:color="auto"/>
          </w:divBdr>
        </w:div>
        <w:div w:id="721557368">
          <w:marLeft w:val="480"/>
          <w:marRight w:val="0"/>
          <w:marTop w:val="0"/>
          <w:marBottom w:val="0"/>
          <w:divBdr>
            <w:top w:val="none" w:sz="0" w:space="0" w:color="auto"/>
            <w:left w:val="none" w:sz="0" w:space="0" w:color="auto"/>
            <w:bottom w:val="none" w:sz="0" w:space="0" w:color="auto"/>
            <w:right w:val="none" w:sz="0" w:space="0" w:color="auto"/>
          </w:divBdr>
        </w:div>
        <w:div w:id="762185742">
          <w:marLeft w:val="480"/>
          <w:marRight w:val="0"/>
          <w:marTop w:val="0"/>
          <w:marBottom w:val="0"/>
          <w:divBdr>
            <w:top w:val="none" w:sz="0" w:space="0" w:color="auto"/>
            <w:left w:val="none" w:sz="0" w:space="0" w:color="auto"/>
            <w:bottom w:val="none" w:sz="0" w:space="0" w:color="auto"/>
            <w:right w:val="none" w:sz="0" w:space="0" w:color="auto"/>
          </w:divBdr>
        </w:div>
        <w:div w:id="801919435">
          <w:marLeft w:val="480"/>
          <w:marRight w:val="0"/>
          <w:marTop w:val="0"/>
          <w:marBottom w:val="0"/>
          <w:divBdr>
            <w:top w:val="none" w:sz="0" w:space="0" w:color="auto"/>
            <w:left w:val="none" w:sz="0" w:space="0" w:color="auto"/>
            <w:bottom w:val="none" w:sz="0" w:space="0" w:color="auto"/>
            <w:right w:val="none" w:sz="0" w:space="0" w:color="auto"/>
          </w:divBdr>
        </w:div>
        <w:div w:id="874928061">
          <w:marLeft w:val="480"/>
          <w:marRight w:val="0"/>
          <w:marTop w:val="0"/>
          <w:marBottom w:val="0"/>
          <w:divBdr>
            <w:top w:val="none" w:sz="0" w:space="0" w:color="auto"/>
            <w:left w:val="none" w:sz="0" w:space="0" w:color="auto"/>
            <w:bottom w:val="none" w:sz="0" w:space="0" w:color="auto"/>
            <w:right w:val="none" w:sz="0" w:space="0" w:color="auto"/>
          </w:divBdr>
        </w:div>
        <w:div w:id="880824329">
          <w:marLeft w:val="480"/>
          <w:marRight w:val="0"/>
          <w:marTop w:val="0"/>
          <w:marBottom w:val="0"/>
          <w:divBdr>
            <w:top w:val="none" w:sz="0" w:space="0" w:color="auto"/>
            <w:left w:val="none" w:sz="0" w:space="0" w:color="auto"/>
            <w:bottom w:val="none" w:sz="0" w:space="0" w:color="auto"/>
            <w:right w:val="none" w:sz="0" w:space="0" w:color="auto"/>
          </w:divBdr>
        </w:div>
        <w:div w:id="888540760">
          <w:marLeft w:val="480"/>
          <w:marRight w:val="0"/>
          <w:marTop w:val="0"/>
          <w:marBottom w:val="0"/>
          <w:divBdr>
            <w:top w:val="none" w:sz="0" w:space="0" w:color="auto"/>
            <w:left w:val="none" w:sz="0" w:space="0" w:color="auto"/>
            <w:bottom w:val="none" w:sz="0" w:space="0" w:color="auto"/>
            <w:right w:val="none" w:sz="0" w:space="0" w:color="auto"/>
          </w:divBdr>
        </w:div>
        <w:div w:id="925920359">
          <w:marLeft w:val="480"/>
          <w:marRight w:val="0"/>
          <w:marTop w:val="0"/>
          <w:marBottom w:val="0"/>
          <w:divBdr>
            <w:top w:val="none" w:sz="0" w:space="0" w:color="auto"/>
            <w:left w:val="none" w:sz="0" w:space="0" w:color="auto"/>
            <w:bottom w:val="none" w:sz="0" w:space="0" w:color="auto"/>
            <w:right w:val="none" w:sz="0" w:space="0" w:color="auto"/>
          </w:divBdr>
        </w:div>
        <w:div w:id="963852755">
          <w:marLeft w:val="480"/>
          <w:marRight w:val="0"/>
          <w:marTop w:val="0"/>
          <w:marBottom w:val="0"/>
          <w:divBdr>
            <w:top w:val="none" w:sz="0" w:space="0" w:color="auto"/>
            <w:left w:val="none" w:sz="0" w:space="0" w:color="auto"/>
            <w:bottom w:val="none" w:sz="0" w:space="0" w:color="auto"/>
            <w:right w:val="none" w:sz="0" w:space="0" w:color="auto"/>
          </w:divBdr>
        </w:div>
        <w:div w:id="1091780576">
          <w:marLeft w:val="480"/>
          <w:marRight w:val="0"/>
          <w:marTop w:val="0"/>
          <w:marBottom w:val="0"/>
          <w:divBdr>
            <w:top w:val="none" w:sz="0" w:space="0" w:color="auto"/>
            <w:left w:val="none" w:sz="0" w:space="0" w:color="auto"/>
            <w:bottom w:val="none" w:sz="0" w:space="0" w:color="auto"/>
            <w:right w:val="none" w:sz="0" w:space="0" w:color="auto"/>
          </w:divBdr>
        </w:div>
        <w:div w:id="1151141084">
          <w:marLeft w:val="480"/>
          <w:marRight w:val="0"/>
          <w:marTop w:val="0"/>
          <w:marBottom w:val="0"/>
          <w:divBdr>
            <w:top w:val="none" w:sz="0" w:space="0" w:color="auto"/>
            <w:left w:val="none" w:sz="0" w:space="0" w:color="auto"/>
            <w:bottom w:val="none" w:sz="0" w:space="0" w:color="auto"/>
            <w:right w:val="none" w:sz="0" w:space="0" w:color="auto"/>
          </w:divBdr>
        </w:div>
        <w:div w:id="1206524550">
          <w:marLeft w:val="480"/>
          <w:marRight w:val="0"/>
          <w:marTop w:val="0"/>
          <w:marBottom w:val="0"/>
          <w:divBdr>
            <w:top w:val="none" w:sz="0" w:space="0" w:color="auto"/>
            <w:left w:val="none" w:sz="0" w:space="0" w:color="auto"/>
            <w:bottom w:val="none" w:sz="0" w:space="0" w:color="auto"/>
            <w:right w:val="none" w:sz="0" w:space="0" w:color="auto"/>
          </w:divBdr>
        </w:div>
        <w:div w:id="1225794649">
          <w:marLeft w:val="480"/>
          <w:marRight w:val="0"/>
          <w:marTop w:val="0"/>
          <w:marBottom w:val="0"/>
          <w:divBdr>
            <w:top w:val="none" w:sz="0" w:space="0" w:color="auto"/>
            <w:left w:val="none" w:sz="0" w:space="0" w:color="auto"/>
            <w:bottom w:val="none" w:sz="0" w:space="0" w:color="auto"/>
            <w:right w:val="none" w:sz="0" w:space="0" w:color="auto"/>
          </w:divBdr>
        </w:div>
        <w:div w:id="1255938937">
          <w:marLeft w:val="480"/>
          <w:marRight w:val="0"/>
          <w:marTop w:val="0"/>
          <w:marBottom w:val="0"/>
          <w:divBdr>
            <w:top w:val="none" w:sz="0" w:space="0" w:color="auto"/>
            <w:left w:val="none" w:sz="0" w:space="0" w:color="auto"/>
            <w:bottom w:val="none" w:sz="0" w:space="0" w:color="auto"/>
            <w:right w:val="none" w:sz="0" w:space="0" w:color="auto"/>
          </w:divBdr>
        </w:div>
        <w:div w:id="1267729750">
          <w:marLeft w:val="480"/>
          <w:marRight w:val="0"/>
          <w:marTop w:val="0"/>
          <w:marBottom w:val="0"/>
          <w:divBdr>
            <w:top w:val="none" w:sz="0" w:space="0" w:color="auto"/>
            <w:left w:val="none" w:sz="0" w:space="0" w:color="auto"/>
            <w:bottom w:val="none" w:sz="0" w:space="0" w:color="auto"/>
            <w:right w:val="none" w:sz="0" w:space="0" w:color="auto"/>
          </w:divBdr>
        </w:div>
        <w:div w:id="1422992242">
          <w:marLeft w:val="480"/>
          <w:marRight w:val="0"/>
          <w:marTop w:val="0"/>
          <w:marBottom w:val="0"/>
          <w:divBdr>
            <w:top w:val="none" w:sz="0" w:space="0" w:color="auto"/>
            <w:left w:val="none" w:sz="0" w:space="0" w:color="auto"/>
            <w:bottom w:val="none" w:sz="0" w:space="0" w:color="auto"/>
            <w:right w:val="none" w:sz="0" w:space="0" w:color="auto"/>
          </w:divBdr>
        </w:div>
        <w:div w:id="1505825133">
          <w:marLeft w:val="480"/>
          <w:marRight w:val="0"/>
          <w:marTop w:val="0"/>
          <w:marBottom w:val="0"/>
          <w:divBdr>
            <w:top w:val="none" w:sz="0" w:space="0" w:color="auto"/>
            <w:left w:val="none" w:sz="0" w:space="0" w:color="auto"/>
            <w:bottom w:val="none" w:sz="0" w:space="0" w:color="auto"/>
            <w:right w:val="none" w:sz="0" w:space="0" w:color="auto"/>
          </w:divBdr>
        </w:div>
        <w:div w:id="1518345053">
          <w:marLeft w:val="480"/>
          <w:marRight w:val="0"/>
          <w:marTop w:val="0"/>
          <w:marBottom w:val="0"/>
          <w:divBdr>
            <w:top w:val="none" w:sz="0" w:space="0" w:color="auto"/>
            <w:left w:val="none" w:sz="0" w:space="0" w:color="auto"/>
            <w:bottom w:val="none" w:sz="0" w:space="0" w:color="auto"/>
            <w:right w:val="none" w:sz="0" w:space="0" w:color="auto"/>
          </w:divBdr>
        </w:div>
        <w:div w:id="1567186081">
          <w:marLeft w:val="480"/>
          <w:marRight w:val="0"/>
          <w:marTop w:val="0"/>
          <w:marBottom w:val="0"/>
          <w:divBdr>
            <w:top w:val="none" w:sz="0" w:space="0" w:color="auto"/>
            <w:left w:val="none" w:sz="0" w:space="0" w:color="auto"/>
            <w:bottom w:val="none" w:sz="0" w:space="0" w:color="auto"/>
            <w:right w:val="none" w:sz="0" w:space="0" w:color="auto"/>
          </w:divBdr>
        </w:div>
        <w:div w:id="1613827335">
          <w:marLeft w:val="480"/>
          <w:marRight w:val="0"/>
          <w:marTop w:val="0"/>
          <w:marBottom w:val="0"/>
          <w:divBdr>
            <w:top w:val="none" w:sz="0" w:space="0" w:color="auto"/>
            <w:left w:val="none" w:sz="0" w:space="0" w:color="auto"/>
            <w:bottom w:val="none" w:sz="0" w:space="0" w:color="auto"/>
            <w:right w:val="none" w:sz="0" w:space="0" w:color="auto"/>
          </w:divBdr>
        </w:div>
        <w:div w:id="1643387636">
          <w:marLeft w:val="480"/>
          <w:marRight w:val="0"/>
          <w:marTop w:val="0"/>
          <w:marBottom w:val="0"/>
          <w:divBdr>
            <w:top w:val="none" w:sz="0" w:space="0" w:color="auto"/>
            <w:left w:val="none" w:sz="0" w:space="0" w:color="auto"/>
            <w:bottom w:val="none" w:sz="0" w:space="0" w:color="auto"/>
            <w:right w:val="none" w:sz="0" w:space="0" w:color="auto"/>
          </w:divBdr>
        </w:div>
        <w:div w:id="1756392787">
          <w:marLeft w:val="480"/>
          <w:marRight w:val="0"/>
          <w:marTop w:val="0"/>
          <w:marBottom w:val="0"/>
          <w:divBdr>
            <w:top w:val="none" w:sz="0" w:space="0" w:color="auto"/>
            <w:left w:val="none" w:sz="0" w:space="0" w:color="auto"/>
            <w:bottom w:val="none" w:sz="0" w:space="0" w:color="auto"/>
            <w:right w:val="none" w:sz="0" w:space="0" w:color="auto"/>
          </w:divBdr>
        </w:div>
        <w:div w:id="1794204680">
          <w:marLeft w:val="480"/>
          <w:marRight w:val="0"/>
          <w:marTop w:val="0"/>
          <w:marBottom w:val="0"/>
          <w:divBdr>
            <w:top w:val="none" w:sz="0" w:space="0" w:color="auto"/>
            <w:left w:val="none" w:sz="0" w:space="0" w:color="auto"/>
            <w:bottom w:val="none" w:sz="0" w:space="0" w:color="auto"/>
            <w:right w:val="none" w:sz="0" w:space="0" w:color="auto"/>
          </w:divBdr>
        </w:div>
        <w:div w:id="1912304425">
          <w:marLeft w:val="480"/>
          <w:marRight w:val="0"/>
          <w:marTop w:val="0"/>
          <w:marBottom w:val="0"/>
          <w:divBdr>
            <w:top w:val="none" w:sz="0" w:space="0" w:color="auto"/>
            <w:left w:val="none" w:sz="0" w:space="0" w:color="auto"/>
            <w:bottom w:val="none" w:sz="0" w:space="0" w:color="auto"/>
            <w:right w:val="none" w:sz="0" w:space="0" w:color="auto"/>
          </w:divBdr>
        </w:div>
        <w:div w:id="1985499740">
          <w:marLeft w:val="480"/>
          <w:marRight w:val="0"/>
          <w:marTop w:val="0"/>
          <w:marBottom w:val="0"/>
          <w:divBdr>
            <w:top w:val="none" w:sz="0" w:space="0" w:color="auto"/>
            <w:left w:val="none" w:sz="0" w:space="0" w:color="auto"/>
            <w:bottom w:val="none" w:sz="0" w:space="0" w:color="auto"/>
            <w:right w:val="none" w:sz="0" w:space="0" w:color="auto"/>
          </w:divBdr>
        </w:div>
        <w:div w:id="2023169291">
          <w:marLeft w:val="480"/>
          <w:marRight w:val="0"/>
          <w:marTop w:val="0"/>
          <w:marBottom w:val="0"/>
          <w:divBdr>
            <w:top w:val="none" w:sz="0" w:space="0" w:color="auto"/>
            <w:left w:val="none" w:sz="0" w:space="0" w:color="auto"/>
            <w:bottom w:val="none" w:sz="0" w:space="0" w:color="auto"/>
            <w:right w:val="none" w:sz="0" w:space="0" w:color="auto"/>
          </w:divBdr>
        </w:div>
        <w:div w:id="2055618493">
          <w:marLeft w:val="480"/>
          <w:marRight w:val="0"/>
          <w:marTop w:val="0"/>
          <w:marBottom w:val="0"/>
          <w:divBdr>
            <w:top w:val="none" w:sz="0" w:space="0" w:color="auto"/>
            <w:left w:val="none" w:sz="0" w:space="0" w:color="auto"/>
            <w:bottom w:val="none" w:sz="0" w:space="0" w:color="auto"/>
            <w:right w:val="none" w:sz="0" w:space="0" w:color="auto"/>
          </w:divBdr>
        </w:div>
      </w:divsChild>
    </w:div>
    <w:div w:id="1574001789">
      <w:bodyDiv w:val="1"/>
      <w:marLeft w:val="0"/>
      <w:marRight w:val="0"/>
      <w:marTop w:val="0"/>
      <w:marBottom w:val="0"/>
      <w:divBdr>
        <w:top w:val="none" w:sz="0" w:space="0" w:color="auto"/>
        <w:left w:val="none" w:sz="0" w:space="0" w:color="auto"/>
        <w:bottom w:val="none" w:sz="0" w:space="0" w:color="auto"/>
        <w:right w:val="none" w:sz="0" w:space="0" w:color="auto"/>
      </w:divBdr>
      <w:divsChild>
        <w:div w:id="40137732">
          <w:marLeft w:val="480"/>
          <w:marRight w:val="0"/>
          <w:marTop w:val="0"/>
          <w:marBottom w:val="0"/>
          <w:divBdr>
            <w:top w:val="none" w:sz="0" w:space="0" w:color="auto"/>
            <w:left w:val="none" w:sz="0" w:space="0" w:color="auto"/>
            <w:bottom w:val="none" w:sz="0" w:space="0" w:color="auto"/>
            <w:right w:val="none" w:sz="0" w:space="0" w:color="auto"/>
          </w:divBdr>
        </w:div>
        <w:div w:id="165219384">
          <w:marLeft w:val="480"/>
          <w:marRight w:val="0"/>
          <w:marTop w:val="0"/>
          <w:marBottom w:val="0"/>
          <w:divBdr>
            <w:top w:val="none" w:sz="0" w:space="0" w:color="auto"/>
            <w:left w:val="none" w:sz="0" w:space="0" w:color="auto"/>
            <w:bottom w:val="none" w:sz="0" w:space="0" w:color="auto"/>
            <w:right w:val="none" w:sz="0" w:space="0" w:color="auto"/>
          </w:divBdr>
        </w:div>
        <w:div w:id="175658476">
          <w:marLeft w:val="480"/>
          <w:marRight w:val="0"/>
          <w:marTop w:val="0"/>
          <w:marBottom w:val="0"/>
          <w:divBdr>
            <w:top w:val="none" w:sz="0" w:space="0" w:color="auto"/>
            <w:left w:val="none" w:sz="0" w:space="0" w:color="auto"/>
            <w:bottom w:val="none" w:sz="0" w:space="0" w:color="auto"/>
            <w:right w:val="none" w:sz="0" w:space="0" w:color="auto"/>
          </w:divBdr>
        </w:div>
        <w:div w:id="216749404">
          <w:marLeft w:val="480"/>
          <w:marRight w:val="0"/>
          <w:marTop w:val="0"/>
          <w:marBottom w:val="0"/>
          <w:divBdr>
            <w:top w:val="none" w:sz="0" w:space="0" w:color="auto"/>
            <w:left w:val="none" w:sz="0" w:space="0" w:color="auto"/>
            <w:bottom w:val="none" w:sz="0" w:space="0" w:color="auto"/>
            <w:right w:val="none" w:sz="0" w:space="0" w:color="auto"/>
          </w:divBdr>
        </w:div>
        <w:div w:id="251932694">
          <w:marLeft w:val="480"/>
          <w:marRight w:val="0"/>
          <w:marTop w:val="0"/>
          <w:marBottom w:val="0"/>
          <w:divBdr>
            <w:top w:val="none" w:sz="0" w:space="0" w:color="auto"/>
            <w:left w:val="none" w:sz="0" w:space="0" w:color="auto"/>
            <w:bottom w:val="none" w:sz="0" w:space="0" w:color="auto"/>
            <w:right w:val="none" w:sz="0" w:space="0" w:color="auto"/>
          </w:divBdr>
        </w:div>
        <w:div w:id="336735985">
          <w:marLeft w:val="480"/>
          <w:marRight w:val="0"/>
          <w:marTop w:val="0"/>
          <w:marBottom w:val="0"/>
          <w:divBdr>
            <w:top w:val="none" w:sz="0" w:space="0" w:color="auto"/>
            <w:left w:val="none" w:sz="0" w:space="0" w:color="auto"/>
            <w:bottom w:val="none" w:sz="0" w:space="0" w:color="auto"/>
            <w:right w:val="none" w:sz="0" w:space="0" w:color="auto"/>
          </w:divBdr>
        </w:div>
        <w:div w:id="351689914">
          <w:marLeft w:val="480"/>
          <w:marRight w:val="0"/>
          <w:marTop w:val="0"/>
          <w:marBottom w:val="0"/>
          <w:divBdr>
            <w:top w:val="none" w:sz="0" w:space="0" w:color="auto"/>
            <w:left w:val="none" w:sz="0" w:space="0" w:color="auto"/>
            <w:bottom w:val="none" w:sz="0" w:space="0" w:color="auto"/>
            <w:right w:val="none" w:sz="0" w:space="0" w:color="auto"/>
          </w:divBdr>
        </w:div>
        <w:div w:id="450905101">
          <w:marLeft w:val="480"/>
          <w:marRight w:val="0"/>
          <w:marTop w:val="0"/>
          <w:marBottom w:val="0"/>
          <w:divBdr>
            <w:top w:val="none" w:sz="0" w:space="0" w:color="auto"/>
            <w:left w:val="none" w:sz="0" w:space="0" w:color="auto"/>
            <w:bottom w:val="none" w:sz="0" w:space="0" w:color="auto"/>
            <w:right w:val="none" w:sz="0" w:space="0" w:color="auto"/>
          </w:divBdr>
        </w:div>
        <w:div w:id="579414506">
          <w:marLeft w:val="480"/>
          <w:marRight w:val="0"/>
          <w:marTop w:val="0"/>
          <w:marBottom w:val="0"/>
          <w:divBdr>
            <w:top w:val="none" w:sz="0" w:space="0" w:color="auto"/>
            <w:left w:val="none" w:sz="0" w:space="0" w:color="auto"/>
            <w:bottom w:val="none" w:sz="0" w:space="0" w:color="auto"/>
            <w:right w:val="none" w:sz="0" w:space="0" w:color="auto"/>
          </w:divBdr>
        </w:div>
        <w:div w:id="791947592">
          <w:marLeft w:val="480"/>
          <w:marRight w:val="0"/>
          <w:marTop w:val="0"/>
          <w:marBottom w:val="0"/>
          <w:divBdr>
            <w:top w:val="none" w:sz="0" w:space="0" w:color="auto"/>
            <w:left w:val="none" w:sz="0" w:space="0" w:color="auto"/>
            <w:bottom w:val="none" w:sz="0" w:space="0" w:color="auto"/>
            <w:right w:val="none" w:sz="0" w:space="0" w:color="auto"/>
          </w:divBdr>
        </w:div>
        <w:div w:id="808087569">
          <w:marLeft w:val="480"/>
          <w:marRight w:val="0"/>
          <w:marTop w:val="0"/>
          <w:marBottom w:val="0"/>
          <w:divBdr>
            <w:top w:val="none" w:sz="0" w:space="0" w:color="auto"/>
            <w:left w:val="none" w:sz="0" w:space="0" w:color="auto"/>
            <w:bottom w:val="none" w:sz="0" w:space="0" w:color="auto"/>
            <w:right w:val="none" w:sz="0" w:space="0" w:color="auto"/>
          </w:divBdr>
        </w:div>
        <w:div w:id="946426568">
          <w:marLeft w:val="480"/>
          <w:marRight w:val="0"/>
          <w:marTop w:val="0"/>
          <w:marBottom w:val="0"/>
          <w:divBdr>
            <w:top w:val="none" w:sz="0" w:space="0" w:color="auto"/>
            <w:left w:val="none" w:sz="0" w:space="0" w:color="auto"/>
            <w:bottom w:val="none" w:sz="0" w:space="0" w:color="auto"/>
            <w:right w:val="none" w:sz="0" w:space="0" w:color="auto"/>
          </w:divBdr>
        </w:div>
        <w:div w:id="959720716">
          <w:marLeft w:val="480"/>
          <w:marRight w:val="0"/>
          <w:marTop w:val="0"/>
          <w:marBottom w:val="0"/>
          <w:divBdr>
            <w:top w:val="none" w:sz="0" w:space="0" w:color="auto"/>
            <w:left w:val="none" w:sz="0" w:space="0" w:color="auto"/>
            <w:bottom w:val="none" w:sz="0" w:space="0" w:color="auto"/>
            <w:right w:val="none" w:sz="0" w:space="0" w:color="auto"/>
          </w:divBdr>
        </w:div>
        <w:div w:id="1145321611">
          <w:marLeft w:val="480"/>
          <w:marRight w:val="0"/>
          <w:marTop w:val="0"/>
          <w:marBottom w:val="0"/>
          <w:divBdr>
            <w:top w:val="none" w:sz="0" w:space="0" w:color="auto"/>
            <w:left w:val="none" w:sz="0" w:space="0" w:color="auto"/>
            <w:bottom w:val="none" w:sz="0" w:space="0" w:color="auto"/>
            <w:right w:val="none" w:sz="0" w:space="0" w:color="auto"/>
          </w:divBdr>
        </w:div>
        <w:div w:id="1371033054">
          <w:marLeft w:val="480"/>
          <w:marRight w:val="0"/>
          <w:marTop w:val="0"/>
          <w:marBottom w:val="0"/>
          <w:divBdr>
            <w:top w:val="none" w:sz="0" w:space="0" w:color="auto"/>
            <w:left w:val="none" w:sz="0" w:space="0" w:color="auto"/>
            <w:bottom w:val="none" w:sz="0" w:space="0" w:color="auto"/>
            <w:right w:val="none" w:sz="0" w:space="0" w:color="auto"/>
          </w:divBdr>
        </w:div>
        <w:div w:id="1372848749">
          <w:marLeft w:val="480"/>
          <w:marRight w:val="0"/>
          <w:marTop w:val="0"/>
          <w:marBottom w:val="0"/>
          <w:divBdr>
            <w:top w:val="none" w:sz="0" w:space="0" w:color="auto"/>
            <w:left w:val="none" w:sz="0" w:space="0" w:color="auto"/>
            <w:bottom w:val="none" w:sz="0" w:space="0" w:color="auto"/>
            <w:right w:val="none" w:sz="0" w:space="0" w:color="auto"/>
          </w:divBdr>
        </w:div>
        <w:div w:id="1394887349">
          <w:marLeft w:val="480"/>
          <w:marRight w:val="0"/>
          <w:marTop w:val="0"/>
          <w:marBottom w:val="0"/>
          <w:divBdr>
            <w:top w:val="none" w:sz="0" w:space="0" w:color="auto"/>
            <w:left w:val="none" w:sz="0" w:space="0" w:color="auto"/>
            <w:bottom w:val="none" w:sz="0" w:space="0" w:color="auto"/>
            <w:right w:val="none" w:sz="0" w:space="0" w:color="auto"/>
          </w:divBdr>
        </w:div>
        <w:div w:id="1399597692">
          <w:marLeft w:val="480"/>
          <w:marRight w:val="0"/>
          <w:marTop w:val="0"/>
          <w:marBottom w:val="0"/>
          <w:divBdr>
            <w:top w:val="none" w:sz="0" w:space="0" w:color="auto"/>
            <w:left w:val="none" w:sz="0" w:space="0" w:color="auto"/>
            <w:bottom w:val="none" w:sz="0" w:space="0" w:color="auto"/>
            <w:right w:val="none" w:sz="0" w:space="0" w:color="auto"/>
          </w:divBdr>
        </w:div>
        <w:div w:id="1436050777">
          <w:marLeft w:val="480"/>
          <w:marRight w:val="0"/>
          <w:marTop w:val="0"/>
          <w:marBottom w:val="0"/>
          <w:divBdr>
            <w:top w:val="none" w:sz="0" w:space="0" w:color="auto"/>
            <w:left w:val="none" w:sz="0" w:space="0" w:color="auto"/>
            <w:bottom w:val="none" w:sz="0" w:space="0" w:color="auto"/>
            <w:right w:val="none" w:sz="0" w:space="0" w:color="auto"/>
          </w:divBdr>
        </w:div>
        <w:div w:id="1482429559">
          <w:marLeft w:val="480"/>
          <w:marRight w:val="0"/>
          <w:marTop w:val="0"/>
          <w:marBottom w:val="0"/>
          <w:divBdr>
            <w:top w:val="none" w:sz="0" w:space="0" w:color="auto"/>
            <w:left w:val="none" w:sz="0" w:space="0" w:color="auto"/>
            <w:bottom w:val="none" w:sz="0" w:space="0" w:color="auto"/>
            <w:right w:val="none" w:sz="0" w:space="0" w:color="auto"/>
          </w:divBdr>
        </w:div>
        <w:div w:id="1585070761">
          <w:marLeft w:val="480"/>
          <w:marRight w:val="0"/>
          <w:marTop w:val="0"/>
          <w:marBottom w:val="0"/>
          <w:divBdr>
            <w:top w:val="none" w:sz="0" w:space="0" w:color="auto"/>
            <w:left w:val="none" w:sz="0" w:space="0" w:color="auto"/>
            <w:bottom w:val="none" w:sz="0" w:space="0" w:color="auto"/>
            <w:right w:val="none" w:sz="0" w:space="0" w:color="auto"/>
          </w:divBdr>
        </w:div>
        <w:div w:id="1634017732">
          <w:marLeft w:val="480"/>
          <w:marRight w:val="0"/>
          <w:marTop w:val="0"/>
          <w:marBottom w:val="0"/>
          <w:divBdr>
            <w:top w:val="none" w:sz="0" w:space="0" w:color="auto"/>
            <w:left w:val="none" w:sz="0" w:space="0" w:color="auto"/>
            <w:bottom w:val="none" w:sz="0" w:space="0" w:color="auto"/>
            <w:right w:val="none" w:sz="0" w:space="0" w:color="auto"/>
          </w:divBdr>
        </w:div>
        <w:div w:id="1682971018">
          <w:marLeft w:val="480"/>
          <w:marRight w:val="0"/>
          <w:marTop w:val="0"/>
          <w:marBottom w:val="0"/>
          <w:divBdr>
            <w:top w:val="none" w:sz="0" w:space="0" w:color="auto"/>
            <w:left w:val="none" w:sz="0" w:space="0" w:color="auto"/>
            <w:bottom w:val="none" w:sz="0" w:space="0" w:color="auto"/>
            <w:right w:val="none" w:sz="0" w:space="0" w:color="auto"/>
          </w:divBdr>
        </w:div>
        <w:div w:id="1781412232">
          <w:marLeft w:val="480"/>
          <w:marRight w:val="0"/>
          <w:marTop w:val="0"/>
          <w:marBottom w:val="0"/>
          <w:divBdr>
            <w:top w:val="none" w:sz="0" w:space="0" w:color="auto"/>
            <w:left w:val="none" w:sz="0" w:space="0" w:color="auto"/>
            <w:bottom w:val="none" w:sz="0" w:space="0" w:color="auto"/>
            <w:right w:val="none" w:sz="0" w:space="0" w:color="auto"/>
          </w:divBdr>
        </w:div>
        <w:div w:id="1839223120">
          <w:marLeft w:val="480"/>
          <w:marRight w:val="0"/>
          <w:marTop w:val="0"/>
          <w:marBottom w:val="0"/>
          <w:divBdr>
            <w:top w:val="none" w:sz="0" w:space="0" w:color="auto"/>
            <w:left w:val="none" w:sz="0" w:space="0" w:color="auto"/>
            <w:bottom w:val="none" w:sz="0" w:space="0" w:color="auto"/>
            <w:right w:val="none" w:sz="0" w:space="0" w:color="auto"/>
          </w:divBdr>
        </w:div>
        <w:div w:id="2049791261">
          <w:marLeft w:val="480"/>
          <w:marRight w:val="0"/>
          <w:marTop w:val="0"/>
          <w:marBottom w:val="0"/>
          <w:divBdr>
            <w:top w:val="none" w:sz="0" w:space="0" w:color="auto"/>
            <w:left w:val="none" w:sz="0" w:space="0" w:color="auto"/>
            <w:bottom w:val="none" w:sz="0" w:space="0" w:color="auto"/>
            <w:right w:val="none" w:sz="0" w:space="0" w:color="auto"/>
          </w:divBdr>
        </w:div>
      </w:divsChild>
    </w:div>
    <w:div w:id="1574511471">
      <w:bodyDiv w:val="1"/>
      <w:marLeft w:val="0"/>
      <w:marRight w:val="0"/>
      <w:marTop w:val="0"/>
      <w:marBottom w:val="0"/>
      <w:divBdr>
        <w:top w:val="none" w:sz="0" w:space="0" w:color="auto"/>
        <w:left w:val="none" w:sz="0" w:space="0" w:color="auto"/>
        <w:bottom w:val="none" w:sz="0" w:space="0" w:color="auto"/>
        <w:right w:val="none" w:sz="0" w:space="0" w:color="auto"/>
      </w:divBdr>
    </w:div>
    <w:div w:id="1575386194">
      <w:bodyDiv w:val="1"/>
      <w:marLeft w:val="0"/>
      <w:marRight w:val="0"/>
      <w:marTop w:val="0"/>
      <w:marBottom w:val="0"/>
      <w:divBdr>
        <w:top w:val="none" w:sz="0" w:space="0" w:color="auto"/>
        <w:left w:val="none" w:sz="0" w:space="0" w:color="auto"/>
        <w:bottom w:val="none" w:sz="0" w:space="0" w:color="auto"/>
        <w:right w:val="none" w:sz="0" w:space="0" w:color="auto"/>
      </w:divBdr>
    </w:div>
    <w:div w:id="1576477479">
      <w:bodyDiv w:val="1"/>
      <w:marLeft w:val="0"/>
      <w:marRight w:val="0"/>
      <w:marTop w:val="0"/>
      <w:marBottom w:val="0"/>
      <w:divBdr>
        <w:top w:val="none" w:sz="0" w:space="0" w:color="auto"/>
        <w:left w:val="none" w:sz="0" w:space="0" w:color="auto"/>
        <w:bottom w:val="none" w:sz="0" w:space="0" w:color="auto"/>
        <w:right w:val="none" w:sz="0" w:space="0" w:color="auto"/>
      </w:divBdr>
    </w:div>
    <w:div w:id="1577978232">
      <w:bodyDiv w:val="1"/>
      <w:marLeft w:val="0"/>
      <w:marRight w:val="0"/>
      <w:marTop w:val="0"/>
      <w:marBottom w:val="0"/>
      <w:divBdr>
        <w:top w:val="none" w:sz="0" w:space="0" w:color="auto"/>
        <w:left w:val="none" w:sz="0" w:space="0" w:color="auto"/>
        <w:bottom w:val="none" w:sz="0" w:space="0" w:color="auto"/>
        <w:right w:val="none" w:sz="0" w:space="0" w:color="auto"/>
      </w:divBdr>
    </w:div>
    <w:div w:id="1578854976">
      <w:bodyDiv w:val="1"/>
      <w:marLeft w:val="0"/>
      <w:marRight w:val="0"/>
      <w:marTop w:val="0"/>
      <w:marBottom w:val="0"/>
      <w:divBdr>
        <w:top w:val="none" w:sz="0" w:space="0" w:color="auto"/>
        <w:left w:val="none" w:sz="0" w:space="0" w:color="auto"/>
        <w:bottom w:val="none" w:sz="0" w:space="0" w:color="auto"/>
        <w:right w:val="none" w:sz="0" w:space="0" w:color="auto"/>
      </w:divBdr>
    </w:div>
    <w:div w:id="1580946034">
      <w:bodyDiv w:val="1"/>
      <w:marLeft w:val="0"/>
      <w:marRight w:val="0"/>
      <w:marTop w:val="0"/>
      <w:marBottom w:val="0"/>
      <w:divBdr>
        <w:top w:val="none" w:sz="0" w:space="0" w:color="auto"/>
        <w:left w:val="none" w:sz="0" w:space="0" w:color="auto"/>
        <w:bottom w:val="none" w:sz="0" w:space="0" w:color="auto"/>
        <w:right w:val="none" w:sz="0" w:space="0" w:color="auto"/>
      </w:divBdr>
    </w:div>
    <w:div w:id="1582525374">
      <w:bodyDiv w:val="1"/>
      <w:marLeft w:val="0"/>
      <w:marRight w:val="0"/>
      <w:marTop w:val="0"/>
      <w:marBottom w:val="0"/>
      <w:divBdr>
        <w:top w:val="none" w:sz="0" w:space="0" w:color="auto"/>
        <w:left w:val="none" w:sz="0" w:space="0" w:color="auto"/>
        <w:bottom w:val="none" w:sz="0" w:space="0" w:color="auto"/>
        <w:right w:val="none" w:sz="0" w:space="0" w:color="auto"/>
      </w:divBdr>
      <w:divsChild>
        <w:div w:id="75591801">
          <w:marLeft w:val="480"/>
          <w:marRight w:val="0"/>
          <w:marTop w:val="0"/>
          <w:marBottom w:val="0"/>
          <w:divBdr>
            <w:top w:val="none" w:sz="0" w:space="0" w:color="auto"/>
            <w:left w:val="none" w:sz="0" w:space="0" w:color="auto"/>
            <w:bottom w:val="none" w:sz="0" w:space="0" w:color="auto"/>
            <w:right w:val="none" w:sz="0" w:space="0" w:color="auto"/>
          </w:divBdr>
        </w:div>
        <w:div w:id="111362319">
          <w:marLeft w:val="480"/>
          <w:marRight w:val="0"/>
          <w:marTop w:val="0"/>
          <w:marBottom w:val="0"/>
          <w:divBdr>
            <w:top w:val="none" w:sz="0" w:space="0" w:color="auto"/>
            <w:left w:val="none" w:sz="0" w:space="0" w:color="auto"/>
            <w:bottom w:val="none" w:sz="0" w:space="0" w:color="auto"/>
            <w:right w:val="none" w:sz="0" w:space="0" w:color="auto"/>
          </w:divBdr>
        </w:div>
        <w:div w:id="117140338">
          <w:marLeft w:val="480"/>
          <w:marRight w:val="0"/>
          <w:marTop w:val="0"/>
          <w:marBottom w:val="0"/>
          <w:divBdr>
            <w:top w:val="none" w:sz="0" w:space="0" w:color="auto"/>
            <w:left w:val="none" w:sz="0" w:space="0" w:color="auto"/>
            <w:bottom w:val="none" w:sz="0" w:space="0" w:color="auto"/>
            <w:right w:val="none" w:sz="0" w:space="0" w:color="auto"/>
          </w:divBdr>
        </w:div>
        <w:div w:id="150678818">
          <w:marLeft w:val="480"/>
          <w:marRight w:val="0"/>
          <w:marTop w:val="0"/>
          <w:marBottom w:val="0"/>
          <w:divBdr>
            <w:top w:val="none" w:sz="0" w:space="0" w:color="auto"/>
            <w:left w:val="none" w:sz="0" w:space="0" w:color="auto"/>
            <w:bottom w:val="none" w:sz="0" w:space="0" w:color="auto"/>
            <w:right w:val="none" w:sz="0" w:space="0" w:color="auto"/>
          </w:divBdr>
        </w:div>
        <w:div w:id="177548478">
          <w:marLeft w:val="480"/>
          <w:marRight w:val="0"/>
          <w:marTop w:val="0"/>
          <w:marBottom w:val="0"/>
          <w:divBdr>
            <w:top w:val="none" w:sz="0" w:space="0" w:color="auto"/>
            <w:left w:val="none" w:sz="0" w:space="0" w:color="auto"/>
            <w:bottom w:val="none" w:sz="0" w:space="0" w:color="auto"/>
            <w:right w:val="none" w:sz="0" w:space="0" w:color="auto"/>
          </w:divBdr>
        </w:div>
        <w:div w:id="200284700">
          <w:marLeft w:val="480"/>
          <w:marRight w:val="0"/>
          <w:marTop w:val="0"/>
          <w:marBottom w:val="0"/>
          <w:divBdr>
            <w:top w:val="none" w:sz="0" w:space="0" w:color="auto"/>
            <w:left w:val="none" w:sz="0" w:space="0" w:color="auto"/>
            <w:bottom w:val="none" w:sz="0" w:space="0" w:color="auto"/>
            <w:right w:val="none" w:sz="0" w:space="0" w:color="auto"/>
          </w:divBdr>
        </w:div>
        <w:div w:id="237640652">
          <w:marLeft w:val="480"/>
          <w:marRight w:val="0"/>
          <w:marTop w:val="0"/>
          <w:marBottom w:val="0"/>
          <w:divBdr>
            <w:top w:val="none" w:sz="0" w:space="0" w:color="auto"/>
            <w:left w:val="none" w:sz="0" w:space="0" w:color="auto"/>
            <w:bottom w:val="none" w:sz="0" w:space="0" w:color="auto"/>
            <w:right w:val="none" w:sz="0" w:space="0" w:color="auto"/>
          </w:divBdr>
        </w:div>
        <w:div w:id="292098352">
          <w:marLeft w:val="480"/>
          <w:marRight w:val="0"/>
          <w:marTop w:val="0"/>
          <w:marBottom w:val="0"/>
          <w:divBdr>
            <w:top w:val="none" w:sz="0" w:space="0" w:color="auto"/>
            <w:left w:val="none" w:sz="0" w:space="0" w:color="auto"/>
            <w:bottom w:val="none" w:sz="0" w:space="0" w:color="auto"/>
            <w:right w:val="none" w:sz="0" w:space="0" w:color="auto"/>
          </w:divBdr>
        </w:div>
        <w:div w:id="355428973">
          <w:marLeft w:val="480"/>
          <w:marRight w:val="0"/>
          <w:marTop w:val="0"/>
          <w:marBottom w:val="0"/>
          <w:divBdr>
            <w:top w:val="none" w:sz="0" w:space="0" w:color="auto"/>
            <w:left w:val="none" w:sz="0" w:space="0" w:color="auto"/>
            <w:bottom w:val="none" w:sz="0" w:space="0" w:color="auto"/>
            <w:right w:val="none" w:sz="0" w:space="0" w:color="auto"/>
          </w:divBdr>
        </w:div>
        <w:div w:id="555360970">
          <w:marLeft w:val="480"/>
          <w:marRight w:val="0"/>
          <w:marTop w:val="0"/>
          <w:marBottom w:val="0"/>
          <w:divBdr>
            <w:top w:val="none" w:sz="0" w:space="0" w:color="auto"/>
            <w:left w:val="none" w:sz="0" w:space="0" w:color="auto"/>
            <w:bottom w:val="none" w:sz="0" w:space="0" w:color="auto"/>
            <w:right w:val="none" w:sz="0" w:space="0" w:color="auto"/>
          </w:divBdr>
        </w:div>
        <w:div w:id="717125088">
          <w:marLeft w:val="480"/>
          <w:marRight w:val="0"/>
          <w:marTop w:val="0"/>
          <w:marBottom w:val="0"/>
          <w:divBdr>
            <w:top w:val="none" w:sz="0" w:space="0" w:color="auto"/>
            <w:left w:val="none" w:sz="0" w:space="0" w:color="auto"/>
            <w:bottom w:val="none" w:sz="0" w:space="0" w:color="auto"/>
            <w:right w:val="none" w:sz="0" w:space="0" w:color="auto"/>
          </w:divBdr>
        </w:div>
        <w:div w:id="801264000">
          <w:marLeft w:val="480"/>
          <w:marRight w:val="0"/>
          <w:marTop w:val="0"/>
          <w:marBottom w:val="0"/>
          <w:divBdr>
            <w:top w:val="none" w:sz="0" w:space="0" w:color="auto"/>
            <w:left w:val="none" w:sz="0" w:space="0" w:color="auto"/>
            <w:bottom w:val="none" w:sz="0" w:space="0" w:color="auto"/>
            <w:right w:val="none" w:sz="0" w:space="0" w:color="auto"/>
          </w:divBdr>
        </w:div>
        <w:div w:id="842739794">
          <w:marLeft w:val="480"/>
          <w:marRight w:val="0"/>
          <w:marTop w:val="0"/>
          <w:marBottom w:val="0"/>
          <w:divBdr>
            <w:top w:val="none" w:sz="0" w:space="0" w:color="auto"/>
            <w:left w:val="none" w:sz="0" w:space="0" w:color="auto"/>
            <w:bottom w:val="none" w:sz="0" w:space="0" w:color="auto"/>
            <w:right w:val="none" w:sz="0" w:space="0" w:color="auto"/>
          </w:divBdr>
        </w:div>
        <w:div w:id="977338730">
          <w:marLeft w:val="480"/>
          <w:marRight w:val="0"/>
          <w:marTop w:val="0"/>
          <w:marBottom w:val="0"/>
          <w:divBdr>
            <w:top w:val="none" w:sz="0" w:space="0" w:color="auto"/>
            <w:left w:val="none" w:sz="0" w:space="0" w:color="auto"/>
            <w:bottom w:val="none" w:sz="0" w:space="0" w:color="auto"/>
            <w:right w:val="none" w:sz="0" w:space="0" w:color="auto"/>
          </w:divBdr>
        </w:div>
        <w:div w:id="1052312451">
          <w:marLeft w:val="480"/>
          <w:marRight w:val="0"/>
          <w:marTop w:val="0"/>
          <w:marBottom w:val="0"/>
          <w:divBdr>
            <w:top w:val="none" w:sz="0" w:space="0" w:color="auto"/>
            <w:left w:val="none" w:sz="0" w:space="0" w:color="auto"/>
            <w:bottom w:val="none" w:sz="0" w:space="0" w:color="auto"/>
            <w:right w:val="none" w:sz="0" w:space="0" w:color="auto"/>
          </w:divBdr>
        </w:div>
        <w:div w:id="1095902912">
          <w:marLeft w:val="480"/>
          <w:marRight w:val="0"/>
          <w:marTop w:val="0"/>
          <w:marBottom w:val="0"/>
          <w:divBdr>
            <w:top w:val="none" w:sz="0" w:space="0" w:color="auto"/>
            <w:left w:val="none" w:sz="0" w:space="0" w:color="auto"/>
            <w:bottom w:val="none" w:sz="0" w:space="0" w:color="auto"/>
            <w:right w:val="none" w:sz="0" w:space="0" w:color="auto"/>
          </w:divBdr>
        </w:div>
        <w:div w:id="1133476549">
          <w:marLeft w:val="480"/>
          <w:marRight w:val="0"/>
          <w:marTop w:val="0"/>
          <w:marBottom w:val="0"/>
          <w:divBdr>
            <w:top w:val="none" w:sz="0" w:space="0" w:color="auto"/>
            <w:left w:val="none" w:sz="0" w:space="0" w:color="auto"/>
            <w:bottom w:val="none" w:sz="0" w:space="0" w:color="auto"/>
            <w:right w:val="none" w:sz="0" w:space="0" w:color="auto"/>
          </w:divBdr>
        </w:div>
        <w:div w:id="1149664063">
          <w:marLeft w:val="480"/>
          <w:marRight w:val="0"/>
          <w:marTop w:val="0"/>
          <w:marBottom w:val="0"/>
          <w:divBdr>
            <w:top w:val="none" w:sz="0" w:space="0" w:color="auto"/>
            <w:left w:val="none" w:sz="0" w:space="0" w:color="auto"/>
            <w:bottom w:val="none" w:sz="0" w:space="0" w:color="auto"/>
            <w:right w:val="none" w:sz="0" w:space="0" w:color="auto"/>
          </w:divBdr>
        </w:div>
        <w:div w:id="1253665057">
          <w:marLeft w:val="480"/>
          <w:marRight w:val="0"/>
          <w:marTop w:val="0"/>
          <w:marBottom w:val="0"/>
          <w:divBdr>
            <w:top w:val="none" w:sz="0" w:space="0" w:color="auto"/>
            <w:left w:val="none" w:sz="0" w:space="0" w:color="auto"/>
            <w:bottom w:val="none" w:sz="0" w:space="0" w:color="auto"/>
            <w:right w:val="none" w:sz="0" w:space="0" w:color="auto"/>
          </w:divBdr>
        </w:div>
        <w:div w:id="1257907746">
          <w:marLeft w:val="480"/>
          <w:marRight w:val="0"/>
          <w:marTop w:val="0"/>
          <w:marBottom w:val="0"/>
          <w:divBdr>
            <w:top w:val="none" w:sz="0" w:space="0" w:color="auto"/>
            <w:left w:val="none" w:sz="0" w:space="0" w:color="auto"/>
            <w:bottom w:val="none" w:sz="0" w:space="0" w:color="auto"/>
            <w:right w:val="none" w:sz="0" w:space="0" w:color="auto"/>
          </w:divBdr>
        </w:div>
        <w:div w:id="1296646014">
          <w:marLeft w:val="480"/>
          <w:marRight w:val="0"/>
          <w:marTop w:val="0"/>
          <w:marBottom w:val="0"/>
          <w:divBdr>
            <w:top w:val="none" w:sz="0" w:space="0" w:color="auto"/>
            <w:left w:val="none" w:sz="0" w:space="0" w:color="auto"/>
            <w:bottom w:val="none" w:sz="0" w:space="0" w:color="auto"/>
            <w:right w:val="none" w:sz="0" w:space="0" w:color="auto"/>
          </w:divBdr>
        </w:div>
        <w:div w:id="1395008057">
          <w:marLeft w:val="480"/>
          <w:marRight w:val="0"/>
          <w:marTop w:val="0"/>
          <w:marBottom w:val="0"/>
          <w:divBdr>
            <w:top w:val="none" w:sz="0" w:space="0" w:color="auto"/>
            <w:left w:val="none" w:sz="0" w:space="0" w:color="auto"/>
            <w:bottom w:val="none" w:sz="0" w:space="0" w:color="auto"/>
            <w:right w:val="none" w:sz="0" w:space="0" w:color="auto"/>
          </w:divBdr>
        </w:div>
        <w:div w:id="1412851136">
          <w:marLeft w:val="480"/>
          <w:marRight w:val="0"/>
          <w:marTop w:val="0"/>
          <w:marBottom w:val="0"/>
          <w:divBdr>
            <w:top w:val="none" w:sz="0" w:space="0" w:color="auto"/>
            <w:left w:val="none" w:sz="0" w:space="0" w:color="auto"/>
            <w:bottom w:val="none" w:sz="0" w:space="0" w:color="auto"/>
            <w:right w:val="none" w:sz="0" w:space="0" w:color="auto"/>
          </w:divBdr>
        </w:div>
        <w:div w:id="1528521414">
          <w:marLeft w:val="480"/>
          <w:marRight w:val="0"/>
          <w:marTop w:val="0"/>
          <w:marBottom w:val="0"/>
          <w:divBdr>
            <w:top w:val="none" w:sz="0" w:space="0" w:color="auto"/>
            <w:left w:val="none" w:sz="0" w:space="0" w:color="auto"/>
            <w:bottom w:val="none" w:sz="0" w:space="0" w:color="auto"/>
            <w:right w:val="none" w:sz="0" w:space="0" w:color="auto"/>
          </w:divBdr>
        </w:div>
        <w:div w:id="1574462750">
          <w:marLeft w:val="480"/>
          <w:marRight w:val="0"/>
          <w:marTop w:val="0"/>
          <w:marBottom w:val="0"/>
          <w:divBdr>
            <w:top w:val="none" w:sz="0" w:space="0" w:color="auto"/>
            <w:left w:val="none" w:sz="0" w:space="0" w:color="auto"/>
            <w:bottom w:val="none" w:sz="0" w:space="0" w:color="auto"/>
            <w:right w:val="none" w:sz="0" w:space="0" w:color="auto"/>
          </w:divBdr>
        </w:div>
        <w:div w:id="1615014237">
          <w:marLeft w:val="480"/>
          <w:marRight w:val="0"/>
          <w:marTop w:val="0"/>
          <w:marBottom w:val="0"/>
          <w:divBdr>
            <w:top w:val="none" w:sz="0" w:space="0" w:color="auto"/>
            <w:left w:val="none" w:sz="0" w:space="0" w:color="auto"/>
            <w:bottom w:val="none" w:sz="0" w:space="0" w:color="auto"/>
            <w:right w:val="none" w:sz="0" w:space="0" w:color="auto"/>
          </w:divBdr>
        </w:div>
        <w:div w:id="1685470570">
          <w:marLeft w:val="480"/>
          <w:marRight w:val="0"/>
          <w:marTop w:val="0"/>
          <w:marBottom w:val="0"/>
          <w:divBdr>
            <w:top w:val="none" w:sz="0" w:space="0" w:color="auto"/>
            <w:left w:val="none" w:sz="0" w:space="0" w:color="auto"/>
            <w:bottom w:val="none" w:sz="0" w:space="0" w:color="auto"/>
            <w:right w:val="none" w:sz="0" w:space="0" w:color="auto"/>
          </w:divBdr>
        </w:div>
        <w:div w:id="1732732560">
          <w:marLeft w:val="480"/>
          <w:marRight w:val="0"/>
          <w:marTop w:val="0"/>
          <w:marBottom w:val="0"/>
          <w:divBdr>
            <w:top w:val="none" w:sz="0" w:space="0" w:color="auto"/>
            <w:left w:val="none" w:sz="0" w:space="0" w:color="auto"/>
            <w:bottom w:val="none" w:sz="0" w:space="0" w:color="auto"/>
            <w:right w:val="none" w:sz="0" w:space="0" w:color="auto"/>
          </w:divBdr>
        </w:div>
        <w:div w:id="1789618889">
          <w:marLeft w:val="480"/>
          <w:marRight w:val="0"/>
          <w:marTop w:val="0"/>
          <w:marBottom w:val="0"/>
          <w:divBdr>
            <w:top w:val="none" w:sz="0" w:space="0" w:color="auto"/>
            <w:left w:val="none" w:sz="0" w:space="0" w:color="auto"/>
            <w:bottom w:val="none" w:sz="0" w:space="0" w:color="auto"/>
            <w:right w:val="none" w:sz="0" w:space="0" w:color="auto"/>
          </w:divBdr>
        </w:div>
        <w:div w:id="2086216426">
          <w:marLeft w:val="480"/>
          <w:marRight w:val="0"/>
          <w:marTop w:val="0"/>
          <w:marBottom w:val="0"/>
          <w:divBdr>
            <w:top w:val="none" w:sz="0" w:space="0" w:color="auto"/>
            <w:left w:val="none" w:sz="0" w:space="0" w:color="auto"/>
            <w:bottom w:val="none" w:sz="0" w:space="0" w:color="auto"/>
            <w:right w:val="none" w:sz="0" w:space="0" w:color="auto"/>
          </w:divBdr>
        </w:div>
        <w:div w:id="2119061832">
          <w:marLeft w:val="480"/>
          <w:marRight w:val="0"/>
          <w:marTop w:val="0"/>
          <w:marBottom w:val="0"/>
          <w:divBdr>
            <w:top w:val="none" w:sz="0" w:space="0" w:color="auto"/>
            <w:left w:val="none" w:sz="0" w:space="0" w:color="auto"/>
            <w:bottom w:val="none" w:sz="0" w:space="0" w:color="auto"/>
            <w:right w:val="none" w:sz="0" w:space="0" w:color="auto"/>
          </w:divBdr>
        </w:div>
      </w:divsChild>
    </w:div>
    <w:div w:id="1583174363">
      <w:bodyDiv w:val="1"/>
      <w:marLeft w:val="0"/>
      <w:marRight w:val="0"/>
      <w:marTop w:val="0"/>
      <w:marBottom w:val="0"/>
      <w:divBdr>
        <w:top w:val="none" w:sz="0" w:space="0" w:color="auto"/>
        <w:left w:val="none" w:sz="0" w:space="0" w:color="auto"/>
        <w:bottom w:val="none" w:sz="0" w:space="0" w:color="auto"/>
        <w:right w:val="none" w:sz="0" w:space="0" w:color="auto"/>
      </w:divBdr>
      <w:divsChild>
        <w:div w:id="59640625">
          <w:marLeft w:val="480"/>
          <w:marRight w:val="0"/>
          <w:marTop w:val="0"/>
          <w:marBottom w:val="0"/>
          <w:divBdr>
            <w:top w:val="none" w:sz="0" w:space="0" w:color="auto"/>
            <w:left w:val="none" w:sz="0" w:space="0" w:color="auto"/>
            <w:bottom w:val="none" w:sz="0" w:space="0" w:color="auto"/>
            <w:right w:val="none" w:sz="0" w:space="0" w:color="auto"/>
          </w:divBdr>
        </w:div>
        <w:div w:id="73165662">
          <w:marLeft w:val="480"/>
          <w:marRight w:val="0"/>
          <w:marTop w:val="0"/>
          <w:marBottom w:val="0"/>
          <w:divBdr>
            <w:top w:val="none" w:sz="0" w:space="0" w:color="auto"/>
            <w:left w:val="none" w:sz="0" w:space="0" w:color="auto"/>
            <w:bottom w:val="none" w:sz="0" w:space="0" w:color="auto"/>
            <w:right w:val="none" w:sz="0" w:space="0" w:color="auto"/>
          </w:divBdr>
        </w:div>
        <w:div w:id="222451688">
          <w:marLeft w:val="480"/>
          <w:marRight w:val="0"/>
          <w:marTop w:val="0"/>
          <w:marBottom w:val="0"/>
          <w:divBdr>
            <w:top w:val="none" w:sz="0" w:space="0" w:color="auto"/>
            <w:left w:val="none" w:sz="0" w:space="0" w:color="auto"/>
            <w:bottom w:val="none" w:sz="0" w:space="0" w:color="auto"/>
            <w:right w:val="none" w:sz="0" w:space="0" w:color="auto"/>
          </w:divBdr>
        </w:div>
        <w:div w:id="296566244">
          <w:marLeft w:val="480"/>
          <w:marRight w:val="0"/>
          <w:marTop w:val="0"/>
          <w:marBottom w:val="0"/>
          <w:divBdr>
            <w:top w:val="none" w:sz="0" w:space="0" w:color="auto"/>
            <w:left w:val="none" w:sz="0" w:space="0" w:color="auto"/>
            <w:bottom w:val="none" w:sz="0" w:space="0" w:color="auto"/>
            <w:right w:val="none" w:sz="0" w:space="0" w:color="auto"/>
          </w:divBdr>
        </w:div>
        <w:div w:id="311567469">
          <w:marLeft w:val="480"/>
          <w:marRight w:val="0"/>
          <w:marTop w:val="0"/>
          <w:marBottom w:val="0"/>
          <w:divBdr>
            <w:top w:val="none" w:sz="0" w:space="0" w:color="auto"/>
            <w:left w:val="none" w:sz="0" w:space="0" w:color="auto"/>
            <w:bottom w:val="none" w:sz="0" w:space="0" w:color="auto"/>
            <w:right w:val="none" w:sz="0" w:space="0" w:color="auto"/>
          </w:divBdr>
        </w:div>
        <w:div w:id="343747786">
          <w:marLeft w:val="480"/>
          <w:marRight w:val="0"/>
          <w:marTop w:val="0"/>
          <w:marBottom w:val="0"/>
          <w:divBdr>
            <w:top w:val="none" w:sz="0" w:space="0" w:color="auto"/>
            <w:left w:val="none" w:sz="0" w:space="0" w:color="auto"/>
            <w:bottom w:val="none" w:sz="0" w:space="0" w:color="auto"/>
            <w:right w:val="none" w:sz="0" w:space="0" w:color="auto"/>
          </w:divBdr>
        </w:div>
        <w:div w:id="436604136">
          <w:marLeft w:val="480"/>
          <w:marRight w:val="0"/>
          <w:marTop w:val="0"/>
          <w:marBottom w:val="0"/>
          <w:divBdr>
            <w:top w:val="none" w:sz="0" w:space="0" w:color="auto"/>
            <w:left w:val="none" w:sz="0" w:space="0" w:color="auto"/>
            <w:bottom w:val="none" w:sz="0" w:space="0" w:color="auto"/>
            <w:right w:val="none" w:sz="0" w:space="0" w:color="auto"/>
          </w:divBdr>
        </w:div>
        <w:div w:id="595481330">
          <w:marLeft w:val="480"/>
          <w:marRight w:val="0"/>
          <w:marTop w:val="0"/>
          <w:marBottom w:val="0"/>
          <w:divBdr>
            <w:top w:val="none" w:sz="0" w:space="0" w:color="auto"/>
            <w:left w:val="none" w:sz="0" w:space="0" w:color="auto"/>
            <w:bottom w:val="none" w:sz="0" w:space="0" w:color="auto"/>
            <w:right w:val="none" w:sz="0" w:space="0" w:color="auto"/>
          </w:divBdr>
        </w:div>
        <w:div w:id="659696392">
          <w:marLeft w:val="480"/>
          <w:marRight w:val="0"/>
          <w:marTop w:val="0"/>
          <w:marBottom w:val="0"/>
          <w:divBdr>
            <w:top w:val="none" w:sz="0" w:space="0" w:color="auto"/>
            <w:left w:val="none" w:sz="0" w:space="0" w:color="auto"/>
            <w:bottom w:val="none" w:sz="0" w:space="0" w:color="auto"/>
            <w:right w:val="none" w:sz="0" w:space="0" w:color="auto"/>
          </w:divBdr>
        </w:div>
        <w:div w:id="744494919">
          <w:marLeft w:val="480"/>
          <w:marRight w:val="0"/>
          <w:marTop w:val="0"/>
          <w:marBottom w:val="0"/>
          <w:divBdr>
            <w:top w:val="none" w:sz="0" w:space="0" w:color="auto"/>
            <w:left w:val="none" w:sz="0" w:space="0" w:color="auto"/>
            <w:bottom w:val="none" w:sz="0" w:space="0" w:color="auto"/>
            <w:right w:val="none" w:sz="0" w:space="0" w:color="auto"/>
          </w:divBdr>
        </w:div>
        <w:div w:id="753362911">
          <w:marLeft w:val="480"/>
          <w:marRight w:val="0"/>
          <w:marTop w:val="0"/>
          <w:marBottom w:val="0"/>
          <w:divBdr>
            <w:top w:val="none" w:sz="0" w:space="0" w:color="auto"/>
            <w:left w:val="none" w:sz="0" w:space="0" w:color="auto"/>
            <w:bottom w:val="none" w:sz="0" w:space="0" w:color="auto"/>
            <w:right w:val="none" w:sz="0" w:space="0" w:color="auto"/>
          </w:divBdr>
        </w:div>
        <w:div w:id="780344615">
          <w:marLeft w:val="480"/>
          <w:marRight w:val="0"/>
          <w:marTop w:val="0"/>
          <w:marBottom w:val="0"/>
          <w:divBdr>
            <w:top w:val="none" w:sz="0" w:space="0" w:color="auto"/>
            <w:left w:val="none" w:sz="0" w:space="0" w:color="auto"/>
            <w:bottom w:val="none" w:sz="0" w:space="0" w:color="auto"/>
            <w:right w:val="none" w:sz="0" w:space="0" w:color="auto"/>
          </w:divBdr>
        </w:div>
        <w:div w:id="794638473">
          <w:marLeft w:val="480"/>
          <w:marRight w:val="0"/>
          <w:marTop w:val="0"/>
          <w:marBottom w:val="0"/>
          <w:divBdr>
            <w:top w:val="none" w:sz="0" w:space="0" w:color="auto"/>
            <w:left w:val="none" w:sz="0" w:space="0" w:color="auto"/>
            <w:bottom w:val="none" w:sz="0" w:space="0" w:color="auto"/>
            <w:right w:val="none" w:sz="0" w:space="0" w:color="auto"/>
          </w:divBdr>
        </w:div>
        <w:div w:id="814763207">
          <w:marLeft w:val="480"/>
          <w:marRight w:val="0"/>
          <w:marTop w:val="0"/>
          <w:marBottom w:val="0"/>
          <w:divBdr>
            <w:top w:val="none" w:sz="0" w:space="0" w:color="auto"/>
            <w:left w:val="none" w:sz="0" w:space="0" w:color="auto"/>
            <w:bottom w:val="none" w:sz="0" w:space="0" w:color="auto"/>
            <w:right w:val="none" w:sz="0" w:space="0" w:color="auto"/>
          </w:divBdr>
        </w:div>
        <w:div w:id="852305696">
          <w:marLeft w:val="480"/>
          <w:marRight w:val="0"/>
          <w:marTop w:val="0"/>
          <w:marBottom w:val="0"/>
          <w:divBdr>
            <w:top w:val="none" w:sz="0" w:space="0" w:color="auto"/>
            <w:left w:val="none" w:sz="0" w:space="0" w:color="auto"/>
            <w:bottom w:val="none" w:sz="0" w:space="0" w:color="auto"/>
            <w:right w:val="none" w:sz="0" w:space="0" w:color="auto"/>
          </w:divBdr>
        </w:div>
        <w:div w:id="886986891">
          <w:marLeft w:val="480"/>
          <w:marRight w:val="0"/>
          <w:marTop w:val="0"/>
          <w:marBottom w:val="0"/>
          <w:divBdr>
            <w:top w:val="none" w:sz="0" w:space="0" w:color="auto"/>
            <w:left w:val="none" w:sz="0" w:space="0" w:color="auto"/>
            <w:bottom w:val="none" w:sz="0" w:space="0" w:color="auto"/>
            <w:right w:val="none" w:sz="0" w:space="0" w:color="auto"/>
          </w:divBdr>
        </w:div>
        <w:div w:id="905989103">
          <w:marLeft w:val="480"/>
          <w:marRight w:val="0"/>
          <w:marTop w:val="0"/>
          <w:marBottom w:val="0"/>
          <w:divBdr>
            <w:top w:val="none" w:sz="0" w:space="0" w:color="auto"/>
            <w:left w:val="none" w:sz="0" w:space="0" w:color="auto"/>
            <w:bottom w:val="none" w:sz="0" w:space="0" w:color="auto"/>
            <w:right w:val="none" w:sz="0" w:space="0" w:color="auto"/>
          </w:divBdr>
        </w:div>
        <w:div w:id="908004073">
          <w:marLeft w:val="480"/>
          <w:marRight w:val="0"/>
          <w:marTop w:val="0"/>
          <w:marBottom w:val="0"/>
          <w:divBdr>
            <w:top w:val="none" w:sz="0" w:space="0" w:color="auto"/>
            <w:left w:val="none" w:sz="0" w:space="0" w:color="auto"/>
            <w:bottom w:val="none" w:sz="0" w:space="0" w:color="auto"/>
            <w:right w:val="none" w:sz="0" w:space="0" w:color="auto"/>
          </w:divBdr>
        </w:div>
        <w:div w:id="963730912">
          <w:marLeft w:val="480"/>
          <w:marRight w:val="0"/>
          <w:marTop w:val="0"/>
          <w:marBottom w:val="0"/>
          <w:divBdr>
            <w:top w:val="none" w:sz="0" w:space="0" w:color="auto"/>
            <w:left w:val="none" w:sz="0" w:space="0" w:color="auto"/>
            <w:bottom w:val="none" w:sz="0" w:space="0" w:color="auto"/>
            <w:right w:val="none" w:sz="0" w:space="0" w:color="auto"/>
          </w:divBdr>
        </w:div>
        <w:div w:id="1018433568">
          <w:marLeft w:val="480"/>
          <w:marRight w:val="0"/>
          <w:marTop w:val="0"/>
          <w:marBottom w:val="0"/>
          <w:divBdr>
            <w:top w:val="none" w:sz="0" w:space="0" w:color="auto"/>
            <w:left w:val="none" w:sz="0" w:space="0" w:color="auto"/>
            <w:bottom w:val="none" w:sz="0" w:space="0" w:color="auto"/>
            <w:right w:val="none" w:sz="0" w:space="0" w:color="auto"/>
          </w:divBdr>
        </w:div>
        <w:div w:id="1172796830">
          <w:marLeft w:val="480"/>
          <w:marRight w:val="0"/>
          <w:marTop w:val="0"/>
          <w:marBottom w:val="0"/>
          <w:divBdr>
            <w:top w:val="none" w:sz="0" w:space="0" w:color="auto"/>
            <w:left w:val="none" w:sz="0" w:space="0" w:color="auto"/>
            <w:bottom w:val="none" w:sz="0" w:space="0" w:color="auto"/>
            <w:right w:val="none" w:sz="0" w:space="0" w:color="auto"/>
          </w:divBdr>
        </w:div>
        <w:div w:id="1179931123">
          <w:marLeft w:val="480"/>
          <w:marRight w:val="0"/>
          <w:marTop w:val="0"/>
          <w:marBottom w:val="0"/>
          <w:divBdr>
            <w:top w:val="none" w:sz="0" w:space="0" w:color="auto"/>
            <w:left w:val="none" w:sz="0" w:space="0" w:color="auto"/>
            <w:bottom w:val="none" w:sz="0" w:space="0" w:color="auto"/>
            <w:right w:val="none" w:sz="0" w:space="0" w:color="auto"/>
          </w:divBdr>
        </w:div>
        <w:div w:id="1207716807">
          <w:marLeft w:val="480"/>
          <w:marRight w:val="0"/>
          <w:marTop w:val="0"/>
          <w:marBottom w:val="0"/>
          <w:divBdr>
            <w:top w:val="none" w:sz="0" w:space="0" w:color="auto"/>
            <w:left w:val="none" w:sz="0" w:space="0" w:color="auto"/>
            <w:bottom w:val="none" w:sz="0" w:space="0" w:color="auto"/>
            <w:right w:val="none" w:sz="0" w:space="0" w:color="auto"/>
          </w:divBdr>
        </w:div>
        <w:div w:id="1291085018">
          <w:marLeft w:val="480"/>
          <w:marRight w:val="0"/>
          <w:marTop w:val="0"/>
          <w:marBottom w:val="0"/>
          <w:divBdr>
            <w:top w:val="none" w:sz="0" w:space="0" w:color="auto"/>
            <w:left w:val="none" w:sz="0" w:space="0" w:color="auto"/>
            <w:bottom w:val="none" w:sz="0" w:space="0" w:color="auto"/>
            <w:right w:val="none" w:sz="0" w:space="0" w:color="auto"/>
          </w:divBdr>
        </w:div>
        <w:div w:id="1311399909">
          <w:marLeft w:val="480"/>
          <w:marRight w:val="0"/>
          <w:marTop w:val="0"/>
          <w:marBottom w:val="0"/>
          <w:divBdr>
            <w:top w:val="none" w:sz="0" w:space="0" w:color="auto"/>
            <w:left w:val="none" w:sz="0" w:space="0" w:color="auto"/>
            <w:bottom w:val="none" w:sz="0" w:space="0" w:color="auto"/>
            <w:right w:val="none" w:sz="0" w:space="0" w:color="auto"/>
          </w:divBdr>
        </w:div>
        <w:div w:id="1401488512">
          <w:marLeft w:val="480"/>
          <w:marRight w:val="0"/>
          <w:marTop w:val="0"/>
          <w:marBottom w:val="0"/>
          <w:divBdr>
            <w:top w:val="none" w:sz="0" w:space="0" w:color="auto"/>
            <w:left w:val="none" w:sz="0" w:space="0" w:color="auto"/>
            <w:bottom w:val="none" w:sz="0" w:space="0" w:color="auto"/>
            <w:right w:val="none" w:sz="0" w:space="0" w:color="auto"/>
          </w:divBdr>
        </w:div>
        <w:div w:id="1595358651">
          <w:marLeft w:val="480"/>
          <w:marRight w:val="0"/>
          <w:marTop w:val="0"/>
          <w:marBottom w:val="0"/>
          <w:divBdr>
            <w:top w:val="none" w:sz="0" w:space="0" w:color="auto"/>
            <w:left w:val="none" w:sz="0" w:space="0" w:color="auto"/>
            <w:bottom w:val="none" w:sz="0" w:space="0" w:color="auto"/>
            <w:right w:val="none" w:sz="0" w:space="0" w:color="auto"/>
          </w:divBdr>
        </w:div>
        <w:div w:id="1673332011">
          <w:marLeft w:val="480"/>
          <w:marRight w:val="0"/>
          <w:marTop w:val="0"/>
          <w:marBottom w:val="0"/>
          <w:divBdr>
            <w:top w:val="none" w:sz="0" w:space="0" w:color="auto"/>
            <w:left w:val="none" w:sz="0" w:space="0" w:color="auto"/>
            <w:bottom w:val="none" w:sz="0" w:space="0" w:color="auto"/>
            <w:right w:val="none" w:sz="0" w:space="0" w:color="auto"/>
          </w:divBdr>
        </w:div>
        <w:div w:id="1774787399">
          <w:marLeft w:val="480"/>
          <w:marRight w:val="0"/>
          <w:marTop w:val="0"/>
          <w:marBottom w:val="0"/>
          <w:divBdr>
            <w:top w:val="none" w:sz="0" w:space="0" w:color="auto"/>
            <w:left w:val="none" w:sz="0" w:space="0" w:color="auto"/>
            <w:bottom w:val="none" w:sz="0" w:space="0" w:color="auto"/>
            <w:right w:val="none" w:sz="0" w:space="0" w:color="auto"/>
          </w:divBdr>
        </w:div>
        <w:div w:id="1835074183">
          <w:marLeft w:val="480"/>
          <w:marRight w:val="0"/>
          <w:marTop w:val="0"/>
          <w:marBottom w:val="0"/>
          <w:divBdr>
            <w:top w:val="none" w:sz="0" w:space="0" w:color="auto"/>
            <w:left w:val="none" w:sz="0" w:space="0" w:color="auto"/>
            <w:bottom w:val="none" w:sz="0" w:space="0" w:color="auto"/>
            <w:right w:val="none" w:sz="0" w:space="0" w:color="auto"/>
          </w:divBdr>
        </w:div>
        <w:div w:id="1860385840">
          <w:marLeft w:val="480"/>
          <w:marRight w:val="0"/>
          <w:marTop w:val="0"/>
          <w:marBottom w:val="0"/>
          <w:divBdr>
            <w:top w:val="none" w:sz="0" w:space="0" w:color="auto"/>
            <w:left w:val="none" w:sz="0" w:space="0" w:color="auto"/>
            <w:bottom w:val="none" w:sz="0" w:space="0" w:color="auto"/>
            <w:right w:val="none" w:sz="0" w:space="0" w:color="auto"/>
          </w:divBdr>
        </w:div>
        <w:div w:id="1883200934">
          <w:marLeft w:val="480"/>
          <w:marRight w:val="0"/>
          <w:marTop w:val="0"/>
          <w:marBottom w:val="0"/>
          <w:divBdr>
            <w:top w:val="none" w:sz="0" w:space="0" w:color="auto"/>
            <w:left w:val="none" w:sz="0" w:space="0" w:color="auto"/>
            <w:bottom w:val="none" w:sz="0" w:space="0" w:color="auto"/>
            <w:right w:val="none" w:sz="0" w:space="0" w:color="auto"/>
          </w:divBdr>
        </w:div>
        <w:div w:id="2036534352">
          <w:marLeft w:val="480"/>
          <w:marRight w:val="0"/>
          <w:marTop w:val="0"/>
          <w:marBottom w:val="0"/>
          <w:divBdr>
            <w:top w:val="none" w:sz="0" w:space="0" w:color="auto"/>
            <w:left w:val="none" w:sz="0" w:space="0" w:color="auto"/>
            <w:bottom w:val="none" w:sz="0" w:space="0" w:color="auto"/>
            <w:right w:val="none" w:sz="0" w:space="0" w:color="auto"/>
          </w:divBdr>
        </w:div>
        <w:div w:id="2123382924">
          <w:marLeft w:val="480"/>
          <w:marRight w:val="0"/>
          <w:marTop w:val="0"/>
          <w:marBottom w:val="0"/>
          <w:divBdr>
            <w:top w:val="none" w:sz="0" w:space="0" w:color="auto"/>
            <w:left w:val="none" w:sz="0" w:space="0" w:color="auto"/>
            <w:bottom w:val="none" w:sz="0" w:space="0" w:color="auto"/>
            <w:right w:val="none" w:sz="0" w:space="0" w:color="auto"/>
          </w:divBdr>
        </w:div>
      </w:divsChild>
    </w:div>
    <w:div w:id="1587687006">
      <w:bodyDiv w:val="1"/>
      <w:marLeft w:val="0"/>
      <w:marRight w:val="0"/>
      <w:marTop w:val="0"/>
      <w:marBottom w:val="0"/>
      <w:divBdr>
        <w:top w:val="none" w:sz="0" w:space="0" w:color="auto"/>
        <w:left w:val="none" w:sz="0" w:space="0" w:color="auto"/>
        <w:bottom w:val="none" w:sz="0" w:space="0" w:color="auto"/>
        <w:right w:val="none" w:sz="0" w:space="0" w:color="auto"/>
      </w:divBdr>
      <w:divsChild>
        <w:div w:id="34081451">
          <w:marLeft w:val="480"/>
          <w:marRight w:val="0"/>
          <w:marTop w:val="0"/>
          <w:marBottom w:val="0"/>
          <w:divBdr>
            <w:top w:val="none" w:sz="0" w:space="0" w:color="auto"/>
            <w:left w:val="none" w:sz="0" w:space="0" w:color="auto"/>
            <w:bottom w:val="none" w:sz="0" w:space="0" w:color="auto"/>
            <w:right w:val="none" w:sz="0" w:space="0" w:color="auto"/>
          </w:divBdr>
        </w:div>
        <w:div w:id="89591254">
          <w:marLeft w:val="480"/>
          <w:marRight w:val="0"/>
          <w:marTop w:val="0"/>
          <w:marBottom w:val="0"/>
          <w:divBdr>
            <w:top w:val="none" w:sz="0" w:space="0" w:color="auto"/>
            <w:left w:val="none" w:sz="0" w:space="0" w:color="auto"/>
            <w:bottom w:val="none" w:sz="0" w:space="0" w:color="auto"/>
            <w:right w:val="none" w:sz="0" w:space="0" w:color="auto"/>
          </w:divBdr>
        </w:div>
        <w:div w:id="127087376">
          <w:marLeft w:val="480"/>
          <w:marRight w:val="0"/>
          <w:marTop w:val="0"/>
          <w:marBottom w:val="0"/>
          <w:divBdr>
            <w:top w:val="none" w:sz="0" w:space="0" w:color="auto"/>
            <w:left w:val="none" w:sz="0" w:space="0" w:color="auto"/>
            <w:bottom w:val="none" w:sz="0" w:space="0" w:color="auto"/>
            <w:right w:val="none" w:sz="0" w:space="0" w:color="auto"/>
          </w:divBdr>
        </w:div>
        <w:div w:id="157430082">
          <w:marLeft w:val="480"/>
          <w:marRight w:val="0"/>
          <w:marTop w:val="0"/>
          <w:marBottom w:val="0"/>
          <w:divBdr>
            <w:top w:val="none" w:sz="0" w:space="0" w:color="auto"/>
            <w:left w:val="none" w:sz="0" w:space="0" w:color="auto"/>
            <w:bottom w:val="none" w:sz="0" w:space="0" w:color="auto"/>
            <w:right w:val="none" w:sz="0" w:space="0" w:color="auto"/>
          </w:divBdr>
        </w:div>
        <w:div w:id="175195891">
          <w:marLeft w:val="480"/>
          <w:marRight w:val="0"/>
          <w:marTop w:val="0"/>
          <w:marBottom w:val="0"/>
          <w:divBdr>
            <w:top w:val="none" w:sz="0" w:space="0" w:color="auto"/>
            <w:left w:val="none" w:sz="0" w:space="0" w:color="auto"/>
            <w:bottom w:val="none" w:sz="0" w:space="0" w:color="auto"/>
            <w:right w:val="none" w:sz="0" w:space="0" w:color="auto"/>
          </w:divBdr>
        </w:div>
        <w:div w:id="177473233">
          <w:marLeft w:val="480"/>
          <w:marRight w:val="0"/>
          <w:marTop w:val="0"/>
          <w:marBottom w:val="0"/>
          <w:divBdr>
            <w:top w:val="none" w:sz="0" w:space="0" w:color="auto"/>
            <w:left w:val="none" w:sz="0" w:space="0" w:color="auto"/>
            <w:bottom w:val="none" w:sz="0" w:space="0" w:color="auto"/>
            <w:right w:val="none" w:sz="0" w:space="0" w:color="auto"/>
          </w:divBdr>
        </w:div>
        <w:div w:id="194004625">
          <w:marLeft w:val="480"/>
          <w:marRight w:val="0"/>
          <w:marTop w:val="0"/>
          <w:marBottom w:val="0"/>
          <w:divBdr>
            <w:top w:val="none" w:sz="0" w:space="0" w:color="auto"/>
            <w:left w:val="none" w:sz="0" w:space="0" w:color="auto"/>
            <w:bottom w:val="none" w:sz="0" w:space="0" w:color="auto"/>
            <w:right w:val="none" w:sz="0" w:space="0" w:color="auto"/>
          </w:divBdr>
        </w:div>
        <w:div w:id="196625243">
          <w:marLeft w:val="480"/>
          <w:marRight w:val="0"/>
          <w:marTop w:val="0"/>
          <w:marBottom w:val="0"/>
          <w:divBdr>
            <w:top w:val="none" w:sz="0" w:space="0" w:color="auto"/>
            <w:left w:val="none" w:sz="0" w:space="0" w:color="auto"/>
            <w:bottom w:val="none" w:sz="0" w:space="0" w:color="auto"/>
            <w:right w:val="none" w:sz="0" w:space="0" w:color="auto"/>
          </w:divBdr>
        </w:div>
        <w:div w:id="226232082">
          <w:marLeft w:val="480"/>
          <w:marRight w:val="0"/>
          <w:marTop w:val="0"/>
          <w:marBottom w:val="0"/>
          <w:divBdr>
            <w:top w:val="none" w:sz="0" w:space="0" w:color="auto"/>
            <w:left w:val="none" w:sz="0" w:space="0" w:color="auto"/>
            <w:bottom w:val="none" w:sz="0" w:space="0" w:color="auto"/>
            <w:right w:val="none" w:sz="0" w:space="0" w:color="auto"/>
          </w:divBdr>
        </w:div>
        <w:div w:id="275215213">
          <w:marLeft w:val="480"/>
          <w:marRight w:val="0"/>
          <w:marTop w:val="0"/>
          <w:marBottom w:val="0"/>
          <w:divBdr>
            <w:top w:val="none" w:sz="0" w:space="0" w:color="auto"/>
            <w:left w:val="none" w:sz="0" w:space="0" w:color="auto"/>
            <w:bottom w:val="none" w:sz="0" w:space="0" w:color="auto"/>
            <w:right w:val="none" w:sz="0" w:space="0" w:color="auto"/>
          </w:divBdr>
        </w:div>
        <w:div w:id="318657927">
          <w:marLeft w:val="480"/>
          <w:marRight w:val="0"/>
          <w:marTop w:val="0"/>
          <w:marBottom w:val="0"/>
          <w:divBdr>
            <w:top w:val="none" w:sz="0" w:space="0" w:color="auto"/>
            <w:left w:val="none" w:sz="0" w:space="0" w:color="auto"/>
            <w:bottom w:val="none" w:sz="0" w:space="0" w:color="auto"/>
            <w:right w:val="none" w:sz="0" w:space="0" w:color="auto"/>
          </w:divBdr>
        </w:div>
        <w:div w:id="435758671">
          <w:marLeft w:val="480"/>
          <w:marRight w:val="0"/>
          <w:marTop w:val="0"/>
          <w:marBottom w:val="0"/>
          <w:divBdr>
            <w:top w:val="none" w:sz="0" w:space="0" w:color="auto"/>
            <w:left w:val="none" w:sz="0" w:space="0" w:color="auto"/>
            <w:bottom w:val="none" w:sz="0" w:space="0" w:color="auto"/>
            <w:right w:val="none" w:sz="0" w:space="0" w:color="auto"/>
          </w:divBdr>
        </w:div>
        <w:div w:id="471941710">
          <w:marLeft w:val="480"/>
          <w:marRight w:val="0"/>
          <w:marTop w:val="0"/>
          <w:marBottom w:val="0"/>
          <w:divBdr>
            <w:top w:val="none" w:sz="0" w:space="0" w:color="auto"/>
            <w:left w:val="none" w:sz="0" w:space="0" w:color="auto"/>
            <w:bottom w:val="none" w:sz="0" w:space="0" w:color="auto"/>
            <w:right w:val="none" w:sz="0" w:space="0" w:color="auto"/>
          </w:divBdr>
        </w:div>
        <w:div w:id="517233431">
          <w:marLeft w:val="480"/>
          <w:marRight w:val="0"/>
          <w:marTop w:val="0"/>
          <w:marBottom w:val="0"/>
          <w:divBdr>
            <w:top w:val="none" w:sz="0" w:space="0" w:color="auto"/>
            <w:left w:val="none" w:sz="0" w:space="0" w:color="auto"/>
            <w:bottom w:val="none" w:sz="0" w:space="0" w:color="auto"/>
            <w:right w:val="none" w:sz="0" w:space="0" w:color="auto"/>
          </w:divBdr>
        </w:div>
        <w:div w:id="605618257">
          <w:marLeft w:val="480"/>
          <w:marRight w:val="0"/>
          <w:marTop w:val="0"/>
          <w:marBottom w:val="0"/>
          <w:divBdr>
            <w:top w:val="none" w:sz="0" w:space="0" w:color="auto"/>
            <w:left w:val="none" w:sz="0" w:space="0" w:color="auto"/>
            <w:bottom w:val="none" w:sz="0" w:space="0" w:color="auto"/>
            <w:right w:val="none" w:sz="0" w:space="0" w:color="auto"/>
          </w:divBdr>
        </w:div>
        <w:div w:id="757137646">
          <w:marLeft w:val="480"/>
          <w:marRight w:val="0"/>
          <w:marTop w:val="0"/>
          <w:marBottom w:val="0"/>
          <w:divBdr>
            <w:top w:val="none" w:sz="0" w:space="0" w:color="auto"/>
            <w:left w:val="none" w:sz="0" w:space="0" w:color="auto"/>
            <w:bottom w:val="none" w:sz="0" w:space="0" w:color="auto"/>
            <w:right w:val="none" w:sz="0" w:space="0" w:color="auto"/>
          </w:divBdr>
        </w:div>
        <w:div w:id="780225343">
          <w:marLeft w:val="480"/>
          <w:marRight w:val="0"/>
          <w:marTop w:val="0"/>
          <w:marBottom w:val="0"/>
          <w:divBdr>
            <w:top w:val="none" w:sz="0" w:space="0" w:color="auto"/>
            <w:left w:val="none" w:sz="0" w:space="0" w:color="auto"/>
            <w:bottom w:val="none" w:sz="0" w:space="0" w:color="auto"/>
            <w:right w:val="none" w:sz="0" w:space="0" w:color="auto"/>
          </w:divBdr>
        </w:div>
        <w:div w:id="903025348">
          <w:marLeft w:val="480"/>
          <w:marRight w:val="0"/>
          <w:marTop w:val="0"/>
          <w:marBottom w:val="0"/>
          <w:divBdr>
            <w:top w:val="none" w:sz="0" w:space="0" w:color="auto"/>
            <w:left w:val="none" w:sz="0" w:space="0" w:color="auto"/>
            <w:bottom w:val="none" w:sz="0" w:space="0" w:color="auto"/>
            <w:right w:val="none" w:sz="0" w:space="0" w:color="auto"/>
          </w:divBdr>
        </w:div>
        <w:div w:id="974717481">
          <w:marLeft w:val="480"/>
          <w:marRight w:val="0"/>
          <w:marTop w:val="0"/>
          <w:marBottom w:val="0"/>
          <w:divBdr>
            <w:top w:val="none" w:sz="0" w:space="0" w:color="auto"/>
            <w:left w:val="none" w:sz="0" w:space="0" w:color="auto"/>
            <w:bottom w:val="none" w:sz="0" w:space="0" w:color="auto"/>
            <w:right w:val="none" w:sz="0" w:space="0" w:color="auto"/>
          </w:divBdr>
        </w:div>
        <w:div w:id="999967929">
          <w:marLeft w:val="480"/>
          <w:marRight w:val="0"/>
          <w:marTop w:val="0"/>
          <w:marBottom w:val="0"/>
          <w:divBdr>
            <w:top w:val="none" w:sz="0" w:space="0" w:color="auto"/>
            <w:left w:val="none" w:sz="0" w:space="0" w:color="auto"/>
            <w:bottom w:val="none" w:sz="0" w:space="0" w:color="auto"/>
            <w:right w:val="none" w:sz="0" w:space="0" w:color="auto"/>
          </w:divBdr>
        </w:div>
        <w:div w:id="1084574923">
          <w:marLeft w:val="480"/>
          <w:marRight w:val="0"/>
          <w:marTop w:val="0"/>
          <w:marBottom w:val="0"/>
          <w:divBdr>
            <w:top w:val="none" w:sz="0" w:space="0" w:color="auto"/>
            <w:left w:val="none" w:sz="0" w:space="0" w:color="auto"/>
            <w:bottom w:val="none" w:sz="0" w:space="0" w:color="auto"/>
            <w:right w:val="none" w:sz="0" w:space="0" w:color="auto"/>
          </w:divBdr>
        </w:div>
        <w:div w:id="1137840600">
          <w:marLeft w:val="480"/>
          <w:marRight w:val="0"/>
          <w:marTop w:val="0"/>
          <w:marBottom w:val="0"/>
          <w:divBdr>
            <w:top w:val="none" w:sz="0" w:space="0" w:color="auto"/>
            <w:left w:val="none" w:sz="0" w:space="0" w:color="auto"/>
            <w:bottom w:val="none" w:sz="0" w:space="0" w:color="auto"/>
            <w:right w:val="none" w:sz="0" w:space="0" w:color="auto"/>
          </w:divBdr>
        </w:div>
        <w:div w:id="1227111265">
          <w:marLeft w:val="480"/>
          <w:marRight w:val="0"/>
          <w:marTop w:val="0"/>
          <w:marBottom w:val="0"/>
          <w:divBdr>
            <w:top w:val="none" w:sz="0" w:space="0" w:color="auto"/>
            <w:left w:val="none" w:sz="0" w:space="0" w:color="auto"/>
            <w:bottom w:val="none" w:sz="0" w:space="0" w:color="auto"/>
            <w:right w:val="none" w:sz="0" w:space="0" w:color="auto"/>
          </w:divBdr>
        </w:div>
        <w:div w:id="1318144599">
          <w:marLeft w:val="480"/>
          <w:marRight w:val="0"/>
          <w:marTop w:val="0"/>
          <w:marBottom w:val="0"/>
          <w:divBdr>
            <w:top w:val="none" w:sz="0" w:space="0" w:color="auto"/>
            <w:left w:val="none" w:sz="0" w:space="0" w:color="auto"/>
            <w:bottom w:val="none" w:sz="0" w:space="0" w:color="auto"/>
            <w:right w:val="none" w:sz="0" w:space="0" w:color="auto"/>
          </w:divBdr>
        </w:div>
        <w:div w:id="1375883970">
          <w:marLeft w:val="480"/>
          <w:marRight w:val="0"/>
          <w:marTop w:val="0"/>
          <w:marBottom w:val="0"/>
          <w:divBdr>
            <w:top w:val="none" w:sz="0" w:space="0" w:color="auto"/>
            <w:left w:val="none" w:sz="0" w:space="0" w:color="auto"/>
            <w:bottom w:val="none" w:sz="0" w:space="0" w:color="auto"/>
            <w:right w:val="none" w:sz="0" w:space="0" w:color="auto"/>
          </w:divBdr>
        </w:div>
        <w:div w:id="1436245708">
          <w:marLeft w:val="480"/>
          <w:marRight w:val="0"/>
          <w:marTop w:val="0"/>
          <w:marBottom w:val="0"/>
          <w:divBdr>
            <w:top w:val="none" w:sz="0" w:space="0" w:color="auto"/>
            <w:left w:val="none" w:sz="0" w:space="0" w:color="auto"/>
            <w:bottom w:val="none" w:sz="0" w:space="0" w:color="auto"/>
            <w:right w:val="none" w:sz="0" w:space="0" w:color="auto"/>
          </w:divBdr>
        </w:div>
        <w:div w:id="1668091112">
          <w:marLeft w:val="480"/>
          <w:marRight w:val="0"/>
          <w:marTop w:val="0"/>
          <w:marBottom w:val="0"/>
          <w:divBdr>
            <w:top w:val="none" w:sz="0" w:space="0" w:color="auto"/>
            <w:left w:val="none" w:sz="0" w:space="0" w:color="auto"/>
            <w:bottom w:val="none" w:sz="0" w:space="0" w:color="auto"/>
            <w:right w:val="none" w:sz="0" w:space="0" w:color="auto"/>
          </w:divBdr>
        </w:div>
        <w:div w:id="1743795701">
          <w:marLeft w:val="480"/>
          <w:marRight w:val="0"/>
          <w:marTop w:val="0"/>
          <w:marBottom w:val="0"/>
          <w:divBdr>
            <w:top w:val="none" w:sz="0" w:space="0" w:color="auto"/>
            <w:left w:val="none" w:sz="0" w:space="0" w:color="auto"/>
            <w:bottom w:val="none" w:sz="0" w:space="0" w:color="auto"/>
            <w:right w:val="none" w:sz="0" w:space="0" w:color="auto"/>
          </w:divBdr>
        </w:div>
        <w:div w:id="1746150382">
          <w:marLeft w:val="480"/>
          <w:marRight w:val="0"/>
          <w:marTop w:val="0"/>
          <w:marBottom w:val="0"/>
          <w:divBdr>
            <w:top w:val="none" w:sz="0" w:space="0" w:color="auto"/>
            <w:left w:val="none" w:sz="0" w:space="0" w:color="auto"/>
            <w:bottom w:val="none" w:sz="0" w:space="0" w:color="auto"/>
            <w:right w:val="none" w:sz="0" w:space="0" w:color="auto"/>
          </w:divBdr>
        </w:div>
        <w:div w:id="1771703241">
          <w:marLeft w:val="480"/>
          <w:marRight w:val="0"/>
          <w:marTop w:val="0"/>
          <w:marBottom w:val="0"/>
          <w:divBdr>
            <w:top w:val="none" w:sz="0" w:space="0" w:color="auto"/>
            <w:left w:val="none" w:sz="0" w:space="0" w:color="auto"/>
            <w:bottom w:val="none" w:sz="0" w:space="0" w:color="auto"/>
            <w:right w:val="none" w:sz="0" w:space="0" w:color="auto"/>
          </w:divBdr>
        </w:div>
        <w:div w:id="1869639302">
          <w:marLeft w:val="480"/>
          <w:marRight w:val="0"/>
          <w:marTop w:val="0"/>
          <w:marBottom w:val="0"/>
          <w:divBdr>
            <w:top w:val="none" w:sz="0" w:space="0" w:color="auto"/>
            <w:left w:val="none" w:sz="0" w:space="0" w:color="auto"/>
            <w:bottom w:val="none" w:sz="0" w:space="0" w:color="auto"/>
            <w:right w:val="none" w:sz="0" w:space="0" w:color="auto"/>
          </w:divBdr>
        </w:div>
        <w:div w:id="1907641765">
          <w:marLeft w:val="480"/>
          <w:marRight w:val="0"/>
          <w:marTop w:val="0"/>
          <w:marBottom w:val="0"/>
          <w:divBdr>
            <w:top w:val="none" w:sz="0" w:space="0" w:color="auto"/>
            <w:left w:val="none" w:sz="0" w:space="0" w:color="auto"/>
            <w:bottom w:val="none" w:sz="0" w:space="0" w:color="auto"/>
            <w:right w:val="none" w:sz="0" w:space="0" w:color="auto"/>
          </w:divBdr>
        </w:div>
      </w:divsChild>
    </w:div>
    <w:div w:id="1587810234">
      <w:bodyDiv w:val="1"/>
      <w:marLeft w:val="0"/>
      <w:marRight w:val="0"/>
      <w:marTop w:val="0"/>
      <w:marBottom w:val="0"/>
      <w:divBdr>
        <w:top w:val="none" w:sz="0" w:space="0" w:color="auto"/>
        <w:left w:val="none" w:sz="0" w:space="0" w:color="auto"/>
        <w:bottom w:val="none" w:sz="0" w:space="0" w:color="auto"/>
        <w:right w:val="none" w:sz="0" w:space="0" w:color="auto"/>
      </w:divBdr>
    </w:div>
    <w:div w:id="1588267818">
      <w:bodyDiv w:val="1"/>
      <w:marLeft w:val="0"/>
      <w:marRight w:val="0"/>
      <w:marTop w:val="0"/>
      <w:marBottom w:val="0"/>
      <w:divBdr>
        <w:top w:val="none" w:sz="0" w:space="0" w:color="auto"/>
        <w:left w:val="none" w:sz="0" w:space="0" w:color="auto"/>
        <w:bottom w:val="none" w:sz="0" w:space="0" w:color="auto"/>
        <w:right w:val="none" w:sz="0" w:space="0" w:color="auto"/>
      </w:divBdr>
      <w:divsChild>
        <w:div w:id="78912571">
          <w:marLeft w:val="480"/>
          <w:marRight w:val="0"/>
          <w:marTop w:val="0"/>
          <w:marBottom w:val="0"/>
          <w:divBdr>
            <w:top w:val="none" w:sz="0" w:space="0" w:color="auto"/>
            <w:left w:val="none" w:sz="0" w:space="0" w:color="auto"/>
            <w:bottom w:val="none" w:sz="0" w:space="0" w:color="auto"/>
            <w:right w:val="none" w:sz="0" w:space="0" w:color="auto"/>
          </w:divBdr>
        </w:div>
        <w:div w:id="128020258">
          <w:marLeft w:val="480"/>
          <w:marRight w:val="0"/>
          <w:marTop w:val="0"/>
          <w:marBottom w:val="0"/>
          <w:divBdr>
            <w:top w:val="none" w:sz="0" w:space="0" w:color="auto"/>
            <w:left w:val="none" w:sz="0" w:space="0" w:color="auto"/>
            <w:bottom w:val="none" w:sz="0" w:space="0" w:color="auto"/>
            <w:right w:val="none" w:sz="0" w:space="0" w:color="auto"/>
          </w:divBdr>
        </w:div>
        <w:div w:id="147284352">
          <w:marLeft w:val="480"/>
          <w:marRight w:val="0"/>
          <w:marTop w:val="0"/>
          <w:marBottom w:val="0"/>
          <w:divBdr>
            <w:top w:val="none" w:sz="0" w:space="0" w:color="auto"/>
            <w:left w:val="none" w:sz="0" w:space="0" w:color="auto"/>
            <w:bottom w:val="none" w:sz="0" w:space="0" w:color="auto"/>
            <w:right w:val="none" w:sz="0" w:space="0" w:color="auto"/>
          </w:divBdr>
        </w:div>
        <w:div w:id="151217031">
          <w:marLeft w:val="480"/>
          <w:marRight w:val="0"/>
          <w:marTop w:val="0"/>
          <w:marBottom w:val="0"/>
          <w:divBdr>
            <w:top w:val="none" w:sz="0" w:space="0" w:color="auto"/>
            <w:left w:val="none" w:sz="0" w:space="0" w:color="auto"/>
            <w:bottom w:val="none" w:sz="0" w:space="0" w:color="auto"/>
            <w:right w:val="none" w:sz="0" w:space="0" w:color="auto"/>
          </w:divBdr>
        </w:div>
        <w:div w:id="234897507">
          <w:marLeft w:val="480"/>
          <w:marRight w:val="0"/>
          <w:marTop w:val="0"/>
          <w:marBottom w:val="0"/>
          <w:divBdr>
            <w:top w:val="none" w:sz="0" w:space="0" w:color="auto"/>
            <w:left w:val="none" w:sz="0" w:space="0" w:color="auto"/>
            <w:bottom w:val="none" w:sz="0" w:space="0" w:color="auto"/>
            <w:right w:val="none" w:sz="0" w:space="0" w:color="auto"/>
          </w:divBdr>
        </w:div>
        <w:div w:id="249779142">
          <w:marLeft w:val="480"/>
          <w:marRight w:val="0"/>
          <w:marTop w:val="0"/>
          <w:marBottom w:val="0"/>
          <w:divBdr>
            <w:top w:val="none" w:sz="0" w:space="0" w:color="auto"/>
            <w:left w:val="none" w:sz="0" w:space="0" w:color="auto"/>
            <w:bottom w:val="none" w:sz="0" w:space="0" w:color="auto"/>
            <w:right w:val="none" w:sz="0" w:space="0" w:color="auto"/>
          </w:divBdr>
        </w:div>
        <w:div w:id="311563981">
          <w:marLeft w:val="480"/>
          <w:marRight w:val="0"/>
          <w:marTop w:val="0"/>
          <w:marBottom w:val="0"/>
          <w:divBdr>
            <w:top w:val="none" w:sz="0" w:space="0" w:color="auto"/>
            <w:left w:val="none" w:sz="0" w:space="0" w:color="auto"/>
            <w:bottom w:val="none" w:sz="0" w:space="0" w:color="auto"/>
            <w:right w:val="none" w:sz="0" w:space="0" w:color="auto"/>
          </w:divBdr>
        </w:div>
        <w:div w:id="313947748">
          <w:marLeft w:val="480"/>
          <w:marRight w:val="0"/>
          <w:marTop w:val="0"/>
          <w:marBottom w:val="0"/>
          <w:divBdr>
            <w:top w:val="none" w:sz="0" w:space="0" w:color="auto"/>
            <w:left w:val="none" w:sz="0" w:space="0" w:color="auto"/>
            <w:bottom w:val="none" w:sz="0" w:space="0" w:color="auto"/>
            <w:right w:val="none" w:sz="0" w:space="0" w:color="auto"/>
          </w:divBdr>
        </w:div>
        <w:div w:id="330376481">
          <w:marLeft w:val="480"/>
          <w:marRight w:val="0"/>
          <w:marTop w:val="0"/>
          <w:marBottom w:val="0"/>
          <w:divBdr>
            <w:top w:val="none" w:sz="0" w:space="0" w:color="auto"/>
            <w:left w:val="none" w:sz="0" w:space="0" w:color="auto"/>
            <w:bottom w:val="none" w:sz="0" w:space="0" w:color="auto"/>
            <w:right w:val="none" w:sz="0" w:space="0" w:color="auto"/>
          </w:divBdr>
        </w:div>
        <w:div w:id="343629771">
          <w:marLeft w:val="480"/>
          <w:marRight w:val="0"/>
          <w:marTop w:val="0"/>
          <w:marBottom w:val="0"/>
          <w:divBdr>
            <w:top w:val="none" w:sz="0" w:space="0" w:color="auto"/>
            <w:left w:val="none" w:sz="0" w:space="0" w:color="auto"/>
            <w:bottom w:val="none" w:sz="0" w:space="0" w:color="auto"/>
            <w:right w:val="none" w:sz="0" w:space="0" w:color="auto"/>
          </w:divBdr>
        </w:div>
        <w:div w:id="502666183">
          <w:marLeft w:val="480"/>
          <w:marRight w:val="0"/>
          <w:marTop w:val="0"/>
          <w:marBottom w:val="0"/>
          <w:divBdr>
            <w:top w:val="none" w:sz="0" w:space="0" w:color="auto"/>
            <w:left w:val="none" w:sz="0" w:space="0" w:color="auto"/>
            <w:bottom w:val="none" w:sz="0" w:space="0" w:color="auto"/>
            <w:right w:val="none" w:sz="0" w:space="0" w:color="auto"/>
          </w:divBdr>
        </w:div>
        <w:div w:id="523594601">
          <w:marLeft w:val="480"/>
          <w:marRight w:val="0"/>
          <w:marTop w:val="0"/>
          <w:marBottom w:val="0"/>
          <w:divBdr>
            <w:top w:val="none" w:sz="0" w:space="0" w:color="auto"/>
            <w:left w:val="none" w:sz="0" w:space="0" w:color="auto"/>
            <w:bottom w:val="none" w:sz="0" w:space="0" w:color="auto"/>
            <w:right w:val="none" w:sz="0" w:space="0" w:color="auto"/>
          </w:divBdr>
        </w:div>
        <w:div w:id="656802717">
          <w:marLeft w:val="480"/>
          <w:marRight w:val="0"/>
          <w:marTop w:val="0"/>
          <w:marBottom w:val="0"/>
          <w:divBdr>
            <w:top w:val="none" w:sz="0" w:space="0" w:color="auto"/>
            <w:left w:val="none" w:sz="0" w:space="0" w:color="auto"/>
            <w:bottom w:val="none" w:sz="0" w:space="0" w:color="auto"/>
            <w:right w:val="none" w:sz="0" w:space="0" w:color="auto"/>
          </w:divBdr>
        </w:div>
        <w:div w:id="663629971">
          <w:marLeft w:val="480"/>
          <w:marRight w:val="0"/>
          <w:marTop w:val="0"/>
          <w:marBottom w:val="0"/>
          <w:divBdr>
            <w:top w:val="none" w:sz="0" w:space="0" w:color="auto"/>
            <w:left w:val="none" w:sz="0" w:space="0" w:color="auto"/>
            <w:bottom w:val="none" w:sz="0" w:space="0" w:color="auto"/>
            <w:right w:val="none" w:sz="0" w:space="0" w:color="auto"/>
          </w:divBdr>
        </w:div>
        <w:div w:id="707142028">
          <w:marLeft w:val="480"/>
          <w:marRight w:val="0"/>
          <w:marTop w:val="0"/>
          <w:marBottom w:val="0"/>
          <w:divBdr>
            <w:top w:val="none" w:sz="0" w:space="0" w:color="auto"/>
            <w:left w:val="none" w:sz="0" w:space="0" w:color="auto"/>
            <w:bottom w:val="none" w:sz="0" w:space="0" w:color="auto"/>
            <w:right w:val="none" w:sz="0" w:space="0" w:color="auto"/>
          </w:divBdr>
        </w:div>
        <w:div w:id="799031146">
          <w:marLeft w:val="480"/>
          <w:marRight w:val="0"/>
          <w:marTop w:val="0"/>
          <w:marBottom w:val="0"/>
          <w:divBdr>
            <w:top w:val="none" w:sz="0" w:space="0" w:color="auto"/>
            <w:left w:val="none" w:sz="0" w:space="0" w:color="auto"/>
            <w:bottom w:val="none" w:sz="0" w:space="0" w:color="auto"/>
            <w:right w:val="none" w:sz="0" w:space="0" w:color="auto"/>
          </w:divBdr>
        </w:div>
        <w:div w:id="825441374">
          <w:marLeft w:val="480"/>
          <w:marRight w:val="0"/>
          <w:marTop w:val="0"/>
          <w:marBottom w:val="0"/>
          <w:divBdr>
            <w:top w:val="none" w:sz="0" w:space="0" w:color="auto"/>
            <w:left w:val="none" w:sz="0" w:space="0" w:color="auto"/>
            <w:bottom w:val="none" w:sz="0" w:space="0" w:color="auto"/>
            <w:right w:val="none" w:sz="0" w:space="0" w:color="auto"/>
          </w:divBdr>
        </w:div>
        <w:div w:id="826243106">
          <w:marLeft w:val="480"/>
          <w:marRight w:val="0"/>
          <w:marTop w:val="0"/>
          <w:marBottom w:val="0"/>
          <w:divBdr>
            <w:top w:val="none" w:sz="0" w:space="0" w:color="auto"/>
            <w:left w:val="none" w:sz="0" w:space="0" w:color="auto"/>
            <w:bottom w:val="none" w:sz="0" w:space="0" w:color="auto"/>
            <w:right w:val="none" w:sz="0" w:space="0" w:color="auto"/>
          </w:divBdr>
        </w:div>
        <w:div w:id="840698604">
          <w:marLeft w:val="480"/>
          <w:marRight w:val="0"/>
          <w:marTop w:val="0"/>
          <w:marBottom w:val="0"/>
          <w:divBdr>
            <w:top w:val="none" w:sz="0" w:space="0" w:color="auto"/>
            <w:left w:val="none" w:sz="0" w:space="0" w:color="auto"/>
            <w:bottom w:val="none" w:sz="0" w:space="0" w:color="auto"/>
            <w:right w:val="none" w:sz="0" w:space="0" w:color="auto"/>
          </w:divBdr>
        </w:div>
        <w:div w:id="992103236">
          <w:marLeft w:val="480"/>
          <w:marRight w:val="0"/>
          <w:marTop w:val="0"/>
          <w:marBottom w:val="0"/>
          <w:divBdr>
            <w:top w:val="none" w:sz="0" w:space="0" w:color="auto"/>
            <w:left w:val="none" w:sz="0" w:space="0" w:color="auto"/>
            <w:bottom w:val="none" w:sz="0" w:space="0" w:color="auto"/>
            <w:right w:val="none" w:sz="0" w:space="0" w:color="auto"/>
          </w:divBdr>
        </w:div>
        <w:div w:id="1133788716">
          <w:marLeft w:val="480"/>
          <w:marRight w:val="0"/>
          <w:marTop w:val="0"/>
          <w:marBottom w:val="0"/>
          <w:divBdr>
            <w:top w:val="none" w:sz="0" w:space="0" w:color="auto"/>
            <w:left w:val="none" w:sz="0" w:space="0" w:color="auto"/>
            <w:bottom w:val="none" w:sz="0" w:space="0" w:color="auto"/>
            <w:right w:val="none" w:sz="0" w:space="0" w:color="auto"/>
          </w:divBdr>
        </w:div>
        <w:div w:id="1139811049">
          <w:marLeft w:val="480"/>
          <w:marRight w:val="0"/>
          <w:marTop w:val="0"/>
          <w:marBottom w:val="0"/>
          <w:divBdr>
            <w:top w:val="none" w:sz="0" w:space="0" w:color="auto"/>
            <w:left w:val="none" w:sz="0" w:space="0" w:color="auto"/>
            <w:bottom w:val="none" w:sz="0" w:space="0" w:color="auto"/>
            <w:right w:val="none" w:sz="0" w:space="0" w:color="auto"/>
          </w:divBdr>
        </w:div>
        <w:div w:id="1220940760">
          <w:marLeft w:val="480"/>
          <w:marRight w:val="0"/>
          <w:marTop w:val="0"/>
          <w:marBottom w:val="0"/>
          <w:divBdr>
            <w:top w:val="none" w:sz="0" w:space="0" w:color="auto"/>
            <w:left w:val="none" w:sz="0" w:space="0" w:color="auto"/>
            <w:bottom w:val="none" w:sz="0" w:space="0" w:color="auto"/>
            <w:right w:val="none" w:sz="0" w:space="0" w:color="auto"/>
          </w:divBdr>
        </w:div>
        <w:div w:id="1238443352">
          <w:marLeft w:val="480"/>
          <w:marRight w:val="0"/>
          <w:marTop w:val="0"/>
          <w:marBottom w:val="0"/>
          <w:divBdr>
            <w:top w:val="none" w:sz="0" w:space="0" w:color="auto"/>
            <w:left w:val="none" w:sz="0" w:space="0" w:color="auto"/>
            <w:bottom w:val="none" w:sz="0" w:space="0" w:color="auto"/>
            <w:right w:val="none" w:sz="0" w:space="0" w:color="auto"/>
          </w:divBdr>
        </w:div>
        <w:div w:id="1241253180">
          <w:marLeft w:val="480"/>
          <w:marRight w:val="0"/>
          <w:marTop w:val="0"/>
          <w:marBottom w:val="0"/>
          <w:divBdr>
            <w:top w:val="none" w:sz="0" w:space="0" w:color="auto"/>
            <w:left w:val="none" w:sz="0" w:space="0" w:color="auto"/>
            <w:bottom w:val="none" w:sz="0" w:space="0" w:color="auto"/>
            <w:right w:val="none" w:sz="0" w:space="0" w:color="auto"/>
          </w:divBdr>
        </w:div>
        <w:div w:id="1424759278">
          <w:marLeft w:val="480"/>
          <w:marRight w:val="0"/>
          <w:marTop w:val="0"/>
          <w:marBottom w:val="0"/>
          <w:divBdr>
            <w:top w:val="none" w:sz="0" w:space="0" w:color="auto"/>
            <w:left w:val="none" w:sz="0" w:space="0" w:color="auto"/>
            <w:bottom w:val="none" w:sz="0" w:space="0" w:color="auto"/>
            <w:right w:val="none" w:sz="0" w:space="0" w:color="auto"/>
          </w:divBdr>
        </w:div>
        <w:div w:id="1446267467">
          <w:marLeft w:val="480"/>
          <w:marRight w:val="0"/>
          <w:marTop w:val="0"/>
          <w:marBottom w:val="0"/>
          <w:divBdr>
            <w:top w:val="none" w:sz="0" w:space="0" w:color="auto"/>
            <w:left w:val="none" w:sz="0" w:space="0" w:color="auto"/>
            <w:bottom w:val="none" w:sz="0" w:space="0" w:color="auto"/>
            <w:right w:val="none" w:sz="0" w:space="0" w:color="auto"/>
          </w:divBdr>
        </w:div>
        <w:div w:id="1603344172">
          <w:marLeft w:val="480"/>
          <w:marRight w:val="0"/>
          <w:marTop w:val="0"/>
          <w:marBottom w:val="0"/>
          <w:divBdr>
            <w:top w:val="none" w:sz="0" w:space="0" w:color="auto"/>
            <w:left w:val="none" w:sz="0" w:space="0" w:color="auto"/>
            <w:bottom w:val="none" w:sz="0" w:space="0" w:color="auto"/>
            <w:right w:val="none" w:sz="0" w:space="0" w:color="auto"/>
          </w:divBdr>
        </w:div>
        <w:div w:id="1620525901">
          <w:marLeft w:val="480"/>
          <w:marRight w:val="0"/>
          <w:marTop w:val="0"/>
          <w:marBottom w:val="0"/>
          <w:divBdr>
            <w:top w:val="none" w:sz="0" w:space="0" w:color="auto"/>
            <w:left w:val="none" w:sz="0" w:space="0" w:color="auto"/>
            <w:bottom w:val="none" w:sz="0" w:space="0" w:color="auto"/>
            <w:right w:val="none" w:sz="0" w:space="0" w:color="auto"/>
          </w:divBdr>
        </w:div>
        <w:div w:id="1626623359">
          <w:marLeft w:val="480"/>
          <w:marRight w:val="0"/>
          <w:marTop w:val="0"/>
          <w:marBottom w:val="0"/>
          <w:divBdr>
            <w:top w:val="none" w:sz="0" w:space="0" w:color="auto"/>
            <w:left w:val="none" w:sz="0" w:space="0" w:color="auto"/>
            <w:bottom w:val="none" w:sz="0" w:space="0" w:color="auto"/>
            <w:right w:val="none" w:sz="0" w:space="0" w:color="auto"/>
          </w:divBdr>
        </w:div>
        <w:div w:id="1652635046">
          <w:marLeft w:val="480"/>
          <w:marRight w:val="0"/>
          <w:marTop w:val="0"/>
          <w:marBottom w:val="0"/>
          <w:divBdr>
            <w:top w:val="none" w:sz="0" w:space="0" w:color="auto"/>
            <w:left w:val="none" w:sz="0" w:space="0" w:color="auto"/>
            <w:bottom w:val="none" w:sz="0" w:space="0" w:color="auto"/>
            <w:right w:val="none" w:sz="0" w:space="0" w:color="auto"/>
          </w:divBdr>
        </w:div>
        <w:div w:id="1704549023">
          <w:marLeft w:val="480"/>
          <w:marRight w:val="0"/>
          <w:marTop w:val="0"/>
          <w:marBottom w:val="0"/>
          <w:divBdr>
            <w:top w:val="none" w:sz="0" w:space="0" w:color="auto"/>
            <w:left w:val="none" w:sz="0" w:space="0" w:color="auto"/>
            <w:bottom w:val="none" w:sz="0" w:space="0" w:color="auto"/>
            <w:right w:val="none" w:sz="0" w:space="0" w:color="auto"/>
          </w:divBdr>
        </w:div>
        <w:div w:id="1706518378">
          <w:marLeft w:val="480"/>
          <w:marRight w:val="0"/>
          <w:marTop w:val="0"/>
          <w:marBottom w:val="0"/>
          <w:divBdr>
            <w:top w:val="none" w:sz="0" w:space="0" w:color="auto"/>
            <w:left w:val="none" w:sz="0" w:space="0" w:color="auto"/>
            <w:bottom w:val="none" w:sz="0" w:space="0" w:color="auto"/>
            <w:right w:val="none" w:sz="0" w:space="0" w:color="auto"/>
          </w:divBdr>
        </w:div>
        <w:div w:id="1791436028">
          <w:marLeft w:val="480"/>
          <w:marRight w:val="0"/>
          <w:marTop w:val="0"/>
          <w:marBottom w:val="0"/>
          <w:divBdr>
            <w:top w:val="none" w:sz="0" w:space="0" w:color="auto"/>
            <w:left w:val="none" w:sz="0" w:space="0" w:color="auto"/>
            <w:bottom w:val="none" w:sz="0" w:space="0" w:color="auto"/>
            <w:right w:val="none" w:sz="0" w:space="0" w:color="auto"/>
          </w:divBdr>
        </w:div>
        <w:div w:id="1812941250">
          <w:marLeft w:val="480"/>
          <w:marRight w:val="0"/>
          <w:marTop w:val="0"/>
          <w:marBottom w:val="0"/>
          <w:divBdr>
            <w:top w:val="none" w:sz="0" w:space="0" w:color="auto"/>
            <w:left w:val="none" w:sz="0" w:space="0" w:color="auto"/>
            <w:bottom w:val="none" w:sz="0" w:space="0" w:color="auto"/>
            <w:right w:val="none" w:sz="0" w:space="0" w:color="auto"/>
          </w:divBdr>
        </w:div>
        <w:div w:id="1907032623">
          <w:marLeft w:val="480"/>
          <w:marRight w:val="0"/>
          <w:marTop w:val="0"/>
          <w:marBottom w:val="0"/>
          <w:divBdr>
            <w:top w:val="none" w:sz="0" w:space="0" w:color="auto"/>
            <w:left w:val="none" w:sz="0" w:space="0" w:color="auto"/>
            <w:bottom w:val="none" w:sz="0" w:space="0" w:color="auto"/>
            <w:right w:val="none" w:sz="0" w:space="0" w:color="auto"/>
          </w:divBdr>
        </w:div>
        <w:div w:id="1922251326">
          <w:marLeft w:val="480"/>
          <w:marRight w:val="0"/>
          <w:marTop w:val="0"/>
          <w:marBottom w:val="0"/>
          <w:divBdr>
            <w:top w:val="none" w:sz="0" w:space="0" w:color="auto"/>
            <w:left w:val="none" w:sz="0" w:space="0" w:color="auto"/>
            <w:bottom w:val="none" w:sz="0" w:space="0" w:color="auto"/>
            <w:right w:val="none" w:sz="0" w:space="0" w:color="auto"/>
          </w:divBdr>
        </w:div>
        <w:div w:id="1952467662">
          <w:marLeft w:val="480"/>
          <w:marRight w:val="0"/>
          <w:marTop w:val="0"/>
          <w:marBottom w:val="0"/>
          <w:divBdr>
            <w:top w:val="none" w:sz="0" w:space="0" w:color="auto"/>
            <w:left w:val="none" w:sz="0" w:space="0" w:color="auto"/>
            <w:bottom w:val="none" w:sz="0" w:space="0" w:color="auto"/>
            <w:right w:val="none" w:sz="0" w:space="0" w:color="auto"/>
          </w:divBdr>
        </w:div>
        <w:div w:id="2011643433">
          <w:marLeft w:val="480"/>
          <w:marRight w:val="0"/>
          <w:marTop w:val="0"/>
          <w:marBottom w:val="0"/>
          <w:divBdr>
            <w:top w:val="none" w:sz="0" w:space="0" w:color="auto"/>
            <w:left w:val="none" w:sz="0" w:space="0" w:color="auto"/>
            <w:bottom w:val="none" w:sz="0" w:space="0" w:color="auto"/>
            <w:right w:val="none" w:sz="0" w:space="0" w:color="auto"/>
          </w:divBdr>
        </w:div>
        <w:div w:id="2018191788">
          <w:marLeft w:val="480"/>
          <w:marRight w:val="0"/>
          <w:marTop w:val="0"/>
          <w:marBottom w:val="0"/>
          <w:divBdr>
            <w:top w:val="none" w:sz="0" w:space="0" w:color="auto"/>
            <w:left w:val="none" w:sz="0" w:space="0" w:color="auto"/>
            <w:bottom w:val="none" w:sz="0" w:space="0" w:color="auto"/>
            <w:right w:val="none" w:sz="0" w:space="0" w:color="auto"/>
          </w:divBdr>
        </w:div>
        <w:div w:id="2079663799">
          <w:marLeft w:val="480"/>
          <w:marRight w:val="0"/>
          <w:marTop w:val="0"/>
          <w:marBottom w:val="0"/>
          <w:divBdr>
            <w:top w:val="none" w:sz="0" w:space="0" w:color="auto"/>
            <w:left w:val="none" w:sz="0" w:space="0" w:color="auto"/>
            <w:bottom w:val="none" w:sz="0" w:space="0" w:color="auto"/>
            <w:right w:val="none" w:sz="0" w:space="0" w:color="auto"/>
          </w:divBdr>
        </w:div>
        <w:div w:id="2080394887">
          <w:marLeft w:val="480"/>
          <w:marRight w:val="0"/>
          <w:marTop w:val="0"/>
          <w:marBottom w:val="0"/>
          <w:divBdr>
            <w:top w:val="none" w:sz="0" w:space="0" w:color="auto"/>
            <w:left w:val="none" w:sz="0" w:space="0" w:color="auto"/>
            <w:bottom w:val="none" w:sz="0" w:space="0" w:color="auto"/>
            <w:right w:val="none" w:sz="0" w:space="0" w:color="auto"/>
          </w:divBdr>
        </w:div>
        <w:div w:id="2117820787">
          <w:marLeft w:val="480"/>
          <w:marRight w:val="0"/>
          <w:marTop w:val="0"/>
          <w:marBottom w:val="0"/>
          <w:divBdr>
            <w:top w:val="none" w:sz="0" w:space="0" w:color="auto"/>
            <w:left w:val="none" w:sz="0" w:space="0" w:color="auto"/>
            <w:bottom w:val="none" w:sz="0" w:space="0" w:color="auto"/>
            <w:right w:val="none" w:sz="0" w:space="0" w:color="auto"/>
          </w:divBdr>
        </w:div>
      </w:divsChild>
    </w:div>
    <w:div w:id="1588418262">
      <w:bodyDiv w:val="1"/>
      <w:marLeft w:val="0"/>
      <w:marRight w:val="0"/>
      <w:marTop w:val="0"/>
      <w:marBottom w:val="0"/>
      <w:divBdr>
        <w:top w:val="none" w:sz="0" w:space="0" w:color="auto"/>
        <w:left w:val="none" w:sz="0" w:space="0" w:color="auto"/>
        <w:bottom w:val="none" w:sz="0" w:space="0" w:color="auto"/>
        <w:right w:val="none" w:sz="0" w:space="0" w:color="auto"/>
      </w:divBdr>
    </w:div>
    <w:div w:id="1594894189">
      <w:bodyDiv w:val="1"/>
      <w:marLeft w:val="0"/>
      <w:marRight w:val="0"/>
      <w:marTop w:val="0"/>
      <w:marBottom w:val="0"/>
      <w:divBdr>
        <w:top w:val="none" w:sz="0" w:space="0" w:color="auto"/>
        <w:left w:val="none" w:sz="0" w:space="0" w:color="auto"/>
        <w:bottom w:val="none" w:sz="0" w:space="0" w:color="auto"/>
        <w:right w:val="none" w:sz="0" w:space="0" w:color="auto"/>
      </w:divBdr>
    </w:div>
    <w:div w:id="1601452192">
      <w:bodyDiv w:val="1"/>
      <w:marLeft w:val="0"/>
      <w:marRight w:val="0"/>
      <w:marTop w:val="0"/>
      <w:marBottom w:val="0"/>
      <w:divBdr>
        <w:top w:val="none" w:sz="0" w:space="0" w:color="auto"/>
        <w:left w:val="none" w:sz="0" w:space="0" w:color="auto"/>
        <w:bottom w:val="none" w:sz="0" w:space="0" w:color="auto"/>
        <w:right w:val="none" w:sz="0" w:space="0" w:color="auto"/>
      </w:divBdr>
    </w:div>
    <w:div w:id="1603027831">
      <w:bodyDiv w:val="1"/>
      <w:marLeft w:val="0"/>
      <w:marRight w:val="0"/>
      <w:marTop w:val="0"/>
      <w:marBottom w:val="0"/>
      <w:divBdr>
        <w:top w:val="none" w:sz="0" w:space="0" w:color="auto"/>
        <w:left w:val="none" w:sz="0" w:space="0" w:color="auto"/>
        <w:bottom w:val="none" w:sz="0" w:space="0" w:color="auto"/>
        <w:right w:val="none" w:sz="0" w:space="0" w:color="auto"/>
      </w:divBdr>
    </w:div>
    <w:div w:id="1603224935">
      <w:bodyDiv w:val="1"/>
      <w:marLeft w:val="0"/>
      <w:marRight w:val="0"/>
      <w:marTop w:val="0"/>
      <w:marBottom w:val="0"/>
      <w:divBdr>
        <w:top w:val="none" w:sz="0" w:space="0" w:color="auto"/>
        <w:left w:val="none" w:sz="0" w:space="0" w:color="auto"/>
        <w:bottom w:val="none" w:sz="0" w:space="0" w:color="auto"/>
        <w:right w:val="none" w:sz="0" w:space="0" w:color="auto"/>
      </w:divBdr>
    </w:div>
    <w:div w:id="1603679998">
      <w:bodyDiv w:val="1"/>
      <w:marLeft w:val="0"/>
      <w:marRight w:val="0"/>
      <w:marTop w:val="0"/>
      <w:marBottom w:val="0"/>
      <w:divBdr>
        <w:top w:val="none" w:sz="0" w:space="0" w:color="auto"/>
        <w:left w:val="none" w:sz="0" w:space="0" w:color="auto"/>
        <w:bottom w:val="none" w:sz="0" w:space="0" w:color="auto"/>
        <w:right w:val="none" w:sz="0" w:space="0" w:color="auto"/>
      </w:divBdr>
    </w:div>
    <w:div w:id="1605697600">
      <w:bodyDiv w:val="1"/>
      <w:marLeft w:val="0"/>
      <w:marRight w:val="0"/>
      <w:marTop w:val="0"/>
      <w:marBottom w:val="0"/>
      <w:divBdr>
        <w:top w:val="none" w:sz="0" w:space="0" w:color="auto"/>
        <w:left w:val="none" w:sz="0" w:space="0" w:color="auto"/>
        <w:bottom w:val="none" w:sz="0" w:space="0" w:color="auto"/>
        <w:right w:val="none" w:sz="0" w:space="0" w:color="auto"/>
      </w:divBdr>
    </w:div>
    <w:div w:id="1610695079">
      <w:bodyDiv w:val="1"/>
      <w:marLeft w:val="0"/>
      <w:marRight w:val="0"/>
      <w:marTop w:val="0"/>
      <w:marBottom w:val="0"/>
      <w:divBdr>
        <w:top w:val="none" w:sz="0" w:space="0" w:color="auto"/>
        <w:left w:val="none" w:sz="0" w:space="0" w:color="auto"/>
        <w:bottom w:val="none" w:sz="0" w:space="0" w:color="auto"/>
        <w:right w:val="none" w:sz="0" w:space="0" w:color="auto"/>
      </w:divBdr>
    </w:div>
    <w:div w:id="1612083159">
      <w:bodyDiv w:val="1"/>
      <w:marLeft w:val="0"/>
      <w:marRight w:val="0"/>
      <w:marTop w:val="0"/>
      <w:marBottom w:val="0"/>
      <w:divBdr>
        <w:top w:val="none" w:sz="0" w:space="0" w:color="auto"/>
        <w:left w:val="none" w:sz="0" w:space="0" w:color="auto"/>
        <w:bottom w:val="none" w:sz="0" w:space="0" w:color="auto"/>
        <w:right w:val="none" w:sz="0" w:space="0" w:color="auto"/>
      </w:divBdr>
    </w:div>
    <w:div w:id="1612854166">
      <w:bodyDiv w:val="1"/>
      <w:marLeft w:val="0"/>
      <w:marRight w:val="0"/>
      <w:marTop w:val="0"/>
      <w:marBottom w:val="0"/>
      <w:divBdr>
        <w:top w:val="none" w:sz="0" w:space="0" w:color="auto"/>
        <w:left w:val="none" w:sz="0" w:space="0" w:color="auto"/>
        <w:bottom w:val="none" w:sz="0" w:space="0" w:color="auto"/>
        <w:right w:val="none" w:sz="0" w:space="0" w:color="auto"/>
      </w:divBdr>
    </w:div>
    <w:div w:id="1613974881">
      <w:bodyDiv w:val="1"/>
      <w:marLeft w:val="0"/>
      <w:marRight w:val="0"/>
      <w:marTop w:val="0"/>
      <w:marBottom w:val="0"/>
      <w:divBdr>
        <w:top w:val="none" w:sz="0" w:space="0" w:color="auto"/>
        <w:left w:val="none" w:sz="0" w:space="0" w:color="auto"/>
        <w:bottom w:val="none" w:sz="0" w:space="0" w:color="auto"/>
        <w:right w:val="none" w:sz="0" w:space="0" w:color="auto"/>
      </w:divBdr>
    </w:div>
    <w:div w:id="1615553868">
      <w:bodyDiv w:val="1"/>
      <w:marLeft w:val="0"/>
      <w:marRight w:val="0"/>
      <w:marTop w:val="0"/>
      <w:marBottom w:val="0"/>
      <w:divBdr>
        <w:top w:val="none" w:sz="0" w:space="0" w:color="auto"/>
        <w:left w:val="none" w:sz="0" w:space="0" w:color="auto"/>
        <w:bottom w:val="none" w:sz="0" w:space="0" w:color="auto"/>
        <w:right w:val="none" w:sz="0" w:space="0" w:color="auto"/>
      </w:divBdr>
    </w:div>
    <w:div w:id="1617056862">
      <w:bodyDiv w:val="1"/>
      <w:marLeft w:val="0"/>
      <w:marRight w:val="0"/>
      <w:marTop w:val="0"/>
      <w:marBottom w:val="0"/>
      <w:divBdr>
        <w:top w:val="none" w:sz="0" w:space="0" w:color="auto"/>
        <w:left w:val="none" w:sz="0" w:space="0" w:color="auto"/>
        <w:bottom w:val="none" w:sz="0" w:space="0" w:color="auto"/>
        <w:right w:val="none" w:sz="0" w:space="0" w:color="auto"/>
      </w:divBdr>
    </w:div>
    <w:div w:id="1618566055">
      <w:bodyDiv w:val="1"/>
      <w:marLeft w:val="0"/>
      <w:marRight w:val="0"/>
      <w:marTop w:val="0"/>
      <w:marBottom w:val="0"/>
      <w:divBdr>
        <w:top w:val="none" w:sz="0" w:space="0" w:color="auto"/>
        <w:left w:val="none" w:sz="0" w:space="0" w:color="auto"/>
        <w:bottom w:val="none" w:sz="0" w:space="0" w:color="auto"/>
        <w:right w:val="none" w:sz="0" w:space="0" w:color="auto"/>
      </w:divBdr>
    </w:div>
    <w:div w:id="1624389167">
      <w:bodyDiv w:val="1"/>
      <w:marLeft w:val="0"/>
      <w:marRight w:val="0"/>
      <w:marTop w:val="0"/>
      <w:marBottom w:val="0"/>
      <w:divBdr>
        <w:top w:val="none" w:sz="0" w:space="0" w:color="auto"/>
        <w:left w:val="none" w:sz="0" w:space="0" w:color="auto"/>
        <w:bottom w:val="none" w:sz="0" w:space="0" w:color="auto"/>
        <w:right w:val="none" w:sz="0" w:space="0" w:color="auto"/>
      </w:divBdr>
      <w:divsChild>
        <w:div w:id="3242654">
          <w:marLeft w:val="480"/>
          <w:marRight w:val="0"/>
          <w:marTop w:val="0"/>
          <w:marBottom w:val="0"/>
          <w:divBdr>
            <w:top w:val="none" w:sz="0" w:space="0" w:color="auto"/>
            <w:left w:val="none" w:sz="0" w:space="0" w:color="auto"/>
            <w:bottom w:val="none" w:sz="0" w:space="0" w:color="auto"/>
            <w:right w:val="none" w:sz="0" w:space="0" w:color="auto"/>
          </w:divBdr>
        </w:div>
        <w:div w:id="60910060">
          <w:marLeft w:val="480"/>
          <w:marRight w:val="0"/>
          <w:marTop w:val="0"/>
          <w:marBottom w:val="0"/>
          <w:divBdr>
            <w:top w:val="none" w:sz="0" w:space="0" w:color="auto"/>
            <w:left w:val="none" w:sz="0" w:space="0" w:color="auto"/>
            <w:bottom w:val="none" w:sz="0" w:space="0" w:color="auto"/>
            <w:right w:val="none" w:sz="0" w:space="0" w:color="auto"/>
          </w:divBdr>
        </w:div>
        <w:div w:id="81992902">
          <w:marLeft w:val="480"/>
          <w:marRight w:val="0"/>
          <w:marTop w:val="0"/>
          <w:marBottom w:val="0"/>
          <w:divBdr>
            <w:top w:val="none" w:sz="0" w:space="0" w:color="auto"/>
            <w:left w:val="none" w:sz="0" w:space="0" w:color="auto"/>
            <w:bottom w:val="none" w:sz="0" w:space="0" w:color="auto"/>
            <w:right w:val="none" w:sz="0" w:space="0" w:color="auto"/>
          </w:divBdr>
        </w:div>
        <w:div w:id="124397258">
          <w:marLeft w:val="480"/>
          <w:marRight w:val="0"/>
          <w:marTop w:val="0"/>
          <w:marBottom w:val="0"/>
          <w:divBdr>
            <w:top w:val="none" w:sz="0" w:space="0" w:color="auto"/>
            <w:left w:val="none" w:sz="0" w:space="0" w:color="auto"/>
            <w:bottom w:val="none" w:sz="0" w:space="0" w:color="auto"/>
            <w:right w:val="none" w:sz="0" w:space="0" w:color="auto"/>
          </w:divBdr>
        </w:div>
        <w:div w:id="134032367">
          <w:marLeft w:val="480"/>
          <w:marRight w:val="0"/>
          <w:marTop w:val="0"/>
          <w:marBottom w:val="0"/>
          <w:divBdr>
            <w:top w:val="none" w:sz="0" w:space="0" w:color="auto"/>
            <w:left w:val="none" w:sz="0" w:space="0" w:color="auto"/>
            <w:bottom w:val="none" w:sz="0" w:space="0" w:color="auto"/>
            <w:right w:val="none" w:sz="0" w:space="0" w:color="auto"/>
          </w:divBdr>
        </w:div>
        <w:div w:id="152183079">
          <w:marLeft w:val="480"/>
          <w:marRight w:val="0"/>
          <w:marTop w:val="0"/>
          <w:marBottom w:val="0"/>
          <w:divBdr>
            <w:top w:val="none" w:sz="0" w:space="0" w:color="auto"/>
            <w:left w:val="none" w:sz="0" w:space="0" w:color="auto"/>
            <w:bottom w:val="none" w:sz="0" w:space="0" w:color="auto"/>
            <w:right w:val="none" w:sz="0" w:space="0" w:color="auto"/>
          </w:divBdr>
        </w:div>
        <w:div w:id="196622666">
          <w:marLeft w:val="480"/>
          <w:marRight w:val="0"/>
          <w:marTop w:val="0"/>
          <w:marBottom w:val="0"/>
          <w:divBdr>
            <w:top w:val="none" w:sz="0" w:space="0" w:color="auto"/>
            <w:left w:val="none" w:sz="0" w:space="0" w:color="auto"/>
            <w:bottom w:val="none" w:sz="0" w:space="0" w:color="auto"/>
            <w:right w:val="none" w:sz="0" w:space="0" w:color="auto"/>
          </w:divBdr>
        </w:div>
        <w:div w:id="231353523">
          <w:marLeft w:val="480"/>
          <w:marRight w:val="0"/>
          <w:marTop w:val="0"/>
          <w:marBottom w:val="0"/>
          <w:divBdr>
            <w:top w:val="none" w:sz="0" w:space="0" w:color="auto"/>
            <w:left w:val="none" w:sz="0" w:space="0" w:color="auto"/>
            <w:bottom w:val="none" w:sz="0" w:space="0" w:color="auto"/>
            <w:right w:val="none" w:sz="0" w:space="0" w:color="auto"/>
          </w:divBdr>
        </w:div>
        <w:div w:id="245766396">
          <w:marLeft w:val="480"/>
          <w:marRight w:val="0"/>
          <w:marTop w:val="0"/>
          <w:marBottom w:val="0"/>
          <w:divBdr>
            <w:top w:val="none" w:sz="0" w:space="0" w:color="auto"/>
            <w:left w:val="none" w:sz="0" w:space="0" w:color="auto"/>
            <w:bottom w:val="none" w:sz="0" w:space="0" w:color="auto"/>
            <w:right w:val="none" w:sz="0" w:space="0" w:color="auto"/>
          </w:divBdr>
        </w:div>
        <w:div w:id="354499070">
          <w:marLeft w:val="480"/>
          <w:marRight w:val="0"/>
          <w:marTop w:val="0"/>
          <w:marBottom w:val="0"/>
          <w:divBdr>
            <w:top w:val="none" w:sz="0" w:space="0" w:color="auto"/>
            <w:left w:val="none" w:sz="0" w:space="0" w:color="auto"/>
            <w:bottom w:val="none" w:sz="0" w:space="0" w:color="auto"/>
            <w:right w:val="none" w:sz="0" w:space="0" w:color="auto"/>
          </w:divBdr>
        </w:div>
        <w:div w:id="427434091">
          <w:marLeft w:val="480"/>
          <w:marRight w:val="0"/>
          <w:marTop w:val="0"/>
          <w:marBottom w:val="0"/>
          <w:divBdr>
            <w:top w:val="none" w:sz="0" w:space="0" w:color="auto"/>
            <w:left w:val="none" w:sz="0" w:space="0" w:color="auto"/>
            <w:bottom w:val="none" w:sz="0" w:space="0" w:color="auto"/>
            <w:right w:val="none" w:sz="0" w:space="0" w:color="auto"/>
          </w:divBdr>
        </w:div>
        <w:div w:id="457450268">
          <w:marLeft w:val="480"/>
          <w:marRight w:val="0"/>
          <w:marTop w:val="0"/>
          <w:marBottom w:val="0"/>
          <w:divBdr>
            <w:top w:val="none" w:sz="0" w:space="0" w:color="auto"/>
            <w:left w:val="none" w:sz="0" w:space="0" w:color="auto"/>
            <w:bottom w:val="none" w:sz="0" w:space="0" w:color="auto"/>
            <w:right w:val="none" w:sz="0" w:space="0" w:color="auto"/>
          </w:divBdr>
        </w:div>
        <w:div w:id="479735112">
          <w:marLeft w:val="480"/>
          <w:marRight w:val="0"/>
          <w:marTop w:val="0"/>
          <w:marBottom w:val="0"/>
          <w:divBdr>
            <w:top w:val="none" w:sz="0" w:space="0" w:color="auto"/>
            <w:left w:val="none" w:sz="0" w:space="0" w:color="auto"/>
            <w:bottom w:val="none" w:sz="0" w:space="0" w:color="auto"/>
            <w:right w:val="none" w:sz="0" w:space="0" w:color="auto"/>
          </w:divBdr>
        </w:div>
        <w:div w:id="590772865">
          <w:marLeft w:val="480"/>
          <w:marRight w:val="0"/>
          <w:marTop w:val="0"/>
          <w:marBottom w:val="0"/>
          <w:divBdr>
            <w:top w:val="none" w:sz="0" w:space="0" w:color="auto"/>
            <w:left w:val="none" w:sz="0" w:space="0" w:color="auto"/>
            <w:bottom w:val="none" w:sz="0" w:space="0" w:color="auto"/>
            <w:right w:val="none" w:sz="0" w:space="0" w:color="auto"/>
          </w:divBdr>
        </w:div>
        <w:div w:id="598172523">
          <w:marLeft w:val="480"/>
          <w:marRight w:val="0"/>
          <w:marTop w:val="0"/>
          <w:marBottom w:val="0"/>
          <w:divBdr>
            <w:top w:val="none" w:sz="0" w:space="0" w:color="auto"/>
            <w:left w:val="none" w:sz="0" w:space="0" w:color="auto"/>
            <w:bottom w:val="none" w:sz="0" w:space="0" w:color="auto"/>
            <w:right w:val="none" w:sz="0" w:space="0" w:color="auto"/>
          </w:divBdr>
        </w:div>
        <w:div w:id="657344491">
          <w:marLeft w:val="480"/>
          <w:marRight w:val="0"/>
          <w:marTop w:val="0"/>
          <w:marBottom w:val="0"/>
          <w:divBdr>
            <w:top w:val="none" w:sz="0" w:space="0" w:color="auto"/>
            <w:left w:val="none" w:sz="0" w:space="0" w:color="auto"/>
            <w:bottom w:val="none" w:sz="0" w:space="0" w:color="auto"/>
            <w:right w:val="none" w:sz="0" w:space="0" w:color="auto"/>
          </w:divBdr>
        </w:div>
        <w:div w:id="665086196">
          <w:marLeft w:val="480"/>
          <w:marRight w:val="0"/>
          <w:marTop w:val="0"/>
          <w:marBottom w:val="0"/>
          <w:divBdr>
            <w:top w:val="none" w:sz="0" w:space="0" w:color="auto"/>
            <w:left w:val="none" w:sz="0" w:space="0" w:color="auto"/>
            <w:bottom w:val="none" w:sz="0" w:space="0" w:color="auto"/>
            <w:right w:val="none" w:sz="0" w:space="0" w:color="auto"/>
          </w:divBdr>
        </w:div>
        <w:div w:id="732042965">
          <w:marLeft w:val="480"/>
          <w:marRight w:val="0"/>
          <w:marTop w:val="0"/>
          <w:marBottom w:val="0"/>
          <w:divBdr>
            <w:top w:val="none" w:sz="0" w:space="0" w:color="auto"/>
            <w:left w:val="none" w:sz="0" w:space="0" w:color="auto"/>
            <w:bottom w:val="none" w:sz="0" w:space="0" w:color="auto"/>
            <w:right w:val="none" w:sz="0" w:space="0" w:color="auto"/>
          </w:divBdr>
        </w:div>
        <w:div w:id="779300669">
          <w:marLeft w:val="480"/>
          <w:marRight w:val="0"/>
          <w:marTop w:val="0"/>
          <w:marBottom w:val="0"/>
          <w:divBdr>
            <w:top w:val="none" w:sz="0" w:space="0" w:color="auto"/>
            <w:left w:val="none" w:sz="0" w:space="0" w:color="auto"/>
            <w:bottom w:val="none" w:sz="0" w:space="0" w:color="auto"/>
            <w:right w:val="none" w:sz="0" w:space="0" w:color="auto"/>
          </w:divBdr>
        </w:div>
        <w:div w:id="861480942">
          <w:marLeft w:val="480"/>
          <w:marRight w:val="0"/>
          <w:marTop w:val="0"/>
          <w:marBottom w:val="0"/>
          <w:divBdr>
            <w:top w:val="none" w:sz="0" w:space="0" w:color="auto"/>
            <w:left w:val="none" w:sz="0" w:space="0" w:color="auto"/>
            <w:bottom w:val="none" w:sz="0" w:space="0" w:color="auto"/>
            <w:right w:val="none" w:sz="0" w:space="0" w:color="auto"/>
          </w:divBdr>
        </w:div>
        <w:div w:id="881211744">
          <w:marLeft w:val="480"/>
          <w:marRight w:val="0"/>
          <w:marTop w:val="0"/>
          <w:marBottom w:val="0"/>
          <w:divBdr>
            <w:top w:val="none" w:sz="0" w:space="0" w:color="auto"/>
            <w:left w:val="none" w:sz="0" w:space="0" w:color="auto"/>
            <w:bottom w:val="none" w:sz="0" w:space="0" w:color="auto"/>
            <w:right w:val="none" w:sz="0" w:space="0" w:color="auto"/>
          </w:divBdr>
        </w:div>
        <w:div w:id="965547171">
          <w:marLeft w:val="480"/>
          <w:marRight w:val="0"/>
          <w:marTop w:val="0"/>
          <w:marBottom w:val="0"/>
          <w:divBdr>
            <w:top w:val="none" w:sz="0" w:space="0" w:color="auto"/>
            <w:left w:val="none" w:sz="0" w:space="0" w:color="auto"/>
            <w:bottom w:val="none" w:sz="0" w:space="0" w:color="auto"/>
            <w:right w:val="none" w:sz="0" w:space="0" w:color="auto"/>
          </w:divBdr>
        </w:div>
        <w:div w:id="1083449240">
          <w:marLeft w:val="480"/>
          <w:marRight w:val="0"/>
          <w:marTop w:val="0"/>
          <w:marBottom w:val="0"/>
          <w:divBdr>
            <w:top w:val="none" w:sz="0" w:space="0" w:color="auto"/>
            <w:left w:val="none" w:sz="0" w:space="0" w:color="auto"/>
            <w:bottom w:val="none" w:sz="0" w:space="0" w:color="auto"/>
            <w:right w:val="none" w:sz="0" w:space="0" w:color="auto"/>
          </w:divBdr>
        </w:div>
        <w:div w:id="1098721344">
          <w:marLeft w:val="480"/>
          <w:marRight w:val="0"/>
          <w:marTop w:val="0"/>
          <w:marBottom w:val="0"/>
          <w:divBdr>
            <w:top w:val="none" w:sz="0" w:space="0" w:color="auto"/>
            <w:left w:val="none" w:sz="0" w:space="0" w:color="auto"/>
            <w:bottom w:val="none" w:sz="0" w:space="0" w:color="auto"/>
            <w:right w:val="none" w:sz="0" w:space="0" w:color="auto"/>
          </w:divBdr>
        </w:div>
        <w:div w:id="1282223020">
          <w:marLeft w:val="480"/>
          <w:marRight w:val="0"/>
          <w:marTop w:val="0"/>
          <w:marBottom w:val="0"/>
          <w:divBdr>
            <w:top w:val="none" w:sz="0" w:space="0" w:color="auto"/>
            <w:left w:val="none" w:sz="0" w:space="0" w:color="auto"/>
            <w:bottom w:val="none" w:sz="0" w:space="0" w:color="auto"/>
            <w:right w:val="none" w:sz="0" w:space="0" w:color="auto"/>
          </w:divBdr>
        </w:div>
        <w:div w:id="1283078001">
          <w:marLeft w:val="480"/>
          <w:marRight w:val="0"/>
          <w:marTop w:val="0"/>
          <w:marBottom w:val="0"/>
          <w:divBdr>
            <w:top w:val="none" w:sz="0" w:space="0" w:color="auto"/>
            <w:left w:val="none" w:sz="0" w:space="0" w:color="auto"/>
            <w:bottom w:val="none" w:sz="0" w:space="0" w:color="auto"/>
            <w:right w:val="none" w:sz="0" w:space="0" w:color="auto"/>
          </w:divBdr>
        </w:div>
        <w:div w:id="1466696909">
          <w:marLeft w:val="480"/>
          <w:marRight w:val="0"/>
          <w:marTop w:val="0"/>
          <w:marBottom w:val="0"/>
          <w:divBdr>
            <w:top w:val="none" w:sz="0" w:space="0" w:color="auto"/>
            <w:left w:val="none" w:sz="0" w:space="0" w:color="auto"/>
            <w:bottom w:val="none" w:sz="0" w:space="0" w:color="auto"/>
            <w:right w:val="none" w:sz="0" w:space="0" w:color="auto"/>
          </w:divBdr>
        </w:div>
        <w:div w:id="1556087015">
          <w:marLeft w:val="480"/>
          <w:marRight w:val="0"/>
          <w:marTop w:val="0"/>
          <w:marBottom w:val="0"/>
          <w:divBdr>
            <w:top w:val="none" w:sz="0" w:space="0" w:color="auto"/>
            <w:left w:val="none" w:sz="0" w:space="0" w:color="auto"/>
            <w:bottom w:val="none" w:sz="0" w:space="0" w:color="auto"/>
            <w:right w:val="none" w:sz="0" w:space="0" w:color="auto"/>
          </w:divBdr>
        </w:div>
        <w:div w:id="1574242297">
          <w:marLeft w:val="480"/>
          <w:marRight w:val="0"/>
          <w:marTop w:val="0"/>
          <w:marBottom w:val="0"/>
          <w:divBdr>
            <w:top w:val="none" w:sz="0" w:space="0" w:color="auto"/>
            <w:left w:val="none" w:sz="0" w:space="0" w:color="auto"/>
            <w:bottom w:val="none" w:sz="0" w:space="0" w:color="auto"/>
            <w:right w:val="none" w:sz="0" w:space="0" w:color="auto"/>
          </w:divBdr>
        </w:div>
        <w:div w:id="1593470407">
          <w:marLeft w:val="480"/>
          <w:marRight w:val="0"/>
          <w:marTop w:val="0"/>
          <w:marBottom w:val="0"/>
          <w:divBdr>
            <w:top w:val="none" w:sz="0" w:space="0" w:color="auto"/>
            <w:left w:val="none" w:sz="0" w:space="0" w:color="auto"/>
            <w:bottom w:val="none" w:sz="0" w:space="0" w:color="auto"/>
            <w:right w:val="none" w:sz="0" w:space="0" w:color="auto"/>
          </w:divBdr>
        </w:div>
        <w:div w:id="1601795081">
          <w:marLeft w:val="480"/>
          <w:marRight w:val="0"/>
          <w:marTop w:val="0"/>
          <w:marBottom w:val="0"/>
          <w:divBdr>
            <w:top w:val="none" w:sz="0" w:space="0" w:color="auto"/>
            <w:left w:val="none" w:sz="0" w:space="0" w:color="auto"/>
            <w:bottom w:val="none" w:sz="0" w:space="0" w:color="auto"/>
            <w:right w:val="none" w:sz="0" w:space="0" w:color="auto"/>
          </w:divBdr>
        </w:div>
        <w:div w:id="1848129860">
          <w:marLeft w:val="480"/>
          <w:marRight w:val="0"/>
          <w:marTop w:val="0"/>
          <w:marBottom w:val="0"/>
          <w:divBdr>
            <w:top w:val="none" w:sz="0" w:space="0" w:color="auto"/>
            <w:left w:val="none" w:sz="0" w:space="0" w:color="auto"/>
            <w:bottom w:val="none" w:sz="0" w:space="0" w:color="auto"/>
            <w:right w:val="none" w:sz="0" w:space="0" w:color="auto"/>
          </w:divBdr>
        </w:div>
        <w:div w:id="1853493217">
          <w:marLeft w:val="480"/>
          <w:marRight w:val="0"/>
          <w:marTop w:val="0"/>
          <w:marBottom w:val="0"/>
          <w:divBdr>
            <w:top w:val="none" w:sz="0" w:space="0" w:color="auto"/>
            <w:left w:val="none" w:sz="0" w:space="0" w:color="auto"/>
            <w:bottom w:val="none" w:sz="0" w:space="0" w:color="auto"/>
            <w:right w:val="none" w:sz="0" w:space="0" w:color="auto"/>
          </w:divBdr>
        </w:div>
        <w:div w:id="1886678881">
          <w:marLeft w:val="480"/>
          <w:marRight w:val="0"/>
          <w:marTop w:val="0"/>
          <w:marBottom w:val="0"/>
          <w:divBdr>
            <w:top w:val="none" w:sz="0" w:space="0" w:color="auto"/>
            <w:left w:val="none" w:sz="0" w:space="0" w:color="auto"/>
            <w:bottom w:val="none" w:sz="0" w:space="0" w:color="auto"/>
            <w:right w:val="none" w:sz="0" w:space="0" w:color="auto"/>
          </w:divBdr>
        </w:div>
        <w:div w:id="1980500341">
          <w:marLeft w:val="480"/>
          <w:marRight w:val="0"/>
          <w:marTop w:val="0"/>
          <w:marBottom w:val="0"/>
          <w:divBdr>
            <w:top w:val="none" w:sz="0" w:space="0" w:color="auto"/>
            <w:left w:val="none" w:sz="0" w:space="0" w:color="auto"/>
            <w:bottom w:val="none" w:sz="0" w:space="0" w:color="auto"/>
            <w:right w:val="none" w:sz="0" w:space="0" w:color="auto"/>
          </w:divBdr>
        </w:div>
        <w:div w:id="2009825011">
          <w:marLeft w:val="480"/>
          <w:marRight w:val="0"/>
          <w:marTop w:val="0"/>
          <w:marBottom w:val="0"/>
          <w:divBdr>
            <w:top w:val="none" w:sz="0" w:space="0" w:color="auto"/>
            <w:left w:val="none" w:sz="0" w:space="0" w:color="auto"/>
            <w:bottom w:val="none" w:sz="0" w:space="0" w:color="auto"/>
            <w:right w:val="none" w:sz="0" w:space="0" w:color="auto"/>
          </w:divBdr>
        </w:div>
        <w:div w:id="2088575279">
          <w:marLeft w:val="480"/>
          <w:marRight w:val="0"/>
          <w:marTop w:val="0"/>
          <w:marBottom w:val="0"/>
          <w:divBdr>
            <w:top w:val="none" w:sz="0" w:space="0" w:color="auto"/>
            <w:left w:val="none" w:sz="0" w:space="0" w:color="auto"/>
            <w:bottom w:val="none" w:sz="0" w:space="0" w:color="auto"/>
            <w:right w:val="none" w:sz="0" w:space="0" w:color="auto"/>
          </w:divBdr>
        </w:div>
      </w:divsChild>
    </w:div>
    <w:div w:id="1624770816">
      <w:bodyDiv w:val="1"/>
      <w:marLeft w:val="0"/>
      <w:marRight w:val="0"/>
      <w:marTop w:val="0"/>
      <w:marBottom w:val="0"/>
      <w:divBdr>
        <w:top w:val="none" w:sz="0" w:space="0" w:color="auto"/>
        <w:left w:val="none" w:sz="0" w:space="0" w:color="auto"/>
        <w:bottom w:val="none" w:sz="0" w:space="0" w:color="auto"/>
        <w:right w:val="none" w:sz="0" w:space="0" w:color="auto"/>
      </w:divBdr>
      <w:divsChild>
        <w:div w:id="34551766">
          <w:marLeft w:val="480"/>
          <w:marRight w:val="0"/>
          <w:marTop w:val="0"/>
          <w:marBottom w:val="0"/>
          <w:divBdr>
            <w:top w:val="none" w:sz="0" w:space="0" w:color="auto"/>
            <w:left w:val="none" w:sz="0" w:space="0" w:color="auto"/>
            <w:bottom w:val="none" w:sz="0" w:space="0" w:color="auto"/>
            <w:right w:val="none" w:sz="0" w:space="0" w:color="auto"/>
          </w:divBdr>
        </w:div>
        <w:div w:id="43717522">
          <w:marLeft w:val="480"/>
          <w:marRight w:val="0"/>
          <w:marTop w:val="0"/>
          <w:marBottom w:val="0"/>
          <w:divBdr>
            <w:top w:val="none" w:sz="0" w:space="0" w:color="auto"/>
            <w:left w:val="none" w:sz="0" w:space="0" w:color="auto"/>
            <w:bottom w:val="none" w:sz="0" w:space="0" w:color="auto"/>
            <w:right w:val="none" w:sz="0" w:space="0" w:color="auto"/>
          </w:divBdr>
        </w:div>
        <w:div w:id="68037977">
          <w:marLeft w:val="480"/>
          <w:marRight w:val="0"/>
          <w:marTop w:val="0"/>
          <w:marBottom w:val="0"/>
          <w:divBdr>
            <w:top w:val="none" w:sz="0" w:space="0" w:color="auto"/>
            <w:left w:val="none" w:sz="0" w:space="0" w:color="auto"/>
            <w:bottom w:val="none" w:sz="0" w:space="0" w:color="auto"/>
            <w:right w:val="none" w:sz="0" w:space="0" w:color="auto"/>
          </w:divBdr>
        </w:div>
        <w:div w:id="120924340">
          <w:marLeft w:val="480"/>
          <w:marRight w:val="0"/>
          <w:marTop w:val="0"/>
          <w:marBottom w:val="0"/>
          <w:divBdr>
            <w:top w:val="none" w:sz="0" w:space="0" w:color="auto"/>
            <w:left w:val="none" w:sz="0" w:space="0" w:color="auto"/>
            <w:bottom w:val="none" w:sz="0" w:space="0" w:color="auto"/>
            <w:right w:val="none" w:sz="0" w:space="0" w:color="auto"/>
          </w:divBdr>
        </w:div>
        <w:div w:id="124784867">
          <w:marLeft w:val="480"/>
          <w:marRight w:val="0"/>
          <w:marTop w:val="0"/>
          <w:marBottom w:val="0"/>
          <w:divBdr>
            <w:top w:val="none" w:sz="0" w:space="0" w:color="auto"/>
            <w:left w:val="none" w:sz="0" w:space="0" w:color="auto"/>
            <w:bottom w:val="none" w:sz="0" w:space="0" w:color="auto"/>
            <w:right w:val="none" w:sz="0" w:space="0" w:color="auto"/>
          </w:divBdr>
        </w:div>
        <w:div w:id="244191615">
          <w:marLeft w:val="480"/>
          <w:marRight w:val="0"/>
          <w:marTop w:val="0"/>
          <w:marBottom w:val="0"/>
          <w:divBdr>
            <w:top w:val="none" w:sz="0" w:space="0" w:color="auto"/>
            <w:left w:val="none" w:sz="0" w:space="0" w:color="auto"/>
            <w:bottom w:val="none" w:sz="0" w:space="0" w:color="auto"/>
            <w:right w:val="none" w:sz="0" w:space="0" w:color="auto"/>
          </w:divBdr>
        </w:div>
        <w:div w:id="255293086">
          <w:marLeft w:val="480"/>
          <w:marRight w:val="0"/>
          <w:marTop w:val="0"/>
          <w:marBottom w:val="0"/>
          <w:divBdr>
            <w:top w:val="none" w:sz="0" w:space="0" w:color="auto"/>
            <w:left w:val="none" w:sz="0" w:space="0" w:color="auto"/>
            <w:bottom w:val="none" w:sz="0" w:space="0" w:color="auto"/>
            <w:right w:val="none" w:sz="0" w:space="0" w:color="auto"/>
          </w:divBdr>
        </w:div>
        <w:div w:id="359941271">
          <w:marLeft w:val="480"/>
          <w:marRight w:val="0"/>
          <w:marTop w:val="0"/>
          <w:marBottom w:val="0"/>
          <w:divBdr>
            <w:top w:val="none" w:sz="0" w:space="0" w:color="auto"/>
            <w:left w:val="none" w:sz="0" w:space="0" w:color="auto"/>
            <w:bottom w:val="none" w:sz="0" w:space="0" w:color="auto"/>
            <w:right w:val="none" w:sz="0" w:space="0" w:color="auto"/>
          </w:divBdr>
        </w:div>
        <w:div w:id="376391956">
          <w:marLeft w:val="480"/>
          <w:marRight w:val="0"/>
          <w:marTop w:val="0"/>
          <w:marBottom w:val="0"/>
          <w:divBdr>
            <w:top w:val="none" w:sz="0" w:space="0" w:color="auto"/>
            <w:left w:val="none" w:sz="0" w:space="0" w:color="auto"/>
            <w:bottom w:val="none" w:sz="0" w:space="0" w:color="auto"/>
            <w:right w:val="none" w:sz="0" w:space="0" w:color="auto"/>
          </w:divBdr>
        </w:div>
        <w:div w:id="435515490">
          <w:marLeft w:val="480"/>
          <w:marRight w:val="0"/>
          <w:marTop w:val="0"/>
          <w:marBottom w:val="0"/>
          <w:divBdr>
            <w:top w:val="none" w:sz="0" w:space="0" w:color="auto"/>
            <w:left w:val="none" w:sz="0" w:space="0" w:color="auto"/>
            <w:bottom w:val="none" w:sz="0" w:space="0" w:color="auto"/>
            <w:right w:val="none" w:sz="0" w:space="0" w:color="auto"/>
          </w:divBdr>
        </w:div>
        <w:div w:id="459693152">
          <w:marLeft w:val="480"/>
          <w:marRight w:val="0"/>
          <w:marTop w:val="0"/>
          <w:marBottom w:val="0"/>
          <w:divBdr>
            <w:top w:val="none" w:sz="0" w:space="0" w:color="auto"/>
            <w:left w:val="none" w:sz="0" w:space="0" w:color="auto"/>
            <w:bottom w:val="none" w:sz="0" w:space="0" w:color="auto"/>
            <w:right w:val="none" w:sz="0" w:space="0" w:color="auto"/>
          </w:divBdr>
        </w:div>
        <w:div w:id="571239941">
          <w:marLeft w:val="480"/>
          <w:marRight w:val="0"/>
          <w:marTop w:val="0"/>
          <w:marBottom w:val="0"/>
          <w:divBdr>
            <w:top w:val="none" w:sz="0" w:space="0" w:color="auto"/>
            <w:left w:val="none" w:sz="0" w:space="0" w:color="auto"/>
            <w:bottom w:val="none" w:sz="0" w:space="0" w:color="auto"/>
            <w:right w:val="none" w:sz="0" w:space="0" w:color="auto"/>
          </w:divBdr>
        </w:div>
        <w:div w:id="605307975">
          <w:marLeft w:val="480"/>
          <w:marRight w:val="0"/>
          <w:marTop w:val="0"/>
          <w:marBottom w:val="0"/>
          <w:divBdr>
            <w:top w:val="none" w:sz="0" w:space="0" w:color="auto"/>
            <w:left w:val="none" w:sz="0" w:space="0" w:color="auto"/>
            <w:bottom w:val="none" w:sz="0" w:space="0" w:color="auto"/>
            <w:right w:val="none" w:sz="0" w:space="0" w:color="auto"/>
          </w:divBdr>
        </w:div>
        <w:div w:id="621033906">
          <w:marLeft w:val="480"/>
          <w:marRight w:val="0"/>
          <w:marTop w:val="0"/>
          <w:marBottom w:val="0"/>
          <w:divBdr>
            <w:top w:val="none" w:sz="0" w:space="0" w:color="auto"/>
            <w:left w:val="none" w:sz="0" w:space="0" w:color="auto"/>
            <w:bottom w:val="none" w:sz="0" w:space="0" w:color="auto"/>
            <w:right w:val="none" w:sz="0" w:space="0" w:color="auto"/>
          </w:divBdr>
        </w:div>
        <w:div w:id="718894029">
          <w:marLeft w:val="480"/>
          <w:marRight w:val="0"/>
          <w:marTop w:val="0"/>
          <w:marBottom w:val="0"/>
          <w:divBdr>
            <w:top w:val="none" w:sz="0" w:space="0" w:color="auto"/>
            <w:left w:val="none" w:sz="0" w:space="0" w:color="auto"/>
            <w:bottom w:val="none" w:sz="0" w:space="0" w:color="auto"/>
            <w:right w:val="none" w:sz="0" w:space="0" w:color="auto"/>
          </w:divBdr>
        </w:div>
        <w:div w:id="749811961">
          <w:marLeft w:val="480"/>
          <w:marRight w:val="0"/>
          <w:marTop w:val="0"/>
          <w:marBottom w:val="0"/>
          <w:divBdr>
            <w:top w:val="none" w:sz="0" w:space="0" w:color="auto"/>
            <w:left w:val="none" w:sz="0" w:space="0" w:color="auto"/>
            <w:bottom w:val="none" w:sz="0" w:space="0" w:color="auto"/>
            <w:right w:val="none" w:sz="0" w:space="0" w:color="auto"/>
          </w:divBdr>
        </w:div>
        <w:div w:id="935288742">
          <w:marLeft w:val="480"/>
          <w:marRight w:val="0"/>
          <w:marTop w:val="0"/>
          <w:marBottom w:val="0"/>
          <w:divBdr>
            <w:top w:val="none" w:sz="0" w:space="0" w:color="auto"/>
            <w:left w:val="none" w:sz="0" w:space="0" w:color="auto"/>
            <w:bottom w:val="none" w:sz="0" w:space="0" w:color="auto"/>
            <w:right w:val="none" w:sz="0" w:space="0" w:color="auto"/>
          </w:divBdr>
        </w:div>
        <w:div w:id="959647236">
          <w:marLeft w:val="480"/>
          <w:marRight w:val="0"/>
          <w:marTop w:val="0"/>
          <w:marBottom w:val="0"/>
          <w:divBdr>
            <w:top w:val="none" w:sz="0" w:space="0" w:color="auto"/>
            <w:left w:val="none" w:sz="0" w:space="0" w:color="auto"/>
            <w:bottom w:val="none" w:sz="0" w:space="0" w:color="auto"/>
            <w:right w:val="none" w:sz="0" w:space="0" w:color="auto"/>
          </w:divBdr>
        </w:div>
        <w:div w:id="1016036110">
          <w:marLeft w:val="480"/>
          <w:marRight w:val="0"/>
          <w:marTop w:val="0"/>
          <w:marBottom w:val="0"/>
          <w:divBdr>
            <w:top w:val="none" w:sz="0" w:space="0" w:color="auto"/>
            <w:left w:val="none" w:sz="0" w:space="0" w:color="auto"/>
            <w:bottom w:val="none" w:sz="0" w:space="0" w:color="auto"/>
            <w:right w:val="none" w:sz="0" w:space="0" w:color="auto"/>
          </w:divBdr>
        </w:div>
        <w:div w:id="1023745679">
          <w:marLeft w:val="480"/>
          <w:marRight w:val="0"/>
          <w:marTop w:val="0"/>
          <w:marBottom w:val="0"/>
          <w:divBdr>
            <w:top w:val="none" w:sz="0" w:space="0" w:color="auto"/>
            <w:left w:val="none" w:sz="0" w:space="0" w:color="auto"/>
            <w:bottom w:val="none" w:sz="0" w:space="0" w:color="auto"/>
            <w:right w:val="none" w:sz="0" w:space="0" w:color="auto"/>
          </w:divBdr>
        </w:div>
        <w:div w:id="1034699269">
          <w:marLeft w:val="480"/>
          <w:marRight w:val="0"/>
          <w:marTop w:val="0"/>
          <w:marBottom w:val="0"/>
          <w:divBdr>
            <w:top w:val="none" w:sz="0" w:space="0" w:color="auto"/>
            <w:left w:val="none" w:sz="0" w:space="0" w:color="auto"/>
            <w:bottom w:val="none" w:sz="0" w:space="0" w:color="auto"/>
            <w:right w:val="none" w:sz="0" w:space="0" w:color="auto"/>
          </w:divBdr>
        </w:div>
        <w:div w:id="1056389648">
          <w:marLeft w:val="480"/>
          <w:marRight w:val="0"/>
          <w:marTop w:val="0"/>
          <w:marBottom w:val="0"/>
          <w:divBdr>
            <w:top w:val="none" w:sz="0" w:space="0" w:color="auto"/>
            <w:left w:val="none" w:sz="0" w:space="0" w:color="auto"/>
            <w:bottom w:val="none" w:sz="0" w:space="0" w:color="auto"/>
            <w:right w:val="none" w:sz="0" w:space="0" w:color="auto"/>
          </w:divBdr>
        </w:div>
        <w:div w:id="1081409998">
          <w:marLeft w:val="480"/>
          <w:marRight w:val="0"/>
          <w:marTop w:val="0"/>
          <w:marBottom w:val="0"/>
          <w:divBdr>
            <w:top w:val="none" w:sz="0" w:space="0" w:color="auto"/>
            <w:left w:val="none" w:sz="0" w:space="0" w:color="auto"/>
            <w:bottom w:val="none" w:sz="0" w:space="0" w:color="auto"/>
            <w:right w:val="none" w:sz="0" w:space="0" w:color="auto"/>
          </w:divBdr>
        </w:div>
        <w:div w:id="1174760875">
          <w:marLeft w:val="480"/>
          <w:marRight w:val="0"/>
          <w:marTop w:val="0"/>
          <w:marBottom w:val="0"/>
          <w:divBdr>
            <w:top w:val="none" w:sz="0" w:space="0" w:color="auto"/>
            <w:left w:val="none" w:sz="0" w:space="0" w:color="auto"/>
            <w:bottom w:val="none" w:sz="0" w:space="0" w:color="auto"/>
            <w:right w:val="none" w:sz="0" w:space="0" w:color="auto"/>
          </w:divBdr>
        </w:div>
        <w:div w:id="1277759683">
          <w:marLeft w:val="480"/>
          <w:marRight w:val="0"/>
          <w:marTop w:val="0"/>
          <w:marBottom w:val="0"/>
          <w:divBdr>
            <w:top w:val="none" w:sz="0" w:space="0" w:color="auto"/>
            <w:left w:val="none" w:sz="0" w:space="0" w:color="auto"/>
            <w:bottom w:val="none" w:sz="0" w:space="0" w:color="auto"/>
            <w:right w:val="none" w:sz="0" w:space="0" w:color="auto"/>
          </w:divBdr>
        </w:div>
        <w:div w:id="1395203421">
          <w:marLeft w:val="480"/>
          <w:marRight w:val="0"/>
          <w:marTop w:val="0"/>
          <w:marBottom w:val="0"/>
          <w:divBdr>
            <w:top w:val="none" w:sz="0" w:space="0" w:color="auto"/>
            <w:left w:val="none" w:sz="0" w:space="0" w:color="auto"/>
            <w:bottom w:val="none" w:sz="0" w:space="0" w:color="auto"/>
            <w:right w:val="none" w:sz="0" w:space="0" w:color="auto"/>
          </w:divBdr>
        </w:div>
        <w:div w:id="1426923049">
          <w:marLeft w:val="480"/>
          <w:marRight w:val="0"/>
          <w:marTop w:val="0"/>
          <w:marBottom w:val="0"/>
          <w:divBdr>
            <w:top w:val="none" w:sz="0" w:space="0" w:color="auto"/>
            <w:left w:val="none" w:sz="0" w:space="0" w:color="auto"/>
            <w:bottom w:val="none" w:sz="0" w:space="0" w:color="auto"/>
            <w:right w:val="none" w:sz="0" w:space="0" w:color="auto"/>
          </w:divBdr>
        </w:div>
        <w:div w:id="1438676159">
          <w:marLeft w:val="480"/>
          <w:marRight w:val="0"/>
          <w:marTop w:val="0"/>
          <w:marBottom w:val="0"/>
          <w:divBdr>
            <w:top w:val="none" w:sz="0" w:space="0" w:color="auto"/>
            <w:left w:val="none" w:sz="0" w:space="0" w:color="auto"/>
            <w:bottom w:val="none" w:sz="0" w:space="0" w:color="auto"/>
            <w:right w:val="none" w:sz="0" w:space="0" w:color="auto"/>
          </w:divBdr>
        </w:div>
        <w:div w:id="1618175841">
          <w:marLeft w:val="480"/>
          <w:marRight w:val="0"/>
          <w:marTop w:val="0"/>
          <w:marBottom w:val="0"/>
          <w:divBdr>
            <w:top w:val="none" w:sz="0" w:space="0" w:color="auto"/>
            <w:left w:val="none" w:sz="0" w:space="0" w:color="auto"/>
            <w:bottom w:val="none" w:sz="0" w:space="0" w:color="auto"/>
            <w:right w:val="none" w:sz="0" w:space="0" w:color="auto"/>
          </w:divBdr>
        </w:div>
        <w:div w:id="1697659629">
          <w:marLeft w:val="480"/>
          <w:marRight w:val="0"/>
          <w:marTop w:val="0"/>
          <w:marBottom w:val="0"/>
          <w:divBdr>
            <w:top w:val="none" w:sz="0" w:space="0" w:color="auto"/>
            <w:left w:val="none" w:sz="0" w:space="0" w:color="auto"/>
            <w:bottom w:val="none" w:sz="0" w:space="0" w:color="auto"/>
            <w:right w:val="none" w:sz="0" w:space="0" w:color="auto"/>
          </w:divBdr>
        </w:div>
        <w:div w:id="1851481067">
          <w:marLeft w:val="480"/>
          <w:marRight w:val="0"/>
          <w:marTop w:val="0"/>
          <w:marBottom w:val="0"/>
          <w:divBdr>
            <w:top w:val="none" w:sz="0" w:space="0" w:color="auto"/>
            <w:left w:val="none" w:sz="0" w:space="0" w:color="auto"/>
            <w:bottom w:val="none" w:sz="0" w:space="0" w:color="auto"/>
            <w:right w:val="none" w:sz="0" w:space="0" w:color="auto"/>
          </w:divBdr>
        </w:div>
        <w:div w:id="1932079175">
          <w:marLeft w:val="480"/>
          <w:marRight w:val="0"/>
          <w:marTop w:val="0"/>
          <w:marBottom w:val="0"/>
          <w:divBdr>
            <w:top w:val="none" w:sz="0" w:space="0" w:color="auto"/>
            <w:left w:val="none" w:sz="0" w:space="0" w:color="auto"/>
            <w:bottom w:val="none" w:sz="0" w:space="0" w:color="auto"/>
            <w:right w:val="none" w:sz="0" w:space="0" w:color="auto"/>
          </w:divBdr>
        </w:div>
        <w:div w:id="2036422599">
          <w:marLeft w:val="480"/>
          <w:marRight w:val="0"/>
          <w:marTop w:val="0"/>
          <w:marBottom w:val="0"/>
          <w:divBdr>
            <w:top w:val="none" w:sz="0" w:space="0" w:color="auto"/>
            <w:left w:val="none" w:sz="0" w:space="0" w:color="auto"/>
            <w:bottom w:val="none" w:sz="0" w:space="0" w:color="auto"/>
            <w:right w:val="none" w:sz="0" w:space="0" w:color="auto"/>
          </w:divBdr>
        </w:div>
        <w:div w:id="2067991045">
          <w:marLeft w:val="480"/>
          <w:marRight w:val="0"/>
          <w:marTop w:val="0"/>
          <w:marBottom w:val="0"/>
          <w:divBdr>
            <w:top w:val="none" w:sz="0" w:space="0" w:color="auto"/>
            <w:left w:val="none" w:sz="0" w:space="0" w:color="auto"/>
            <w:bottom w:val="none" w:sz="0" w:space="0" w:color="auto"/>
            <w:right w:val="none" w:sz="0" w:space="0" w:color="auto"/>
          </w:divBdr>
        </w:div>
      </w:divsChild>
    </w:div>
    <w:div w:id="1627661563">
      <w:bodyDiv w:val="1"/>
      <w:marLeft w:val="0"/>
      <w:marRight w:val="0"/>
      <w:marTop w:val="0"/>
      <w:marBottom w:val="0"/>
      <w:divBdr>
        <w:top w:val="none" w:sz="0" w:space="0" w:color="auto"/>
        <w:left w:val="none" w:sz="0" w:space="0" w:color="auto"/>
        <w:bottom w:val="none" w:sz="0" w:space="0" w:color="auto"/>
        <w:right w:val="none" w:sz="0" w:space="0" w:color="auto"/>
      </w:divBdr>
    </w:div>
    <w:div w:id="1629360544">
      <w:bodyDiv w:val="1"/>
      <w:marLeft w:val="0"/>
      <w:marRight w:val="0"/>
      <w:marTop w:val="0"/>
      <w:marBottom w:val="0"/>
      <w:divBdr>
        <w:top w:val="none" w:sz="0" w:space="0" w:color="auto"/>
        <w:left w:val="none" w:sz="0" w:space="0" w:color="auto"/>
        <w:bottom w:val="none" w:sz="0" w:space="0" w:color="auto"/>
        <w:right w:val="none" w:sz="0" w:space="0" w:color="auto"/>
      </w:divBdr>
    </w:div>
    <w:div w:id="1629510238">
      <w:bodyDiv w:val="1"/>
      <w:marLeft w:val="0"/>
      <w:marRight w:val="0"/>
      <w:marTop w:val="0"/>
      <w:marBottom w:val="0"/>
      <w:divBdr>
        <w:top w:val="none" w:sz="0" w:space="0" w:color="auto"/>
        <w:left w:val="none" w:sz="0" w:space="0" w:color="auto"/>
        <w:bottom w:val="none" w:sz="0" w:space="0" w:color="auto"/>
        <w:right w:val="none" w:sz="0" w:space="0" w:color="auto"/>
      </w:divBdr>
    </w:div>
    <w:div w:id="1629702140">
      <w:bodyDiv w:val="1"/>
      <w:marLeft w:val="0"/>
      <w:marRight w:val="0"/>
      <w:marTop w:val="0"/>
      <w:marBottom w:val="0"/>
      <w:divBdr>
        <w:top w:val="none" w:sz="0" w:space="0" w:color="auto"/>
        <w:left w:val="none" w:sz="0" w:space="0" w:color="auto"/>
        <w:bottom w:val="none" w:sz="0" w:space="0" w:color="auto"/>
        <w:right w:val="none" w:sz="0" w:space="0" w:color="auto"/>
      </w:divBdr>
    </w:div>
    <w:div w:id="1633247264">
      <w:bodyDiv w:val="1"/>
      <w:marLeft w:val="0"/>
      <w:marRight w:val="0"/>
      <w:marTop w:val="0"/>
      <w:marBottom w:val="0"/>
      <w:divBdr>
        <w:top w:val="none" w:sz="0" w:space="0" w:color="auto"/>
        <w:left w:val="none" w:sz="0" w:space="0" w:color="auto"/>
        <w:bottom w:val="none" w:sz="0" w:space="0" w:color="auto"/>
        <w:right w:val="none" w:sz="0" w:space="0" w:color="auto"/>
      </w:divBdr>
    </w:div>
    <w:div w:id="1634672985">
      <w:bodyDiv w:val="1"/>
      <w:marLeft w:val="0"/>
      <w:marRight w:val="0"/>
      <w:marTop w:val="0"/>
      <w:marBottom w:val="0"/>
      <w:divBdr>
        <w:top w:val="none" w:sz="0" w:space="0" w:color="auto"/>
        <w:left w:val="none" w:sz="0" w:space="0" w:color="auto"/>
        <w:bottom w:val="none" w:sz="0" w:space="0" w:color="auto"/>
        <w:right w:val="none" w:sz="0" w:space="0" w:color="auto"/>
      </w:divBdr>
    </w:div>
    <w:div w:id="1635601203">
      <w:bodyDiv w:val="1"/>
      <w:marLeft w:val="0"/>
      <w:marRight w:val="0"/>
      <w:marTop w:val="0"/>
      <w:marBottom w:val="0"/>
      <w:divBdr>
        <w:top w:val="none" w:sz="0" w:space="0" w:color="auto"/>
        <w:left w:val="none" w:sz="0" w:space="0" w:color="auto"/>
        <w:bottom w:val="none" w:sz="0" w:space="0" w:color="auto"/>
        <w:right w:val="none" w:sz="0" w:space="0" w:color="auto"/>
      </w:divBdr>
    </w:div>
    <w:div w:id="1640721434">
      <w:bodyDiv w:val="1"/>
      <w:marLeft w:val="0"/>
      <w:marRight w:val="0"/>
      <w:marTop w:val="0"/>
      <w:marBottom w:val="0"/>
      <w:divBdr>
        <w:top w:val="none" w:sz="0" w:space="0" w:color="auto"/>
        <w:left w:val="none" w:sz="0" w:space="0" w:color="auto"/>
        <w:bottom w:val="none" w:sz="0" w:space="0" w:color="auto"/>
        <w:right w:val="none" w:sz="0" w:space="0" w:color="auto"/>
      </w:divBdr>
    </w:div>
    <w:div w:id="1642491741">
      <w:bodyDiv w:val="1"/>
      <w:marLeft w:val="0"/>
      <w:marRight w:val="0"/>
      <w:marTop w:val="0"/>
      <w:marBottom w:val="0"/>
      <w:divBdr>
        <w:top w:val="none" w:sz="0" w:space="0" w:color="auto"/>
        <w:left w:val="none" w:sz="0" w:space="0" w:color="auto"/>
        <w:bottom w:val="none" w:sz="0" w:space="0" w:color="auto"/>
        <w:right w:val="none" w:sz="0" w:space="0" w:color="auto"/>
      </w:divBdr>
    </w:div>
    <w:div w:id="1645042538">
      <w:bodyDiv w:val="1"/>
      <w:marLeft w:val="0"/>
      <w:marRight w:val="0"/>
      <w:marTop w:val="0"/>
      <w:marBottom w:val="0"/>
      <w:divBdr>
        <w:top w:val="none" w:sz="0" w:space="0" w:color="auto"/>
        <w:left w:val="none" w:sz="0" w:space="0" w:color="auto"/>
        <w:bottom w:val="none" w:sz="0" w:space="0" w:color="auto"/>
        <w:right w:val="none" w:sz="0" w:space="0" w:color="auto"/>
      </w:divBdr>
    </w:div>
    <w:div w:id="1648052318">
      <w:bodyDiv w:val="1"/>
      <w:marLeft w:val="0"/>
      <w:marRight w:val="0"/>
      <w:marTop w:val="0"/>
      <w:marBottom w:val="0"/>
      <w:divBdr>
        <w:top w:val="none" w:sz="0" w:space="0" w:color="auto"/>
        <w:left w:val="none" w:sz="0" w:space="0" w:color="auto"/>
        <w:bottom w:val="none" w:sz="0" w:space="0" w:color="auto"/>
        <w:right w:val="none" w:sz="0" w:space="0" w:color="auto"/>
      </w:divBdr>
    </w:div>
    <w:div w:id="1650943025">
      <w:bodyDiv w:val="1"/>
      <w:marLeft w:val="0"/>
      <w:marRight w:val="0"/>
      <w:marTop w:val="0"/>
      <w:marBottom w:val="0"/>
      <w:divBdr>
        <w:top w:val="none" w:sz="0" w:space="0" w:color="auto"/>
        <w:left w:val="none" w:sz="0" w:space="0" w:color="auto"/>
        <w:bottom w:val="none" w:sz="0" w:space="0" w:color="auto"/>
        <w:right w:val="none" w:sz="0" w:space="0" w:color="auto"/>
      </w:divBdr>
    </w:div>
    <w:div w:id="1653485419">
      <w:bodyDiv w:val="1"/>
      <w:marLeft w:val="0"/>
      <w:marRight w:val="0"/>
      <w:marTop w:val="0"/>
      <w:marBottom w:val="0"/>
      <w:divBdr>
        <w:top w:val="none" w:sz="0" w:space="0" w:color="auto"/>
        <w:left w:val="none" w:sz="0" w:space="0" w:color="auto"/>
        <w:bottom w:val="none" w:sz="0" w:space="0" w:color="auto"/>
        <w:right w:val="none" w:sz="0" w:space="0" w:color="auto"/>
      </w:divBdr>
    </w:div>
    <w:div w:id="1658412538">
      <w:bodyDiv w:val="1"/>
      <w:marLeft w:val="0"/>
      <w:marRight w:val="0"/>
      <w:marTop w:val="0"/>
      <w:marBottom w:val="0"/>
      <w:divBdr>
        <w:top w:val="none" w:sz="0" w:space="0" w:color="auto"/>
        <w:left w:val="none" w:sz="0" w:space="0" w:color="auto"/>
        <w:bottom w:val="none" w:sz="0" w:space="0" w:color="auto"/>
        <w:right w:val="none" w:sz="0" w:space="0" w:color="auto"/>
      </w:divBdr>
    </w:div>
    <w:div w:id="1658805522">
      <w:bodyDiv w:val="1"/>
      <w:marLeft w:val="0"/>
      <w:marRight w:val="0"/>
      <w:marTop w:val="0"/>
      <w:marBottom w:val="0"/>
      <w:divBdr>
        <w:top w:val="none" w:sz="0" w:space="0" w:color="auto"/>
        <w:left w:val="none" w:sz="0" w:space="0" w:color="auto"/>
        <w:bottom w:val="none" w:sz="0" w:space="0" w:color="auto"/>
        <w:right w:val="none" w:sz="0" w:space="0" w:color="auto"/>
      </w:divBdr>
    </w:div>
    <w:div w:id="1666593534">
      <w:bodyDiv w:val="1"/>
      <w:marLeft w:val="0"/>
      <w:marRight w:val="0"/>
      <w:marTop w:val="0"/>
      <w:marBottom w:val="0"/>
      <w:divBdr>
        <w:top w:val="none" w:sz="0" w:space="0" w:color="auto"/>
        <w:left w:val="none" w:sz="0" w:space="0" w:color="auto"/>
        <w:bottom w:val="none" w:sz="0" w:space="0" w:color="auto"/>
        <w:right w:val="none" w:sz="0" w:space="0" w:color="auto"/>
      </w:divBdr>
    </w:div>
    <w:div w:id="1666662050">
      <w:bodyDiv w:val="1"/>
      <w:marLeft w:val="0"/>
      <w:marRight w:val="0"/>
      <w:marTop w:val="0"/>
      <w:marBottom w:val="0"/>
      <w:divBdr>
        <w:top w:val="none" w:sz="0" w:space="0" w:color="auto"/>
        <w:left w:val="none" w:sz="0" w:space="0" w:color="auto"/>
        <w:bottom w:val="none" w:sz="0" w:space="0" w:color="auto"/>
        <w:right w:val="none" w:sz="0" w:space="0" w:color="auto"/>
      </w:divBdr>
      <w:divsChild>
        <w:div w:id="20476626">
          <w:marLeft w:val="480"/>
          <w:marRight w:val="0"/>
          <w:marTop w:val="0"/>
          <w:marBottom w:val="0"/>
          <w:divBdr>
            <w:top w:val="none" w:sz="0" w:space="0" w:color="auto"/>
            <w:left w:val="none" w:sz="0" w:space="0" w:color="auto"/>
            <w:bottom w:val="none" w:sz="0" w:space="0" w:color="auto"/>
            <w:right w:val="none" w:sz="0" w:space="0" w:color="auto"/>
          </w:divBdr>
        </w:div>
        <w:div w:id="29645371">
          <w:marLeft w:val="480"/>
          <w:marRight w:val="0"/>
          <w:marTop w:val="0"/>
          <w:marBottom w:val="0"/>
          <w:divBdr>
            <w:top w:val="none" w:sz="0" w:space="0" w:color="auto"/>
            <w:left w:val="none" w:sz="0" w:space="0" w:color="auto"/>
            <w:bottom w:val="none" w:sz="0" w:space="0" w:color="auto"/>
            <w:right w:val="none" w:sz="0" w:space="0" w:color="auto"/>
          </w:divBdr>
        </w:div>
        <w:div w:id="31662622">
          <w:marLeft w:val="480"/>
          <w:marRight w:val="0"/>
          <w:marTop w:val="0"/>
          <w:marBottom w:val="0"/>
          <w:divBdr>
            <w:top w:val="none" w:sz="0" w:space="0" w:color="auto"/>
            <w:left w:val="none" w:sz="0" w:space="0" w:color="auto"/>
            <w:bottom w:val="none" w:sz="0" w:space="0" w:color="auto"/>
            <w:right w:val="none" w:sz="0" w:space="0" w:color="auto"/>
          </w:divBdr>
        </w:div>
        <w:div w:id="103886760">
          <w:marLeft w:val="480"/>
          <w:marRight w:val="0"/>
          <w:marTop w:val="0"/>
          <w:marBottom w:val="0"/>
          <w:divBdr>
            <w:top w:val="none" w:sz="0" w:space="0" w:color="auto"/>
            <w:left w:val="none" w:sz="0" w:space="0" w:color="auto"/>
            <w:bottom w:val="none" w:sz="0" w:space="0" w:color="auto"/>
            <w:right w:val="none" w:sz="0" w:space="0" w:color="auto"/>
          </w:divBdr>
        </w:div>
        <w:div w:id="134029067">
          <w:marLeft w:val="480"/>
          <w:marRight w:val="0"/>
          <w:marTop w:val="0"/>
          <w:marBottom w:val="0"/>
          <w:divBdr>
            <w:top w:val="none" w:sz="0" w:space="0" w:color="auto"/>
            <w:left w:val="none" w:sz="0" w:space="0" w:color="auto"/>
            <w:bottom w:val="none" w:sz="0" w:space="0" w:color="auto"/>
            <w:right w:val="none" w:sz="0" w:space="0" w:color="auto"/>
          </w:divBdr>
        </w:div>
        <w:div w:id="157580318">
          <w:marLeft w:val="480"/>
          <w:marRight w:val="0"/>
          <w:marTop w:val="0"/>
          <w:marBottom w:val="0"/>
          <w:divBdr>
            <w:top w:val="none" w:sz="0" w:space="0" w:color="auto"/>
            <w:left w:val="none" w:sz="0" w:space="0" w:color="auto"/>
            <w:bottom w:val="none" w:sz="0" w:space="0" w:color="auto"/>
            <w:right w:val="none" w:sz="0" w:space="0" w:color="auto"/>
          </w:divBdr>
        </w:div>
        <w:div w:id="158623142">
          <w:marLeft w:val="480"/>
          <w:marRight w:val="0"/>
          <w:marTop w:val="0"/>
          <w:marBottom w:val="0"/>
          <w:divBdr>
            <w:top w:val="none" w:sz="0" w:space="0" w:color="auto"/>
            <w:left w:val="none" w:sz="0" w:space="0" w:color="auto"/>
            <w:bottom w:val="none" w:sz="0" w:space="0" w:color="auto"/>
            <w:right w:val="none" w:sz="0" w:space="0" w:color="auto"/>
          </w:divBdr>
        </w:div>
        <w:div w:id="185024387">
          <w:marLeft w:val="480"/>
          <w:marRight w:val="0"/>
          <w:marTop w:val="0"/>
          <w:marBottom w:val="0"/>
          <w:divBdr>
            <w:top w:val="none" w:sz="0" w:space="0" w:color="auto"/>
            <w:left w:val="none" w:sz="0" w:space="0" w:color="auto"/>
            <w:bottom w:val="none" w:sz="0" w:space="0" w:color="auto"/>
            <w:right w:val="none" w:sz="0" w:space="0" w:color="auto"/>
          </w:divBdr>
        </w:div>
        <w:div w:id="226956169">
          <w:marLeft w:val="480"/>
          <w:marRight w:val="0"/>
          <w:marTop w:val="0"/>
          <w:marBottom w:val="0"/>
          <w:divBdr>
            <w:top w:val="none" w:sz="0" w:space="0" w:color="auto"/>
            <w:left w:val="none" w:sz="0" w:space="0" w:color="auto"/>
            <w:bottom w:val="none" w:sz="0" w:space="0" w:color="auto"/>
            <w:right w:val="none" w:sz="0" w:space="0" w:color="auto"/>
          </w:divBdr>
        </w:div>
        <w:div w:id="295793801">
          <w:marLeft w:val="480"/>
          <w:marRight w:val="0"/>
          <w:marTop w:val="0"/>
          <w:marBottom w:val="0"/>
          <w:divBdr>
            <w:top w:val="none" w:sz="0" w:space="0" w:color="auto"/>
            <w:left w:val="none" w:sz="0" w:space="0" w:color="auto"/>
            <w:bottom w:val="none" w:sz="0" w:space="0" w:color="auto"/>
            <w:right w:val="none" w:sz="0" w:space="0" w:color="auto"/>
          </w:divBdr>
        </w:div>
        <w:div w:id="517742758">
          <w:marLeft w:val="480"/>
          <w:marRight w:val="0"/>
          <w:marTop w:val="0"/>
          <w:marBottom w:val="0"/>
          <w:divBdr>
            <w:top w:val="none" w:sz="0" w:space="0" w:color="auto"/>
            <w:left w:val="none" w:sz="0" w:space="0" w:color="auto"/>
            <w:bottom w:val="none" w:sz="0" w:space="0" w:color="auto"/>
            <w:right w:val="none" w:sz="0" w:space="0" w:color="auto"/>
          </w:divBdr>
        </w:div>
        <w:div w:id="608002181">
          <w:marLeft w:val="480"/>
          <w:marRight w:val="0"/>
          <w:marTop w:val="0"/>
          <w:marBottom w:val="0"/>
          <w:divBdr>
            <w:top w:val="none" w:sz="0" w:space="0" w:color="auto"/>
            <w:left w:val="none" w:sz="0" w:space="0" w:color="auto"/>
            <w:bottom w:val="none" w:sz="0" w:space="0" w:color="auto"/>
            <w:right w:val="none" w:sz="0" w:space="0" w:color="auto"/>
          </w:divBdr>
        </w:div>
        <w:div w:id="632441988">
          <w:marLeft w:val="480"/>
          <w:marRight w:val="0"/>
          <w:marTop w:val="0"/>
          <w:marBottom w:val="0"/>
          <w:divBdr>
            <w:top w:val="none" w:sz="0" w:space="0" w:color="auto"/>
            <w:left w:val="none" w:sz="0" w:space="0" w:color="auto"/>
            <w:bottom w:val="none" w:sz="0" w:space="0" w:color="auto"/>
            <w:right w:val="none" w:sz="0" w:space="0" w:color="auto"/>
          </w:divBdr>
        </w:div>
        <w:div w:id="671031930">
          <w:marLeft w:val="480"/>
          <w:marRight w:val="0"/>
          <w:marTop w:val="0"/>
          <w:marBottom w:val="0"/>
          <w:divBdr>
            <w:top w:val="none" w:sz="0" w:space="0" w:color="auto"/>
            <w:left w:val="none" w:sz="0" w:space="0" w:color="auto"/>
            <w:bottom w:val="none" w:sz="0" w:space="0" w:color="auto"/>
            <w:right w:val="none" w:sz="0" w:space="0" w:color="auto"/>
          </w:divBdr>
        </w:div>
        <w:div w:id="699472884">
          <w:marLeft w:val="480"/>
          <w:marRight w:val="0"/>
          <w:marTop w:val="0"/>
          <w:marBottom w:val="0"/>
          <w:divBdr>
            <w:top w:val="none" w:sz="0" w:space="0" w:color="auto"/>
            <w:left w:val="none" w:sz="0" w:space="0" w:color="auto"/>
            <w:bottom w:val="none" w:sz="0" w:space="0" w:color="auto"/>
            <w:right w:val="none" w:sz="0" w:space="0" w:color="auto"/>
          </w:divBdr>
        </w:div>
        <w:div w:id="700083341">
          <w:marLeft w:val="480"/>
          <w:marRight w:val="0"/>
          <w:marTop w:val="0"/>
          <w:marBottom w:val="0"/>
          <w:divBdr>
            <w:top w:val="none" w:sz="0" w:space="0" w:color="auto"/>
            <w:left w:val="none" w:sz="0" w:space="0" w:color="auto"/>
            <w:bottom w:val="none" w:sz="0" w:space="0" w:color="auto"/>
            <w:right w:val="none" w:sz="0" w:space="0" w:color="auto"/>
          </w:divBdr>
        </w:div>
        <w:div w:id="759910964">
          <w:marLeft w:val="480"/>
          <w:marRight w:val="0"/>
          <w:marTop w:val="0"/>
          <w:marBottom w:val="0"/>
          <w:divBdr>
            <w:top w:val="none" w:sz="0" w:space="0" w:color="auto"/>
            <w:left w:val="none" w:sz="0" w:space="0" w:color="auto"/>
            <w:bottom w:val="none" w:sz="0" w:space="0" w:color="auto"/>
            <w:right w:val="none" w:sz="0" w:space="0" w:color="auto"/>
          </w:divBdr>
        </w:div>
        <w:div w:id="770976100">
          <w:marLeft w:val="480"/>
          <w:marRight w:val="0"/>
          <w:marTop w:val="0"/>
          <w:marBottom w:val="0"/>
          <w:divBdr>
            <w:top w:val="none" w:sz="0" w:space="0" w:color="auto"/>
            <w:left w:val="none" w:sz="0" w:space="0" w:color="auto"/>
            <w:bottom w:val="none" w:sz="0" w:space="0" w:color="auto"/>
            <w:right w:val="none" w:sz="0" w:space="0" w:color="auto"/>
          </w:divBdr>
        </w:div>
        <w:div w:id="817723164">
          <w:marLeft w:val="480"/>
          <w:marRight w:val="0"/>
          <w:marTop w:val="0"/>
          <w:marBottom w:val="0"/>
          <w:divBdr>
            <w:top w:val="none" w:sz="0" w:space="0" w:color="auto"/>
            <w:left w:val="none" w:sz="0" w:space="0" w:color="auto"/>
            <w:bottom w:val="none" w:sz="0" w:space="0" w:color="auto"/>
            <w:right w:val="none" w:sz="0" w:space="0" w:color="auto"/>
          </w:divBdr>
        </w:div>
        <w:div w:id="1003050232">
          <w:marLeft w:val="480"/>
          <w:marRight w:val="0"/>
          <w:marTop w:val="0"/>
          <w:marBottom w:val="0"/>
          <w:divBdr>
            <w:top w:val="none" w:sz="0" w:space="0" w:color="auto"/>
            <w:left w:val="none" w:sz="0" w:space="0" w:color="auto"/>
            <w:bottom w:val="none" w:sz="0" w:space="0" w:color="auto"/>
            <w:right w:val="none" w:sz="0" w:space="0" w:color="auto"/>
          </w:divBdr>
        </w:div>
        <w:div w:id="1028601657">
          <w:marLeft w:val="480"/>
          <w:marRight w:val="0"/>
          <w:marTop w:val="0"/>
          <w:marBottom w:val="0"/>
          <w:divBdr>
            <w:top w:val="none" w:sz="0" w:space="0" w:color="auto"/>
            <w:left w:val="none" w:sz="0" w:space="0" w:color="auto"/>
            <w:bottom w:val="none" w:sz="0" w:space="0" w:color="auto"/>
            <w:right w:val="none" w:sz="0" w:space="0" w:color="auto"/>
          </w:divBdr>
        </w:div>
        <w:div w:id="1084761788">
          <w:marLeft w:val="480"/>
          <w:marRight w:val="0"/>
          <w:marTop w:val="0"/>
          <w:marBottom w:val="0"/>
          <w:divBdr>
            <w:top w:val="none" w:sz="0" w:space="0" w:color="auto"/>
            <w:left w:val="none" w:sz="0" w:space="0" w:color="auto"/>
            <w:bottom w:val="none" w:sz="0" w:space="0" w:color="auto"/>
            <w:right w:val="none" w:sz="0" w:space="0" w:color="auto"/>
          </w:divBdr>
        </w:div>
        <w:div w:id="1091855679">
          <w:marLeft w:val="480"/>
          <w:marRight w:val="0"/>
          <w:marTop w:val="0"/>
          <w:marBottom w:val="0"/>
          <w:divBdr>
            <w:top w:val="none" w:sz="0" w:space="0" w:color="auto"/>
            <w:left w:val="none" w:sz="0" w:space="0" w:color="auto"/>
            <w:bottom w:val="none" w:sz="0" w:space="0" w:color="auto"/>
            <w:right w:val="none" w:sz="0" w:space="0" w:color="auto"/>
          </w:divBdr>
        </w:div>
        <w:div w:id="1151141198">
          <w:marLeft w:val="480"/>
          <w:marRight w:val="0"/>
          <w:marTop w:val="0"/>
          <w:marBottom w:val="0"/>
          <w:divBdr>
            <w:top w:val="none" w:sz="0" w:space="0" w:color="auto"/>
            <w:left w:val="none" w:sz="0" w:space="0" w:color="auto"/>
            <w:bottom w:val="none" w:sz="0" w:space="0" w:color="auto"/>
            <w:right w:val="none" w:sz="0" w:space="0" w:color="auto"/>
          </w:divBdr>
        </w:div>
        <w:div w:id="1165508970">
          <w:marLeft w:val="480"/>
          <w:marRight w:val="0"/>
          <w:marTop w:val="0"/>
          <w:marBottom w:val="0"/>
          <w:divBdr>
            <w:top w:val="none" w:sz="0" w:space="0" w:color="auto"/>
            <w:left w:val="none" w:sz="0" w:space="0" w:color="auto"/>
            <w:bottom w:val="none" w:sz="0" w:space="0" w:color="auto"/>
            <w:right w:val="none" w:sz="0" w:space="0" w:color="auto"/>
          </w:divBdr>
        </w:div>
        <w:div w:id="1181507585">
          <w:marLeft w:val="480"/>
          <w:marRight w:val="0"/>
          <w:marTop w:val="0"/>
          <w:marBottom w:val="0"/>
          <w:divBdr>
            <w:top w:val="none" w:sz="0" w:space="0" w:color="auto"/>
            <w:left w:val="none" w:sz="0" w:space="0" w:color="auto"/>
            <w:bottom w:val="none" w:sz="0" w:space="0" w:color="auto"/>
            <w:right w:val="none" w:sz="0" w:space="0" w:color="auto"/>
          </w:divBdr>
        </w:div>
        <w:div w:id="1199704468">
          <w:marLeft w:val="480"/>
          <w:marRight w:val="0"/>
          <w:marTop w:val="0"/>
          <w:marBottom w:val="0"/>
          <w:divBdr>
            <w:top w:val="none" w:sz="0" w:space="0" w:color="auto"/>
            <w:left w:val="none" w:sz="0" w:space="0" w:color="auto"/>
            <w:bottom w:val="none" w:sz="0" w:space="0" w:color="auto"/>
            <w:right w:val="none" w:sz="0" w:space="0" w:color="auto"/>
          </w:divBdr>
        </w:div>
        <w:div w:id="1275821423">
          <w:marLeft w:val="480"/>
          <w:marRight w:val="0"/>
          <w:marTop w:val="0"/>
          <w:marBottom w:val="0"/>
          <w:divBdr>
            <w:top w:val="none" w:sz="0" w:space="0" w:color="auto"/>
            <w:left w:val="none" w:sz="0" w:space="0" w:color="auto"/>
            <w:bottom w:val="none" w:sz="0" w:space="0" w:color="auto"/>
            <w:right w:val="none" w:sz="0" w:space="0" w:color="auto"/>
          </w:divBdr>
        </w:div>
        <w:div w:id="1311325561">
          <w:marLeft w:val="480"/>
          <w:marRight w:val="0"/>
          <w:marTop w:val="0"/>
          <w:marBottom w:val="0"/>
          <w:divBdr>
            <w:top w:val="none" w:sz="0" w:space="0" w:color="auto"/>
            <w:left w:val="none" w:sz="0" w:space="0" w:color="auto"/>
            <w:bottom w:val="none" w:sz="0" w:space="0" w:color="auto"/>
            <w:right w:val="none" w:sz="0" w:space="0" w:color="auto"/>
          </w:divBdr>
        </w:div>
        <w:div w:id="1451633580">
          <w:marLeft w:val="480"/>
          <w:marRight w:val="0"/>
          <w:marTop w:val="0"/>
          <w:marBottom w:val="0"/>
          <w:divBdr>
            <w:top w:val="none" w:sz="0" w:space="0" w:color="auto"/>
            <w:left w:val="none" w:sz="0" w:space="0" w:color="auto"/>
            <w:bottom w:val="none" w:sz="0" w:space="0" w:color="auto"/>
            <w:right w:val="none" w:sz="0" w:space="0" w:color="auto"/>
          </w:divBdr>
        </w:div>
        <w:div w:id="1499228266">
          <w:marLeft w:val="480"/>
          <w:marRight w:val="0"/>
          <w:marTop w:val="0"/>
          <w:marBottom w:val="0"/>
          <w:divBdr>
            <w:top w:val="none" w:sz="0" w:space="0" w:color="auto"/>
            <w:left w:val="none" w:sz="0" w:space="0" w:color="auto"/>
            <w:bottom w:val="none" w:sz="0" w:space="0" w:color="auto"/>
            <w:right w:val="none" w:sz="0" w:space="0" w:color="auto"/>
          </w:divBdr>
        </w:div>
        <w:div w:id="1587033572">
          <w:marLeft w:val="480"/>
          <w:marRight w:val="0"/>
          <w:marTop w:val="0"/>
          <w:marBottom w:val="0"/>
          <w:divBdr>
            <w:top w:val="none" w:sz="0" w:space="0" w:color="auto"/>
            <w:left w:val="none" w:sz="0" w:space="0" w:color="auto"/>
            <w:bottom w:val="none" w:sz="0" w:space="0" w:color="auto"/>
            <w:right w:val="none" w:sz="0" w:space="0" w:color="auto"/>
          </w:divBdr>
        </w:div>
        <w:div w:id="1632125973">
          <w:marLeft w:val="480"/>
          <w:marRight w:val="0"/>
          <w:marTop w:val="0"/>
          <w:marBottom w:val="0"/>
          <w:divBdr>
            <w:top w:val="none" w:sz="0" w:space="0" w:color="auto"/>
            <w:left w:val="none" w:sz="0" w:space="0" w:color="auto"/>
            <w:bottom w:val="none" w:sz="0" w:space="0" w:color="auto"/>
            <w:right w:val="none" w:sz="0" w:space="0" w:color="auto"/>
          </w:divBdr>
        </w:div>
        <w:div w:id="1731230562">
          <w:marLeft w:val="480"/>
          <w:marRight w:val="0"/>
          <w:marTop w:val="0"/>
          <w:marBottom w:val="0"/>
          <w:divBdr>
            <w:top w:val="none" w:sz="0" w:space="0" w:color="auto"/>
            <w:left w:val="none" w:sz="0" w:space="0" w:color="auto"/>
            <w:bottom w:val="none" w:sz="0" w:space="0" w:color="auto"/>
            <w:right w:val="none" w:sz="0" w:space="0" w:color="auto"/>
          </w:divBdr>
        </w:div>
        <w:div w:id="1737391855">
          <w:marLeft w:val="480"/>
          <w:marRight w:val="0"/>
          <w:marTop w:val="0"/>
          <w:marBottom w:val="0"/>
          <w:divBdr>
            <w:top w:val="none" w:sz="0" w:space="0" w:color="auto"/>
            <w:left w:val="none" w:sz="0" w:space="0" w:color="auto"/>
            <w:bottom w:val="none" w:sz="0" w:space="0" w:color="auto"/>
            <w:right w:val="none" w:sz="0" w:space="0" w:color="auto"/>
          </w:divBdr>
        </w:div>
        <w:div w:id="1765687361">
          <w:marLeft w:val="480"/>
          <w:marRight w:val="0"/>
          <w:marTop w:val="0"/>
          <w:marBottom w:val="0"/>
          <w:divBdr>
            <w:top w:val="none" w:sz="0" w:space="0" w:color="auto"/>
            <w:left w:val="none" w:sz="0" w:space="0" w:color="auto"/>
            <w:bottom w:val="none" w:sz="0" w:space="0" w:color="auto"/>
            <w:right w:val="none" w:sz="0" w:space="0" w:color="auto"/>
          </w:divBdr>
        </w:div>
        <w:div w:id="1794861187">
          <w:marLeft w:val="480"/>
          <w:marRight w:val="0"/>
          <w:marTop w:val="0"/>
          <w:marBottom w:val="0"/>
          <w:divBdr>
            <w:top w:val="none" w:sz="0" w:space="0" w:color="auto"/>
            <w:left w:val="none" w:sz="0" w:space="0" w:color="auto"/>
            <w:bottom w:val="none" w:sz="0" w:space="0" w:color="auto"/>
            <w:right w:val="none" w:sz="0" w:space="0" w:color="auto"/>
          </w:divBdr>
        </w:div>
        <w:div w:id="1812746391">
          <w:marLeft w:val="480"/>
          <w:marRight w:val="0"/>
          <w:marTop w:val="0"/>
          <w:marBottom w:val="0"/>
          <w:divBdr>
            <w:top w:val="none" w:sz="0" w:space="0" w:color="auto"/>
            <w:left w:val="none" w:sz="0" w:space="0" w:color="auto"/>
            <w:bottom w:val="none" w:sz="0" w:space="0" w:color="auto"/>
            <w:right w:val="none" w:sz="0" w:space="0" w:color="auto"/>
          </w:divBdr>
        </w:div>
        <w:div w:id="1832402479">
          <w:marLeft w:val="480"/>
          <w:marRight w:val="0"/>
          <w:marTop w:val="0"/>
          <w:marBottom w:val="0"/>
          <w:divBdr>
            <w:top w:val="none" w:sz="0" w:space="0" w:color="auto"/>
            <w:left w:val="none" w:sz="0" w:space="0" w:color="auto"/>
            <w:bottom w:val="none" w:sz="0" w:space="0" w:color="auto"/>
            <w:right w:val="none" w:sz="0" w:space="0" w:color="auto"/>
          </w:divBdr>
        </w:div>
        <w:div w:id="1885091479">
          <w:marLeft w:val="480"/>
          <w:marRight w:val="0"/>
          <w:marTop w:val="0"/>
          <w:marBottom w:val="0"/>
          <w:divBdr>
            <w:top w:val="none" w:sz="0" w:space="0" w:color="auto"/>
            <w:left w:val="none" w:sz="0" w:space="0" w:color="auto"/>
            <w:bottom w:val="none" w:sz="0" w:space="0" w:color="auto"/>
            <w:right w:val="none" w:sz="0" w:space="0" w:color="auto"/>
          </w:divBdr>
        </w:div>
        <w:div w:id="1895239425">
          <w:marLeft w:val="480"/>
          <w:marRight w:val="0"/>
          <w:marTop w:val="0"/>
          <w:marBottom w:val="0"/>
          <w:divBdr>
            <w:top w:val="none" w:sz="0" w:space="0" w:color="auto"/>
            <w:left w:val="none" w:sz="0" w:space="0" w:color="auto"/>
            <w:bottom w:val="none" w:sz="0" w:space="0" w:color="auto"/>
            <w:right w:val="none" w:sz="0" w:space="0" w:color="auto"/>
          </w:divBdr>
        </w:div>
        <w:div w:id="2060084632">
          <w:marLeft w:val="480"/>
          <w:marRight w:val="0"/>
          <w:marTop w:val="0"/>
          <w:marBottom w:val="0"/>
          <w:divBdr>
            <w:top w:val="none" w:sz="0" w:space="0" w:color="auto"/>
            <w:left w:val="none" w:sz="0" w:space="0" w:color="auto"/>
            <w:bottom w:val="none" w:sz="0" w:space="0" w:color="auto"/>
            <w:right w:val="none" w:sz="0" w:space="0" w:color="auto"/>
          </w:divBdr>
        </w:div>
        <w:div w:id="2103137208">
          <w:marLeft w:val="480"/>
          <w:marRight w:val="0"/>
          <w:marTop w:val="0"/>
          <w:marBottom w:val="0"/>
          <w:divBdr>
            <w:top w:val="none" w:sz="0" w:space="0" w:color="auto"/>
            <w:left w:val="none" w:sz="0" w:space="0" w:color="auto"/>
            <w:bottom w:val="none" w:sz="0" w:space="0" w:color="auto"/>
            <w:right w:val="none" w:sz="0" w:space="0" w:color="auto"/>
          </w:divBdr>
        </w:div>
      </w:divsChild>
    </w:div>
    <w:div w:id="1667132105">
      <w:bodyDiv w:val="1"/>
      <w:marLeft w:val="0"/>
      <w:marRight w:val="0"/>
      <w:marTop w:val="0"/>
      <w:marBottom w:val="0"/>
      <w:divBdr>
        <w:top w:val="none" w:sz="0" w:space="0" w:color="auto"/>
        <w:left w:val="none" w:sz="0" w:space="0" w:color="auto"/>
        <w:bottom w:val="none" w:sz="0" w:space="0" w:color="auto"/>
        <w:right w:val="none" w:sz="0" w:space="0" w:color="auto"/>
      </w:divBdr>
    </w:div>
    <w:div w:id="1668439030">
      <w:bodyDiv w:val="1"/>
      <w:marLeft w:val="0"/>
      <w:marRight w:val="0"/>
      <w:marTop w:val="0"/>
      <w:marBottom w:val="0"/>
      <w:divBdr>
        <w:top w:val="none" w:sz="0" w:space="0" w:color="auto"/>
        <w:left w:val="none" w:sz="0" w:space="0" w:color="auto"/>
        <w:bottom w:val="none" w:sz="0" w:space="0" w:color="auto"/>
        <w:right w:val="none" w:sz="0" w:space="0" w:color="auto"/>
      </w:divBdr>
    </w:div>
    <w:div w:id="1669362258">
      <w:bodyDiv w:val="1"/>
      <w:marLeft w:val="0"/>
      <w:marRight w:val="0"/>
      <w:marTop w:val="0"/>
      <w:marBottom w:val="0"/>
      <w:divBdr>
        <w:top w:val="none" w:sz="0" w:space="0" w:color="auto"/>
        <w:left w:val="none" w:sz="0" w:space="0" w:color="auto"/>
        <w:bottom w:val="none" w:sz="0" w:space="0" w:color="auto"/>
        <w:right w:val="none" w:sz="0" w:space="0" w:color="auto"/>
      </w:divBdr>
    </w:div>
    <w:div w:id="1669943429">
      <w:bodyDiv w:val="1"/>
      <w:marLeft w:val="0"/>
      <w:marRight w:val="0"/>
      <w:marTop w:val="0"/>
      <w:marBottom w:val="0"/>
      <w:divBdr>
        <w:top w:val="none" w:sz="0" w:space="0" w:color="auto"/>
        <w:left w:val="none" w:sz="0" w:space="0" w:color="auto"/>
        <w:bottom w:val="none" w:sz="0" w:space="0" w:color="auto"/>
        <w:right w:val="none" w:sz="0" w:space="0" w:color="auto"/>
      </w:divBdr>
    </w:div>
    <w:div w:id="1671563918">
      <w:bodyDiv w:val="1"/>
      <w:marLeft w:val="0"/>
      <w:marRight w:val="0"/>
      <w:marTop w:val="0"/>
      <w:marBottom w:val="0"/>
      <w:divBdr>
        <w:top w:val="none" w:sz="0" w:space="0" w:color="auto"/>
        <w:left w:val="none" w:sz="0" w:space="0" w:color="auto"/>
        <w:bottom w:val="none" w:sz="0" w:space="0" w:color="auto"/>
        <w:right w:val="none" w:sz="0" w:space="0" w:color="auto"/>
      </w:divBdr>
    </w:div>
    <w:div w:id="1671715574">
      <w:bodyDiv w:val="1"/>
      <w:marLeft w:val="0"/>
      <w:marRight w:val="0"/>
      <w:marTop w:val="0"/>
      <w:marBottom w:val="0"/>
      <w:divBdr>
        <w:top w:val="none" w:sz="0" w:space="0" w:color="auto"/>
        <w:left w:val="none" w:sz="0" w:space="0" w:color="auto"/>
        <w:bottom w:val="none" w:sz="0" w:space="0" w:color="auto"/>
        <w:right w:val="none" w:sz="0" w:space="0" w:color="auto"/>
      </w:divBdr>
    </w:div>
    <w:div w:id="1673099947">
      <w:bodyDiv w:val="1"/>
      <w:marLeft w:val="0"/>
      <w:marRight w:val="0"/>
      <w:marTop w:val="0"/>
      <w:marBottom w:val="0"/>
      <w:divBdr>
        <w:top w:val="none" w:sz="0" w:space="0" w:color="auto"/>
        <w:left w:val="none" w:sz="0" w:space="0" w:color="auto"/>
        <w:bottom w:val="none" w:sz="0" w:space="0" w:color="auto"/>
        <w:right w:val="none" w:sz="0" w:space="0" w:color="auto"/>
      </w:divBdr>
    </w:div>
    <w:div w:id="1677656594">
      <w:bodyDiv w:val="1"/>
      <w:marLeft w:val="0"/>
      <w:marRight w:val="0"/>
      <w:marTop w:val="0"/>
      <w:marBottom w:val="0"/>
      <w:divBdr>
        <w:top w:val="none" w:sz="0" w:space="0" w:color="auto"/>
        <w:left w:val="none" w:sz="0" w:space="0" w:color="auto"/>
        <w:bottom w:val="none" w:sz="0" w:space="0" w:color="auto"/>
        <w:right w:val="none" w:sz="0" w:space="0" w:color="auto"/>
      </w:divBdr>
    </w:div>
    <w:div w:id="1683051794">
      <w:bodyDiv w:val="1"/>
      <w:marLeft w:val="0"/>
      <w:marRight w:val="0"/>
      <w:marTop w:val="0"/>
      <w:marBottom w:val="0"/>
      <w:divBdr>
        <w:top w:val="none" w:sz="0" w:space="0" w:color="auto"/>
        <w:left w:val="none" w:sz="0" w:space="0" w:color="auto"/>
        <w:bottom w:val="none" w:sz="0" w:space="0" w:color="auto"/>
        <w:right w:val="none" w:sz="0" w:space="0" w:color="auto"/>
      </w:divBdr>
    </w:div>
    <w:div w:id="1683433732">
      <w:bodyDiv w:val="1"/>
      <w:marLeft w:val="0"/>
      <w:marRight w:val="0"/>
      <w:marTop w:val="0"/>
      <w:marBottom w:val="0"/>
      <w:divBdr>
        <w:top w:val="none" w:sz="0" w:space="0" w:color="auto"/>
        <w:left w:val="none" w:sz="0" w:space="0" w:color="auto"/>
        <w:bottom w:val="none" w:sz="0" w:space="0" w:color="auto"/>
        <w:right w:val="none" w:sz="0" w:space="0" w:color="auto"/>
      </w:divBdr>
    </w:div>
    <w:div w:id="1686323836">
      <w:bodyDiv w:val="1"/>
      <w:marLeft w:val="0"/>
      <w:marRight w:val="0"/>
      <w:marTop w:val="0"/>
      <w:marBottom w:val="0"/>
      <w:divBdr>
        <w:top w:val="none" w:sz="0" w:space="0" w:color="auto"/>
        <w:left w:val="none" w:sz="0" w:space="0" w:color="auto"/>
        <w:bottom w:val="none" w:sz="0" w:space="0" w:color="auto"/>
        <w:right w:val="none" w:sz="0" w:space="0" w:color="auto"/>
      </w:divBdr>
    </w:div>
    <w:div w:id="1686974287">
      <w:bodyDiv w:val="1"/>
      <w:marLeft w:val="0"/>
      <w:marRight w:val="0"/>
      <w:marTop w:val="0"/>
      <w:marBottom w:val="0"/>
      <w:divBdr>
        <w:top w:val="none" w:sz="0" w:space="0" w:color="auto"/>
        <w:left w:val="none" w:sz="0" w:space="0" w:color="auto"/>
        <w:bottom w:val="none" w:sz="0" w:space="0" w:color="auto"/>
        <w:right w:val="none" w:sz="0" w:space="0" w:color="auto"/>
      </w:divBdr>
    </w:div>
    <w:div w:id="1687554380">
      <w:bodyDiv w:val="1"/>
      <w:marLeft w:val="0"/>
      <w:marRight w:val="0"/>
      <w:marTop w:val="0"/>
      <w:marBottom w:val="0"/>
      <w:divBdr>
        <w:top w:val="none" w:sz="0" w:space="0" w:color="auto"/>
        <w:left w:val="none" w:sz="0" w:space="0" w:color="auto"/>
        <w:bottom w:val="none" w:sz="0" w:space="0" w:color="auto"/>
        <w:right w:val="none" w:sz="0" w:space="0" w:color="auto"/>
      </w:divBdr>
    </w:div>
    <w:div w:id="1688362942">
      <w:bodyDiv w:val="1"/>
      <w:marLeft w:val="0"/>
      <w:marRight w:val="0"/>
      <w:marTop w:val="0"/>
      <w:marBottom w:val="0"/>
      <w:divBdr>
        <w:top w:val="none" w:sz="0" w:space="0" w:color="auto"/>
        <w:left w:val="none" w:sz="0" w:space="0" w:color="auto"/>
        <w:bottom w:val="none" w:sz="0" w:space="0" w:color="auto"/>
        <w:right w:val="none" w:sz="0" w:space="0" w:color="auto"/>
      </w:divBdr>
    </w:div>
    <w:div w:id="1689868123">
      <w:bodyDiv w:val="1"/>
      <w:marLeft w:val="0"/>
      <w:marRight w:val="0"/>
      <w:marTop w:val="0"/>
      <w:marBottom w:val="0"/>
      <w:divBdr>
        <w:top w:val="none" w:sz="0" w:space="0" w:color="auto"/>
        <w:left w:val="none" w:sz="0" w:space="0" w:color="auto"/>
        <w:bottom w:val="none" w:sz="0" w:space="0" w:color="auto"/>
        <w:right w:val="none" w:sz="0" w:space="0" w:color="auto"/>
      </w:divBdr>
    </w:div>
    <w:div w:id="1690451382">
      <w:bodyDiv w:val="1"/>
      <w:marLeft w:val="0"/>
      <w:marRight w:val="0"/>
      <w:marTop w:val="0"/>
      <w:marBottom w:val="0"/>
      <w:divBdr>
        <w:top w:val="none" w:sz="0" w:space="0" w:color="auto"/>
        <w:left w:val="none" w:sz="0" w:space="0" w:color="auto"/>
        <w:bottom w:val="none" w:sz="0" w:space="0" w:color="auto"/>
        <w:right w:val="none" w:sz="0" w:space="0" w:color="auto"/>
      </w:divBdr>
    </w:div>
    <w:div w:id="1694844625">
      <w:bodyDiv w:val="1"/>
      <w:marLeft w:val="0"/>
      <w:marRight w:val="0"/>
      <w:marTop w:val="0"/>
      <w:marBottom w:val="0"/>
      <w:divBdr>
        <w:top w:val="none" w:sz="0" w:space="0" w:color="auto"/>
        <w:left w:val="none" w:sz="0" w:space="0" w:color="auto"/>
        <w:bottom w:val="none" w:sz="0" w:space="0" w:color="auto"/>
        <w:right w:val="none" w:sz="0" w:space="0" w:color="auto"/>
      </w:divBdr>
    </w:div>
    <w:div w:id="1695383062">
      <w:bodyDiv w:val="1"/>
      <w:marLeft w:val="0"/>
      <w:marRight w:val="0"/>
      <w:marTop w:val="0"/>
      <w:marBottom w:val="0"/>
      <w:divBdr>
        <w:top w:val="none" w:sz="0" w:space="0" w:color="auto"/>
        <w:left w:val="none" w:sz="0" w:space="0" w:color="auto"/>
        <w:bottom w:val="none" w:sz="0" w:space="0" w:color="auto"/>
        <w:right w:val="none" w:sz="0" w:space="0" w:color="auto"/>
      </w:divBdr>
    </w:div>
    <w:div w:id="1705709646">
      <w:bodyDiv w:val="1"/>
      <w:marLeft w:val="0"/>
      <w:marRight w:val="0"/>
      <w:marTop w:val="0"/>
      <w:marBottom w:val="0"/>
      <w:divBdr>
        <w:top w:val="none" w:sz="0" w:space="0" w:color="auto"/>
        <w:left w:val="none" w:sz="0" w:space="0" w:color="auto"/>
        <w:bottom w:val="none" w:sz="0" w:space="0" w:color="auto"/>
        <w:right w:val="none" w:sz="0" w:space="0" w:color="auto"/>
      </w:divBdr>
    </w:div>
    <w:div w:id="1706321285">
      <w:bodyDiv w:val="1"/>
      <w:marLeft w:val="0"/>
      <w:marRight w:val="0"/>
      <w:marTop w:val="0"/>
      <w:marBottom w:val="0"/>
      <w:divBdr>
        <w:top w:val="none" w:sz="0" w:space="0" w:color="auto"/>
        <w:left w:val="none" w:sz="0" w:space="0" w:color="auto"/>
        <w:bottom w:val="none" w:sz="0" w:space="0" w:color="auto"/>
        <w:right w:val="none" w:sz="0" w:space="0" w:color="auto"/>
      </w:divBdr>
    </w:div>
    <w:div w:id="1706708286">
      <w:bodyDiv w:val="1"/>
      <w:marLeft w:val="0"/>
      <w:marRight w:val="0"/>
      <w:marTop w:val="0"/>
      <w:marBottom w:val="0"/>
      <w:divBdr>
        <w:top w:val="none" w:sz="0" w:space="0" w:color="auto"/>
        <w:left w:val="none" w:sz="0" w:space="0" w:color="auto"/>
        <w:bottom w:val="none" w:sz="0" w:space="0" w:color="auto"/>
        <w:right w:val="none" w:sz="0" w:space="0" w:color="auto"/>
      </w:divBdr>
    </w:div>
    <w:div w:id="1708797498">
      <w:bodyDiv w:val="1"/>
      <w:marLeft w:val="0"/>
      <w:marRight w:val="0"/>
      <w:marTop w:val="0"/>
      <w:marBottom w:val="0"/>
      <w:divBdr>
        <w:top w:val="none" w:sz="0" w:space="0" w:color="auto"/>
        <w:left w:val="none" w:sz="0" w:space="0" w:color="auto"/>
        <w:bottom w:val="none" w:sz="0" w:space="0" w:color="auto"/>
        <w:right w:val="none" w:sz="0" w:space="0" w:color="auto"/>
      </w:divBdr>
    </w:div>
    <w:div w:id="1711151239">
      <w:bodyDiv w:val="1"/>
      <w:marLeft w:val="0"/>
      <w:marRight w:val="0"/>
      <w:marTop w:val="0"/>
      <w:marBottom w:val="0"/>
      <w:divBdr>
        <w:top w:val="none" w:sz="0" w:space="0" w:color="auto"/>
        <w:left w:val="none" w:sz="0" w:space="0" w:color="auto"/>
        <w:bottom w:val="none" w:sz="0" w:space="0" w:color="auto"/>
        <w:right w:val="none" w:sz="0" w:space="0" w:color="auto"/>
      </w:divBdr>
    </w:div>
    <w:div w:id="1711296514">
      <w:bodyDiv w:val="1"/>
      <w:marLeft w:val="0"/>
      <w:marRight w:val="0"/>
      <w:marTop w:val="0"/>
      <w:marBottom w:val="0"/>
      <w:divBdr>
        <w:top w:val="none" w:sz="0" w:space="0" w:color="auto"/>
        <w:left w:val="none" w:sz="0" w:space="0" w:color="auto"/>
        <w:bottom w:val="none" w:sz="0" w:space="0" w:color="auto"/>
        <w:right w:val="none" w:sz="0" w:space="0" w:color="auto"/>
      </w:divBdr>
      <w:divsChild>
        <w:div w:id="168326404">
          <w:marLeft w:val="480"/>
          <w:marRight w:val="0"/>
          <w:marTop w:val="0"/>
          <w:marBottom w:val="0"/>
          <w:divBdr>
            <w:top w:val="none" w:sz="0" w:space="0" w:color="auto"/>
            <w:left w:val="none" w:sz="0" w:space="0" w:color="auto"/>
            <w:bottom w:val="none" w:sz="0" w:space="0" w:color="auto"/>
            <w:right w:val="none" w:sz="0" w:space="0" w:color="auto"/>
          </w:divBdr>
        </w:div>
        <w:div w:id="262300140">
          <w:marLeft w:val="480"/>
          <w:marRight w:val="0"/>
          <w:marTop w:val="0"/>
          <w:marBottom w:val="0"/>
          <w:divBdr>
            <w:top w:val="none" w:sz="0" w:space="0" w:color="auto"/>
            <w:left w:val="none" w:sz="0" w:space="0" w:color="auto"/>
            <w:bottom w:val="none" w:sz="0" w:space="0" w:color="auto"/>
            <w:right w:val="none" w:sz="0" w:space="0" w:color="auto"/>
          </w:divBdr>
        </w:div>
        <w:div w:id="279266174">
          <w:marLeft w:val="480"/>
          <w:marRight w:val="0"/>
          <w:marTop w:val="0"/>
          <w:marBottom w:val="0"/>
          <w:divBdr>
            <w:top w:val="none" w:sz="0" w:space="0" w:color="auto"/>
            <w:left w:val="none" w:sz="0" w:space="0" w:color="auto"/>
            <w:bottom w:val="none" w:sz="0" w:space="0" w:color="auto"/>
            <w:right w:val="none" w:sz="0" w:space="0" w:color="auto"/>
          </w:divBdr>
        </w:div>
        <w:div w:id="409498414">
          <w:marLeft w:val="480"/>
          <w:marRight w:val="0"/>
          <w:marTop w:val="0"/>
          <w:marBottom w:val="0"/>
          <w:divBdr>
            <w:top w:val="none" w:sz="0" w:space="0" w:color="auto"/>
            <w:left w:val="none" w:sz="0" w:space="0" w:color="auto"/>
            <w:bottom w:val="none" w:sz="0" w:space="0" w:color="auto"/>
            <w:right w:val="none" w:sz="0" w:space="0" w:color="auto"/>
          </w:divBdr>
        </w:div>
        <w:div w:id="599532135">
          <w:marLeft w:val="480"/>
          <w:marRight w:val="0"/>
          <w:marTop w:val="0"/>
          <w:marBottom w:val="0"/>
          <w:divBdr>
            <w:top w:val="none" w:sz="0" w:space="0" w:color="auto"/>
            <w:left w:val="none" w:sz="0" w:space="0" w:color="auto"/>
            <w:bottom w:val="none" w:sz="0" w:space="0" w:color="auto"/>
            <w:right w:val="none" w:sz="0" w:space="0" w:color="auto"/>
          </w:divBdr>
        </w:div>
        <w:div w:id="732853013">
          <w:marLeft w:val="480"/>
          <w:marRight w:val="0"/>
          <w:marTop w:val="0"/>
          <w:marBottom w:val="0"/>
          <w:divBdr>
            <w:top w:val="none" w:sz="0" w:space="0" w:color="auto"/>
            <w:left w:val="none" w:sz="0" w:space="0" w:color="auto"/>
            <w:bottom w:val="none" w:sz="0" w:space="0" w:color="auto"/>
            <w:right w:val="none" w:sz="0" w:space="0" w:color="auto"/>
          </w:divBdr>
        </w:div>
        <w:div w:id="763723256">
          <w:marLeft w:val="480"/>
          <w:marRight w:val="0"/>
          <w:marTop w:val="0"/>
          <w:marBottom w:val="0"/>
          <w:divBdr>
            <w:top w:val="none" w:sz="0" w:space="0" w:color="auto"/>
            <w:left w:val="none" w:sz="0" w:space="0" w:color="auto"/>
            <w:bottom w:val="none" w:sz="0" w:space="0" w:color="auto"/>
            <w:right w:val="none" w:sz="0" w:space="0" w:color="auto"/>
          </w:divBdr>
        </w:div>
        <w:div w:id="858393248">
          <w:marLeft w:val="480"/>
          <w:marRight w:val="0"/>
          <w:marTop w:val="0"/>
          <w:marBottom w:val="0"/>
          <w:divBdr>
            <w:top w:val="none" w:sz="0" w:space="0" w:color="auto"/>
            <w:left w:val="none" w:sz="0" w:space="0" w:color="auto"/>
            <w:bottom w:val="none" w:sz="0" w:space="0" w:color="auto"/>
            <w:right w:val="none" w:sz="0" w:space="0" w:color="auto"/>
          </w:divBdr>
        </w:div>
        <w:div w:id="910231422">
          <w:marLeft w:val="480"/>
          <w:marRight w:val="0"/>
          <w:marTop w:val="0"/>
          <w:marBottom w:val="0"/>
          <w:divBdr>
            <w:top w:val="none" w:sz="0" w:space="0" w:color="auto"/>
            <w:left w:val="none" w:sz="0" w:space="0" w:color="auto"/>
            <w:bottom w:val="none" w:sz="0" w:space="0" w:color="auto"/>
            <w:right w:val="none" w:sz="0" w:space="0" w:color="auto"/>
          </w:divBdr>
        </w:div>
        <w:div w:id="931619884">
          <w:marLeft w:val="480"/>
          <w:marRight w:val="0"/>
          <w:marTop w:val="0"/>
          <w:marBottom w:val="0"/>
          <w:divBdr>
            <w:top w:val="none" w:sz="0" w:space="0" w:color="auto"/>
            <w:left w:val="none" w:sz="0" w:space="0" w:color="auto"/>
            <w:bottom w:val="none" w:sz="0" w:space="0" w:color="auto"/>
            <w:right w:val="none" w:sz="0" w:space="0" w:color="auto"/>
          </w:divBdr>
        </w:div>
        <w:div w:id="936867933">
          <w:marLeft w:val="480"/>
          <w:marRight w:val="0"/>
          <w:marTop w:val="0"/>
          <w:marBottom w:val="0"/>
          <w:divBdr>
            <w:top w:val="none" w:sz="0" w:space="0" w:color="auto"/>
            <w:left w:val="none" w:sz="0" w:space="0" w:color="auto"/>
            <w:bottom w:val="none" w:sz="0" w:space="0" w:color="auto"/>
            <w:right w:val="none" w:sz="0" w:space="0" w:color="auto"/>
          </w:divBdr>
        </w:div>
        <w:div w:id="1131827871">
          <w:marLeft w:val="480"/>
          <w:marRight w:val="0"/>
          <w:marTop w:val="0"/>
          <w:marBottom w:val="0"/>
          <w:divBdr>
            <w:top w:val="none" w:sz="0" w:space="0" w:color="auto"/>
            <w:left w:val="none" w:sz="0" w:space="0" w:color="auto"/>
            <w:bottom w:val="none" w:sz="0" w:space="0" w:color="auto"/>
            <w:right w:val="none" w:sz="0" w:space="0" w:color="auto"/>
          </w:divBdr>
        </w:div>
        <w:div w:id="1132015470">
          <w:marLeft w:val="480"/>
          <w:marRight w:val="0"/>
          <w:marTop w:val="0"/>
          <w:marBottom w:val="0"/>
          <w:divBdr>
            <w:top w:val="none" w:sz="0" w:space="0" w:color="auto"/>
            <w:left w:val="none" w:sz="0" w:space="0" w:color="auto"/>
            <w:bottom w:val="none" w:sz="0" w:space="0" w:color="auto"/>
            <w:right w:val="none" w:sz="0" w:space="0" w:color="auto"/>
          </w:divBdr>
        </w:div>
        <w:div w:id="1220629314">
          <w:marLeft w:val="480"/>
          <w:marRight w:val="0"/>
          <w:marTop w:val="0"/>
          <w:marBottom w:val="0"/>
          <w:divBdr>
            <w:top w:val="none" w:sz="0" w:space="0" w:color="auto"/>
            <w:left w:val="none" w:sz="0" w:space="0" w:color="auto"/>
            <w:bottom w:val="none" w:sz="0" w:space="0" w:color="auto"/>
            <w:right w:val="none" w:sz="0" w:space="0" w:color="auto"/>
          </w:divBdr>
        </w:div>
        <w:div w:id="1248923300">
          <w:marLeft w:val="480"/>
          <w:marRight w:val="0"/>
          <w:marTop w:val="0"/>
          <w:marBottom w:val="0"/>
          <w:divBdr>
            <w:top w:val="none" w:sz="0" w:space="0" w:color="auto"/>
            <w:left w:val="none" w:sz="0" w:space="0" w:color="auto"/>
            <w:bottom w:val="none" w:sz="0" w:space="0" w:color="auto"/>
            <w:right w:val="none" w:sz="0" w:space="0" w:color="auto"/>
          </w:divBdr>
        </w:div>
        <w:div w:id="1307471892">
          <w:marLeft w:val="480"/>
          <w:marRight w:val="0"/>
          <w:marTop w:val="0"/>
          <w:marBottom w:val="0"/>
          <w:divBdr>
            <w:top w:val="none" w:sz="0" w:space="0" w:color="auto"/>
            <w:left w:val="none" w:sz="0" w:space="0" w:color="auto"/>
            <w:bottom w:val="none" w:sz="0" w:space="0" w:color="auto"/>
            <w:right w:val="none" w:sz="0" w:space="0" w:color="auto"/>
          </w:divBdr>
        </w:div>
        <w:div w:id="1360886686">
          <w:marLeft w:val="480"/>
          <w:marRight w:val="0"/>
          <w:marTop w:val="0"/>
          <w:marBottom w:val="0"/>
          <w:divBdr>
            <w:top w:val="none" w:sz="0" w:space="0" w:color="auto"/>
            <w:left w:val="none" w:sz="0" w:space="0" w:color="auto"/>
            <w:bottom w:val="none" w:sz="0" w:space="0" w:color="auto"/>
            <w:right w:val="none" w:sz="0" w:space="0" w:color="auto"/>
          </w:divBdr>
        </w:div>
        <w:div w:id="1497305025">
          <w:marLeft w:val="480"/>
          <w:marRight w:val="0"/>
          <w:marTop w:val="0"/>
          <w:marBottom w:val="0"/>
          <w:divBdr>
            <w:top w:val="none" w:sz="0" w:space="0" w:color="auto"/>
            <w:left w:val="none" w:sz="0" w:space="0" w:color="auto"/>
            <w:bottom w:val="none" w:sz="0" w:space="0" w:color="auto"/>
            <w:right w:val="none" w:sz="0" w:space="0" w:color="auto"/>
          </w:divBdr>
        </w:div>
        <w:div w:id="1622305521">
          <w:marLeft w:val="480"/>
          <w:marRight w:val="0"/>
          <w:marTop w:val="0"/>
          <w:marBottom w:val="0"/>
          <w:divBdr>
            <w:top w:val="none" w:sz="0" w:space="0" w:color="auto"/>
            <w:left w:val="none" w:sz="0" w:space="0" w:color="auto"/>
            <w:bottom w:val="none" w:sz="0" w:space="0" w:color="auto"/>
            <w:right w:val="none" w:sz="0" w:space="0" w:color="auto"/>
          </w:divBdr>
        </w:div>
        <w:div w:id="1686983547">
          <w:marLeft w:val="480"/>
          <w:marRight w:val="0"/>
          <w:marTop w:val="0"/>
          <w:marBottom w:val="0"/>
          <w:divBdr>
            <w:top w:val="none" w:sz="0" w:space="0" w:color="auto"/>
            <w:left w:val="none" w:sz="0" w:space="0" w:color="auto"/>
            <w:bottom w:val="none" w:sz="0" w:space="0" w:color="auto"/>
            <w:right w:val="none" w:sz="0" w:space="0" w:color="auto"/>
          </w:divBdr>
        </w:div>
        <w:div w:id="1690714776">
          <w:marLeft w:val="480"/>
          <w:marRight w:val="0"/>
          <w:marTop w:val="0"/>
          <w:marBottom w:val="0"/>
          <w:divBdr>
            <w:top w:val="none" w:sz="0" w:space="0" w:color="auto"/>
            <w:left w:val="none" w:sz="0" w:space="0" w:color="auto"/>
            <w:bottom w:val="none" w:sz="0" w:space="0" w:color="auto"/>
            <w:right w:val="none" w:sz="0" w:space="0" w:color="auto"/>
          </w:divBdr>
        </w:div>
        <w:div w:id="1717196817">
          <w:marLeft w:val="480"/>
          <w:marRight w:val="0"/>
          <w:marTop w:val="0"/>
          <w:marBottom w:val="0"/>
          <w:divBdr>
            <w:top w:val="none" w:sz="0" w:space="0" w:color="auto"/>
            <w:left w:val="none" w:sz="0" w:space="0" w:color="auto"/>
            <w:bottom w:val="none" w:sz="0" w:space="0" w:color="auto"/>
            <w:right w:val="none" w:sz="0" w:space="0" w:color="auto"/>
          </w:divBdr>
        </w:div>
        <w:div w:id="1732340517">
          <w:marLeft w:val="480"/>
          <w:marRight w:val="0"/>
          <w:marTop w:val="0"/>
          <w:marBottom w:val="0"/>
          <w:divBdr>
            <w:top w:val="none" w:sz="0" w:space="0" w:color="auto"/>
            <w:left w:val="none" w:sz="0" w:space="0" w:color="auto"/>
            <w:bottom w:val="none" w:sz="0" w:space="0" w:color="auto"/>
            <w:right w:val="none" w:sz="0" w:space="0" w:color="auto"/>
          </w:divBdr>
        </w:div>
        <w:div w:id="1766998526">
          <w:marLeft w:val="480"/>
          <w:marRight w:val="0"/>
          <w:marTop w:val="0"/>
          <w:marBottom w:val="0"/>
          <w:divBdr>
            <w:top w:val="none" w:sz="0" w:space="0" w:color="auto"/>
            <w:left w:val="none" w:sz="0" w:space="0" w:color="auto"/>
            <w:bottom w:val="none" w:sz="0" w:space="0" w:color="auto"/>
            <w:right w:val="none" w:sz="0" w:space="0" w:color="auto"/>
          </w:divBdr>
        </w:div>
        <w:div w:id="1771310676">
          <w:marLeft w:val="480"/>
          <w:marRight w:val="0"/>
          <w:marTop w:val="0"/>
          <w:marBottom w:val="0"/>
          <w:divBdr>
            <w:top w:val="none" w:sz="0" w:space="0" w:color="auto"/>
            <w:left w:val="none" w:sz="0" w:space="0" w:color="auto"/>
            <w:bottom w:val="none" w:sz="0" w:space="0" w:color="auto"/>
            <w:right w:val="none" w:sz="0" w:space="0" w:color="auto"/>
          </w:divBdr>
        </w:div>
        <w:div w:id="1782648587">
          <w:marLeft w:val="480"/>
          <w:marRight w:val="0"/>
          <w:marTop w:val="0"/>
          <w:marBottom w:val="0"/>
          <w:divBdr>
            <w:top w:val="none" w:sz="0" w:space="0" w:color="auto"/>
            <w:left w:val="none" w:sz="0" w:space="0" w:color="auto"/>
            <w:bottom w:val="none" w:sz="0" w:space="0" w:color="auto"/>
            <w:right w:val="none" w:sz="0" w:space="0" w:color="auto"/>
          </w:divBdr>
        </w:div>
        <w:div w:id="1801532825">
          <w:marLeft w:val="480"/>
          <w:marRight w:val="0"/>
          <w:marTop w:val="0"/>
          <w:marBottom w:val="0"/>
          <w:divBdr>
            <w:top w:val="none" w:sz="0" w:space="0" w:color="auto"/>
            <w:left w:val="none" w:sz="0" w:space="0" w:color="auto"/>
            <w:bottom w:val="none" w:sz="0" w:space="0" w:color="auto"/>
            <w:right w:val="none" w:sz="0" w:space="0" w:color="auto"/>
          </w:divBdr>
        </w:div>
        <w:div w:id="1849254673">
          <w:marLeft w:val="480"/>
          <w:marRight w:val="0"/>
          <w:marTop w:val="0"/>
          <w:marBottom w:val="0"/>
          <w:divBdr>
            <w:top w:val="none" w:sz="0" w:space="0" w:color="auto"/>
            <w:left w:val="none" w:sz="0" w:space="0" w:color="auto"/>
            <w:bottom w:val="none" w:sz="0" w:space="0" w:color="auto"/>
            <w:right w:val="none" w:sz="0" w:space="0" w:color="auto"/>
          </w:divBdr>
        </w:div>
        <w:div w:id="1866675203">
          <w:marLeft w:val="480"/>
          <w:marRight w:val="0"/>
          <w:marTop w:val="0"/>
          <w:marBottom w:val="0"/>
          <w:divBdr>
            <w:top w:val="none" w:sz="0" w:space="0" w:color="auto"/>
            <w:left w:val="none" w:sz="0" w:space="0" w:color="auto"/>
            <w:bottom w:val="none" w:sz="0" w:space="0" w:color="auto"/>
            <w:right w:val="none" w:sz="0" w:space="0" w:color="auto"/>
          </w:divBdr>
        </w:div>
        <w:div w:id="1927810284">
          <w:marLeft w:val="480"/>
          <w:marRight w:val="0"/>
          <w:marTop w:val="0"/>
          <w:marBottom w:val="0"/>
          <w:divBdr>
            <w:top w:val="none" w:sz="0" w:space="0" w:color="auto"/>
            <w:left w:val="none" w:sz="0" w:space="0" w:color="auto"/>
            <w:bottom w:val="none" w:sz="0" w:space="0" w:color="auto"/>
            <w:right w:val="none" w:sz="0" w:space="0" w:color="auto"/>
          </w:divBdr>
        </w:div>
        <w:div w:id="1986934813">
          <w:marLeft w:val="480"/>
          <w:marRight w:val="0"/>
          <w:marTop w:val="0"/>
          <w:marBottom w:val="0"/>
          <w:divBdr>
            <w:top w:val="none" w:sz="0" w:space="0" w:color="auto"/>
            <w:left w:val="none" w:sz="0" w:space="0" w:color="auto"/>
            <w:bottom w:val="none" w:sz="0" w:space="0" w:color="auto"/>
            <w:right w:val="none" w:sz="0" w:space="0" w:color="auto"/>
          </w:divBdr>
        </w:div>
      </w:divsChild>
    </w:div>
    <w:div w:id="1717896252">
      <w:bodyDiv w:val="1"/>
      <w:marLeft w:val="0"/>
      <w:marRight w:val="0"/>
      <w:marTop w:val="0"/>
      <w:marBottom w:val="0"/>
      <w:divBdr>
        <w:top w:val="none" w:sz="0" w:space="0" w:color="auto"/>
        <w:left w:val="none" w:sz="0" w:space="0" w:color="auto"/>
        <w:bottom w:val="none" w:sz="0" w:space="0" w:color="auto"/>
        <w:right w:val="none" w:sz="0" w:space="0" w:color="auto"/>
      </w:divBdr>
    </w:div>
    <w:div w:id="1719478074">
      <w:bodyDiv w:val="1"/>
      <w:marLeft w:val="0"/>
      <w:marRight w:val="0"/>
      <w:marTop w:val="0"/>
      <w:marBottom w:val="0"/>
      <w:divBdr>
        <w:top w:val="none" w:sz="0" w:space="0" w:color="auto"/>
        <w:left w:val="none" w:sz="0" w:space="0" w:color="auto"/>
        <w:bottom w:val="none" w:sz="0" w:space="0" w:color="auto"/>
        <w:right w:val="none" w:sz="0" w:space="0" w:color="auto"/>
      </w:divBdr>
    </w:div>
    <w:div w:id="1719696367">
      <w:bodyDiv w:val="1"/>
      <w:marLeft w:val="0"/>
      <w:marRight w:val="0"/>
      <w:marTop w:val="0"/>
      <w:marBottom w:val="0"/>
      <w:divBdr>
        <w:top w:val="none" w:sz="0" w:space="0" w:color="auto"/>
        <w:left w:val="none" w:sz="0" w:space="0" w:color="auto"/>
        <w:bottom w:val="none" w:sz="0" w:space="0" w:color="auto"/>
        <w:right w:val="none" w:sz="0" w:space="0" w:color="auto"/>
      </w:divBdr>
      <w:divsChild>
        <w:div w:id="5254353">
          <w:marLeft w:val="480"/>
          <w:marRight w:val="0"/>
          <w:marTop w:val="0"/>
          <w:marBottom w:val="0"/>
          <w:divBdr>
            <w:top w:val="none" w:sz="0" w:space="0" w:color="auto"/>
            <w:left w:val="none" w:sz="0" w:space="0" w:color="auto"/>
            <w:bottom w:val="none" w:sz="0" w:space="0" w:color="auto"/>
            <w:right w:val="none" w:sz="0" w:space="0" w:color="auto"/>
          </w:divBdr>
        </w:div>
        <w:div w:id="74863453">
          <w:marLeft w:val="480"/>
          <w:marRight w:val="0"/>
          <w:marTop w:val="0"/>
          <w:marBottom w:val="0"/>
          <w:divBdr>
            <w:top w:val="none" w:sz="0" w:space="0" w:color="auto"/>
            <w:left w:val="none" w:sz="0" w:space="0" w:color="auto"/>
            <w:bottom w:val="none" w:sz="0" w:space="0" w:color="auto"/>
            <w:right w:val="none" w:sz="0" w:space="0" w:color="auto"/>
          </w:divBdr>
        </w:div>
        <w:div w:id="216015315">
          <w:marLeft w:val="480"/>
          <w:marRight w:val="0"/>
          <w:marTop w:val="0"/>
          <w:marBottom w:val="0"/>
          <w:divBdr>
            <w:top w:val="none" w:sz="0" w:space="0" w:color="auto"/>
            <w:left w:val="none" w:sz="0" w:space="0" w:color="auto"/>
            <w:bottom w:val="none" w:sz="0" w:space="0" w:color="auto"/>
            <w:right w:val="none" w:sz="0" w:space="0" w:color="auto"/>
          </w:divBdr>
        </w:div>
        <w:div w:id="306251177">
          <w:marLeft w:val="480"/>
          <w:marRight w:val="0"/>
          <w:marTop w:val="0"/>
          <w:marBottom w:val="0"/>
          <w:divBdr>
            <w:top w:val="none" w:sz="0" w:space="0" w:color="auto"/>
            <w:left w:val="none" w:sz="0" w:space="0" w:color="auto"/>
            <w:bottom w:val="none" w:sz="0" w:space="0" w:color="auto"/>
            <w:right w:val="none" w:sz="0" w:space="0" w:color="auto"/>
          </w:divBdr>
        </w:div>
        <w:div w:id="325208502">
          <w:marLeft w:val="480"/>
          <w:marRight w:val="0"/>
          <w:marTop w:val="0"/>
          <w:marBottom w:val="0"/>
          <w:divBdr>
            <w:top w:val="none" w:sz="0" w:space="0" w:color="auto"/>
            <w:left w:val="none" w:sz="0" w:space="0" w:color="auto"/>
            <w:bottom w:val="none" w:sz="0" w:space="0" w:color="auto"/>
            <w:right w:val="none" w:sz="0" w:space="0" w:color="auto"/>
          </w:divBdr>
        </w:div>
        <w:div w:id="430588682">
          <w:marLeft w:val="480"/>
          <w:marRight w:val="0"/>
          <w:marTop w:val="0"/>
          <w:marBottom w:val="0"/>
          <w:divBdr>
            <w:top w:val="none" w:sz="0" w:space="0" w:color="auto"/>
            <w:left w:val="none" w:sz="0" w:space="0" w:color="auto"/>
            <w:bottom w:val="none" w:sz="0" w:space="0" w:color="auto"/>
            <w:right w:val="none" w:sz="0" w:space="0" w:color="auto"/>
          </w:divBdr>
        </w:div>
        <w:div w:id="528225314">
          <w:marLeft w:val="480"/>
          <w:marRight w:val="0"/>
          <w:marTop w:val="0"/>
          <w:marBottom w:val="0"/>
          <w:divBdr>
            <w:top w:val="none" w:sz="0" w:space="0" w:color="auto"/>
            <w:left w:val="none" w:sz="0" w:space="0" w:color="auto"/>
            <w:bottom w:val="none" w:sz="0" w:space="0" w:color="auto"/>
            <w:right w:val="none" w:sz="0" w:space="0" w:color="auto"/>
          </w:divBdr>
        </w:div>
        <w:div w:id="535969173">
          <w:marLeft w:val="480"/>
          <w:marRight w:val="0"/>
          <w:marTop w:val="0"/>
          <w:marBottom w:val="0"/>
          <w:divBdr>
            <w:top w:val="none" w:sz="0" w:space="0" w:color="auto"/>
            <w:left w:val="none" w:sz="0" w:space="0" w:color="auto"/>
            <w:bottom w:val="none" w:sz="0" w:space="0" w:color="auto"/>
            <w:right w:val="none" w:sz="0" w:space="0" w:color="auto"/>
          </w:divBdr>
        </w:div>
        <w:div w:id="595870546">
          <w:marLeft w:val="480"/>
          <w:marRight w:val="0"/>
          <w:marTop w:val="0"/>
          <w:marBottom w:val="0"/>
          <w:divBdr>
            <w:top w:val="none" w:sz="0" w:space="0" w:color="auto"/>
            <w:left w:val="none" w:sz="0" w:space="0" w:color="auto"/>
            <w:bottom w:val="none" w:sz="0" w:space="0" w:color="auto"/>
            <w:right w:val="none" w:sz="0" w:space="0" w:color="auto"/>
          </w:divBdr>
        </w:div>
        <w:div w:id="636380880">
          <w:marLeft w:val="480"/>
          <w:marRight w:val="0"/>
          <w:marTop w:val="0"/>
          <w:marBottom w:val="0"/>
          <w:divBdr>
            <w:top w:val="none" w:sz="0" w:space="0" w:color="auto"/>
            <w:left w:val="none" w:sz="0" w:space="0" w:color="auto"/>
            <w:bottom w:val="none" w:sz="0" w:space="0" w:color="auto"/>
            <w:right w:val="none" w:sz="0" w:space="0" w:color="auto"/>
          </w:divBdr>
        </w:div>
        <w:div w:id="666400752">
          <w:marLeft w:val="480"/>
          <w:marRight w:val="0"/>
          <w:marTop w:val="0"/>
          <w:marBottom w:val="0"/>
          <w:divBdr>
            <w:top w:val="none" w:sz="0" w:space="0" w:color="auto"/>
            <w:left w:val="none" w:sz="0" w:space="0" w:color="auto"/>
            <w:bottom w:val="none" w:sz="0" w:space="0" w:color="auto"/>
            <w:right w:val="none" w:sz="0" w:space="0" w:color="auto"/>
          </w:divBdr>
        </w:div>
        <w:div w:id="708258304">
          <w:marLeft w:val="480"/>
          <w:marRight w:val="0"/>
          <w:marTop w:val="0"/>
          <w:marBottom w:val="0"/>
          <w:divBdr>
            <w:top w:val="none" w:sz="0" w:space="0" w:color="auto"/>
            <w:left w:val="none" w:sz="0" w:space="0" w:color="auto"/>
            <w:bottom w:val="none" w:sz="0" w:space="0" w:color="auto"/>
            <w:right w:val="none" w:sz="0" w:space="0" w:color="auto"/>
          </w:divBdr>
        </w:div>
        <w:div w:id="864247375">
          <w:marLeft w:val="480"/>
          <w:marRight w:val="0"/>
          <w:marTop w:val="0"/>
          <w:marBottom w:val="0"/>
          <w:divBdr>
            <w:top w:val="none" w:sz="0" w:space="0" w:color="auto"/>
            <w:left w:val="none" w:sz="0" w:space="0" w:color="auto"/>
            <w:bottom w:val="none" w:sz="0" w:space="0" w:color="auto"/>
            <w:right w:val="none" w:sz="0" w:space="0" w:color="auto"/>
          </w:divBdr>
        </w:div>
        <w:div w:id="917787895">
          <w:marLeft w:val="480"/>
          <w:marRight w:val="0"/>
          <w:marTop w:val="0"/>
          <w:marBottom w:val="0"/>
          <w:divBdr>
            <w:top w:val="none" w:sz="0" w:space="0" w:color="auto"/>
            <w:left w:val="none" w:sz="0" w:space="0" w:color="auto"/>
            <w:bottom w:val="none" w:sz="0" w:space="0" w:color="auto"/>
            <w:right w:val="none" w:sz="0" w:space="0" w:color="auto"/>
          </w:divBdr>
        </w:div>
        <w:div w:id="930310664">
          <w:marLeft w:val="480"/>
          <w:marRight w:val="0"/>
          <w:marTop w:val="0"/>
          <w:marBottom w:val="0"/>
          <w:divBdr>
            <w:top w:val="none" w:sz="0" w:space="0" w:color="auto"/>
            <w:left w:val="none" w:sz="0" w:space="0" w:color="auto"/>
            <w:bottom w:val="none" w:sz="0" w:space="0" w:color="auto"/>
            <w:right w:val="none" w:sz="0" w:space="0" w:color="auto"/>
          </w:divBdr>
        </w:div>
        <w:div w:id="1030376337">
          <w:marLeft w:val="480"/>
          <w:marRight w:val="0"/>
          <w:marTop w:val="0"/>
          <w:marBottom w:val="0"/>
          <w:divBdr>
            <w:top w:val="none" w:sz="0" w:space="0" w:color="auto"/>
            <w:left w:val="none" w:sz="0" w:space="0" w:color="auto"/>
            <w:bottom w:val="none" w:sz="0" w:space="0" w:color="auto"/>
            <w:right w:val="none" w:sz="0" w:space="0" w:color="auto"/>
          </w:divBdr>
        </w:div>
        <w:div w:id="1065646518">
          <w:marLeft w:val="480"/>
          <w:marRight w:val="0"/>
          <w:marTop w:val="0"/>
          <w:marBottom w:val="0"/>
          <w:divBdr>
            <w:top w:val="none" w:sz="0" w:space="0" w:color="auto"/>
            <w:left w:val="none" w:sz="0" w:space="0" w:color="auto"/>
            <w:bottom w:val="none" w:sz="0" w:space="0" w:color="auto"/>
            <w:right w:val="none" w:sz="0" w:space="0" w:color="auto"/>
          </w:divBdr>
        </w:div>
        <w:div w:id="1231765606">
          <w:marLeft w:val="480"/>
          <w:marRight w:val="0"/>
          <w:marTop w:val="0"/>
          <w:marBottom w:val="0"/>
          <w:divBdr>
            <w:top w:val="none" w:sz="0" w:space="0" w:color="auto"/>
            <w:left w:val="none" w:sz="0" w:space="0" w:color="auto"/>
            <w:bottom w:val="none" w:sz="0" w:space="0" w:color="auto"/>
            <w:right w:val="none" w:sz="0" w:space="0" w:color="auto"/>
          </w:divBdr>
        </w:div>
        <w:div w:id="1343706001">
          <w:marLeft w:val="480"/>
          <w:marRight w:val="0"/>
          <w:marTop w:val="0"/>
          <w:marBottom w:val="0"/>
          <w:divBdr>
            <w:top w:val="none" w:sz="0" w:space="0" w:color="auto"/>
            <w:left w:val="none" w:sz="0" w:space="0" w:color="auto"/>
            <w:bottom w:val="none" w:sz="0" w:space="0" w:color="auto"/>
            <w:right w:val="none" w:sz="0" w:space="0" w:color="auto"/>
          </w:divBdr>
        </w:div>
        <w:div w:id="1445230689">
          <w:marLeft w:val="480"/>
          <w:marRight w:val="0"/>
          <w:marTop w:val="0"/>
          <w:marBottom w:val="0"/>
          <w:divBdr>
            <w:top w:val="none" w:sz="0" w:space="0" w:color="auto"/>
            <w:left w:val="none" w:sz="0" w:space="0" w:color="auto"/>
            <w:bottom w:val="none" w:sz="0" w:space="0" w:color="auto"/>
            <w:right w:val="none" w:sz="0" w:space="0" w:color="auto"/>
          </w:divBdr>
        </w:div>
        <w:div w:id="1481464549">
          <w:marLeft w:val="480"/>
          <w:marRight w:val="0"/>
          <w:marTop w:val="0"/>
          <w:marBottom w:val="0"/>
          <w:divBdr>
            <w:top w:val="none" w:sz="0" w:space="0" w:color="auto"/>
            <w:left w:val="none" w:sz="0" w:space="0" w:color="auto"/>
            <w:bottom w:val="none" w:sz="0" w:space="0" w:color="auto"/>
            <w:right w:val="none" w:sz="0" w:space="0" w:color="auto"/>
          </w:divBdr>
        </w:div>
        <w:div w:id="1601065750">
          <w:marLeft w:val="480"/>
          <w:marRight w:val="0"/>
          <w:marTop w:val="0"/>
          <w:marBottom w:val="0"/>
          <w:divBdr>
            <w:top w:val="none" w:sz="0" w:space="0" w:color="auto"/>
            <w:left w:val="none" w:sz="0" w:space="0" w:color="auto"/>
            <w:bottom w:val="none" w:sz="0" w:space="0" w:color="auto"/>
            <w:right w:val="none" w:sz="0" w:space="0" w:color="auto"/>
          </w:divBdr>
        </w:div>
        <w:div w:id="1605727013">
          <w:marLeft w:val="480"/>
          <w:marRight w:val="0"/>
          <w:marTop w:val="0"/>
          <w:marBottom w:val="0"/>
          <w:divBdr>
            <w:top w:val="none" w:sz="0" w:space="0" w:color="auto"/>
            <w:left w:val="none" w:sz="0" w:space="0" w:color="auto"/>
            <w:bottom w:val="none" w:sz="0" w:space="0" w:color="auto"/>
            <w:right w:val="none" w:sz="0" w:space="0" w:color="auto"/>
          </w:divBdr>
        </w:div>
        <w:div w:id="1609776647">
          <w:marLeft w:val="480"/>
          <w:marRight w:val="0"/>
          <w:marTop w:val="0"/>
          <w:marBottom w:val="0"/>
          <w:divBdr>
            <w:top w:val="none" w:sz="0" w:space="0" w:color="auto"/>
            <w:left w:val="none" w:sz="0" w:space="0" w:color="auto"/>
            <w:bottom w:val="none" w:sz="0" w:space="0" w:color="auto"/>
            <w:right w:val="none" w:sz="0" w:space="0" w:color="auto"/>
          </w:divBdr>
        </w:div>
        <w:div w:id="1641768872">
          <w:marLeft w:val="480"/>
          <w:marRight w:val="0"/>
          <w:marTop w:val="0"/>
          <w:marBottom w:val="0"/>
          <w:divBdr>
            <w:top w:val="none" w:sz="0" w:space="0" w:color="auto"/>
            <w:left w:val="none" w:sz="0" w:space="0" w:color="auto"/>
            <w:bottom w:val="none" w:sz="0" w:space="0" w:color="auto"/>
            <w:right w:val="none" w:sz="0" w:space="0" w:color="auto"/>
          </w:divBdr>
        </w:div>
        <w:div w:id="1692148770">
          <w:marLeft w:val="480"/>
          <w:marRight w:val="0"/>
          <w:marTop w:val="0"/>
          <w:marBottom w:val="0"/>
          <w:divBdr>
            <w:top w:val="none" w:sz="0" w:space="0" w:color="auto"/>
            <w:left w:val="none" w:sz="0" w:space="0" w:color="auto"/>
            <w:bottom w:val="none" w:sz="0" w:space="0" w:color="auto"/>
            <w:right w:val="none" w:sz="0" w:space="0" w:color="auto"/>
          </w:divBdr>
        </w:div>
        <w:div w:id="1830366930">
          <w:marLeft w:val="480"/>
          <w:marRight w:val="0"/>
          <w:marTop w:val="0"/>
          <w:marBottom w:val="0"/>
          <w:divBdr>
            <w:top w:val="none" w:sz="0" w:space="0" w:color="auto"/>
            <w:left w:val="none" w:sz="0" w:space="0" w:color="auto"/>
            <w:bottom w:val="none" w:sz="0" w:space="0" w:color="auto"/>
            <w:right w:val="none" w:sz="0" w:space="0" w:color="auto"/>
          </w:divBdr>
        </w:div>
        <w:div w:id="1852717098">
          <w:marLeft w:val="480"/>
          <w:marRight w:val="0"/>
          <w:marTop w:val="0"/>
          <w:marBottom w:val="0"/>
          <w:divBdr>
            <w:top w:val="none" w:sz="0" w:space="0" w:color="auto"/>
            <w:left w:val="none" w:sz="0" w:space="0" w:color="auto"/>
            <w:bottom w:val="none" w:sz="0" w:space="0" w:color="auto"/>
            <w:right w:val="none" w:sz="0" w:space="0" w:color="auto"/>
          </w:divBdr>
        </w:div>
        <w:div w:id="1879470026">
          <w:marLeft w:val="480"/>
          <w:marRight w:val="0"/>
          <w:marTop w:val="0"/>
          <w:marBottom w:val="0"/>
          <w:divBdr>
            <w:top w:val="none" w:sz="0" w:space="0" w:color="auto"/>
            <w:left w:val="none" w:sz="0" w:space="0" w:color="auto"/>
            <w:bottom w:val="none" w:sz="0" w:space="0" w:color="auto"/>
            <w:right w:val="none" w:sz="0" w:space="0" w:color="auto"/>
          </w:divBdr>
        </w:div>
        <w:div w:id="1924025753">
          <w:marLeft w:val="480"/>
          <w:marRight w:val="0"/>
          <w:marTop w:val="0"/>
          <w:marBottom w:val="0"/>
          <w:divBdr>
            <w:top w:val="none" w:sz="0" w:space="0" w:color="auto"/>
            <w:left w:val="none" w:sz="0" w:space="0" w:color="auto"/>
            <w:bottom w:val="none" w:sz="0" w:space="0" w:color="auto"/>
            <w:right w:val="none" w:sz="0" w:space="0" w:color="auto"/>
          </w:divBdr>
        </w:div>
        <w:div w:id="1955863026">
          <w:marLeft w:val="480"/>
          <w:marRight w:val="0"/>
          <w:marTop w:val="0"/>
          <w:marBottom w:val="0"/>
          <w:divBdr>
            <w:top w:val="none" w:sz="0" w:space="0" w:color="auto"/>
            <w:left w:val="none" w:sz="0" w:space="0" w:color="auto"/>
            <w:bottom w:val="none" w:sz="0" w:space="0" w:color="auto"/>
            <w:right w:val="none" w:sz="0" w:space="0" w:color="auto"/>
          </w:divBdr>
        </w:div>
        <w:div w:id="2032802152">
          <w:marLeft w:val="480"/>
          <w:marRight w:val="0"/>
          <w:marTop w:val="0"/>
          <w:marBottom w:val="0"/>
          <w:divBdr>
            <w:top w:val="none" w:sz="0" w:space="0" w:color="auto"/>
            <w:left w:val="none" w:sz="0" w:space="0" w:color="auto"/>
            <w:bottom w:val="none" w:sz="0" w:space="0" w:color="auto"/>
            <w:right w:val="none" w:sz="0" w:space="0" w:color="auto"/>
          </w:divBdr>
        </w:div>
        <w:div w:id="2049336926">
          <w:marLeft w:val="480"/>
          <w:marRight w:val="0"/>
          <w:marTop w:val="0"/>
          <w:marBottom w:val="0"/>
          <w:divBdr>
            <w:top w:val="none" w:sz="0" w:space="0" w:color="auto"/>
            <w:left w:val="none" w:sz="0" w:space="0" w:color="auto"/>
            <w:bottom w:val="none" w:sz="0" w:space="0" w:color="auto"/>
            <w:right w:val="none" w:sz="0" w:space="0" w:color="auto"/>
          </w:divBdr>
        </w:div>
        <w:div w:id="2050228421">
          <w:marLeft w:val="480"/>
          <w:marRight w:val="0"/>
          <w:marTop w:val="0"/>
          <w:marBottom w:val="0"/>
          <w:divBdr>
            <w:top w:val="none" w:sz="0" w:space="0" w:color="auto"/>
            <w:left w:val="none" w:sz="0" w:space="0" w:color="auto"/>
            <w:bottom w:val="none" w:sz="0" w:space="0" w:color="auto"/>
            <w:right w:val="none" w:sz="0" w:space="0" w:color="auto"/>
          </w:divBdr>
        </w:div>
        <w:div w:id="2053534566">
          <w:marLeft w:val="480"/>
          <w:marRight w:val="0"/>
          <w:marTop w:val="0"/>
          <w:marBottom w:val="0"/>
          <w:divBdr>
            <w:top w:val="none" w:sz="0" w:space="0" w:color="auto"/>
            <w:left w:val="none" w:sz="0" w:space="0" w:color="auto"/>
            <w:bottom w:val="none" w:sz="0" w:space="0" w:color="auto"/>
            <w:right w:val="none" w:sz="0" w:space="0" w:color="auto"/>
          </w:divBdr>
        </w:div>
        <w:div w:id="2079547588">
          <w:marLeft w:val="480"/>
          <w:marRight w:val="0"/>
          <w:marTop w:val="0"/>
          <w:marBottom w:val="0"/>
          <w:divBdr>
            <w:top w:val="none" w:sz="0" w:space="0" w:color="auto"/>
            <w:left w:val="none" w:sz="0" w:space="0" w:color="auto"/>
            <w:bottom w:val="none" w:sz="0" w:space="0" w:color="auto"/>
            <w:right w:val="none" w:sz="0" w:space="0" w:color="auto"/>
          </w:divBdr>
        </w:div>
        <w:div w:id="2136018029">
          <w:marLeft w:val="480"/>
          <w:marRight w:val="0"/>
          <w:marTop w:val="0"/>
          <w:marBottom w:val="0"/>
          <w:divBdr>
            <w:top w:val="none" w:sz="0" w:space="0" w:color="auto"/>
            <w:left w:val="none" w:sz="0" w:space="0" w:color="auto"/>
            <w:bottom w:val="none" w:sz="0" w:space="0" w:color="auto"/>
            <w:right w:val="none" w:sz="0" w:space="0" w:color="auto"/>
          </w:divBdr>
        </w:div>
      </w:divsChild>
    </w:div>
    <w:div w:id="1719892755">
      <w:bodyDiv w:val="1"/>
      <w:marLeft w:val="0"/>
      <w:marRight w:val="0"/>
      <w:marTop w:val="0"/>
      <w:marBottom w:val="0"/>
      <w:divBdr>
        <w:top w:val="none" w:sz="0" w:space="0" w:color="auto"/>
        <w:left w:val="none" w:sz="0" w:space="0" w:color="auto"/>
        <w:bottom w:val="none" w:sz="0" w:space="0" w:color="auto"/>
        <w:right w:val="none" w:sz="0" w:space="0" w:color="auto"/>
      </w:divBdr>
    </w:div>
    <w:div w:id="1722903525">
      <w:bodyDiv w:val="1"/>
      <w:marLeft w:val="0"/>
      <w:marRight w:val="0"/>
      <w:marTop w:val="0"/>
      <w:marBottom w:val="0"/>
      <w:divBdr>
        <w:top w:val="none" w:sz="0" w:space="0" w:color="auto"/>
        <w:left w:val="none" w:sz="0" w:space="0" w:color="auto"/>
        <w:bottom w:val="none" w:sz="0" w:space="0" w:color="auto"/>
        <w:right w:val="none" w:sz="0" w:space="0" w:color="auto"/>
      </w:divBdr>
    </w:div>
    <w:div w:id="1726029276">
      <w:bodyDiv w:val="1"/>
      <w:marLeft w:val="0"/>
      <w:marRight w:val="0"/>
      <w:marTop w:val="0"/>
      <w:marBottom w:val="0"/>
      <w:divBdr>
        <w:top w:val="none" w:sz="0" w:space="0" w:color="auto"/>
        <w:left w:val="none" w:sz="0" w:space="0" w:color="auto"/>
        <w:bottom w:val="none" w:sz="0" w:space="0" w:color="auto"/>
        <w:right w:val="none" w:sz="0" w:space="0" w:color="auto"/>
      </w:divBdr>
      <w:divsChild>
        <w:div w:id="100759674">
          <w:marLeft w:val="480"/>
          <w:marRight w:val="0"/>
          <w:marTop w:val="0"/>
          <w:marBottom w:val="0"/>
          <w:divBdr>
            <w:top w:val="none" w:sz="0" w:space="0" w:color="auto"/>
            <w:left w:val="none" w:sz="0" w:space="0" w:color="auto"/>
            <w:bottom w:val="none" w:sz="0" w:space="0" w:color="auto"/>
            <w:right w:val="none" w:sz="0" w:space="0" w:color="auto"/>
          </w:divBdr>
        </w:div>
        <w:div w:id="130944121">
          <w:marLeft w:val="480"/>
          <w:marRight w:val="0"/>
          <w:marTop w:val="0"/>
          <w:marBottom w:val="0"/>
          <w:divBdr>
            <w:top w:val="none" w:sz="0" w:space="0" w:color="auto"/>
            <w:left w:val="none" w:sz="0" w:space="0" w:color="auto"/>
            <w:bottom w:val="none" w:sz="0" w:space="0" w:color="auto"/>
            <w:right w:val="none" w:sz="0" w:space="0" w:color="auto"/>
          </w:divBdr>
        </w:div>
        <w:div w:id="206259218">
          <w:marLeft w:val="480"/>
          <w:marRight w:val="0"/>
          <w:marTop w:val="0"/>
          <w:marBottom w:val="0"/>
          <w:divBdr>
            <w:top w:val="none" w:sz="0" w:space="0" w:color="auto"/>
            <w:left w:val="none" w:sz="0" w:space="0" w:color="auto"/>
            <w:bottom w:val="none" w:sz="0" w:space="0" w:color="auto"/>
            <w:right w:val="none" w:sz="0" w:space="0" w:color="auto"/>
          </w:divBdr>
        </w:div>
        <w:div w:id="247664024">
          <w:marLeft w:val="480"/>
          <w:marRight w:val="0"/>
          <w:marTop w:val="0"/>
          <w:marBottom w:val="0"/>
          <w:divBdr>
            <w:top w:val="none" w:sz="0" w:space="0" w:color="auto"/>
            <w:left w:val="none" w:sz="0" w:space="0" w:color="auto"/>
            <w:bottom w:val="none" w:sz="0" w:space="0" w:color="auto"/>
            <w:right w:val="none" w:sz="0" w:space="0" w:color="auto"/>
          </w:divBdr>
        </w:div>
        <w:div w:id="471604550">
          <w:marLeft w:val="480"/>
          <w:marRight w:val="0"/>
          <w:marTop w:val="0"/>
          <w:marBottom w:val="0"/>
          <w:divBdr>
            <w:top w:val="none" w:sz="0" w:space="0" w:color="auto"/>
            <w:left w:val="none" w:sz="0" w:space="0" w:color="auto"/>
            <w:bottom w:val="none" w:sz="0" w:space="0" w:color="auto"/>
            <w:right w:val="none" w:sz="0" w:space="0" w:color="auto"/>
          </w:divBdr>
        </w:div>
        <w:div w:id="604536283">
          <w:marLeft w:val="480"/>
          <w:marRight w:val="0"/>
          <w:marTop w:val="0"/>
          <w:marBottom w:val="0"/>
          <w:divBdr>
            <w:top w:val="none" w:sz="0" w:space="0" w:color="auto"/>
            <w:left w:val="none" w:sz="0" w:space="0" w:color="auto"/>
            <w:bottom w:val="none" w:sz="0" w:space="0" w:color="auto"/>
            <w:right w:val="none" w:sz="0" w:space="0" w:color="auto"/>
          </w:divBdr>
        </w:div>
        <w:div w:id="689573920">
          <w:marLeft w:val="480"/>
          <w:marRight w:val="0"/>
          <w:marTop w:val="0"/>
          <w:marBottom w:val="0"/>
          <w:divBdr>
            <w:top w:val="none" w:sz="0" w:space="0" w:color="auto"/>
            <w:left w:val="none" w:sz="0" w:space="0" w:color="auto"/>
            <w:bottom w:val="none" w:sz="0" w:space="0" w:color="auto"/>
            <w:right w:val="none" w:sz="0" w:space="0" w:color="auto"/>
          </w:divBdr>
        </w:div>
        <w:div w:id="748699395">
          <w:marLeft w:val="480"/>
          <w:marRight w:val="0"/>
          <w:marTop w:val="0"/>
          <w:marBottom w:val="0"/>
          <w:divBdr>
            <w:top w:val="none" w:sz="0" w:space="0" w:color="auto"/>
            <w:left w:val="none" w:sz="0" w:space="0" w:color="auto"/>
            <w:bottom w:val="none" w:sz="0" w:space="0" w:color="auto"/>
            <w:right w:val="none" w:sz="0" w:space="0" w:color="auto"/>
          </w:divBdr>
        </w:div>
        <w:div w:id="814496262">
          <w:marLeft w:val="480"/>
          <w:marRight w:val="0"/>
          <w:marTop w:val="0"/>
          <w:marBottom w:val="0"/>
          <w:divBdr>
            <w:top w:val="none" w:sz="0" w:space="0" w:color="auto"/>
            <w:left w:val="none" w:sz="0" w:space="0" w:color="auto"/>
            <w:bottom w:val="none" w:sz="0" w:space="0" w:color="auto"/>
            <w:right w:val="none" w:sz="0" w:space="0" w:color="auto"/>
          </w:divBdr>
        </w:div>
        <w:div w:id="978993009">
          <w:marLeft w:val="480"/>
          <w:marRight w:val="0"/>
          <w:marTop w:val="0"/>
          <w:marBottom w:val="0"/>
          <w:divBdr>
            <w:top w:val="none" w:sz="0" w:space="0" w:color="auto"/>
            <w:left w:val="none" w:sz="0" w:space="0" w:color="auto"/>
            <w:bottom w:val="none" w:sz="0" w:space="0" w:color="auto"/>
            <w:right w:val="none" w:sz="0" w:space="0" w:color="auto"/>
          </w:divBdr>
        </w:div>
        <w:div w:id="1035236726">
          <w:marLeft w:val="480"/>
          <w:marRight w:val="0"/>
          <w:marTop w:val="0"/>
          <w:marBottom w:val="0"/>
          <w:divBdr>
            <w:top w:val="none" w:sz="0" w:space="0" w:color="auto"/>
            <w:left w:val="none" w:sz="0" w:space="0" w:color="auto"/>
            <w:bottom w:val="none" w:sz="0" w:space="0" w:color="auto"/>
            <w:right w:val="none" w:sz="0" w:space="0" w:color="auto"/>
          </w:divBdr>
        </w:div>
        <w:div w:id="1055473491">
          <w:marLeft w:val="480"/>
          <w:marRight w:val="0"/>
          <w:marTop w:val="0"/>
          <w:marBottom w:val="0"/>
          <w:divBdr>
            <w:top w:val="none" w:sz="0" w:space="0" w:color="auto"/>
            <w:left w:val="none" w:sz="0" w:space="0" w:color="auto"/>
            <w:bottom w:val="none" w:sz="0" w:space="0" w:color="auto"/>
            <w:right w:val="none" w:sz="0" w:space="0" w:color="auto"/>
          </w:divBdr>
        </w:div>
        <w:div w:id="1091003023">
          <w:marLeft w:val="480"/>
          <w:marRight w:val="0"/>
          <w:marTop w:val="0"/>
          <w:marBottom w:val="0"/>
          <w:divBdr>
            <w:top w:val="none" w:sz="0" w:space="0" w:color="auto"/>
            <w:left w:val="none" w:sz="0" w:space="0" w:color="auto"/>
            <w:bottom w:val="none" w:sz="0" w:space="0" w:color="auto"/>
            <w:right w:val="none" w:sz="0" w:space="0" w:color="auto"/>
          </w:divBdr>
        </w:div>
        <w:div w:id="1152062750">
          <w:marLeft w:val="480"/>
          <w:marRight w:val="0"/>
          <w:marTop w:val="0"/>
          <w:marBottom w:val="0"/>
          <w:divBdr>
            <w:top w:val="none" w:sz="0" w:space="0" w:color="auto"/>
            <w:left w:val="none" w:sz="0" w:space="0" w:color="auto"/>
            <w:bottom w:val="none" w:sz="0" w:space="0" w:color="auto"/>
            <w:right w:val="none" w:sz="0" w:space="0" w:color="auto"/>
          </w:divBdr>
        </w:div>
        <w:div w:id="1179807721">
          <w:marLeft w:val="480"/>
          <w:marRight w:val="0"/>
          <w:marTop w:val="0"/>
          <w:marBottom w:val="0"/>
          <w:divBdr>
            <w:top w:val="none" w:sz="0" w:space="0" w:color="auto"/>
            <w:left w:val="none" w:sz="0" w:space="0" w:color="auto"/>
            <w:bottom w:val="none" w:sz="0" w:space="0" w:color="auto"/>
            <w:right w:val="none" w:sz="0" w:space="0" w:color="auto"/>
          </w:divBdr>
        </w:div>
        <w:div w:id="1285690832">
          <w:marLeft w:val="480"/>
          <w:marRight w:val="0"/>
          <w:marTop w:val="0"/>
          <w:marBottom w:val="0"/>
          <w:divBdr>
            <w:top w:val="none" w:sz="0" w:space="0" w:color="auto"/>
            <w:left w:val="none" w:sz="0" w:space="0" w:color="auto"/>
            <w:bottom w:val="none" w:sz="0" w:space="0" w:color="auto"/>
            <w:right w:val="none" w:sz="0" w:space="0" w:color="auto"/>
          </w:divBdr>
        </w:div>
        <w:div w:id="1287738697">
          <w:marLeft w:val="480"/>
          <w:marRight w:val="0"/>
          <w:marTop w:val="0"/>
          <w:marBottom w:val="0"/>
          <w:divBdr>
            <w:top w:val="none" w:sz="0" w:space="0" w:color="auto"/>
            <w:left w:val="none" w:sz="0" w:space="0" w:color="auto"/>
            <w:bottom w:val="none" w:sz="0" w:space="0" w:color="auto"/>
            <w:right w:val="none" w:sz="0" w:space="0" w:color="auto"/>
          </w:divBdr>
        </w:div>
        <w:div w:id="1326006184">
          <w:marLeft w:val="480"/>
          <w:marRight w:val="0"/>
          <w:marTop w:val="0"/>
          <w:marBottom w:val="0"/>
          <w:divBdr>
            <w:top w:val="none" w:sz="0" w:space="0" w:color="auto"/>
            <w:left w:val="none" w:sz="0" w:space="0" w:color="auto"/>
            <w:bottom w:val="none" w:sz="0" w:space="0" w:color="auto"/>
            <w:right w:val="none" w:sz="0" w:space="0" w:color="auto"/>
          </w:divBdr>
        </w:div>
        <w:div w:id="1347058916">
          <w:marLeft w:val="480"/>
          <w:marRight w:val="0"/>
          <w:marTop w:val="0"/>
          <w:marBottom w:val="0"/>
          <w:divBdr>
            <w:top w:val="none" w:sz="0" w:space="0" w:color="auto"/>
            <w:left w:val="none" w:sz="0" w:space="0" w:color="auto"/>
            <w:bottom w:val="none" w:sz="0" w:space="0" w:color="auto"/>
            <w:right w:val="none" w:sz="0" w:space="0" w:color="auto"/>
          </w:divBdr>
        </w:div>
        <w:div w:id="1353265359">
          <w:marLeft w:val="480"/>
          <w:marRight w:val="0"/>
          <w:marTop w:val="0"/>
          <w:marBottom w:val="0"/>
          <w:divBdr>
            <w:top w:val="none" w:sz="0" w:space="0" w:color="auto"/>
            <w:left w:val="none" w:sz="0" w:space="0" w:color="auto"/>
            <w:bottom w:val="none" w:sz="0" w:space="0" w:color="auto"/>
            <w:right w:val="none" w:sz="0" w:space="0" w:color="auto"/>
          </w:divBdr>
        </w:div>
        <w:div w:id="1480656458">
          <w:marLeft w:val="480"/>
          <w:marRight w:val="0"/>
          <w:marTop w:val="0"/>
          <w:marBottom w:val="0"/>
          <w:divBdr>
            <w:top w:val="none" w:sz="0" w:space="0" w:color="auto"/>
            <w:left w:val="none" w:sz="0" w:space="0" w:color="auto"/>
            <w:bottom w:val="none" w:sz="0" w:space="0" w:color="auto"/>
            <w:right w:val="none" w:sz="0" w:space="0" w:color="auto"/>
          </w:divBdr>
        </w:div>
        <w:div w:id="1569531967">
          <w:marLeft w:val="480"/>
          <w:marRight w:val="0"/>
          <w:marTop w:val="0"/>
          <w:marBottom w:val="0"/>
          <w:divBdr>
            <w:top w:val="none" w:sz="0" w:space="0" w:color="auto"/>
            <w:left w:val="none" w:sz="0" w:space="0" w:color="auto"/>
            <w:bottom w:val="none" w:sz="0" w:space="0" w:color="auto"/>
            <w:right w:val="none" w:sz="0" w:space="0" w:color="auto"/>
          </w:divBdr>
        </w:div>
        <w:div w:id="1587883309">
          <w:marLeft w:val="480"/>
          <w:marRight w:val="0"/>
          <w:marTop w:val="0"/>
          <w:marBottom w:val="0"/>
          <w:divBdr>
            <w:top w:val="none" w:sz="0" w:space="0" w:color="auto"/>
            <w:left w:val="none" w:sz="0" w:space="0" w:color="auto"/>
            <w:bottom w:val="none" w:sz="0" w:space="0" w:color="auto"/>
            <w:right w:val="none" w:sz="0" w:space="0" w:color="auto"/>
          </w:divBdr>
        </w:div>
        <w:div w:id="1647976605">
          <w:marLeft w:val="480"/>
          <w:marRight w:val="0"/>
          <w:marTop w:val="0"/>
          <w:marBottom w:val="0"/>
          <w:divBdr>
            <w:top w:val="none" w:sz="0" w:space="0" w:color="auto"/>
            <w:left w:val="none" w:sz="0" w:space="0" w:color="auto"/>
            <w:bottom w:val="none" w:sz="0" w:space="0" w:color="auto"/>
            <w:right w:val="none" w:sz="0" w:space="0" w:color="auto"/>
          </w:divBdr>
        </w:div>
        <w:div w:id="1679624006">
          <w:marLeft w:val="480"/>
          <w:marRight w:val="0"/>
          <w:marTop w:val="0"/>
          <w:marBottom w:val="0"/>
          <w:divBdr>
            <w:top w:val="none" w:sz="0" w:space="0" w:color="auto"/>
            <w:left w:val="none" w:sz="0" w:space="0" w:color="auto"/>
            <w:bottom w:val="none" w:sz="0" w:space="0" w:color="auto"/>
            <w:right w:val="none" w:sz="0" w:space="0" w:color="auto"/>
          </w:divBdr>
        </w:div>
        <w:div w:id="1695886308">
          <w:marLeft w:val="480"/>
          <w:marRight w:val="0"/>
          <w:marTop w:val="0"/>
          <w:marBottom w:val="0"/>
          <w:divBdr>
            <w:top w:val="none" w:sz="0" w:space="0" w:color="auto"/>
            <w:left w:val="none" w:sz="0" w:space="0" w:color="auto"/>
            <w:bottom w:val="none" w:sz="0" w:space="0" w:color="auto"/>
            <w:right w:val="none" w:sz="0" w:space="0" w:color="auto"/>
          </w:divBdr>
        </w:div>
        <w:div w:id="1723603027">
          <w:marLeft w:val="480"/>
          <w:marRight w:val="0"/>
          <w:marTop w:val="0"/>
          <w:marBottom w:val="0"/>
          <w:divBdr>
            <w:top w:val="none" w:sz="0" w:space="0" w:color="auto"/>
            <w:left w:val="none" w:sz="0" w:space="0" w:color="auto"/>
            <w:bottom w:val="none" w:sz="0" w:space="0" w:color="auto"/>
            <w:right w:val="none" w:sz="0" w:space="0" w:color="auto"/>
          </w:divBdr>
        </w:div>
        <w:div w:id="1772386961">
          <w:marLeft w:val="480"/>
          <w:marRight w:val="0"/>
          <w:marTop w:val="0"/>
          <w:marBottom w:val="0"/>
          <w:divBdr>
            <w:top w:val="none" w:sz="0" w:space="0" w:color="auto"/>
            <w:left w:val="none" w:sz="0" w:space="0" w:color="auto"/>
            <w:bottom w:val="none" w:sz="0" w:space="0" w:color="auto"/>
            <w:right w:val="none" w:sz="0" w:space="0" w:color="auto"/>
          </w:divBdr>
        </w:div>
        <w:div w:id="1784032845">
          <w:marLeft w:val="480"/>
          <w:marRight w:val="0"/>
          <w:marTop w:val="0"/>
          <w:marBottom w:val="0"/>
          <w:divBdr>
            <w:top w:val="none" w:sz="0" w:space="0" w:color="auto"/>
            <w:left w:val="none" w:sz="0" w:space="0" w:color="auto"/>
            <w:bottom w:val="none" w:sz="0" w:space="0" w:color="auto"/>
            <w:right w:val="none" w:sz="0" w:space="0" w:color="auto"/>
          </w:divBdr>
        </w:div>
        <w:div w:id="1788617569">
          <w:marLeft w:val="480"/>
          <w:marRight w:val="0"/>
          <w:marTop w:val="0"/>
          <w:marBottom w:val="0"/>
          <w:divBdr>
            <w:top w:val="none" w:sz="0" w:space="0" w:color="auto"/>
            <w:left w:val="none" w:sz="0" w:space="0" w:color="auto"/>
            <w:bottom w:val="none" w:sz="0" w:space="0" w:color="auto"/>
            <w:right w:val="none" w:sz="0" w:space="0" w:color="auto"/>
          </w:divBdr>
        </w:div>
        <w:div w:id="1799840339">
          <w:marLeft w:val="480"/>
          <w:marRight w:val="0"/>
          <w:marTop w:val="0"/>
          <w:marBottom w:val="0"/>
          <w:divBdr>
            <w:top w:val="none" w:sz="0" w:space="0" w:color="auto"/>
            <w:left w:val="none" w:sz="0" w:space="0" w:color="auto"/>
            <w:bottom w:val="none" w:sz="0" w:space="0" w:color="auto"/>
            <w:right w:val="none" w:sz="0" w:space="0" w:color="auto"/>
          </w:divBdr>
        </w:div>
        <w:div w:id="1832675347">
          <w:marLeft w:val="480"/>
          <w:marRight w:val="0"/>
          <w:marTop w:val="0"/>
          <w:marBottom w:val="0"/>
          <w:divBdr>
            <w:top w:val="none" w:sz="0" w:space="0" w:color="auto"/>
            <w:left w:val="none" w:sz="0" w:space="0" w:color="auto"/>
            <w:bottom w:val="none" w:sz="0" w:space="0" w:color="auto"/>
            <w:right w:val="none" w:sz="0" w:space="0" w:color="auto"/>
          </w:divBdr>
        </w:div>
        <w:div w:id="1872305055">
          <w:marLeft w:val="480"/>
          <w:marRight w:val="0"/>
          <w:marTop w:val="0"/>
          <w:marBottom w:val="0"/>
          <w:divBdr>
            <w:top w:val="none" w:sz="0" w:space="0" w:color="auto"/>
            <w:left w:val="none" w:sz="0" w:space="0" w:color="auto"/>
            <w:bottom w:val="none" w:sz="0" w:space="0" w:color="auto"/>
            <w:right w:val="none" w:sz="0" w:space="0" w:color="auto"/>
          </w:divBdr>
        </w:div>
        <w:div w:id="1985356766">
          <w:marLeft w:val="480"/>
          <w:marRight w:val="0"/>
          <w:marTop w:val="0"/>
          <w:marBottom w:val="0"/>
          <w:divBdr>
            <w:top w:val="none" w:sz="0" w:space="0" w:color="auto"/>
            <w:left w:val="none" w:sz="0" w:space="0" w:color="auto"/>
            <w:bottom w:val="none" w:sz="0" w:space="0" w:color="auto"/>
            <w:right w:val="none" w:sz="0" w:space="0" w:color="auto"/>
          </w:divBdr>
        </w:div>
        <w:div w:id="2014407828">
          <w:marLeft w:val="480"/>
          <w:marRight w:val="0"/>
          <w:marTop w:val="0"/>
          <w:marBottom w:val="0"/>
          <w:divBdr>
            <w:top w:val="none" w:sz="0" w:space="0" w:color="auto"/>
            <w:left w:val="none" w:sz="0" w:space="0" w:color="auto"/>
            <w:bottom w:val="none" w:sz="0" w:space="0" w:color="auto"/>
            <w:right w:val="none" w:sz="0" w:space="0" w:color="auto"/>
          </w:divBdr>
        </w:div>
        <w:div w:id="2027781000">
          <w:marLeft w:val="480"/>
          <w:marRight w:val="0"/>
          <w:marTop w:val="0"/>
          <w:marBottom w:val="0"/>
          <w:divBdr>
            <w:top w:val="none" w:sz="0" w:space="0" w:color="auto"/>
            <w:left w:val="none" w:sz="0" w:space="0" w:color="auto"/>
            <w:bottom w:val="none" w:sz="0" w:space="0" w:color="auto"/>
            <w:right w:val="none" w:sz="0" w:space="0" w:color="auto"/>
          </w:divBdr>
        </w:div>
        <w:div w:id="2142451984">
          <w:marLeft w:val="480"/>
          <w:marRight w:val="0"/>
          <w:marTop w:val="0"/>
          <w:marBottom w:val="0"/>
          <w:divBdr>
            <w:top w:val="none" w:sz="0" w:space="0" w:color="auto"/>
            <w:left w:val="none" w:sz="0" w:space="0" w:color="auto"/>
            <w:bottom w:val="none" w:sz="0" w:space="0" w:color="auto"/>
            <w:right w:val="none" w:sz="0" w:space="0" w:color="auto"/>
          </w:divBdr>
        </w:div>
      </w:divsChild>
    </w:div>
    <w:div w:id="1726493000">
      <w:bodyDiv w:val="1"/>
      <w:marLeft w:val="0"/>
      <w:marRight w:val="0"/>
      <w:marTop w:val="0"/>
      <w:marBottom w:val="0"/>
      <w:divBdr>
        <w:top w:val="none" w:sz="0" w:space="0" w:color="auto"/>
        <w:left w:val="none" w:sz="0" w:space="0" w:color="auto"/>
        <w:bottom w:val="none" w:sz="0" w:space="0" w:color="auto"/>
        <w:right w:val="none" w:sz="0" w:space="0" w:color="auto"/>
      </w:divBdr>
    </w:div>
    <w:div w:id="1734154869">
      <w:bodyDiv w:val="1"/>
      <w:marLeft w:val="0"/>
      <w:marRight w:val="0"/>
      <w:marTop w:val="0"/>
      <w:marBottom w:val="0"/>
      <w:divBdr>
        <w:top w:val="none" w:sz="0" w:space="0" w:color="auto"/>
        <w:left w:val="none" w:sz="0" w:space="0" w:color="auto"/>
        <w:bottom w:val="none" w:sz="0" w:space="0" w:color="auto"/>
        <w:right w:val="none" w:sz="0" w:space="0" w:color="auto"/>
      </w:divBdr>
    </w:div>
    <w:div w:id="1734429818">
      <w:bodyDiv w:val="1"/>
      <w:marLeft w:val="0"/>
      <w:marRight w:val="0"/>
      <w:marTop w:val="0"/>
      <w:marBottom w:val="0"/>
      <w:divBdr>
        <w:top w:val="none" w:sz="0" w:space="0" w:color="auto"/>
        <w:left w:val="none" w:sz="0" w:space="0" w:color="auto"/>
        <w:bottom w:val="none" w:sz="0" w:space="0" w:color="auto"/>
        <w:right w:val="none" w:sz="0" w:space="0" w:color="auto"/>
      </w:divBdr>
    </w:div>
    <w:div w:id="1736005092">
      <w:bodyDiv w:val="1"/>
      <w:marLeft w:val="0"/>
      <w:marRight w:val="0"/>
      <w:marTop w:val="0"/>
      <w:marBottom w:val="0"/>
      <w:divBdr>
        <w:top w:val="none" w:sz="0" w:space="0" w:color="auto"/>
        <w:left w:val="none" w:sz="0" w:space="0" w:color="auto"/>
        <w:bottom w:val="none" w:sz="0" w:space="0" w:color="auto"/>
        <w:right w:val="none" w:sz="0" w:space="0" w:color="auto"/>
      </w:divBdr>
    </w:div>
    <w:div w:id="1737362276">
      <w:bodyDiv w:val="1"/>
      <w:marLeft w:val="0"/>
      <w:marRight w:val="0"/>
      <w:marTop w:val="0"/>
      <w:marBottom w:val="0"/>
      <w:divBdr>
        <w:top w:val="none" w:sz="0" w:space="0" w:color="auto"/>
        <w:left w:val="none" w:sz="0" w:space="0" w:color="auto"/>
        <w:bottom w:val="none" w:sz="0" w:space="0" w:color="auto"/>
        <w:right w:val="none" w:sz="0" w:space="0" w:color="auto"/>
      </w:divBdr>
    </w:div>
    <w:div w:id="1741714946">
      <w:bodyDiv w:val="1"/>
      <w:marLeft w:val="0"/>
      <w:marRight w:val="0"/>
      <w:marTop w:val="0"/>
      <w:marBottom w:val="0"/>
      <w:divBdr>
        <w:top w:val="none" w:sz="0" w:space="0" w:color="auto"/>
        <w:left w:val="none" w:sz="0" w:space="0" w:color="auto"/>
        <w:bottom w:val="none" w:sz="0" w:space="0" w:color="auto"/>
        <w:right w:val="none" w:sz="0" w:space="0" w:color="auto"/>
      </w:divBdr>
    </w:div>
    <w:div w:id="1742173917">
      <w:bodyDiv w:val="1"/>
      <w:marLeft w:val="0"/>
      <w:marRight w:val="0"/>
      <w:marTop w:val="0"/>
      <w:marBottom w:val="0"/>
      <w:divBdr>
        <w:top w:val="none" w:sz="0" w:space="0" w:color="auto"/>
        <w:left w:val="none" w:sz="0" w:space="0" w:color="auto"/>
        <w:bottom w:val="none" w:sz="0" w:space="0" w:color="auto"/>
        <w:right w:val="none" w:sz="0" w:space="0" w:color="auto"/>
      </w:divBdr>
    </w:div>
    <w:div w:id="1742293181">
      <w:bodyDiv w:val="1"/>
      <w:marLeft w:val="0"/>
      <w:marRight w:val="0"/>
      <w:marTop w:val="0"/>
      <w:marBottom w:val="0"/>
      <w:divBdr>
        <w:top w:val="none" w:sz="0" w:space="0" w:color="auto"/>
        <w:left w:val="none" w:sz="0" w:space="0" w:color="auto"/>
        <w:bottom w:val="none" w:sz="0" w:space="0" w:color="auto"/>
        <w:right w:val="none" w:sz="0" w:space="0" w:color="auto"/>
      </w:divBdr>
    </w:div>
    <w:div w:id="1746298168">
      <w:bodyDiv w:val="1"/>
      <w:marLeft w:val="0"/>
      <w:marRight w:val="0"/>
      <w:marTop w:val="0"/>
      <w:marBottom w:val="0"/>
      <w:divBdr>
        <w:top w:val="none" w:sz="0" w:space="0" w:color="auto"/>
        <w:left w:val="none" w:sz="0" w:space="0" w:color="auto"/>
        <w:bottom w:val="none" w:sz="0" w:space="0" w:color="auto"/>
        <w:right w:val="none" w:sz="0" w:space="0" w:color="auto"/>
      </w:divBdr>
    </w:div>
    <w:div w:id="1747916888">
      <w:bodyDiv w:val="1"/>
      <w:marLeft w:val="0"/>
      <w:marRight w:val="0"/>
      <w:marTop w:val="0"/>
      <w:marBottom w:val="0"/>
      <w:divBdr>
        <w:top w:val="none" w:sz="0" w:space="0" w:color="auto"/>
        <w:left w:val="none" w:sz="0" w:space="0" w:color="auto"/>
        <w:bottom w:val="none" w:sz="0" w:space="0" w:color="auto"/>
        <w:right w:val="none" w:sz="0" w:space="0" w:color="auto"/>
      </w:divBdr>
    </w:div>
    <w:div w:id="1748576867">
      <w:bodyDiv w:val="1"/>
      <w:marLeft w:val="0"/>
      <w:marRight w:val="0"/>
      <w:marTop w:val="0"/>
      <w:marBottom w:val="0"/>
      <w:divBdr>
        <w:top w:val="none" w:sz="0" w:space="0" w:color="auto"/>
        <w:left w:val="none" w:sz="0" w:space="0" w:color="auto"/>
        <w:bottom w:val="none" w:sz="0" w:space="0" w:color="auto"/>
        <w:right w:val="none" w:sz="0" w:space="0" w:color="auto"/>
      </w:divBdr>
    </w:div>
    <w:div w:id="1749617011">
      <w:bodyDiv w:val="1"/>
      <w:marLeft w:val="0"/>
      <w:marRight w:val="0"/>
      <w:marTop w:val="0"/>
      <w:marBottom w:val="0"/>
      <w:divBdr>
        <w:top w:val="none" w:sz="0" w:space="0" w:color="auto"/>
        <w:left w:val="none" w:sz="0" w:space="0" w:color="auto"/>
        <w:bottom w:val="none" w:sz="0" w:space="0" w:color="auto"/>
        <w:right w:val="none" w:sz="0" w:space="0" w:color="auto"/>
      </w:divBdr>
      <w:divsChild>
        <w:div w:id="603000995">
          <w:marLeft w:val="480"/>
          <w:marRight w:val="0"/>
          <w:marTop w:val="0"/>
          <w:marBottom w:val="0"/>
          <w:divBdr>
            <w:top w:val="none" w:sz="0" w:space="0" w:color="auto"/>
            <w:left w:val="none" w:sz="0" w:space="0" w:color="auto"/>
            <w:bottom w:val="none" w:sz="0" w:space="0" w:color="auto"/>
            <w:right w:val="none" w:sz="0" w:space="0" w:color="auto"/>
          </w:divBdr>
        </w:div>
        <w:div w:id="833375096">
          <w:marLeft w:val="480"/>
          <w:marRight w:val="0"/>
          <w:marTop w:val="0"/>
          <w:marBottom w:val="0"/>
          <w:divBdr>
            <w:top w:val="none" w:sz="0" w:space="0" w:color="auto"/>
            <w:left w:val="none" w:sz="0" w:space="0" w:color="auto"/>
            <w:bottom w:val="none" w:sz="0" w:space="0" w:color="auto"/>
            <w:right w:val="none" w:sz="0" w:space="0" w:color="auto"/>
          </w:divBdr>
        </w:div>
        <w:div w:id="928776755">
          <w:marLeft w:val="480"/>
          <w:marRight w:val="0"/>
          <w:marTop w:val="0"/>
          <w:marBottom w:val="0"/>
          <w:divBdr>
            <w:top w:val="none" w:sz="0" w:space="0" w:color="auto"/>
            <w:left w:val="none" w:sz="0" w:space="0" w:color="auto"/>
            <w:bottom w:val="none" w:sz="0" w:space="0" w:color="auto"/>
            <w:right w:val="none" w:sz="0" w:space="0" w:color="auto"/>
          </w:divBdr>
        </w:div>
        <w:div w:id="1220482213">
          <w:marLeft w:val="480"/>
          <w:marRight w:val="0"/>
          <w:marTop w:val="0"/>
          <w:marBottom w:val="0"/>
          <w:divBdr>
            <w:top w:val="none" w:sz="0" w:space="0" w:color="auto"/>
            <w:left w:val="none" w:sz="0" w:space="0" w:color="auto"/>
            <w:bottom w:val="none" w:sz="0" w:space="0" w:color="auto"/>
            <w:right w:val="none" w:sz="0" w:space="0" w:color="auto"/>
          </w:divBdr>
        </w:div>
        <w:div w:id="1241209824">
          <w:marLeft w:val="480"/>
          <w:marRight w:val="0"/>
          <w:marTop w:val="0"/>
          <w:marBottom w:val="0"/>
          <w:divBdr>
            <w:top w:val="none" w:sz="0" w:space="0" w:color="auto"/>
            <w:left w:val="none" w:sz="0" w:space="0" w:color="auto"/>
            <w:bottom w:val="none" w:sz="0" w:space="0" w:color="auto"/>
            <w:right w:val="none" w:sz="0" w:space="0" w:color="auto"/>
          </w:divBdr>
        </w:div>
        <w:div w:id="1842893995">
          <w:marLeft w:val="480"/>
          <w:marRight w:val="0"/>
          <w:marTop w:val="0"/>
          <w:marBottom w:val="0"/>
          <w:divBdr>
            <w:top w:val="none" w:sz="0" w:space="0" w:color="auto"/>
            <w:left w:val="none" w:sz="0" w:space="0" w:color="auto"/>
            <w:bottom w:val="none" w:sz="0" w:space="0" w:color="auto"/>
            <w:right w:val="none" w:sz="0" w:space="0" w:color="auto"/>
          </w:divBdr>
        </w:div>
        <w:div w:id="1987776955">
          <w:marLeft w:val="480"/>
          <w:marRight w:val="0"/>
          <w:marTop w:val="0"/>
          <w:marBottom w:val="0"/>
          <w:divBdr>
            <w:top w:val="none" w:sz="0" w:space="0" w:color="auto"/>
            <w:left w:val="none" w:sz="0" w:space="0" w:color="auto"/>
            <w:bottom w:val="none" w:sz="0" w:space="0" w:color="auto"/>
            <w:right w:val="none" w:sz="0" w:space="0" w:color="auto"/>
          </w:divBdr>
        </w:div>
      </w:divsChild>
    </w:div>
    <w:div w:id="1752966502">
      <w:bodyDiv w:val="1"/>
      <w:marLeft w:val="0"/>
      <w:marRight w:val="0"/>
      <w:marTop w:val="0"/>
      <w:marBottom w:val="0"/>
      <w:divBdr>
        <w:top w:val="none" w:sz="0" w:space="0" w:color="auto"/>
        <w:left w:val="none" w:sz="0" w:space="0" w:color="auto"/>
        <w:bottom w:val="none" w:sz="0" w:space="0" w:color="auto"/>
        <w:right w:val="none" w:sz="0" w:space="0" w:color="auto"/>
      </w:divBdr>
    </w:div>
    <w:div w:id="1753811848">
      <w:bodyDiv w:val="1"/>
      <w:marLeft w:val="0"/>
      <w:marRight w:val="0"/>
      <w:marTop w:val="0"/>
      <w:marBottom w:val="0"/>
      <w:divBdr>
        <w:top w:val="none" w:sz="0" w:space="0" w:color="auto"/>
        <w:left w:val="none" w:sz="0" w:space="0" w:color="auto"/>
        <w:bottom w:val="none" w:sz="0" w:space="0" w:color="auto"/>
        <w:right w:val="none" w:sz="0" w:space="0" w:color="auto"/>
      </w:divBdr>
      <w:divsChild>
        <w:div w:id="6979058">
          <w:marLeft w:val="480"/>
          <w:marRight w:val="0"/>
          <w:marTop w:val="0"/>
          <w:marBottom w:val="0"/>
          <w:divBdr>
            <w:top w:val="none" w:sz="0" w:space="0" w:color="auto"/>
            <w:left w:val="none" w:sz="0" w:space="0" w:color="auto"/>
            <w:bottom w:val="none" w:sz="0" w:space="0" w:color="auto"/>
            <w:right w:val="none" w:sz="0" w:space="0" w:color="auto"/>
          </w:divBdr>
        </w:div>
        <w:div w:id="14039858">
          <w:marLeft w:val="480"/>
          <w:marRight w:val="0"/>
          <w:marTop w:val="0"/>
          <w:marBottom w:val="0"/>
          <w:divBdr>
            <w:top w:val="none" w:sz="0" w:space="0" w:color="auto"/>
            <w:left w:val="none" w:sz="0" w:space="0" w:color="auto"/>
            <w:bottom w:val="none" w:sz="0" w:space="0" w:color="auto"/>
            <w:right w:val="none" w:sz="0" w:space="0" w:color="auto"/>
          </w:divBdr>
        </w:div>
        <w:div w:id="61027088">
          <w:marLeft w:val="480"/>
          <w:marRight w:val="0"/>
          <w:marTop w:val="0"/>
          <w:marBottom w:val="0"/>
          <w:divBdr>
            <w:top w:val="none" w:sz="0" w:space="0" w:color="auto"/>
            <w:left w:val="none" w:sz="0" w:space="0" w:color="auto"/>
            <w:bottom w:val="none" w:sz="0" w:space="0" w:color="auto"/>
            <w:right w:val="none" w:sz="0" w:space="0" w:color="auto"/>
          </w:divBdr>
        </w:div>
        <w:div w:id="64300163">
          <w:marLeft w:val="480"/>
          <w:marRight w:val="0"/>
          <w:marTop w:val="0"/>
          <w:marBottom w:val="0"/>
          <w:divBdr>
            <w:top w:val="none" w:sz="0" w:space="0" w:color="auto"/>
            <w:left w:val="none" w:sz="0" w:space="0" w:color="auto"/>
            <w:bottom w:val="none" w:sz="0" w:space="0" w:color="auto"/>
            <w:right w:val="none" w:sz="0" w:space="0" w:color="auto"/>
          </w:divBdr>
        </w:div>
        <w:div w:id="91049387">
          <w:marLeft w:val="480"/>
          <w:marRight w:val="0"/>
          <w:marTop w:val="0"/>
          <w:marBottom w:val="0"/>
          <w:divBdr>
            <w:top w:val="none" w:sz="0" w:space="0" w:color="auto"/>
            <w:left w:val="none" w:sz="0" w:space="0" w:color="auto"/>
            <w:bottom w:val="none" w:sz="0" w:space="0" w:color="auto"/>
            <w:right w:val="none" w:sz="0" w:space="0" w:color="auto"/>
          </w:divBdr>
        </w:div>
        <w:div w:id="100347481">
          <w:marLeft w:val="480"/>
          <w:marRight w:val="0"/>
          <w:marTop w:val="0"/>
          <w:marBottom w:val="0"/>
          <w:divBdr>
            <w:top w:val="none" w:sz="0" w:space="0" w:color="auto"/>
            <w:left w:val="none" w:sz="0" w:space="0" w:color="auto"/>
            <w:bottom w:val="none" w:sz="0" w:space="0" w:color="auto"/>
            <w:right w:val="none" w:sz="0" w:space="0" w:color="auto"/>
          </w:divBdr>
        </w:div>
        <w:div w:id="124812294">
          <w:marLeft w:val="480"/>
          <w:marRight w:val="0"/>
          <w:marTop w:val="0"/>
          <w:marBottom w:val="0"/>
          <w:divBdr>
            <w:top w:val="none" w:sz="0" w:space="0" w:color="auto"/>
            <w:left w:val="none" w:sz="0" w:space="0" w:color="auto"/>
            <w:bottom w:val="none" w:sz="0" w:space="0" w:color="auto"/>
            <w:right w:val="none" w:sz="0" w:space="0" w:color="auto"/>
          </w:divBdr>
        </w:div>
        <w:div w:id="132869922">
          <w:marLeft w:val="480"/>
          <w:marRight w:val="0"/>
          <w:marTop w:val="0"/>
          <w:marBottom w:val="0"/>
          <w:divBdr>
            <w:top w:val="none" w:sz="0" w:space="0" w:color="auto"/>
            <w:left w:val="none" w:sz="0" w:space="0" w:color="auto"/>
            <w:bottom w:val="none" w:sz="0" w:space="0" w:color="auto"/>
            <w:right w:val="none" w:sz="0" w:space="0" w:color="auto"/>
          </w:divBdr>
        </w:div>
        <w:div w:id="143279869">
          <w:marLeft w:val="480"/>
          <w:marRight w:val="0"/>
          <w:marTop w:val="0"/>
          <w:marBottom w:val="0"/>
          <w:divBdr>
            <w:top w:val="none" w:sz="0" w:space="0" w:color="auto"/>
            <w:left w:val="none" w:sz="0" w:space="0" w:color="auto"/>
            <w:bottom w:val="none" w:sz="0" w:space="0" w:color="auto"/>
            <w:right w:val="none" w:sz="0" w:space="0" w:color="auto"/>
          </w:divBdr>
        </w:div>
        <w:div w:id="319358480">
          <w:marLeft w:val="480"/>
          <w:marRight w:val="0"/>
          <w:marTop w:val="0"/>
          <w:marBottom w:val="0"/>
          <w:divBdr>
            <w:top w:val="none" w:sz="0" w:space="0" w:color="auto"/>
            <w:left w:val="none" w:sz="0" w:space="0" w:color="auto"/>
            <w:bottom w:val="none" w:sz="0" w:space="0" w:color="auto"/>
            <w:right w:val="none" w:sz="0" w:space="0" w:color="auto"/>
          </w:divBdr>
        </w:div>
        <w:div w:id="410934334">
          <w:marLeft w:val="480"/>
          <w:marRight w:val="0"/>
          <w:marTop w:val="0"/>
          <w:marBottom w:val="0"/>
          <w:divBdr>
            <w:top w:val="none" w:sz="0" w:space="0" w:color="auto"/>
            <w:left w:val="none" w:sz="0" w:space="0" w:color="auto"/>
            <w:bottom w:val="none" w:sz="0" w:space="0" w:color="auto"/>
            <w:right w:val="none" w:sz="0" w:space="0" w:color="auto"/>
          </w:divBdr>
        </w:div>
        <w:div w:id="432559207">
          <w:marLeft w:val="480"/>
          <w:marRight w:val="0"/>
          <w:marTop w:val="0"/>
          <w:marBottom w:val="0"/>
          <w:divBdr>
            <w:top w:val="none" w:sz="0" w:space="0" w:color="auto"/>
            <w:left w:val="none" w:sz="0" w:space="0" w:color="auto"/>
            <w:bottom w:val="none" w:sz="0" w:space="0" w:color="auto"/>
            <w:right w:val="none" w:sz="0" w:space="0" w:color="auto"/>
          </w:divBdr>
        </w:div>
        <w:div w:id="675621832">
          <w:marLeft w:val="480"/>
          <w:marRight w:val="0"/>
          <w:marTop w:val="0"/>
          <w:marBottom w:val="0"/>
          <w:divBdr>
            <w:top w:val="none" w:sz="0" w:space="0" w:color="auto"/>
            <w:left w:val="none" w:sz="0" w:space="0" w:color="auto"/>
            <w:bottom w:val="none" w:sz="0" w:space="0" w:color="auto"/>
            <w:right w:val="none" w:sz="0" w:space="0" w:color="auto"/>
          </w:divBdr>
        </w:div>
        <w:div w:id="687294628">
          <w:marLeft w:val="480"/>
          <w:marRight w:val="0"/>
          <w:marTop w:val="0"/>
          <w:marBottom w:val="0"/>
          <w:divBdr>
            <w:top w:val="none" w:sz="0" w:space="0" w:color="auto"/>
            <w:left w:val="none" w:sz="0" w:space="0" w:color="auto"/>
            <w:bottom w:val="none" w:sz="0" w:space="0" w:color="auto"/>
            <w:right w:val="none" w:sz="0" w:space="0" w:color="auto"/>
          </w:divBdr>
        </w:div>
        <w:div w:id="703214710">
          <w:marLeft w:val="480"/>
          <w:marRight w:val="0"/>
          <w:marTop w:val="0"/>
          <w:marBottom w:val="0"/>
          <w:divBdr>
            <w:top w:val="none" w:sz="0" w:space="0" w:color="auto"/>
            <w:left w:val="none" w:sz="0" w:space="0" w:color="auto"/>
            <w:bottom w:val="none" w:sz="0" w:space="0" w:color="auto"/>
            <w:right w:val="none" w:sz="0" w:space="0" w:color="auto"/>
          </w:divBdr>
        </w:div>
        <w:div w:id="814565779">
          <w:marLeft w:val="480"/>
          <w:marRight w:val="0"/>
          <w:marTop w:val="0"/>
          <w:marBottom w:val="0"/>
          <w:divBdr>
            <w:top w:val="none" w:sz="0" w:space="0" w:color="auto"/>
            <w:left w:val="none" w:sz="0" w:space="0" w:color="auto"/>
            <w:bottom w:val="none" w:sz="0" w:space="0" w:color="auto"/>
            <w:right w:val="none" w:sz="0" w:space="0" w:color="auto"/>
          </w:divBdr>
        </w:div>
        <w:div w:id="834026856">
          <w:marLeft w:val="480"/>
          <w:marRight w:val="0"/>
          <w:marTop w:val="0"/>
          <w:marBottom w:val="0"/>
          <w:divBdr>
            <w:top w:val="none" w:sz="0" w:space="0" w:color="auto"/>
            <w:left w:val="none" w:sz="0" w:space="0" w:color="auto"/>
            <w:bottom w:val="none" w:sz="0" w:space="0" w:color="auto"/>
            <w:right w:val="none" w:sz="0" w:space="0" w:color="auto"/>
          </w:divBdr>
        </w:div>
        <w:div w:id="1195580788">
          <w:marLeft w:val="480"/>
          <w:marRight w:val="0"/>
          <w:marTop w:val="0"/>
          <w:marBottom w:val="0"/>
          <w:divBdr>
            <w:top w:val="none" w:sz="0" w:space="0" w:color="auto"/>
            <w:left w:val="none" w:sz="0" w:space="0" w:color="auto"/>
            <w:bottom w:val="none" w:sz="0" w:space="0" w:color="auto"/>
            <w:right w:val="none" w:sz="0" w:space="0" w:color="auto"/>
          </w:divBdr>
        </w:div>
        <w:div w:id="1275945707">
          <w:marLeft w:val="480"/>
          <w:marRight w:val="0"/>
          <w:marTop w:val="0"/>
          <w:marBottom w:val="0"/>
          <w:divBdr>
            <w:top w:val="none" w:sz="0" w:space="0" w:color="auto"/>
            <w:left w:val="none" w:sz="0" w:space="0" w:color="auto"/>
            <w:bottom w:val="none" w:sz="0" w:space="0" w:color="auto"/>
            <w:right w:val="none" w:sz="0" w:space="0" w:color="auto"/>
          </w:divBdr>
        </w:div>
        <w:div w:id="1291479265">
          <w:marLeft w:val="480"/>
          <w:marRight w:val="0"/>
          <w:marTop w:val="0"/>
          <w:marBottom w:val="0"/>
          <w:divBdr>
            <w:top w:val="none" w:sz="0" w:space="0" w:color="auto"/>
            <w:left w:val="none" w:sz="0" w:space="0" w:color="auto"/>
            <w:bottom w:val="none" w:sz="0" w:space="0" w:color="auto"/>
            <w:right w:val="none" w:sz="0" w:space="0" w:color="auto"/>
          </w:divBdr>
        </w:div>
        <w:div w:id="1614091081">
          <w:marLeft w:val="480"/>
          <w:marRight w:val="0"/>
          <w:marTop w:val="0"/>
          <w:marBottom w:val="0"/>
          <w:divBdr>
            <w:top w:val="none" w:sz="0" w:space="0" w:color="auto"/>
            <w:left w:val="none" w:sz="0" w:space="0" w:color="auto"/>
            <w:bottom w:val="none" w:sz="0" w:space="0" w:color="auto"/>
            <w:right w:val="none" w:sz="0" w:space="0" w:color="auto"/>
          </w:divBdr>
        </w:div>
        <w:div w:id="1655261977">
          <w:marLeft w:val="480"/>
          <w:marRight w:val="0"/>
          <w:marTop w:val="0"/>
          <w:marBottom w:val="0"/>
          <w:divBdr>
            <w:top w:val="none" w:sz="0" w:space="0" w:color="auto"/>
            <w:left w:val="none" w:sz="0" w:space="0" w:color="auto"/>
            <w:bottom w:val="none" w:sz="0" w:space="0" w:color="auto"/>
            <w:right w:val="none" w:sz="0" w:space="0" w:color="auto"/>
          </w:divBdr>
        </w:div>
        <w:div w:id="1756321312">
          <w:marLeft w:val="480"/>
          <w:marRight w:val="0"/>
          <w:marTop w:val="0"/>
          <w:marBottom w:val="0"/>
          <w:divBdr>
            <w:top w:val="none" w:sz="0" w:space="0" w:color="auto"/>
            <w:left w:val="none" w:sz="0" w:space="0" w:color="auto"/>
            <w:bottom w:val="none" w:sz="0" w:space="0" w:color="auto"/>
            <w:right w:val="none" w:sz="0" w:space="0" w:color="auto"/>
          </w:divBdr>
        </w:div>
        <w:div w:id="1791626919">
          <w:marLeft w:val="480"/>
          <w:marRight w:val="0"/>
          <w:marTop w:val="0"/>
          <w:marBottom w:val="0"/>
          <w:divBdr>
            <w:top w:val="none" w:sz="0" w:space="0" w:color="auto"/>
            <w:left w:val="none" w:sz="0" w:space="0" w:color="auto"/>
            <w:bottom w:val="none" w:sz="0" w:space="0" w:color="auto"/>
            <w:right w:val="none" w:sz="0" w:space="0" w:color="auto"/>
          </w:divBdr>
        </w:div>
        <w:div w:id="1817531253">
          <w:marLeft w:val="480"/>
          <w:marRight w:val="0"/>
          <w:marTop w:val="0"/>
          <w:marBottom w:val="0"/>
          <w:divBdr>
            <w:top w:val="none" w:sz="0" w:space="0" w:color="auto"/>
            <w:left w:val="none" w:sz="0" w:space="0" w:color="auto"/>
            <w:bottom w:val="none" w:sz="0" w:space="0" w:color="auto"/>
            <w:right w:val="none" w:sz="0" w:space="0" w:color="auto"/>
          </w:divBdr>
        </w:div>
        <w:div w:id="1823352314">
          <w:marLeft w:val="480"/>
          <w:marRight w:val="0"/>
          <w:marTop w:val="0"/>
          <w:marBottom w:val="0"/>
          <w:divBdr>
            <w:top w:val="none" w:sz="0" w:space="0" w:color="auto"/>
            <w:left w:val="none" w:sz="0" w:space="0" w:color="auto"/>
            <w:bottom w:val="none" w:sz="0" w:space="0" w:color="auto"/>
            <w:right w:val="none" w:sz="0" w:space="0" w:color="auto"/>
          </w:divBdr>
        </w:div>
        <w:div w:id="1916356913">
          <w:marLeft w:val="480"/>
          <w:marRight w:val="0"/>
          <w:marTop w:val="0"/>
          <w:marBottom w:val="0"/>
          <w:divBdr>
            <w:top w:val="none" w:sz="0" w:space="0" w:color="auto"/>
            <w:left w:val="none" w:sz="0" w:space="0" w:color="auto"/>
            <w:bottom w:val="none" w:sz="0" w:space="0" w:color="auto"/>
            <w:right w:val="none" w:sz="0" w:space="0" w:color="auto"/>
          </w:divBdr>
        </w:div>
        <w:div w:id="2039575942">
          <w:marLeft w:val="480"/>
          <w:marRight w:val="0"/>
          <w:marTop w:val="0"/>
          <w:marBottom w:val="0"/>
          <w:divBdr>
            <w:top w:val="none" w:sz="0" w:space="0" w:color="auto"/>
            <w:left w:val="none" w:sz="0" w:space="0" w:color="auto"/>
            <w:bottom w:val="none" w:sz="0" w:space="0" w:color="auto"/>
            <w:right w:val="none" w:sz="0" w:space="0" w:color="auto"/>
          </w:divBdr>
        </w:div>
        <w:div w:id="2099592907">
          <w:marLeft w:val="480"/>
          <w:marRight w:val="0"/>
          <w:marTop w:val="0"/>
          <w:marBottom w:val="0"/>
          <w:divBdr>
            <w:top w:val="none" w:sz="0" w:space="0" w:color="auto"/>
            <w:left w:val="none" w:sz="0" w:space="0" w:color="auto"/>
            <w:bottom w:val="none" w:sz="0" w:space="0" w:color="auto"/>
            <w:right w:val="none" w:sz="0" w:space="0" w:color="auto"/>
          </w:divBdr>
        </w:div>
        <w:div w:id="2102870228">
          <w:marLeft w:val="480"/>
          <w:marRight w:val="0"/>
          <w:marTop w:val="0"/>
          <w:marBottom w:val="0"/>
          <w:divBdr>
            <w:top w:val="none" w:sz="0" w:space="0" w:color="auto"/>
            <w:left w:val="none" w:sz="0" w:space="0" w:color="auto"/>
            <w:bottom w:val="none" w:sz="0" w:space="0" w:color="auto"/>
            <w:right w:val="none" w:sz="0" w:space="0" w:color="auto"/>
          </w:divBdr>
        </w:div>
        <w:div w:id="2142726764">
          <w:marLeft w:val="480"/>
          <w:marRight w:val="0"/>
          <w:marTop w:val="0"/>
          <w:marBottom w:val="0"/>
          <w:divBdr>
            <w:top w:val="none" w:sz="0" w:space="0" w:color="auto"/>
            <w:left w:val="none" w:sz="0" w:space="0" w:color="auto"/>
            <w:bottom w:val="none" w:sz="0" w:space="0" w:color="auto"/>
            <w:right w:val="none" w:sz="0" w:space="0" w:color="auto"/>
          </w:divBdr>
        </w:div>
        <w:div w:id="2144536921">
          <w:marLeft w:val="480"/>
          <w:marRight w:val="0"/>
          <w:marTop w:val="0"/>
          <w:marBottom w:val="0"/>
          <w:divBdr>
            <w:top w:val="none" w:sz="0" w:space="0" w:color="auto"/>
            <w:left w:val="none" w:sz="0" w:space="0" w:color="auto"/>
            <w:bottom w:val="none" w:sz="0" w:space="0" w:color="auto"/>
            <w:right w:val="none" w:sz="0" w:space="0" w:color="auto"/>
          </w:divBdr>
        </w:div>
      </w:divsChild>
    </w:div>
    <w:div w:id="1756591809">
      <w:bodyDiv w:val="1"/>
      <w:marLeft w:val="0"/>
      <w:marRight w:val="0"/>
      <w:marTop w:val="0"/>
      <w:marBottom w:val="0"/>
      <w:divBdr>
        <w:top w:val="none" w:sz="0" w:space="0" w:color="auto"/>
        <w:left w:val="none" w:sz="0" w:space="0" w:color="auto"/>
        <w:bottom w:val="none" w:sz="0" w:space="0" w:color="auto"/>
        <w:right w:val="none" w:sz="0" w:space="0" w:color="auto"/>
      </w:divBdr>
      <w:divsChild>
        <w:div w:id="18046296">
          <w:marLeft w:val="480"/>
          <w:marRight w:val="0"/>
          <w:marTop w:val="0"/>
          <w:marBottom w:val="0"/>
          <w:divBdr>
            <w:top w:val="none" w:sz="0" w:space="0" w:color="auto"/>
            <w:left w:val="none" w:sz="0" w:space="0" w:color="auto"/>
            <w:bottom w:val="none" w:sz="0" w:space="0" w:color="auto"/>
            <w:right w:val="none" w:sz="0" w:space="0" w:color="auto"/>
          </w:divBdr>
        </w:div>
        <w:div w:id="44528732">
          <w:marLeft w:val="480"/>
          <w:marRight w:val="0"/>
          <w:marTop w:val="0"/>
          <w:marBottom w:val="0"/>
          <w:divBdr>
            <w:top w:val="none" w:sz="0" w:space="0" w:color="auto"/>
            <w:left w:val="none" w:sz="0" w:space="0" w:color="auto"/>
            <w:bottom w:val="none" w:sz="0" w:space="0" w:color="auto"/>
            <w:right w:val="none" w:sz="0" w:space="0" w:color="auto"/>
          </w:divBdr>
        </w:div>
        <w:div w:id="124084738">
          <w:marLeft w:val="480"/>
          <w:marRight w:val="0"/>
          <w:marTop w:val="0"/>
          <w:marBottom w:val="0"/>
          <w:divBdr>
            <w:top w:val="none" w:sz="0" w:space="0" w:color="auto"/>
            <w:left w:val="none" w:sz="0" w:space="0" w:color="auto"/>
            <w:bottom w:val="none" w:sz="0" w:space="0" w:color="auto"/>
            <w:right w:val="none" w:sz="0" w:space="0" w:color="auto"/>
          </w:divBdr>
        </w:div>
        <w:div w:id="169954206">
          <w:marLeft w:val="480"/>
          <w:marRight w:val="0"/>
          <w:marTop w:val="0"/>
          <w:marBottom w:val="0"/>
          <w:divBdr>
            <w:top w:val="none" w:sz="0" w:space="0" w:color="auto"/>
            <w:left w:val="none" w:sz="0" w:space="0" w:color="auto"/>
            <w:bottom w:val="none" w:sz="0" w:space="0" w:color="auto"/>
            <w:right w:val="none" w:sz="0" w:space="0" w:color="auto"/>
          </w:divBdr>
        </w:div>
        <w:div w:id="297078100">
          <w:marLeft w:val="480"/>
          <w:marRight w:val="0"/>
          <w:marTop w:val="0"/>
          <w:marBottom w:val="0"/>
          <w:divBdr>
            <w:top w:val="none" w:sz="0" w:space="0" w:color="auto"/>
            <w:left w:val="none" w:sz="0" w:space="0" w:color="auto"/>
            <w:bottom w:val="none" w:sz="0" w:space="0" w:color="auto"/>
            <w:right w:val="none" w:sz="0" w:space="0" w:color="auto"/>
          </w:divBdr>
        </w:div>
        <w:div w:id="410584722">
          <w:marLeft w:val="480"/>
          <w:marRight w:val="0"/>
          <w:marTop w:val="0"/>
          <w:marBottom w:val="0"/>
          <w:divBdr>
            <w:top w:val="none" w:sz="0" w:space="0" w:color="auto"/>
            <w:left w:val="none" w:sz="0" w:space="0" w:color="auto"/>
            <w:bottom w:val="none" w:sz="0" w:space="0" w:color="auto"/>
            <w:right w:val="none" w:sz="0" w:space="0" w:color="auto"/>
          </w:divBdr>
        </w:div>
        <w:div w:id="646129509">
          <w:marLeft w:val="480"/>
          <w:marRight w:val="0"/>
          <w:marTop w:val="0"/>
          <w:marBottom w:val="0"/>
          <w:divBdr>
            <w:top w:val="none" w:sz="0" w:space="0" w:color="auto"/>
            <w:left w:val="none" w:sz="0" w:space="0" w:color="auto"/>
            <w:bottom w:val="none" w:sz="0" w:space="0" w:color="auto"/>
            <w:right w:val="none" w:sz="0" w:space="0" w:color="auto"/>
          </w:divBdr>
        </w:div>
        <w:div w:id="676346391">
          <w:marLeft w:val="480"/>
          <w:marRight w:val="0"/>
          <w:marTop w:val="0"/>
          <w:marBottom w:val="0"/>
          <w:divBdr>
            <w:top w:val="none" w:sz="0" w:space="0" w:color="auto"/>
            <w:left w:val="none" w:sz="0" w:space="0" w:color="auto"/>
            <w:bottom w:val="none" w:sz="0" w:space="0" w:color="auto"/>
            <w:right w:val="none" w:sz="0" w:space="0" w:color="auto"/>
          </w:divBdr>
        </w:div>
        <w:div w:id="735475774">
          <w:marLeft w:val="480"/>
          <w:marRight w:val="0"/>
          <w:marTop w:val="0"/>
          <w:marBottom w:val="0"/>
          <w:divBdr>
            <w:top w:val="none" w:sz="0" w:space="0" w:color="auto"/>
            <w:left w:val="none" w:sz="0" w:space="0" w:color="auto"/>
            <w:bottom w:val="none" w:sz="0" w:space="0" w:color="auto"/>
            <w:right w:val="none" w:sz="0" w:space="0" w:color="auto"/>
          </w:divBdr>
        </w:div>
        <w:div w:id="761150732">
          <w:marLeft w:val="480"/>
          <w:marRight w:val="0"/>
          <w:marTop w:val="0"/>
          <w:marBottom w:val="0"/>
          <w:divBdr>
            <w:top w:val="none" w:sz="0" w:space="0" w:color="auto"/>
            <w:left w:val="none" w:sz="0" w:space="0" w:color="auto"/>
            <w:bottom w:val="none" w:sz="0" w:space="0" w:color="auto"/>
            <w:right w:val="none" w:sz="0" w:space="0" w:color="auto"/>
          </w:divBdr>
        </w:div>
        <w:div w:id="781417541">
          <w:marLeft w:val="480"/>
          <w:marRight w:val="0"/>
          <w:marTop w:val="0"/>
          <w:marBottom w:val="0"/>
          <w:divBdr>
            <w:top w:val="none" w:sz="0" w:space="0" w:color="auto"/>
            <w:left w:val="none" w:sz="0" w:space="0" w:color="auto"/>
            <w:bottom w:val="none" w:sz="0" w:space="0" w:color="auto"/>
            <w:right w:val="none" w:sz="0" w:space="0" w:color="auto"/>
          </w:divBdr>
        </w:div>
        <w:div w:id="784883500">
          <w:marLeft w:val="480"/>
          <w:marRight w:val="0"/>
          <w:marTop w:val="0"/>
          <w:marBottom w:val="0"/>
          <w:divBdr>
            <w:top w:val="none" w:sz="0" w:space="0" w:color="auto"/>
            <w:left w:val="none" w:sz="0" w:space="0" w:color="auto"/>
            <w:bottom w:val="none" w:sz="0" w:space="0" w:color="auto"/>
            <w:right w:val="none" w:sz="0" w:space="0" w:color="auto"/>
          </w:divBdr>
        </w:div>
        <w:div w:id="827017383">
          <w:marLeft w:val="480"/>
          <w:marRight w:val="0"/>
          <w:marTop w:val="0"/>
          <w:marBottom w:val="0"/>
          <w:divBdr>
            <w:top w:val="none" w:sz="0" w:space="0" w:color="auto"/>
            <w:left w:val="none" w:sz="0" w:space="0" w:color="auto"/>
            <w:bottom w:val="none" w:sz="0" w:space="0" w:color="auto"/>
            <w:right w:val="none" w:sz="0" w:space="0" w:color="auto"/>
          </w:divBdr>
        </w:div>
        <w:div w:id="907543820">
          <w:marLeft w:val="480"/>
          <w:marRight w:val="0"/>
          <w:marTop w:val="0"/>
          <w:marBottom w:val="0"/>
          <w:divBdr>
            <w:top w:val="none" w:sz="0" w:space="0" w:color="auto"/>
            <w:left w:val="none" w:sz="0" w:space="0" w:color="auto"/>
            <w:bottom w:val="none" w:sz="0" w:space="0" w:color="auto"/>
            <w:right w:val="none" w:sz="0" w:space="0" w:color="auto"/>
          </w:divBdr>
        </w:div>
        <w:div w:id="920866914">
          <w:marLeft w:val="480"/>
          <w:marRight w:val="0"/>
          <w:marTop w:val="0"/>
          <w:marBottom w:val="0"/>
          <w:divBdr>
            <w:top w:val="none" w:sz="0" w:space="0" w:color="auto"/>
            <w:left w:val="none" w:sz="0" w:space="0" w:color="auto"/>
            <w:bottom w:val="none" w:sz="0" w:space="0" w:color="auto"/>
            <w:right w:val="none" w:sz="0" w:space="0" w:color="auto"/>
          </w:divBdr>
        </w:div>
        <w:div w:id="992372274">
          <w:marLeft w:val="480"/>
          <w:marRight w:val="0"/>
          <w:marTop w:val="0"/>
          <w:marBottom w:val="0"/>
          <w:divBdr>
            <w:top w:val="none" w:sz="0" w:space="0" w:color="auto"/>
            <w:left w:val="none" w:sz="0" w:space="0" w:color="auto"/>
            <w:bottom w:val="none" w:sz="0" w:space="0" w:color="auto"/>
            <w:right w:val="none" w:sz="0" w:space="0" w:color="auto"/>
          </w:divBdr>
        </w:div>
        <w:div w:id="1033653213">
          <w:marLeft w:val="480"/>
          <w:marRight w:val="0"/>
          <w:marTop w:val="0"/>
          <w:marBottom w:val="0"/>
          <w:divBdr>
            <w:top w:val="none" w:sz="0" w:space="0" w:color="auto"/>
            <w:left w:val="none" w:sz="0" w:space="0" w:color="auto"/>
            <w:bottom w:val="none" w:sz="0" w:space="0" w:color="auto"/>
            <w:right w:val="none" w:sz="0" w:space="0" w:color="auto"/>
          </w:divBdr>
        </w:div>
        <w:div w:id="1064139094">
          <w:marLeft w:val="480"/>
          <w:marRight w:val="0"/>
          <w:marTop w:val="0"/>
          <w:marBottom w:val="0"/>
          <w:divBdr>
            <w:top w:val="none" w:sz="0" w:space="0" w:color="auto"/>
            <w:left w:val="none" w:sz="0" w:space="0" w:color="auto"/>
            <w:bottom w:val="none" w:sz="0" w:space="0" w:color="auto"/>
            <w:right w:val="none" w:sz="0" w:space="0" w:color="auto"/>
          </w:divBdr>
        </w:div>
        <w:div w:id="1103106585">
          <w:marLeft w:val="480"/>
          <w:marRight w:val="0"/>
          <w:marTop w:val="0"/>
          <w:marBottom w:val="0"/>
          <w:divBdr>
            <w:top w:val="none" w:sz="0" w:space="0" w:color="auto"/>
            <w:left w:val="none" w:sz="0" w:space="0" w:color="auto"/>
            <w:bottom w:val="none" w:sz="0" w:space="0" w:color="auto"/>
            <w:right w:val="none" w:sz="0" w:space="0" w:color="auto"/>
          </w:divBdr>
        </w:div>
        <w:div w:id="1117990609">
          <w:marLeft w:val="480"/>
          <w:marRight w:val="0"/>
          <w:marTop w:val="0"/>
          <w:marBottom w:val="0"/>
          <w:divBdr>
            <w:top w:val="none" w:sz="0" w:space="0" w:color="auto"/>
            <w:left w:val="none" w:sz="0" w:space="0" w:color="auto"/>
            <w:bottom w:val="none" w:sz="0" w:space="0" w:color="auto"/>
            <w:right w:val="none" w:sz="0" w:space="0" w:color="auto"/>
          </w:divBdr>
        </w:div>
        <w:div w:id="1193299679">
          <w:marLeft w:val="480"/>
          <w:marRight w:val="0"/>
          <w:marTop w:val="0"/>
          <w:marBottom w:val="0"/>
          <w:divBdr>
            <w:top w:val="none" w:sz="0" w:space="0" w:color="auto"/>
            <w:left w:val="none" w:sz="0" w:space="0" w:color="auto"/>
            <w:bottom w:val="none" w:sz="0" w:space="0" w:color="auto"/>
            <w:right w:val="none" w:sz="0" w:space="0" w:color="auto"/>
          </w:divBdr>
        </w:div>
        <w:div w:id="1213031745">
          <w:marLeft w:val="480"/>
          <w:marRight w:val="0"/>
          <w:marTop w:val="0"/>
          <w:marBottom w:val="0"/>
          <w:divBdr>
            <w:top w:val="none" w:sz="0" w:space="0" w:color="auto"/>
            <w:left w:val="none" w:sz="0" w:space="0" w:color="auto"/>
            <w:bottom w:val="none" w:sz="0" w:space="0" w:color="auto"/>
            <w:right w:val="none" w:sz="0" w:space="0" w:color="auto"/>
          </w:divBdr>
        </w:div>
        <w:div w:id="1248223052">
          <w:marLeft w:val="480"/>
          <w:marRight w:val="0"/>
          <w:marTop w:val="0"/>
          <w:marBottom w:val="0"/>
          <w:divBdr>
            <w:top w:val="none" w:sz="0" w:space="0" w:color="auto"/>
            <w:left w:val="none" w:sz="0" w:space="0" w:color="auto"/>
            <w:bottom w:val="none" w:sz="0" w:space="0" w:color="auto"/>
            <w:right w:val="none" w:sz="0" w:space="0" w:color="auto"/>
          </w:divBdr>
        </w:div>
        <w:div w:id="1450054087">
          <w:marLeft w:val="480"/>
          <w:marRight w:val="0"/>
          <w:marTop w:val="0"/>
          <w:marBottom w:val="0"/>
          <w:divBdr>
            <w:top w:val="none" w:sz="0" w:space="0" w:color="auto"/>
            <w:left w:val="none" w:sz="0" w:space="0" w:color="auto"/>
            <w:bottom w:val="none" w:sz="0" w:space="0" w:color="auto"/>
            <w:right w:val="none" w:sz="0" w:space="0" w:color="auto"/>
          </w:divBdr>
        </w:div>
        <w:div w:id="1667199807">
          <w:marLeft w:val="480"/>
          <w:marRight w:val="0"/>
          <w:marTop w:val="0"/>
          <w:marBottom w:val="0"/>
          <w:divBdr>
            <w:top w:val="none" w:sz="0" w:space="0" w:color="auto"/>
            <w:left w:val="none" w:sz="0" w:space="0" w:color="auto"/>
            <w:bottom w:val="none" w:sz="0" w:space="0" w:color="auto"/>
            <w:right w:val="none" w:sz="0" w:space="0" w:color="auto"/>
          </w:divBdr>
        </w:div>
        <w:div w:id="1761871360">
          <w:marLeft w:val="480"/>
          <w:marRight w:val="0"/>
          <w:marTop w:val="0"/>
          <w:marBottom w:val="0"/>
          <w:divBdr>
            <w:top w:val="none" w:sz="0" w:space="0" w:color="auto"/>
            <w:left w:val="none" w:sz="0" w:space="0" w:color="auto"/>
            <w:bottom w:val="none" w:sz="0" w:space="0" w:color="auto"/>
            <w:right w:val="none" w:sz="0" w:space="0" w:color="auto"/>
          </w:divBdr>
        </w:div>
        <w:div w:id="1904101900">
          <w:marLeft w:val="480"/>
          <w:marRight w:val="0"/>
          <w:marTop w:val="0"/>
          <w:marBottom w:val="0"/>
          <w:divBdr>
            <w:top w:val="none" w:sz="0" w:space="0" w:color="auto"/>
            <w:left w:val="none" w:sz="0" w:space="0" w:color="auto"/>
            <w:bottom w:val="none" w:sz="0" w:space="0" w:color="auto"/>
            <w:right w:val="none" w:sz="0" w:space="0" w:color="auto"/>
          </w:divBdr>
        </w:div>
        <w:div w:id="2009478445">
          <w:marLeft w:val="480"/>
          <w:marRight w:val="0"/>
          <w:marTop w:val="0"/>
          <w:marBottom w:val="0"/>
          <w:divBdr>
            <w:top w:val="none" w:sz="0" w:space="0" w:color="auto"/>
            <w:left w:val="none" w:sz="0" w:space="0" w:color="auto"/>
            <w:bottom w:val="none" w:sz="0" w:space="0" w:color="auto"/>
            <w:right w:val="none" w:sz="0" w:space="0" w:color="auto"/>
          </w:divBdr>
        </w:div>
        <w:div w:id="2032954282">
          <w:marLeft w:val="480"/>
          <w:marRight w:val="0"/>
          <w:marTop w:val="0"/>
          <w:marBottom w:val="0"/>
          <w:divBdr>
            <w:top w:val="none" w:sz="0" w:space="0" w:color="auto"/>
            <w:left w:val="none" w:sz="0" w:space="0" w:color="auto"/>
            <w:bottom w:val="none" w:sz="0" w:space="0" w:color="auto"/>
            <w:right w:val="none" w:sz="0" w:space="0" w:color="auto"/>
          </w:divBdr>
        </w:div>
        <w:div w:id="2044283734">
          <w:marLeft w:val="480"/>
          <w:marRight w:val="0"/>
          <w:marTop w:val="0"/>
          <w:marBottom w:val="0"/>
          <w:divBdr>
            <w:top w:val="none" w:sz="0" w:space="0" w:color="auto"/>
            <w:left w:val="none" w:sz="0" w:space="0" w:color="auto"/>
            <w:bottom w:val="none" w:sz="0" w:space="0" w:color="auto"/>
            <w:right w:val="none" w:sz="0" w:space="0" w:color="auto"/>
          </w:divBdr>
        </w:div>
        <w:div w:id="2073383266">
          <w:marLeft w:val="480"/>
          <w:marRight w:val="0"/>
          <w:marTop w:val="0"/>
          <w:marBottom w:val="0"/>
          <w:divBdr>
            <w:top w:val="none" w:sz="0" w:space="0" w:color="auto"/>
            <w:left w:val="none" w:sz="0" w:space="0" w:color="auto"/>
            <w:bottom w:val="none" w:sz="0" w:space="0" w:color="auto"/>
            <w:right w:val="none" w:sz="0" w:space="0" w:color="auto"/>
          </w:divBdr>
        </w:div>
        <w:div w:id="2134008562">
          <w:marLeft w:val="480"/>
          <w:marRight w:val="0"/>
          <w:marTop w:val="0"/>
          <w:marBottom w:val="0"/>
          <w:divBdr>
            <w:top w:val="none" w:sz="0" w:space="0" w:color="auto"/>
            <w:left w:val="none" w:sz="0" w:space="0" w:color="auto"/>
            <w:bottom w:val="none" w:sz="0" w:space="0" w:color="auto"/>
            <w:right w:val="none" w:sz="0" w:space="0" w:color="auto"/>
          </w:divBdr>
        </w:div>
      </w:divsChild>
    </w:div>
    <w:div w:id="1758363411">
      <w:bodyDiv w:val="1"/>
      <w:marLeft w:val="0"/>
      <w:marRight w:val="0"/>
      <w:marTop w:val="0"/>
      <w:marBottom w:val="0"/>
      <w:divBdr>
        <w:top w:val="none" w:sz="0" w:space="0" w:color="auto"/>
        <w:left w:val="none" w:sz="0" w:space="0" w:color="auto"/>
        <w:bottom w:val="none" w:sz="0" w:space="0" w:color="auto"/>
        <w:right w:val="none" w:sz="0" w:space="0" w:color="auto"/>
      </w:divBdr>
      <w:divsChild>
        <w:div w:id="128132852">
          <w:marLeft w:val="480"/>
          <w:marRight w:val="0"/>
          <w:marTop w:val="0"/>
          <w:marBottom w:val="0"/>
          <w:divBdr>
            <w:top w:val="none" w:sz="0" w:space="0" w:color="auto"/>
            <w:left w:val="none" w:sz="0" w:space="0" w:color="auto"/>
            <w:bottom w:val="none" w:sz="0" w:space="0" w:color="auto"/>
            <w:right w:val="none" w:sz="0" w:space="0" w:color="auto"/>
          </w:divBdr>
        </w:div>
        <w:div w:id="253127764">
          <w:marLeft w:val="480"/>
          <w:marRight w:val="0"/>
          <w:marTop w:val="0"/>
          <w:marBottom w:val="0"/>
          <w:divBdr>
            <w:top w:val="none" w:sz="0" w:space="0" w:color="auto"/>
            <w:left w:val="none" w:sz="0" w:space="0" w:color="auto"/>
            <w:bottom w:val="none" w:sz="0" w:space="0" w:color="auto"/>
            <w:right w:val="none" w:sz="0" w:space="0" w:color="auto"/>
          </w:divBdr>
        </w:div>
        <w:div w:id="424762504">
          <w:marLeft w:val="480"/>
          <w:marRight w:val="0"/>
          <w:marTop w:val="0"/>
          <w:marBottom w:val="0"/>
          <w:divBdr>
            <w:top w:val="none" w:sz="0" w:space="0" w:color="auto"/>
            <w:left w:val="none" w:sz="0" w:space="0" w:color="auto"/>
            <w:bottom w:val="none" w:sz="0" w:space="0" w:color="auto"/>
            <w:right w:val="none" w:sz="0" w:space="0" w:color="auto"/>
          </w:divBdr>
        </w:div>
        <w:div w:id="486556610">
          <w:marLeft w:val="480"/>
          <w:marRight w:val="0"/>
          <w:marTop w:val="0"/>
          <w:marBottom w:val="0"/>
          <w:divBdr>
            <w:top w:val="none" w:sz="0" w:space="0" w:color="auto"/>
            <w:left w:val="none" w:sz="0" w:space="0" w:color="auto"/>
            <w:bottom w:val="none" w:sz="0" w:space="0" w:color="auto"/>
            <w:right w:val="none" w:sz="0" w:space="0" w:color="auto"/>
          </w:divBdr>
        </w:div>
        <w:div w:id="607392138">
          <w:marLeft w:val="480"/>
          <w:marRight w:val="0"/>
          <w:marTop w:val="0"/>
          <w:marBottom w:val="0"/>
          <w:divBdr>
            <w:top w:val="none" w:sz="0" w:space="0" w:color="auto"/>
            <w:left w:val="none" w:sz="0" w:space="0" w:color="auto"/>
            <w:bottom w:val="none" w:sz="0" w:space="0" w:color="auto"/>
            <w:right w:val="none" w:sz="0" w:space="0" w:color="auto"/>
          </w:divBdr>
        </w:div>
        <w:div w:id="652292166">
          <w:marLeft w:val="480"/>
          <w:marRight w:val="0"/>
          <w:marTop w:val="0"/>
          <w:marBottom w:val="0"/>
          <w:divBdr>
            <w:top w:val="none" w:sz="0" w:space="0" w:color="auto"/>
            <w:left w:val="none" w:sz="0" w:space="0" w:color="auto"/>
            <w:bottom w:val="none" w:sz="0" w:space="0" w:color="auto"/>
            <w:right w:val="none" w:sz="0" w:space="0" w:color="auto"/>
          </w:divBdr>
        </w:div>
        <w:div w:id="710885455">
          <w:marLeft w:val="480"/>
          <w:marRight w:val="0"/>
          <w:marTop w:val="0"/>
          <w:marBottom w:val="0"/>
          <w:divBdr>
            <w:top w:val="none" w:sz="0" w:space="0" w:color="auto"/>
            <w:left w:val="none" w:sz="0" w:space="0" w:color="auto"/>
            <w:bottom w:val="none" w:sz="0" w:space="0" w:color="auto"/>
            <w:right w:val="none" w:sz="0" w:space="0" w:color="auto"/>
          </w:divBdr>
        </w:div>
        <w:div w:id="763888316">
          <w:marLeft w:val="480"/>
          <w:marRight w:val="0"/>
          <w:marTop w:val="0"/>
          <w:marBottom w:val="0"/>
          <w:divBdr>
            <w:top w:val="none" w:sz="0" w:space="0" w:color="auto"/>
            <w:left w:val="none" w:sz="0" w:space="0" w:color="auto"/>
            <w:bottom w:val="none" w:sz="0" w:space="0" w:color="auto"/>
            <w:right w:val="none" w:sz="0" w:space="0" w:color="auto"/>
          </w:divBdr>
        </w:div>
        <w:div w:id="858202362">
          <w:marLeft w:val="480"/>
          <w:marRight w:val="0"/>
          <w:marTop w:val="0"/>
          <w:marBottom w:val="0"/>
          <w:divBdr>
            <w:top w:val="none" w:sz="0" w:space="0" w:color="auto"/>
            <w:left w:val="none" w:sz="0" w:space="0" w:color="auto"/>
            <w:bottom w:val="none" w:sz="0" w:space="0" w:color="auto"/>
            <w:right w:val="none" w:sz="0" w:space="0" w:color="auto"/>
          </w:divBdr>
        </w:div>
        <w:div w:id="964391162">
          <w:marLeft w:val="480"/>
          <w:marRight w:val="0"/>
          <w:marTop w:val="0"/>
          <w:marBottom w:val="0"/>
          <w:divBdr>
            <w:top w:val="none" w:sz="0" w:space="0" w:color="auto"/>
            <w:left w:val="none" w:sz="0" w:space="0" w:color="auto"/>
            <w:bottom w:val="none" w:sz="0" w:space="0" w:color="auto"/>
            <w:right w:val="none" w:sz="0" w:space="0" w:color="auto"/>
          </w:divBdr>
        </w:div>
        <w:div w:id="989751382">
          <w:marLeft w:val="480"/>
          <w:marRight w:val="0"/>
          <w:marTop w:val="0"/>
          <w:marBottom w:val="0"/>
          <w:divBdr>
            <w:top w:val="none" w:sz="0" w:space="0" w:color="auto"/>
            <w:left w:val="none" w:sz="0" w:space="0" w:color="auto"/>
            <w:bottom w:val="none" w:sz="0" w:space="0" w:color="auto"/>
            <w:right w:val="none" w:sz="0" w:space="0" w:color="auto"/>
          </w:divBdr>
        </w:div>
        <w:div w:id="1006398611">
          <w:marLeft w:val="480"/>
          <w:marRight w:val="0"/>
          <w:marTop w:val="0"/>
          <w:marBottom w:val="0"/>
          <w:divBdr>
            <w:top w:val="none" w:sz="0" w:space="0" w:color="auto"/>
            <w:left w:val="none" w:sz="0" w:space="0" w:color="auto"/>
            <w:bottom w:val="none" w:sz="0" w:space="0" w:color="auto"/>
            <w:right w:val="none" w:sz="0" w:space="0" w:color="auto"/>
          </w:divBdr>
        </w:div>
        <w:div w:id="1077900592">
          <w:marLeft w:val="480"/>
          <w:marRight w:val="0"/>
          <w:marTop w:val="0"/>
          <w:marBottom w:val="0"/>
          <w:divBdr>
            <w:top w:val="none" w:sz="0" w:space="0" w:color="auto"/>
            <w:left w:val="none" w:sz="0" w:space="0" w:color="auto"/>
            <w:bottom w:val="none" w:sz="0" w:space="0" w:color="auto"/>
            <w:right w:val="none" w:sz="0" w:space="0" w:color="auto"/>
          </w:divBdr>
        </w:div>
        <w:div w:id="1119107482">
          <w:marLeft w:val="480"/>
          <w:marRight w:val="0"/>
          <w:marTop w:val="0"/>
          <w:marBottom w:val="0"/>
          <w:divBdr>
            <w:top w:val="none" w:sz="0" w:space="0" w:color="auto"/>
            <w:left w:val="none" w:sz="0" w:space="0" w:color="auto"/>
            <w:bottom w:val="none" w:sz="0" w:space="0" w:color="auto"/>
            <w:right w:val="none" w:sz="0" w:space="0" w:color="auto"/>
          </w:divBdr>
        </w:div>
        <w:div w:id="1211846351">
          <w:marLeft w:val="480"/>
          <w:marRight w:val="0"/>
          <w:marTop w:val="0"/>
          <w:marBottom w:val="0"/>
          <w:divBdr>
            <w:top w:val="none" w:sz="0" w:space="0" w:color="auto"/>
            <w:left w:val="none" w:sz="0" w:space="0" w:color="auto"/>
            <w:bottom w:val="none" w:sz="0" w:space="0" w:color="auto"/>
            <w:right w:val="none" w:sz="0" w:space="0" w:color="auto"/>
          </w:divBdr>
        </w:div>
        <w:div w:id="1282809955">
          <w:marLeft w:val="480"/>
          <w:marRight w:val="0"/>
          <w:marTop w:val="0"/>
          <w:marBottom w:val="0"/>
          <w:divBdr>
            <w:top w:val="none" w:sz="0" w:space="0" w:color="auto"/>
            <w:left w:val="none" w:sz="0" w:space="0" w:color="auto"/>
            <w:bottom w:val="none" w:sz="0" w:space="0" w:color="auto"/>
            <w:right w:val="none" w:sz="0" w:space="0" w:color="auto"/>
          </w:divBdr>
        </w:div>
        <w:div w:id="1759669667">
          <w:marLeft w:val="480"/>
          <w:marRight w:val="0"/>
          <w:marTop w:val="0"/>
          <w:marBottom w:val="0"/>
          <w:divBdr>
            <w:top w:val="none" w:sz="0" w:space="0" w:color="auto"/>
            <w:left w:val="none" w:sz="0" w:space="0" w:color="auto"/>
            <w:bottom w:val="none" w:sz="0" w:space="0" w:color="auto"/>
            <w:right w:val="none" w:sz="0" w:space="0" w:color="auto"/>
          </w:divBdr>
        </w:div>
        <w:div w:id="1770852844">
          <w:marLeft w:val="480"/>
          <w:marRight w:val="0"/>
          <w:marTop w:val="0"/>
          <w:marBottom w:val="0"/>
          <w:divBdr>
            <w:top w:val="none" w:sz="0" w:space="0" w:color="auto"/>
            <w:left w:val="none" w:sz="0" w:space="0" w:color="auto"/>
            <w:bottom w:val="none" w:sz="0" w:space="0" w:color="auto"/>
            <w:right w:val="none" w:sz="0" w:space="0" w:color="auto"/>
          </w:divBdr>
        </w:div>
        <w:div w:id="1826627491">
          <w:marLeft w:val="480"/>
          <w:marRight w:val="0"/>
          <w:marTop w:val="0"/>
          <w:marBottom w:val="0"/>
          <w:divBdr>
            <w:top w:val="none" w:sz="0" w:space="0" w:color="auto"/>
            <w:left w:val="none" w:sz="0" w:space="0" w:color="auto"/>
            <w:bottom w:val="none" w:sz="0" w:space="0" w:color="auto"/>
            <w:right w:val="none" w:sz="0" w:space="0" w:color="auto"/>
          </w:divBdr>
        </w:div>
        <w:div w:id="1859928335">
          <w:marLeft w:val="480"/>
          <w:marRight w:val="0"/>
          <w:marTop w:val="0"/>
          <w:marBottom w:val="0"/>
          <w:divBdr>
            <w:top w:val="none" w:sz="0" w:space="0" w:color="auto"/>
            <w:left w:val="none" w:sz="0" w:space="0" w:color="auto"/>
            <w:bottom w:val="none" w:sz="0" w:space="0" w:color="auto"/>
            <w:right w:val="none" w:sz="0" w:space="0" w:color="auto"/>
          </w:divBdr>
        </w:div>
        <w:div w:id="1909265036">
          <w:marLeft w:val="480"/>
          <w:marRight w:val="0"/>
          <w:marTop w:val="0"/>
          <w:marBottom w:val="0"/>
          <w:divBdr>
            <w:top w:val="none" w:sz="0" w:space="0" w:color="auto"/>
            <w:left w:val="none" w:sz="0" w:space="0" w:color="auto"/>
            <w:bottom w:val="none" w:sz="0" w:space="0" w:color="auto"/>
            <w:right w:val="none" w:sz="0" w:space="0" w:color="auto"/>
          </w:divBdr>
        </w:div>
        <w:div w:id="1959874814">
          <w:marLeft w:val="480"/>
          <w:marRight w:val="0"/>
          <w:marTop w:val="0"/>
          <w:marBottom w:val="0"/>
          <w:divBdr>
            <w:top w:val="none" w:sz="0" w:space="0" w:color="auto"/>
            <w:left w:val="none" w:sz="0" w:space="0" w:color="auto"/>
            <w:bottom w:val="none" w:sz="0" w:space="0" w:color="auto"/>
            <w:right w:val="none" w:sz="0" w:space="0" w:color="auto"/>
          </w:divBdr>
        </w:div>
        <w:div w:id="1976762840">
          <w:marLeft w:val="480"/>
          <w:marRight w:val="0"/>
          <w:marTop w:val="0"/>
          <w:marBottom w:val="0"/>
          <w:divBdr>
            <w:top w:val="none" w:sz="0" w:space="0" w:color="auto"/>
            <w:left w:val="none" w:sz="0" w:space="0" w:color="auto"/>
            <w:bottom w:val="none" w:sz="0" w:space="0" w:color="auto"/>
            <w:right w:val="none" w:sz="0" w:space="0" w:color="auto"/>
          </w:divBdr>
        </w:div>
        <w:div w:id="2000229072">
          <w:marLeft w:val="480"/>
          <w:marRight w:val="0"/>
          <w:marTop w:val="0"/>
          <w:marBottom w:val="0"/>
          <w:divBdr>
            <w:top w:val="none" w:sz="0" w:space="0" w:color="auto"/>
            <w:left w:val="none" w:sz="0" w:space="0" w:color="auto"/>
            <w:bottom w:val="none" w:sz="0" w:space="0" w:color="auto"/>
            <w:right w:val="none" w:sz="0" w:space="0" w:color="auto"/>
          </w:divBdr>
        </w:div>
        <w:div w:id="2097748755">
          <w:marLeft w:val="480"/>
          <w:marRight w:val="0"/>
          <w:marTop w:val="0"/>
          <w:marBottom w:val="0"/>
          <w:divBdr>
            <w:top w:val="none" w:sz="0" w:space="0" w:color="auto"/>
            <w:left w:val="none" w:sz="0" w:space="0" w:color="auto"/>
            <w:bottom w:val="none" w:sz="0" w:space="0" w:color="auto"/>
            <w:right w:val="none" w:sz="0" w:space="0" w:color="auto"/>
          </w:divBdr>
        </w:div>
        <w:div w:id="2118601761">
          <w:marLeft w:val="480"/>
          <w:marRight w:val="0"/>
          <w:marTop w:val="0"/>
          <w:marBottom w:val="0"/>
          <w:divBdr>
            <w:top w:val="none" w:sz="0" w:space="0" w:color="auto"/>
            <w:left w:val="none" w:sz="0" w:space="0" w:color="auto"/>
            <w:bottom w:val="none" w:sz="0" w:space="0" w:color="auto"/>
            <w:right w:val="none" w:sz="0" w:space="0" w:color="auto"/>
          </w:divBdr>
        </w:div>
      </w:divsChild>
    </w:div>
    <w:div w:id="1759016789">
      <w:bodyDiv w:val="1"/>
      <w:marLeft w:val="0"/>
      <w:marRight w:val="0"/>
      <w:marTop w:val="0"/>
      <w:marBottom w:val="0"/>
      <w:divBdr>
        <w:top w:val="none" w:sz="0" w:space="0" w:color="auto"/>
        <w:left w:val="none" w:sz="0" w:space="0" w:color="auto"/>
        <w:bottom w:val="none" w:sz="0" w:space="0" w:color="auto"/>
        <w:right w:val="none" w:sz="0" w:space="0" w:color="auto"/>
      </w:divBdr>
      <w:divsChild>
        <w:div w:id="1100568703">
          <w:marLeft w:val="480"/>
          <w:marRight w:val="0"/>
          <w:marTop w:val="0"/>
          <w:marBottom w:val="0"/>
          <w:divBdr>
            <w:top w:val="none" w:sz="0" w:space="0" w:color="auto"/>
            <w:left w:val="none" w:sz="0" w:space="0" w:color="auto"/>
            <w:bottom w:val="none" w:sz="0" w:space="0" w:color="auto"/>
            <w:right w:val="none" w:sz="0" w:space="0" w:color="auto"/>
          </w:divBdr>
        </w:div>
        <w:div w:id="1929189286">
          <w:marLeft w:val="480"/>
          <w:marRight w:val="0"/>
          <w:marTop w:val="0"/>
          <w:marBottom w:val="0"/>
          <w:divBdr>
            <w:top w:val="none" w:sz="0" w:space="0" w:color="auto"/>
            <w:left w:val="none" w:sz="0" w:space="0" w:color="auto"/>
            <w:bottom w:val="none" w:sz="0" w:space="0" w:color="auto"/>
            <w:right w:val="none" w:sz="0" w:space="0" w:color="auto"/>
          </w:divBdr>
        </w:div>
      </w:divsChild>
    </w:div>
    <w:div w:id="1761292722">
      <w:bodyDiv w:val="1"/>
      <w:marLeft w:val="0"/>
      <w:marRight w:val="0"/>
      <w:marTop w:val="0"/>
      <w:marBottom w:val="0"/>
      <w:divBdr>
        <w:top w:val="none" w:sz="0" w:space="0" w:color="auto"/>
        <w:left w:val="none" w:sz="0" w:space="0" w:color="auto"/>
        <w:bottom w:val="none" w:sz="0" w:space="0" w:color="auto"/>
        <w:right w:val="none" w:sz="0" w:space="0" w:color="auto"/>
      </w:divBdr>
    </w:div>
    <w:div w:id="1763522954">
      <w:bodyDiv w:val="1"/>
      <w:marLeft w:val="0"/>
      <w:marRight w:val="0"/>
      <w:marTop w:val="0"/>
      <w:marBottom w:val="0"/>
      <w:divBdr>
        <w:top w:val="none" w:sz="0" w:space="0" w:color="auto"/>
        <w:left w:val="none" w:sz="0" w:space="0" w:color="auto"/>
        <w:bottom w:val="none" w:sz="0" w:space="0" w:color="auto"/>
        <w:right w:val="none" w:sz="0" w:space="0" w:color="auto"/>
      </w:divBdr>
    </w:div>
    <w:div w:id="1763603661">
      <w:bodyDiv w:val="1"/>
      <w:marLeft w:val="0"/>
      <w:marRight w:val="0"/>
      <w:marTop w:val="0"/>
      <w:marBottom w:val="0"/>
      <w:divBdr>
        <w:top w:val="none" w:sz="0" w:space="0" w:color="auto"/>
        <w:left w:val="none" w:sz="0" w:space="0" w:color="auto"/>
        <w:bottom w:val="none" w:sz="0" w:space="0" w:color="auto"/>
        <w:right w:val="none" w:sz="0" w:space="0" w:color="auto"/>
      </w:divBdr>
    </w:div>
    <w:div w:id="1765682349">
      <w:bodyDiv w:val="1"/>
      <w:marLeft w:val="0"/>
      <w:marRight w:val="0"/>
      <w:marTop w:val="0"/>
      <w:marBottom w:val="0"/>
      <w:divBdr>
        <w:top w:val="none" w:sz="0" w:space="0" w:color="auto"/>
        <w:left w:val="none" w:sz="0" w:space="0" w:color="auto"/>
        <w:bottom w:val="none" w:sz="0" w:space="0" w:color="auto"/>
        <w:right w:val="none" w:sz="0" w:space="0" w:color="auto"/>
      </w:divBdr>
    </w:div>
    <w:div w:id="1768187663">
      <w:bodyDiv w:val="1"/>
      <w:marLeft w:val="0"/>
      <w:marRight w:val="0"/>
      <w:marTop w:val="0"/>
      <w:marBottom w:val="0"/>
      <w:divBdr>
        <w:top w:val="none" w:sz="0" w:space="0" w:color="auto"/>
        <w:left w:val="none" w:sz="0" w:space="0" w:color="auto"/>
        <w:bottom w:val="none" w:sz="0" w:space="0" w:color="auto"/>
        <w:right w:val="none" w:sz="0" w:space="0" w:color="auto"/>
      </w:divBdr>
      <w:divsChild>
        <w:div w:id="135028401">
          <w:marLeft w:val="480"/>
          <w:marRight w:val="0"/>
          <w:marTop w:val="0"/>
          <w:marBottom w:val="0"/>
          <w:divBdr>
            <w:top w:val="none" w:sz="0" w:space="0" w:color="auto"/>
            <w:left w:val="none" w:sz="0" w:space="0" w:color="auto"/>
            <w:bottom w:val="none" w:sz="0" w:space="0" w:color="auto"/>
            <w:right w:val="none" w:sz="0" w:space="0" w:color="auto"/>
          </w:divBdr>
        </w:div>
        <w:div w:id="205993064">
          <w:marLeft w:val="480"/>
          <w:marRight w:val="0"/>
          <w:marTop w:val="0"/>
          <w:marBottom w:val="0"/>
          <w:divBdr>
            <w:top w:val="none" w:sz="0" w:space="0" w:color="auto"/>
            <w:left w:val="none" w:sz="0" w:space="0" w:color="auto"/>
            <w:bottom w:val="none" w:sz="0" w:space="0" w:color="auto"/>
            <w:right w:val="none" w:sz="0" w:space="0" w:color="auto"/>
          </w:divBdr>
        </w:div>
        <w:div w:id="270355440">
          <w:marLeft w:val="480"/>
          <w:marRight w:val="0"/>
          <w:marTop w:val="0"/>
          <w:marBottom w:val="0"/>
          <w:divBdr>
            <w:top w:val="none" w:sz="0" w:space="0" w:color="auto"/>
            <w:left w:val="none" w:sz="0" w:space="0" w:color="auto"/>
            <w:bottom w:val="none" w:sz="0" w:space="0" w:color="auto"/>
            <w:right w:val="none" w:sz="0" w:space="0" w:color="auto"/>
          </w:divBdr>
        </w:div>
        <w:div w:id="461729067">
          <w:marLeft w:val="480"/>
          <w:marRight w:val="0"/>
          <w:marTop w:val="0"/>
          <w:marBottom w:val="0"/>
          <w:divBdr>
            <w:top w:val="none" w:sz="0" w:space="0" w:color="auto"/>
            <w:left w:val="none" w:sz="0" w:space="0" w:color="auto"/>
            <w:bottom w:val="none" w:sz="0" w:space="0" w:color="auto"/>
            <w:right w:val="none" w:sz="0" w:space="0" w:color="auto"/>
          </w:divBdr>
        </w:div>
        <w:div w:id="484509626">
          <w:marLeft w:val="480"/>
          <w:marRight w:val="0"/>
          <w:marTop w:val="0"/>
          <w:marBottom w:val="0"/>
          <w:divBdr>
            <w:top w:val="none" w:sz="0" w:space="0" w:color="auto"/>
            <w:left w:val="none" w:sz="0" w:space="0" w:color="auto"/>
            <w:bottom w:val="none" w:sz="0" w:space="0" w:color="auto"/>
            <w:right w:val="none" w:sz="0" w:space="0" w:color="auto"/>
          </w:divBdr>
        </w:div>
        <w:div w:id="518201745">
          <w:marLeft w:val="480"/>
          <w:marRight w:val="0"/>
          <w:marTop w:val="0"/>
          <w:marBottom w:val="0"/>
          <w:divBdr>
            <w:top w:val="none" w:sz="0" w:space="0" w:color="auto"/>
            <w:left w:val="none" w:sz="0" w:space="0" w:color="auto"/>
            <w:bottom w:val="none" w:sz="0" w:space="0" w:color="auto"/>
            <w:right w:val="none" w:sz="0" w:space="0" w:color="auto"/>
          </w:divBdr>
        </w:div>
        <w:div w:id="737169472">
          <w:marLeft w:val="480"/>
          <w:marRight w:val="0"/>
          <w:marTop w:val="0"/>
          <w:marBottom w:val="0"/>
          <w:divBdr>
            <w:top w:val="none" w:sz="0" w:space="0" w:color="auto"/>
            <w:left w:val="none" w:sz="0" w:space="0" w:color="auto"/>
            <w:bottom w:val="none" w:sz="0" w:space="0" w:color="auto"/>
            <w:right w:val="none" w:sz="0" w:space="0" w:color="auto"/>
          </w:divBdr>
        </w:div>
        <w:div w:id="803735937">
          <w:marLeft w:val="480"/>
          <w:marRight w:val="0"/>
          <w:marTop w:val="0"/>
          <w:marBottom w:val="0"/>
          <w:divBdr>
            <w:top w:val="none" w:sz="0" w:space="0" w:color="auto"/>
            <w:left w:val="none" w:sz="0" w:space="0" w:color="auto"/>
            <w:bottom w:val="none" w:sz="0" w:space="0" w:color="auto"/>
            <w:right w:val="none" w:sz="0" w:space="0" w:color="auto"/>
          </w:divBdr>
        </w:div>
        <w:div w:id="995230742">
          <w:marLeft w:val="480"/>
          <w:marRight w:val="0"/>
          <w:marTop w:val="0"/>
          <w:marBottom w:val="0"/>
          <w:divBdr>
            <w:top w:val="none" w:sz="0" w:space="0" w:color="auto"/>
            <w:left w:val="none" w:sz="0" w:space="0" w:color="auto"/>
            <w:bottom w:val="none" w:sz="0" w:space="0" w:color="auto"/>
            <w:right w:val="none" w:sz="0" w:space="0" w:color="auto"/>
          </w:divBdr>
        </w:div>
        <w:div w:id="1020816530">
          <w:marLeft w:val="480"/>
          <w:marRight w:val="0"/>
          <w:marTop w:val="0"/>
          <w:marBottom w:val="0"/>
          <w:divBdr>
            <w:top w:val="none" w:sz="0" w:space="0" w:color="auto"/>
            <w:left w:val="none" w:sz="0" w:space="0" w:color="auto"/>
            <w:bottom w:val="none" w:sz="0" w:space="0" w:color="auto"/>
            <w:right w:val="none" w:sz="0" w:space="0" w:color="auto"/>
          </w:divBdr>
        </w:div>
        <w:div w:id="1131240454">
          <w:marLeft w:val="480"/>
          <w:marRight w:val="0"/>
          <w:marTop w:val="0"/>
          <w:marBottom w:val="0"/>
          <w:divBdr>
            <w:top w:val="none" w:sz="0" w:space="0" w:color="auto"/>
            <w:left w:val="none" w:sz="0" w:space="0" w:color="auto"/>
            <w:bottom w:val="none" w:sz="0" w:space="0" w:color="auto"/>
            <w:right w:val="none" w:sz="0" w:space="0" w:color="auto"/>
          </w:divBdr>
        </w:div>
        <w:div w:id="1265187292">
          <w:marLeft w:val="480"/>
          <w:marRight w:val="0"/>
          <w:marTop w:val="0"/>
          <w:marBottom w:val="0"/>
          <w:divBdr>
            <w:top w:val="none" w:sz="0" w:space="0" w:color="auto"/>
            <w:left w:val="none" w:sz="0" w:space="0" w:color="auto"/>
            <w:bottom w:val="none" w:sz="0" w:space="0" w:color="auto"/>
            <w:right w:val="none" w:sz="0" w:space="0" w:color="auto"/>
          </w:divBdr>
        </w:div>
        <w:div w:id="1340541166">
          <w:marLeft w:val="480"/>
          <w:marRight w:val="0"/>
          <w:marTop w:val="0"/>
          <w:marBottom w:val="0"/>
          <w:divBdr>
            <w:top w:val="none" w:sz="0" w:space="0" w:color="auto"/>
            <w:left w:val="none" w:sz="0" w:space="0" w:color="auto"/>
            <w:bottom w:val="none" w:sz="0" w:space="0" w:color="auto"/>
            <w:right w:val="none" w:sz="0" w:space="0" w:color="auto"/>
          </w:divBdr>
        </w:div>
        <w:div w:id="1422294585">
          <w:marLeft w:val="480"/>
          <w:marRight w:val="0"/>
          <w:marTop w:val="0"/>
          <w:marBottom w:val="0"/>
          <w:divBdr>
            <w:top w:val="none" w:sz="0" w:space="0" w:color="auto"/>
            <w:left w:val="none" w:sz="0" w:space="0" w:color="auto"/>
            <w:bottom w:val="none" w:sz="0" w:space="0" w:color="auto"/>
            <w:right w:val="none" w:sz="0" w:space="0" w:color="auto"/>
          </w:divBdr>
        </w:div>
        <w:div w:id="1539588690">
          <w:marLeft w:val="480"/>
          <w:marRight w:val="0"/>
          <w:marTop w:val="0"/>
          <w:marBottom w:val="0"/>
          <w:divBdr>
            <w:top w:val="none" w:sz="0" w:space="0" w:color="auto"/>
            <w:left w:val="none" w:sz="0" w:space="0" w:color="auto"/>
            <w:bottom w:val="none" w:sz="0" w:space="0" w:color="auto"/>
            <w:right w:val="none" w:sz="0" w:space="0" w:color="auto"/>
          </w:divBdr>
        </w:div>
        <w:div w:id="1569225353">
          <w:marLeft w:val="480"/>
          <w:marRight w:val="0"/>
          <w:marTop w:val="0"/>
          <w:marBottom w:val="0"/>
          <w:divBdr>
            <w:top w:val="none" w:sz="0" w:space="0" w:color="auto"/>
            <w:left w:val="none" w:sz="0" w:space="0" w:color="auto"/>
            <w:bottom w:val="none" w:sz="0" w:space="0" w:color="auto"/>
            <w:right w:val="none" w:sz="0" w:space="0" w:color="auto"/>
          </w:divBdr>
        </w:div>
        <w:div w:id="1661496479">
          <w:marLeft w:val="480"/>
          <w:marRight w:val="0"/>
          <w:marTop w:val="0"/>
          <w:marBottom w:val="0"/>
          <w:divBdr>
            <w:top w:val="none" w:sz="0" w:space="0" w:color="auto"/>
            <w:left w:val="none" w:sz="0" w:space="0" w:color="auto"/>
            <w:bottom w:val="none" w:sz="0" w:space="0" w:color="auto"/>
            <w:right w:val="none" w:sz="0" w:space="0" w:color="auto"/>
          </w:divBdr>
        </w:div>
        <w:div w:id="1700667235">
          <w:marLeft w:val="480"/>
          <w:marRight w:val="0"/>
          <w:marTop w:val="0"/>
          <w:marBottom w:val="0"/>
          <w:divBdr>
            <w:top w:val="none" w:sz="0" w:space="0" w:color="auto"/>
            <w:left w:val="none" w:sz="0" w:space="0" w:color="auto"/>
            <w:bottom w:val="none" w:sz="0" w:space="0" w:color="auto"/>
            <w:right w:val="none" w:sz="0" w:space="0" w:color="auto"/>
          </w:divBdr>
        </w:div>
        <w:div w:id="1773472449">
          <w:marLeft w:val="480"/>
          <w:marRight w:val="0"/>
          <w:marTop w:val="0"/>
          <w:marBottom w:val="0"/>
          <w:divBdr>
            <w:top w:val="none" w:sz="0" w:space="0" w:color="auto"/>
            <w:left w:val="none" w:sz="0" w:space="0" w:color="auto"/>
            <w:bottom w:val="none" w:sz="0" w:space="0" w:color="auto"/>
            <w:right w:val="none" w:sz="0" w:space="0" w:color="auto"/>
          </w:divBdr>
        </w:div>
        <w:div w:id="1808014764">
          <w:marLeft w:val="480"/>
          <w:marRight w:val="0"/>
          <w:marTop w:val="0"/>
          <w:marBottom w:val="0"/>
          <w:divBdr>
            <w:top w:val="none" w:sz="0" w:space="0" w:color="auto"/>
            <w:left w:val="none" w:sz="0" w:space="0" w:color="auto"/>
            <w:bottom w:val="none" w:sz="0" w:space="0" w:color="auto"/>
            <w:right w:val="none" w:sz="0" w:space="0" w:color="auto"/>
          </w:divBdr>
        </w:div>
        <w:div w:id="1948729740">
          <w:marLeft w:val="480"/>
          <w:marRight w:val="0"/>
          <w:marTop w:val="0"/>
          <w:marBottom w:val="0"/>
          <w:divBdr>
            <w:top w:val="none" w:sz="0" w:space="0" w:color="auto"/>
            <w:left w:val="none" w:sz="0" w:space="0" w:color="auto"/>
            <w:bottom w:val="none" w:sz="0" w:space="0" w:color="auto"/>
            <w:right w:val="none" w:sz="0" w:space="0" w:color="auto"/>
          </w:divBdr>
        </w:div>
        <w:div w:id="1964116326">
          <w:marLeft w:val="480"/>
          <w:marRight w:val="0"/>
          <w:marTop w:val="0"/>
          <w:marBottom w:val="0"/>
          <w:divBdr>
            <w:top w:val="none" w:sz="0" w:space="0" w:color="auto"/>
            <w:left w:val="none" w:sz="0" w:space="0" w:color="auto"/>
            <w:bottom w:val="none" w:sz="0" w:space="0" w:color="auto"/>
            <w:right w:val="none" w:sz="0" w:space="0" w:color="auto"/>
          </w:divBdr>
        </w:div>
        <w:div w:id="1990673605">
          <w:marLeft w:val="480"/>
          <w:marRight w:val="0"/>
          <w:marTop w:val="0"/>
          <w:marBottom w:val="0"/>
          <w:divBdr>
            <w:top w:val="none" w:sz="0" w:space="0" w:color="auto"/>
            <w:left w:val="none" w:sz="0" w:space="0" w:color="auto"/>
            <w:bottom w:val="none" w:sz="0" w:space="0" w:color="auto"/>
            <w:right w:val="none" w:sz="0" w:space="0" w:color="auto"/>
          </w:divBdr>
        </w:div>
        <w:div w:id="2001230113">
          <w:marLeft w:val="480"/>
          <w:marRight w:val="0"/>
          <w:marTop w:val="0"/>
          <w:marBottom w:val="0"/>
          <w:divBdr>
            <w:top w:val="none" w:sz="0" w:space="0" w:color="auto"/>
            <w:left w:val="none" w:sz="0" w:space="0" w:color="auto"/>
            <w:bottom w:val="none" w:sz="0" w:space="0" w:color="auto"/>
            <w:right w:val="none" w:sz="0" w:space="0" w:color="auto"/>
          </w:divBdr>
        </w:div>
        <w:div w:id="2130777985">
          <w:marLeft w:val="480"/>
          <w:marRight w:val="0"/>
          <w:marTop w:val="0"/>
          <w:marBottom w:val="0"/>
          <w:divBdr>
            <w:top w:val="none" w:sz="0" w:space="0" w:color="auto"/>
            <w:left w:val="none" w:sz="0" w:space="0" w:color="auto"/>
            <w:bottom w:val="none" w:sz="0" w:space="0" w:color="auto"/>
            <w:right w:val="none" w:sz="0" w:space="0" w:color="auto"/>
          </w:divBdr>
        </w:div>
      </w:divsChild>
    </w:div>
    <w:div w:id="1772703809">
      <w:bodyDiv w:val="1"/>
      <w:marLeft w:val="0"/>
      <w:marRight w:val="0"/>
      <w:marTop w:val="0"/>
      <w:marBottom w:val="0"/>
      <w:divBdr>
        <w:top w:val="none" w:sz="0" w:space="0" w:color="auto"/>
        <w:left w:val="none" w:sz="0" w:space="0" w:color="auto"/>
        <w:bottom w:val="none" w:sz="0" w:space="0" w:color="auto"/>
        <w:right w:val="none" w:sz="0" w:space="0" w:color="auto"/>
      </w:divBdr>
    </w:div>
    <w:div w:id="1775249607">
      <w:bodyDiv w:val="1"/>
      <w:marLeft w:val="0"/>
      <w:marRight w:val="0"/>
      <w:marTop w:val="0"/>
      <w:marBottom w:val="0"/>
      <w:divBdr>
        <w:top w:val="none" w:sz="0" w:space="0" w:color="auto"/>
        <w:left w:val="none" w:sz="0" w:space="0" w:color="auto"/>
        <w:bottom w:val="none" w:sz="0" w:space="0" w:color="auto"/>
        <w:right w:val="none" w:sz="0" w:space="0" w:color="auto"/>
      </w:divBdr>
      <w:divsChild>
        <w:div w:id="14507616">
          <w:marLeft w:val="480"/>
          <w:marRight w:val="0"/>
          <w:marTop w:val="0"/>
          <w:marBottom w:val="0"/>
          <w:divBdr>
            <w:top w:val="none" w:sz="0" w:space="0" w:color="auto"/>
            <w:left w:val="none" w:sz="0" w:space="0" w:color="auto"/>
            <w:bottom w:val="none" w:sz="0" w:space="0" w:color="auto"/>
            <w:right w:val="none" w:sz="0" w:space="0" w:color="auto"/>
          </w:divBdr>
        </w:div>
        <w:div w:id="140075909">
          <w:marLeft w:val="480"/>
          <w:marRight w:val="0"/>
          <w:marTop w:val="0"/>
          <w:marBottom w:val="0"/>
          <w:divBdr>
            <w:top w:val="none" w:sz="0" w:space="0" w:color="auto"/>
            <w:left w:val="none" w:sz="0" w:space="0" w:color="auto"/>
            <w:bottom w:val="none" w:sz="0" w:space="0" w:color="auto"/>
            <w:right w:val="none" w:sz="0" w:space="0" w:color="auto"/>
          </w:divBdr>
        </w:div>
        <w:div w:id="179244122">
          <w:marLeft w:val="480"/>
          <w:marRight w:val="0"/>
          <w:marTop w:val="0"/>
          <w:marBottom w:val="0"/>
          <w:divBdr>
            <w:top w:val="none" w:sz="0" w:space="0" w:color="auto"/>
            <w:left w:val="none" w:sz="0" w:space="0" w:color="auto"/>
            <w:bottom w:val="none" w:sz="0" w:space="0" w:color="auto"/>
            <w:right w:val="none" w:sz="0" w:space="0" w:color="auto"/>
          </w:divBdr>
        </w:div>
        <w:div w:id="256983158">
          <w:marLeft w:val="480"/>
          <w:marRight w:val="0"/>
          <w:marTop w:val="0"/>
          <w:marBottom w:val="0"/>
          <w:divBdr>
            <w:top w:val="none" w:sz="0" w:space="0" w:color="auto"/>
            <w:left w:val="none" w:sz="0" w:space="0" w:color="auto"/>
            <w:bottom w:val="none" w:sz="0" w:space="0" w:color="auto"/>
            <w:right w:val="none" w:sz="0" w:space="0" w:color="auto"/>
          </w:divBdr>
        </w:div>
        <w:div w:id="282810197">
          <w:marLeft w:val="480"/>
          <w:marRight w:val="0"/>
          <w:marTop w:val="0"/>
          <w:marBottom w:val="0"/>
          <w:divBdr>
            <w:top w:val="none" w:sz="0" w:space="0" w:color="auto"/>
            <w:left w:val="none" w:sz="0" w:space="0" w:color="auto"/>
            <w:bottom w:val="none" w:sz="0" w:space="0" w:color="auto"/>
            <w:right w:val="none" w:sz="0" w:space="0" w:color="auto"/>
          </w:divBdr>
        </w:div>
        <w:div w:id="346491616">
          <w:marLeft w:val="480"/>
          <w:marRight w:val="0"/>
          <w:marTop w:val="0"/>
          <w:marBottom w:val="0"/>
          <w:divBdr>
            <w:top w:val="none" w:sz="0" w:space="0" w:color="auto"/>
            <w:left w:val="none" w:sz="0" w:space="0" w:color="auto"/>
            <w:bottom w:val="none" w:sz="0" w:space="0" w:color="auto"/>
            <w:right w:val="none" w:sz="0" w:space="0" w:color="auto"/>
          </w:divBdr>
        </w:div>
        <w:div w:id="359284098">
          <w:marLeft w:val="480"/>
          <w:marRight w:val="0"/>
          <w:marTop w:val="0"/>
          <w:marBottom w:val="0"/>
          <w:divBdr>
            <w:top w:val="none" w:sz="0" w:space="0" w:color="auto"/>
            <w:left w:val="none" w:sz="0" w:space="0" w:color="auto"/>
            <w:bottom w:val="none" w:sz="0" w:space="0" w:color="auto"/>
            <w:right w:val="none" w:sz="0" w:space="0" w:color="auto"/>
          </w:divBdr>
        </w:div>
        <w:div w:id="476844086">
          <w:marLeft w:val="480"/>
          <w:marRight w:val="0"/>
          <w:marTop w:val="0"/>
          <w:marBottom w:val="0"/>
          <w:divBdr>
            <w:top w:val="none" w:sz="0" w:space="0" w:color="auto"/>
            <w:left w:val="none" w:sz="0" w:space="0" w:color="auto"/>
            <w:bottom w:val="none" w:sz="0" w:space="0" w:color="auto"/>
            <w:right w:val="none" w:sz="0" w:space="0" w:color="auto"/>
          </w:divBdr>
        </w:div>
        <w:div w:id="538124760">
          <w:marLeft w:val="480"/>
          <w:marRight w:val="0"/>
          <w:marTop w:val="0"/>
          <w:marBottom w:val="0"/>
          <w:divBdr>
            <w:top w:val="none" w:sz="0" w:space="0" w:color="auto"/>
            <w:left w:val="none" w:sz="0" w:space="0" w:color="auto"/>
            <w:bottom w:val="none" w:sz="0" w:space="0" w:color="auto"/>
            <w:right w:val="none" w:sz="0" w:space="0" w:color="auto"/>
          </w:divBdr>
        </w:div>
        <w:div w:id="546260707">
          <w:marLeft w:val="480"/>
          <w:marRight w:val="0"/>
          <w:marTop w:val="0"/>
          <w:marBottom w:val="0"/>
          <w:divBdr>
            <w:top w:val="none" w:sz="0" w:space="0" w:color="auto"/>
            <w:left w:val="none" w:sz="0" w:space="0" w:color="auto"/>
            <w:bottom w:val="none" w:sz="0" w:space="0" w:color="auto"/>
            <w:right w:val="none" w:sz="0" w:space="0" w:color="auto"/>
          </w:divBdr>
        </w:div>
        <w:div w:id="991451560">
          <w:marLeft w:val="480"/>
          <w:marRight w:val="0"/>
          <w:marTop w:val="0"/>
          <w:marBottom w:val="0"/>
          <w:divBdr>
            <w:top w:val="none" w:sz="0" w:space="0" w:color="auto"/>
            <w:left w:val="none" w:sz="0" w:space="0" w:color="auto"/>
            <w:bottom w:val="none" w:sz="0" w:space="0" w:color="auto"/>
            <w:right w:val="none" w:sz="0" w:space="0" w:color="auto"/>
          </w:divBdr>
        </w:div>
        <w:div w:id="1007828119">
          <w:marLeft w:val="480"/>
          <w:marRight w:val="0"/>
          <w:marTop w:val="0"/>
          <w:marBottom w:val="0"/>
          <w:divBdr>
            <w:top w:val="none" w:sz="0" w:space="0" w:color="auto"/>
            <w:left w:val="none" w:sz="0" w:space="0" w:color="auto"/>
            <w:bottom w:val="none" w:sz="0" w:space="0" w:color="auto"/>
            <w:right w:val="none" w:sz="0" w:space="0" w:color="auto"/>
          </w:divBdr>
        </w:div>
        <w:div w:id="1044064359">
          <w:marLeft w:val="480"/>
          <w:marRight w:val="0"/>
          <w:marTop w:val="0"/>
          <w:marBottom w:val="0"/>
          <w:divBdr>
            <w:top w:val="none" w:sz="0" w:space="0" w:color="auto"/>
            <w:left w:val="none" w:sz="0" w:space="0" w:color="auto"/>
            <w:bottom w:val="none" w:sz="0" w:space="0" w:color="auto"/>
            <w:right w:val="none" w:sz="0" w:space="0" w:color="auto"/>
          </w:divBdr>
        </w:div>
        <w:div w:id="1087577061">
          <w:marLeft w:val="480"/>
          <w:marRight w:val="0"/>
          <w:marTop w:val="0"/>
          <w:marBottom w:val="0"/>
          <w:divBdr>
            <w:top w:val="none" w:sz="0" w:space="0" w:color="auto"/>
            <w:left w:val="none" w:sz="0" w:space="0" w:color="auto"/>
            <w:bottom w:val="none" w:sz="0" w:space="0" w:color="auto"/>
            <w:right w:val="none" w:sz="0" w:space="0" w:color="auto"/>
          </w:divBdr>
        </w:div>
        <w:div w:id="1144422353">
          <w:marLeft w:val="480"/>
          <w:marRight w:val="0"/>
          <w:marTop w:val="0"/>
          <w:marBottom w:val="0"/>
          <w:divBdr>
            <w:top w:val="none" w:sz="0" w:space="0" w:color="auto"/>
            <w:left w:val="none" w:sz="0" w:space="0" w:color="auto"/>
            <w:bottom w:val="none" w:sz="0" w:space="0" w:color="auto"/>
            <w:right w:val="none" w:sz="0" w:space="0" w:color="auto"/>
          </w:divBdr>
        </w:div>
        <w:div w:id="1226717784">
          <w:marLeft w:val="480"/>
          <w:marRight w:val="0"/>
          <w:marTop w:val="0"/>
          <w:marBottom w:val="0"/>
          <w:divBdr>
            <w:top w:val="none" w:sz="0" w:space="0" w:color="auto"/>
            <w:left w:val="none" w:sz="0" w:space="0" w:color="auto"/>
            <w:bottom w:val="none" w:sz="0" w:space="0" w:color="auto"/>
            <w:right w:val="none" w:sz="0" w:space="0" w:color="auto"/>
          </w:divBdr>
        </w:div>
        <w:div w:id="1313173491">
          <w:marLeft w:val="480"/>
          <w:marRight w:val="0"/>
          <w:marTop w:val="0"/>
          <w:marBottom w:val="0"/>
          <w:divBdr>
            <w:top w:val="none" w:sz="0" w:space="0" w:color="auto"/>
            <w:left w:val="none" w:sz="0" w:space="0" w:color="auto"/>
            <w:bottom w:val="none" w:sz="0" w:space="0" w:color="auto"/>
            <w:right w:val="none" w:sz="0" w:space="0" w:color="auto"/>
          </w:divBdr>
        </w:div>
        <w:div w:id="1415976858">
          <w:marLeft w:val="480"/>
          <w:marRight w:val="0"/>
          <w:marTop w:val="0"/>
          <w:marBottom w:val="0"/>
          <w:divBdr>
            <w:top w:val="none" w:sz="0" w:space="0" w:color="auto"/>
            <w:left w:val="none" w:sz="0" w:space="0" w:color="auto"/>
            <w:bottom w:val="none" w:sz="0" w:space="0" w:color="auto"/>
            <w:right w:val="none" w:sz="0" w:space="0" w:color="auto"/>
          </w:divBdr>
        </w:div>
        <w:div w:id="1422293731">
          <w:marLeft w:val="480"/>
          <w:marRight w:val="0"/>
          <w:marTop w:val="0"/>
          <w:marBottom w:val="0"/>
          <w:divBdr>
            <w:top w:val="none" w:sz="0" w:space="0" w:color="auto"/>
            <w:left w:val="none" w:sz="0" w:space="0" w:color="auto"/>
            <w:bottom w:val="none" w:sz="0" w:space="0" w:color="auto"/>
            <w:right w:val="none" w:sz="0" w:space="0" w:color="auto"/>
          </w:divBdr>
        </w:div>
        <w:div w:id="1441996495">
          <w:marLeft w:val="480"/>
          <w:marRight w:val="0"/>
          <w:marTop w:val="0"/>
          <w:marBottom w:val="0"/>
          <w:divBdr>
            <w:top w:val="none" w:sz="0" w:space="0" w:color="auto"/>
            <w:left w:val="none" w:sz="0" w:space="0" w:color="auto"/>
            <w:bottom w:val="none" w:sz="0" w:space="0" w:color="auto"/>
            <w:right w:val="none" w:sz="0" w:space="0" w:color="auto"/>
          </w:divBdr>
        </w:div>
        <w:div w:id="1626505189">
          <w:marLeft w:val="480"/>
          <w:marRight w:val="0"/>
          <w:marTop w:val="0"/>
          <w:marBottom w:val="0"/>
          <w:divBdr>
            <w:top w:val="none" w:sz="0" w:space="0" w:color="auto"/>
            <w:left w:val="none" w:sz="0" w:space="0" w:color="auto"/>
            <w:bottom w:val="none" w:sz="0" w:space="0" w:color="auto"/>
            <w:right w:val="none" w:sz="0" w:space="0" w:color="auto"/>
          </w:divBdr>
        </w:div>
        <w:div w:id="1646426510">
          <w:marLeft w:val="480"/>
          <w:marRight w:val="0"/>
          <w:marTop w:val="0"/>
          <w:marBottom w:val="0"/>
          <w:divBdr>
            <w:top w:val="none" w:sz="0" w:space="0" w:color="auto"/>
            <w:left w:val="none" w:sz="0" w:space="0" w:color="auto"/>
            <w:bottom w:val="none" w:sz="0" w:space="0" w:color="auto"/>
            <w:right w:val="none" w:sz="0" w:space="0" w:color="auto"/>
          </w:divBdr>
        </w:div>
        <w:div w:id="1707023885">
          <w:marLeft w:val="480"/>
          <w:marRight w:val="0"/>
          <w:marTop w:val="0"/>
          <w:marBottom w:val="0"/>
          <w:divBdr>
            <w:top w:val="none" w:sz="0" w:space="0" w:color="auto"/>
            <w:left w:val="none" w:sz="0" w:space="0" w:color="auto"/>
            <w:bottom w:val="none" w:sz="0" w:space="0" w:color="auto"/>
            <w:right w:val="none" w:sz="0" w:space="0" w:color="auto"/>
          </w:divBdr>
        </w:div>
        <w:div w:id="1736125788">
          <w:marLeft w:val="480"/>
          <w:marRight w:val="0"/>
          <w:marTop w:val="0"/>
          <w:marBottom w:val="0"/>
          <w:divBdr>
            <w:top w:val="none" w:sz="0" w:space="0" w:color="auto"/>
            <w:left w:val="none" w:sz="0" w:space="0" w:color="auto"/>
            <w:bottom w:val="none" w:sz="0" w:space="0" w:color="auto"/>
            <w:right w:val="none" w:sz="0" w:space="0" w:color="auto"/>
          </w:divBdr>
        </w:div>
        <w:div w:id="1738085233">
          <w:marLeft w:val="480"/>
          <w:marRight w:val="0"/>
          <w:marTop w:val="0"/>
          <w:marBottom w:val="0"/>
          <w:divBdr>
            <w:top w:val="none" w:sz="0" w:space="0" w:color="auto"/>
            <w:left w:val="none" w:sz="0" w:space="0" w:color="auto"/>
            <w:bottom w:val="none" w:sz="0" w:space="0" w:color="auto"/>
            <w:right w:val="none" w:sz="0" w:space="0" w:color="auto"/>
          </w:divBdr>
        </w:div>
        <w:div w:id="2010056737">
          <w:marLeft w:val="480"/>
          <w:marRight w:val="0"/>
          <w:marTop w:val="0"/>
          <w:marBottom w:val="0"/>
          <w:divBdr>
            <w:top w:val="none" w:sz="0" w:space="0" w:color="auto"/>
            <w:left w:val="none" w:sz="0" w:space="0" w:color="auto"/>
            <w:bottom w:val="none" w:sz="0" w:space="0" w:color="auto"/>
            <w:right w:val="none" w:sz="0" w:space="0" w:color="auto"/>
          </w:divBdr>
        </w:div>
      </w:divsChild>
    </w:div>
    <w:div w:id="1775443263">
      <w:bodyDiv w:val="1"/>
      <w:marLeft w:val="0"/>
      <w:marRight w:val="0"/>
      <w:marTop w:val="0"/>
      <w:marBottom w:val="0"/>
      <w:divBdr>
        <w:top w:val="none" w:sz="0" w:space="0" w:color="auto"/>
        <w:left w:val="none" w:sz="0" w:space="0" w:color="auto"/>
        <w:bottom w:val="none" w:sz="0" w:space="0" w:color="auto"/>
        <w:right w:val="none" w:sz="0" w:space="0" w:color="auto"/>
      </w:divBdr>
    </w:div>
    <w:div w:id="1777630267">
      <w:bodyDiv w:val="1"/>
      <w:marLeft w:val="0"/>
      <w:marRight w:val="0"/>
      <w:marTop w:val="0"/>
      <w:marBottom w:val="0"/>
      <w:divBdr>
        <w:top w:val="none" w:sz="0" w:space="0" w:color="auto"/>
        <w:left w:val="none" w:sz="0" w:space="0" w:color="auto"/>
        <w:bottom w:val="none" w:sz="0" w:space="0" w:color="auto"/>
        <w:right w:val="none" w:sz="0" w:space="0" w:color="auto"/>
      </w:divBdr>
    </w:div>
    <w:div w:id="1778326435">
      <w:bodyDiv w:val="1"/>
      <w:marLeft w:val="0"/>
      <w:marRight w:val="0"/>
      <w:marTop w:val="0"/>
      <w:marBottom w:val="0"/>
      <w:divBdr>
        <w:top w:val="none" w:sz="0" w:space="0" w:color="auto"/>
        <w:left w:val="none" w:sz="0" w:space="0" w:color="auto"/>
        <w:bottom w:val="none" w:sz="0" w:space="0" w:color="auto"/>
        <w:right w:val="none" w:sz="0" w:space="0" w:color="auto"/>
      </w:divBdr>
    </w:div>
    <w:div w:id="1780294073">
      <w:bodyDiv w:val="1"/>
      <w:marLeft w:val="0"/>
      <w:marRight w:val="0"/>
      <w:marTop w:val="0"/>
      <w:marBottom w:val="0"/>
      <w:divBdr>
        <w:top w:val="none" w:sz="0" w:space="0" w:color="auto"/>
        <w:left w:val="none" w:sz="0" w:space="0" w:color="auto"/>
        <w:bottom w:val="none" w:sz="0" w:space="0" w:color="auto"/>
        <w:right w:val="none" w:sz="0" w:space="0" w:color="auto"/>
      </w:divBdr>
    </w:div>
    <w:div w:id="1780374924">
      <w:bodyDiv w:val="1"/>
      <w:marLeft w:val="0"/>
      <w:marRight w:val="0"/>
      <w:marTop w:val="0"/>
      <w:marBottom w:val="0"/>
      <w:divBdr>
        <w:top w:val="none" w:sz="0" w:space="0" w:color="auto"/>
        <w:left w:val="none" w:sz="0" w:space="0" w:color="auto"/>
        <w:bottom w:val="none" w:sz="0" w:space="0" w:color="auto"/>
        <w:right w:val="none" w:sz="0" w:space="0" w:color="auto"/>
      </w:divBdr>
      <w:divsChild>
        <w:div w:id="84154945">
          <w:marLeft w:val="480"/>
          <w:marRight w:val="0"/>
          <w:marTop w:val="0"/>
          <w:marBottom w:val="0"/>
          <w:divBdr>
            <w:top w:val="none" w:sz="0" w:space="0" w:color="auto"/>
            <w:left w:val="none" w:sz="0" w:space="0" w:color="auto"/>
            <w:bottom w:val="none" w:sz="0" w:space="0" w:color="auto"/>
            <w:right w:val="none" w:sz="0" w:space="0" w:color="auto"/>
          </w:divBdr>
        </w:div>
        <w:div w:id="247079734">
          <w:marLeft w:val="480"/>
          <w:marRight w:val="0"/>
          <w:marTop w:val="0"/>
          <w:marBottom w:val="0"/>
          <w:divBdr>
            <w:top w:val="none" w:sz="0" w:space="0" w:color="auto"/>
            <w:left w:val="none" w:sz="0" w:space="0" w:color="auto"/>
            <w:bottom w:val="none" w:sz="0" w:space="0" w:color="auto"/>
            <w:right w:val="none" w:sz="0" w:space="0" w:color="auto"/>
          </w:divBdr>
        </w:div>
        <w:div w:id="253513514">
          <w:marLeft w:val="480"/>
          <w:marRight w:val="0"/>
          <w:marTop w:val="0"/>
          <w:marBottom w:val="0"/>
          <w:divBdr>
            <w:top w:val="none" w:sz="0" w:space="0" w:color="auto"/>
            <w:left w:val="none" w:sz="0" w:space="0" w:color="auto"/>
            <w:bottom w:val="none" w:sz="0" w:space="0" w:color="auto"/>
            <w:right w:val="none" w:sz="0" w:space="0" w:color="auto"/>
          </w:divBdr>
        </w:div>
        <w:div w:id="321276825">
          <w:marLeft w:val="480"/>
          <w:marRight w:val="0"/>
          <w:marTop w:val="0"/>
          <w:marBottom w:val="0"/>
          <w:divBdr>
            <w:top w:val="none" w:sz="0" w:space="0" w:color="auto"/>
            <w:left w:val="none" w:sz="0" w:space="0" w:color="auto"/>
            <w:bottom w:val="none" w:sz="0" w:space="0" w:color="auto"/>
            <w:right w:val="none" w:sz="0" w:space="0" w:color="auto"/>
          </w:divBdr>
        </w:div>
        <w:div w:id="346447419">
          <w:marLeft w:val="480"/>
          <w:marRight w:val="0"/>
          <w:marTop w:val="0"/>
          <w:marBottom w:val="0"/>
          <w:divBdr>
            <w:top w:val="none" w:sz="0" w:space="0" w:color="auto"/>
            <w:left w:val="none" w:sz="0" w:space="0" w:color="auto"/>
            <w:bottom w:val="none" w:sz="0" w:space="0" w:color="auto"/>
            <w:right w:val="none" w:sz="0" w:space="0" w:color="auto"/>
          </w:divBdr>
        </w:div>
        <w:div w:id="367948690">
          <w:marLeft w:val="480"/>
          <w:marRight w:val="0"/>
          <w:marTop w:val="0"/>
          <w:marBottom w:val="0"/>
          <w:divBdr>
            <w:top w:val="none" w:sz="0" w:space="0" w:color="auto"/>
            <w:left w:val="none" w:sz="0" w:space="0" w:color="auto"/>
            <w:bottom w:val="none" w:sz="0" w:space="0" w:color="auto"/>
            <w:right w:val="none" w:sz="0" w:space="0" w:color="auto"/>
          </w:divBdr>
        </w:div>
        <w:div w:id="429743029">
          <w:marLeft w:val="480"/>
          <w:marRight w:val="0"/>
          <w:marTop w:val="0"/>
          <w:marBottom w:val="0"/>
          <w:divBdr>
            <w:top w:val="none" w:sz="0" w:space="0" w:color="auto"/>
            <w:left w:val="none" w:sz="0" w:space="0" w:color="auto"/>
            <w:bottom w:val="none" w:sz="0" w:space="0" w:color="auto"/>
            <w:right w:val="none" w:sz="0" w:space="0" w:color="auto"/>
          </w:divBdr>
        </w:div>
        <w:div w:id="475294885">
          <w:marLeft w:val="480"/>
          <w:marRight w:val="0"/>
          <w:marTop w:val="0"/>
          <w:marBottom w:val="0"/>
          <w:divBdr>
            <w:top w:val="none" w:sz="0" w:space="0" w:color="auto"/>
            <w:left w:val="none" w:sz="0" w:space="0" w:color="auto"/>
            <w:bottom w:val="none" w:sz="0" w:space="0" w:color="auto"/>
            <w:right w:val="none" w:sz="0" w:space="0" w:color="auto"/>
          </w:divBdr>
        </w:div>
        <w:div w:id="500269045">
          <w:marLeft w:val="480"/>
          <w:marRight w:val="0"/>
          <w:marTop w:val="0"/>
          <w:marBottom w:val="0"/>
          <w:divBdr>
            <w:top w:val="none" w:sz="0" w:space="0" w:color="auto"/>
            <w:left w:val="none" w:sz="0" w:space="0" w:color="auto"/>
            <w:bottom w:val="none" w:sz="0" w:space="0" w:color="auto"/>
            <w:right w:val="none" w:sz="0" w:space="0" w:color="auto"/>
          </w:divBdr>
        </w:div>
        <w:div w:id="629944603">
          <w:marLeft w:val="480"/>
          <w:marRight w:val="0"/>
          <w:marTop w:val="0"/>
          <w:marBottom w:val="0"/>
          <w:divBdr>
            <w:top w:val="none" w:sz="0" w:space="0" w:color="auto"/>
            <w:left w:val="none" w:sz="0" w:space="0" w:color="auto"/>
            <w:bottom w:val="none" w:sz="0" w:space="0" w:color="auto"/>
            <w:right w:val="none" w:sz="0" w:space="0" w:color="auto"/>
          </w:divBdr>
        </w:div>
        <w:div w:id="664354855">
          <w:marLeft w:val="480"/>
          <w:marRight w:val="0"/>
          <w:marTop w:val="0"/>
          <w:marBottom w:val="0"/>
          <w:divBdr>
            <w:top w:val="none" w:sz="0" w:space="0" w:color="auto"/>
            <w:left w:val="none" w:sz="0" w:space="0" w:color="auto"/>
            <w:bottom w:val="none" w:sz="0" w:space="0" w:color="auto"/>
            <w:right w:val="none" w:sz="0" w:space="0" w:color="auto"/>
          </w:divBdr>
        </w:div>
        <w:div w:id="692266434">
          <w:marLeft w:val="480"/>
          <w:marRight w:val="0"/>
          <w:marTop w:val="0"/>
          <w:marBottom w:val="0"/>
          <w:divBdr>
            <w:top w:val="none" w:sz="0" w:space="0" w:color="auto"/>
            <w:left w:val="none" w:sz="0" w:space="0" w:color="auto"/>
            <w:bottom w:val="none" w:sz="0" w:space="0" w:color="auto"/>
            <w:right w:val="none" w:sz="0" w:space="0" w:color="auto"/>
          </w:divBdr>
        </w:div>
        <w:div w:id="728307988">
          <w:marLeft w:val="480"/>
          <w:marRight w:val="0"/>
          <w:marTop w:val="0"/>
          <w:marBottom w:val="0"/>
          <w:divBdr>
            <w:top w:val="none" w:sz="0" w:space="0" w:color="auto"/>
            <w:left w:val="none" w:sz="0" w:space="0" w:color="auto"/>
            <w:bottom w:val="none" w:sz="0" w:space="0" w:color="auto"/>
            <w:right w:val="none" w:sz="0" w:space="0" w:color="auto"/>
          </w:divBdr>
        </w:div>
        <w:div w:id="728381421">
          <w:marLeft w:val="480"/>
          <w:marRight w:val="0"/>
          <w:marTop w:val="0"/>
          <w:marBottom w:val="0"/>
          <w:divBdr>
            <w:top w:val="none" w:sz="0" w:space="0" w:color="auto"/>
            <w:left w:val="none" w:sz="0" w:space="0" w:color="auto"/>
            <w:bottom w:val="none" w:sz="0" w:space="0" w:color="auto"/>
            <w:right w:val="none" w:sz="0" w:space="0" w:color="auto"/>
          </w:divBdr>
        </w:div>
        <w:div w:id="881089537">
          <w:marLeft w:val="480"/>
          <w:marRight w:val="0"/>
          <w:marTop w:val="0"/>
          <w:marBottom w:val="0"/>
          <w:divBdr>
            <w:top w:val="none" w:sz="0" w:space="0" w:color="auto"/>
            <w:left w:val="none" w:sz="0" w:space="0" w:color="auto"/>
            <w:bottom w:val="none" w:sz="0" w:space="0" w:color="auto"/>
            <w:right w:val="none" w:sz="0" w:space="0" w:color="auto"/>
          </w:divBdr>
        </w:div>
        <w:div w:id="1051466889">
          <w:marLeft w:val="480"/>
          <w:marRight w:val="0"/>
          <w:marTop w:val="0"/>
          <w:marBottom w:val="0"/>
          <w:divBdr>
            <w:top w:val="none" w:sz="0" w:space="0" w:color="auto"/>
            <w:left w:val="none" w:sz="0" w:space="0" w:color="auto"/>
            <w:bottom w:val="none" w:sz="0" w:space="0" w:color="auto"/>
            <w:right w:val="none" w:sz="0" w:space="0" w:color="auto"/>
          </w:divBdr>
        </w:div>
        <w:div w:id="1051921968">
          <w:marLeft w:val="480"/>
          <w:marRight w:val="0"/>
          <w:marTop w:val="0"/>
          <w:marBottom w:val="0"/>
          <w:divBdr>
            <w:top w:val="none" w:sz="0" w:space="0" w:color="auto"/>
            <w:left w:val="none" w:sz="0" w:space="0" w:color="auto"/>
            <w:bottom w:val="none" w:sz="0" w:space="0" w:color="auto"/>
            <w:right w:val="none" w:sz="0" w:space="0" w:color="auto"/>
          </w:divBdr>
        </w:div>
        <w:div w:id="1076826937">
          <w:marLeft w:val="480"/>
          <w:marRight w:val="0"/>
          <w:marTop w:val="0"/>
          <w:marBottom w:val="0"/>
          <w:divBdr>
            <w:top w:val="none" w:sz="0" w:space="0" w:color="auto"/>
            <w:left w:val="none" w:sz="0" w:space="0" w:color="auto"/>
            <w:bottom w:val="none" w:sz="0" w:space="0" w:color="auto"/>
            <w:right w:val="none" w:sz="0" w:space="0" w:color="auto"/>
          </w:divBdr>
        </w:div>
        <w:div w:id="1080563993">
          <w:marLeft w:val="480"/>
          <w:marRight w:val="0"/>
          <w:marTop w:val="0"/>
          <w:marBottom w:val="0"/>
          <w:divBdr>
            <w:top w:val="none" w:sz="0" w:space="0" w:color="auto"/>
            <w:left w:val="none" w:sz="0" w:space="0" w:color="auto"/>
            <w:bottom w:val="none" w:sz="0" w:space="0" w:color="auto"/>
            <w:right w:val="none" w:sz="0" w:space="0" w:color="auto"/>
          </w:divBdr>
        </w:div>
        <w:div w:id="1280334766">
          <w:marLeft w:val="480"/>
          <w:marRight w:val="0"/>
          <w:marTop w:val="0"/>
          <w:marBottom w:val="0"/>
          <w:divBdr>
            <w:top w:val="none" w:sz="0" w:space="0" w:color="auto"/>
            <w:left w:val="none" w:sz="0" w:space="0" w:color="auto"/>
            <w:bottom w:val="none" w:sz="0" w:space="0" w:color="auto"/>
            <w:right w:val="none" w:sz="0" w:space="0" w:color="auto"/>
          </w:divBdr>
        </w:div>
        <w:div w:id="1282300699">
          <w:marLeft w:val="480"/>
          <w:marRight w:val="0"/>
          <w:marTop w:val="0"/>
          <w:marBottom w:val="0"/>
          <w:divBdr>
            <w:top w:val="none" w:sz="0" w:space="0" w:color="auto"/>
            <w:left w:val="none" w:sz="0" w:space="0" w:color="auto"/>
            <w:bottom w:val="none" w:sz="0" w:space="0" w:color="auto"/>
            <w:right w:val="none" w:sz="0" w:space="0" w:color="auto"/>
          </w:divBdr>
        </w:div>
        <w:div w:id="1378120570">
          <w:marLeft w:val="480"/>
          <w:marRight w:val="0"/>
          <w:marTop w:val="0"/>
          <w:marBottom w:val="0"/>
          <w:divBdr>
            <w:top w:val="none" w:sz="0" w:space="0" w:color="auto"/>
            <w:left w:val="none" w:sz="0" w:space="0" w:color="auto"/>
            <w:bottom w:val="none" w:sz="0" w:space="0" w:color="auto"/>
            <w:right w:val="none" w:sz="0" w:space="0" w:color="auto"/>
          </w:divBdr>
        </w:div>
        <w:div w:id="1485387676">
          <w:marLeft w:val="480"/>
          <w:marRight w:val="0"/>
          <w:marTop w:val="0"/>
          <w:marBottom w:val="0"/>
          <w:divBdr>
            <w:top w:val="none" w:sz="0" w:space="0" w:color="auto"/>
            <w:left w:val="none" w:sz="0" w:space="0" w:color="auto"/>
            <w:bottom w:val="none" w:sz="0" w:space="0" w:color="auto"/>
            <w:right w:val="none" w:sz="0" w:space="0" w:color="auto"/>
          </w:divBdr>
        </w:div>
        <w:div w:id="1504122933">
          <w:marLeft w:val="480"/>
          <w:marRight w:val="0"/>
          <w:marTop w:val="0"/>
          <w:marBottom w:val="0"/>
          <w:divBdr>
            <w:top w:val="none" w:sz="0" w:space="0" w:color="auto"/>
            <w:left w:val="none" w:sz="0" w:space="0" w:color="auto"/>
            <w:bottom w:val="none" w:sz="0" w:space="0" w:color="auto"/>
            <w:right w:val="none" w:sz="0" w:space="0" w:color="auto"/>
          </w:divBdr>
        </w:div>
        <w:div w:id="1738624944">
          <w:marLeft w:val="480"/>
          <w:marRight w:val="0"/>
          <w:marTop w:val="0"/>
          <w:marBottom w:val="0"/>
          <w:divBdr>
            <w:top w:val="none" w:sz="0" w:space="0" w:color="auto"/>
            <w:left w:val="none" w:sz="0" w:space="0" w:color="auto"/>
            <w:bottom w:val="none" w:sz="0" w:space="0" w:color="auto"/>
            <w:right w:val="none" w:sz="0" w:space="0" w:color="auto"/>
          </w:divBdr>
        </w:div>
        <w:div w:id="1749113549">
          <w:marLeft w:val="480"/>
          <w:marRight w:val="0"/>
          <w:marTop w:val="0"/>
          <w:marBottom w:val="0"/>
          <w:divBdr>
            <w:top w:val="none" w:sz="0" w:space="0" w:color="auto"/>
            <w:left w:val="none" w:sz="0" w:space="0" w:color="auto"/>
            <w:bottom w:val="none" w:sz="0" w:space="0" w:color="auto"/>
            <w:right w:val="none" w:sz="0" w:space="0" w:color="auto"/>
          </w:divBdr>
        </w:div>
        <w:div w:id="1756390789">
          <w:marLeft w:val="480"/>
          <w:marRight w:val="0"/>
          <w:marTop w:val="0"/>
          <w:marBottom w:val="0"/>
          <w:divBdr>
            <w:top w:val="none" w:sz="0" w:space="0" w:color="auto"/>
            <w:left w:val="none" w:sz="0" w:space="0" w:color="auto"/>
            <w:bottom w:val="none" w:sz="0" w:space="0" w:color="auto"/>
            <w:right w:val="none" w:sz="0" w:space="0" w:color="auto"/>
          </w:divBdr>
        </w:div>
        <w:div w:id="1788696219">
          <w:marLeft w:val="480"/>
          <w:marRight w:val="0"/>
          <w:marTop w:val="0"/>
          <w:marBottom w:val="0"/>
          <w:divBdr>
            <w:top w:val="none" w:sz="0" w:space="0" w:color="auto"/>
            <w:left w:val="none" w:sz="0" w:space="0" w:color="auto"/>
            <w:bottom w:val="none" w:sz="0" w:space="0" w:color="auto"/>
            <w:right w:val="none" w:sz="0" w:space="0" w:color="auto"/>
          </w:divBdr>
        </w:div>
        <w:div w:id="1807889432">
          <w:marLeft w:val="480"/>
          <w:marRight w:val="0"/>
          <w:marTop w:val="0"/>
          <w:marBottom w:val="0"/>
          <w:divBdr>
            <w:top w:val="none" w:sz="0" w:space="0" w:color="auto"/>
            <w:left w:val="none" w:sz="0" w:space="0" w:color="auto"/>
            <w:bottom w:val="none" w:sz="0" w:space="0" w:color="auto"/>
            <w:right w:val="none" w:sz="0" w:space="0" w:color="auto"/>
          </w:divBdr>
        </w:div>
        <w:div w:id="1868179805">
          <w:marLeft w:val="480"/>
          <w:marRight w:val="0"/>
          <w:marTop w:val="0"/>
          <w:marBottom w:val="0"/>
          <w:divBdr>
            <w:top w:val="none" w:sz="0" w:space="0" w:color="auto"/>
            <w:left w:val="none" w:sz="0" w:space="0" w:color="auto"/>
            <w:bottom w:val="none" w:sz="0" w:space="0" w:color="auto"/>
            <w:right w:val="none" w:sz="0" w:space="0" w:color="auto"/>
          </w:divBdr>
        </w:div>
        <w:div w:id="1892111421">
          <w:marLeft w:val="480"/>
          <w:marRight w:val="0"/>
          <w:marTop w:val="0"/>
          <w:marBottom w:val="0"/>
          <w:divBdr>
            <w:top w:val="none" w:sz="0" w:space="0" w:color="auto"/>
            <w:left w:val="none" w:sz="0" w:space="0" w:color="auto"/>
            <w:bottom w:val="none" w:sz="0" w:space="0" w:color="auto"/>
            <w:right w:val="none" w:sz="0" w:space="0" w:color="auto"/>
          </w:divBdr>
        </w:div>
        <w:div w:id="1912277972">
          <w:marLeft w:val="480"/>
          <w:marRight w:val="0"/>
          <w:marTop w:val="0"/>
          <w:marBottom w:val="0"/>
          <w:divBdr>
            <w:top w:val="none" w:sz="0" w:space="0" w:color="auto"/>
            <w:left w:val="none" w:sz="0" w:space="0" w:color="auto"/>
            <w:bottom w:val="none" w:sz="0" w:space="0" w:color="auto"/>
            <w:right w:val="none" w:sz="0" w:space="0" w:color="auto"/>
          </w:divBdr>
        </w:div>
        <w:div w:id="1976909126">
          <w:marLeft w:val="480"/>
          <w:marRight w:val="0"/>
          <w:marTop w:val="0"/>
          <w:marBottom w:val="0"/>
          <w:divBdr>
            <w:top w:val="none" w:sz="0" w:space="0" w:color="auto"/>
            <w:left w:val="none" w:sz="0" w:space="0" w:color="auto"/>
            <w:bottom w:val="none" w:sz="0" w:space="0" w:color="auto"/>
            <w:right w:val="none" w:sz="0" w:space="0" w:color="auto"/>
          </w:divBdr>
        </w:div>
        <w:div w:id="2004624661">
          <w:marLeft w:val="480"/>
          <w:marRight w:val="0"/>
          <w:marTop w:val="0"/>
          <w:marBottom w:val="0"/>
          <w:divBdr>
            <w:top w:val="none" w:sz="0" w:space="0" w:color="auto"/>
            <w:left w:val="none" w:sz="0" w:space="0" w:color="auto"/>
            <w:bottom w:val="none" w:sz="0" w:space="0" w:color="auto"/>
            <w:right w:val="none" w:sz="0" w:space="0" w:color="auto"/>
          </w:divBdr>
        </w:div>
        <w:div w:id="2046782541">
          <w:marLeft w:val="480"/>
          <w:marRight w:val="0"/>
          <w:marTop w:val="0"/>
          <w:marBottom w:val="0"/>
          <w:divBdr>
            <w:top w:val="none" w:sz="0" w:space="0" w:color="auto"/>
            <w:left w:val="none" w:sz="0" w:space="0" w:color="auto"/>
            <w:bottom w:val="none" w:sz="0" w:space="0" w:color="auto"/>
            <w:right w:val="none" w:sz="0" w:space="0" w:color="auto"/>
          </w:divBdr>
        </w:div>
        <w:div w:id="2096709168">
          <w:marLeft w:val="480"/>
          <w:marRight w:val="0"/>
          <w:marTop w:val="0"/>
          <w:marBottom w:val="0"/>
          <w:divBdr>
            <w:top w:val="none" w:sz="0" w:space="0" w:color="auto"/>
            <w:left w:val="none" w:sz="0" w:space="0" w:color="auto"/>
            <w:bottom w:val="none" w:sz="0" w:space="0" w:color="auto"/>
            <w:right w:val="none" w:sz="0" w:space="0" w:color="auto"/>
          </w:divBdr>
        </w:div>
        <w:div w:id="2109307648">
          <w:marLeft w:val="480"/>
          <w:marRight w:val="0"/>
          <w:marTop w:val="0"/>
          <w:marBottom w:val="0"/>
          <w:divBdr>
            <w:top w:val="none" w:sz="0" w:space="0" w:color="auto"/>
            <w:left w:val="none" w:sz="0" w:space="0" w:color="auto"/>
            <w:bottom w:val="none" w:sz="0" w:space="0" w:color="auto"/>
            <w:right w:val="none" w:sz="0" w:space="0" w:color="auto"/>
          </w:divBdr>
        </w:div>
      </w:divsChild>
    </w:div>
    <w:div w:id="1782140505">
      <w:bodyDiv w:val="1"/>
      <w:marLeft w:val="0"/>
      <w:marRight w:val="0"/>
      <w:marTop w:val="0"/>
      <w:marBottom w:val="0"/>
      <w:divBdr>
        <w:top w:val="none" w:sz="0" w:space="0" w:color="auto"/>
        <w:left w:val="none" w:sz="0" w:space="0" w:color="auto"/>
        <w:bottom w:val="none" w:sz="0" w:space="0" w:color="auto"/>
        <w:right w:val="none" w:sz="0" w:space="0" w:color="auto"/>
      </w:divBdr>
    </w:div>
    <w:div w:id="1783114037">
      <w:bodyDiv w:val="1"/>
      <w:marLeft w:val="0"/>
      <w:marRight w:val="0"/>
      <w:marTop w:val="0"/>
      <w:marBottom w:val="0"/>
      <w:divBdr>
        <w:top w:val="none" w:sz="0" w:space="0" w:color="auto"/>
        <w:left w:val="none" w:sz="0" w:space="0" w:color="auto"/>
        <w:bottom w:val="none" w:sz="0" w:space="0" w:color="auto"/>
        <w:right w:val="none" w:sz="0" w:space="0" w:color="auto"/>
      </w:divBdr>
    </w:div>
    <w:div w:id="1786263957">
      <w:bodyDiv w:val="1"/>
      <w:marLeft w:val="0"/>
      <w:marRight w:val="0"/>
      <w:marTop w:val="0"/>
      <w:marBottom w:val="0"/>
      <w:divBdr>
        <w:top w:val="none" w:sz="0" w:space="0" w:color="auto"/>
        <w:left w:val="none" w:sz="0" w:space="0" w:color="auto"/>
        <w:bottom w:val="none" w:sz="0" w:space="0" w:color="auto"/>
        <w:right w:val="none" w:sz="0" w:space="0" w:color="auto"/>
      </w:divBdr>
    </w:div>
    <w:div w:id="1786607907">
      <w:bodyDiv w:val="1"/>
      <w:marLeft w:val="0"/>
      <w:marRight w:val="0"/>
      <w:marTop w:val="0"/>
      <w:marBottom w:val="0"/>
      <w:divBdr>
        <w:top w:val="none" w:sz="0" w:space="0" w:color="auto"/>
        <w:left w:val="none" w:sz="0" w:space="0" w:color="auto"/>
        <w:bottom w:val="none" w:sz="0" w:space="0" w:color="auto"/>
        <w:right w:val="none" w:sz="0" w:space="0" w:color="auto"/>
      </w:divBdr>
      <w:divsChild>
        <w:div w:id="7757661">
          <w:marLeft w:val="480"/>
          <w:marRight w:val="0"/>
          <w:marTop w:val="0"/>
          <w:marBottom w:val="0"/>
          <w:divBdr>
            <w:top w:val="none" w:sz="0" w:space="0" w:color="auto"/>
            <w:left w:val="none" w:sz="0" w:space="0" w:color="auto"/>
            <w:bottom w:val="none" w:sz="0" w:space="0" w:color="auto"/>
            <w:right w:val="none" w:sz="0" w:space="0" w:color="auto"/>
          </w:divBdr>
        </w:div>
        <w:div w:id="17119847">
          <w:marLeft w:val="480"/>
          <w:marRight w:val="0"/>
          <w:marTop w:val="0"/>
          <w:marBottom w:val="0"/>
          <w:divBdr>
            <w:top w:val="none" w:sz="0" w:space="0" w:color="auto"/>
            <w:left w:val="none" w:sz="0" w:space="0" w:color="auto"/>
            <w:bottom w:val="none" w:sz="0" w:space="0" w:color="auto"/>
            <w:right w:val="none" w:sz="0" w:space="0" w:color="auto"/>
          </w:divBdr>
        </w:div>
        <w:div w:id="149443002">
          <w:marLeft w:val="480"/>
          <w:marRight w:val="0"/>
          <w:marTop w:val="0"/>
          <w:marBottom w:val="0"/>
          <w:divBdr>
            <w:top w:val="none" w:sz="0" w:space="0" w:color="auto"/>
            <w:left w:val="none" w:sz="0" w:space="0" w:color="auto"/>
            <w:bottom w:val="none" w:sz="0" w:space="0" w:color="auto"/>
            <w:right w:val="none" w:sz="0" w:space="0" w:color="auto"/>
          </w:divBdr>
        </w:div>
        <w:div w:id="265501043">
          <w:marLeft w:val="480"/>
          <w:marRight w:val="0"/>
          <w:marTop w:val="0"/>
          <w:marBottom w:val="0"/>
          <w:divBdr>
            <w:top w:val="none" w:sz="0" w:space="0" w:color="auto"/>
            <w:left w:val="none" w:sz="0" w:space="0" w:color="auto"/>
            <w:bottom w:val="none" w:sz="0" w:space="0" w:color="auto"/>
            <w:right w:val="none" w:sz="0" w:space="0" w:color="auto"/>
          </w:divBdr>
        </w:div>
        <w:div w:id="303702278">
          <w:marLeft w:val="480"/>
          <w:marRight w:val="0"/>
          <w:marTop w:val="0"/>
          <w:marBottom w:val="0"/>
          <w:divBdr>
            <w:top w:val="none" w:sz="0" w:space="0" w:color="auto"/>
            <w:left w:val="none" w:sz="0" w:space="0" w:color="auto"/>
            <w:bottom w:val="none" w:sz="0" w:space="0" w:color="auto"/>
            <w:right w:val="none" w:sz="0" w:space="0" w:color="auto"/>
          </w:divBdr>
        </w:div>
        <w:div w:id="319771033">
          <w:marLeft w:val="480"/>
          <w:marRight w:val="0"/>
          <w:marTop w:val="0"/>
          <w:marBottom w:val="0"/>
          <w:divBdr>
            <w:top w:val="none" w:sz="0" w:space="0" w:color="auto"/>
            <w:left w:val="none" w:sz="0" w:space="0" w:color="auto"/>
            <w:bottom w:val="none" w:sz="0" w:space="0" w:color="auto"/>
            <w:right w:val="none" w:sz="0" w:space="0" w:color="auto"/>
          </w:divBdr>
        </w:div>
        <w:div w:id="544559319">
          <w:marLeft w:val="480"/>
          <w:marRight w:val="0"/>
          <w:marTop w:val="0"/>
          <w:marBottom w:val="0"/>
          <w:divBdr>
            <w:top w:val="none" w:sz="0" w:space="0" w:color="auto"/>
            <w:left w:val="none" w:sz="0" w:space="0" w:color="auto"/>
            <w:bottom w:val="none" w:sz="0" w:space="0" w:color="auto"/>
            <w:right w:val="none" w:sz="0" w:space="0" w:color="auto"/>
          </w:divBdr>
        </w:div>
        <w:div w:id="743994046">
          <w:marLeft w:val="480"/>
          <w:marRight w:val="0"/>
          <w:marTop w:val="0"/>
          <w:marBottom w:val="0"/>
          <w:divBdr>
            <w:top w:val="none" w:sz="0" w:space="0" w:color="auto"/>
            <w:left w:val="none" w:sz="0" w:space="0" w:color="auto"/>
            <w:bottom w:val="none" w:sz="0" w:space="0" w:color="auto"/>
            <w:right w:val="none" w:sz="0" w:space="0" w:color="auto"/>
          </w:divBdr>
        </w:div>
        <w:div w:id="844828940">
          <w:marLeft w:val="480"/>
          <w:marRight w:val="0"/>
          <w:marTop w:val="0"/>
          <w:marBottom w:val="0"/>
          <w:divBdr>
            <w:top w:val="none" w:sz="0" w:space="0" w:color="auto"/>
            <w:left w:val="none" w:sz="0" w:space="0" w:color="auto"/>
            <w:bottom w:val="none" w:sz="0" w:space="0" w:color="auto"/>
            <w:right w:val="none" w:sz="0" w:space="0" w:color="auto"/>
          </w:divBdr>
        </w:div>
        <w:div w:id="879585051">
          <w:marLeft w:val="480"/>
          <w:marRight w:val="0"/>
          <w:marTop w:val="0"/>
          <w:marBottom w:val="0"/>
          <w:divBdr>
            <w:top w:val="none" w:sz="0" w:space="0" w:color="auto"/>
            <w:left w:val="none" w:sz="0" w:space="0" w:color="auto"/>
            <w:bottom w:val="none" w:sz="0" w:space="0" w:color="auto"/>
            <w:right w:val="none" w:sz="0" w:space="0" w:color="auto"/>
          </w:divBdr>
        </w:div>
        <w:div w:id="897013065">
          <w:marLeft w:val="480"/>
          <w:marRight w:val="0"/>
          <w:marTop w:val="0"/>
          <w:marBottom w:val="0"/>
          <w:divBdr>
            <w:top w:val="none" w:sz="0" w:space="0" w:color="auto"/>
            <w:left w:val="none" w:sz="0" w:space="0" w:color="auto"/>
            <w:bottom w:val="none" w:sz="0" w:space="0" w:color="auto"/>
            <w:right w:val="none" w:sz="0" w:space="0" w:color="auto"/>
          </w:divBdr>
        </w:div>
        <w:div w:id="914779795">
          <w:marLeft w:val="480"/>
          <w:marRight w:val="0"/>
          <w:marTop w:val="0"/>
          <w:marBottom w:val="0"/>
          <w:divBdr>
            <w:top w:val="none" w:sz="0" w:space="0" w:color="auto"/>
            <w:left w:val="none" w:sz="0" w:space="0" w:color="auto"/>
            <w:bottom w:val="none" w:sz="0" w:space="0" w:color="auto"/>
            <w:right w:val="none" w:sz="0" w:space="0" w:color="auto"/>
          </w:divBdr>
        </w:div>
        <w:div w:id="962346821">
          <w:marLeft w:val="480"/>
          <w:marRight w:val="0"/>
          <w:marTop w:val="0"/>
          <w:marBottom w:val="0"/>
          <w:divBdr>
            <w:top w:val="none" w:sz="0" w:space="0" w:color="auto"/>
            <w:left w:val="none" w:sz="0" w:space="0" w:color="auto"/>
            <w:bottom w:val="none" w:sz="0" w:space="0" w:color="auto"/>
            <w:right w:val="none" w:sz="0" w:space="0" w:color="auto"/>
          </w:divBdr>
        </w:div>
        <w:div w:id="983698139">
          <w:marLeft w:val="480"/>
          <w:marRight w:val="0"/>
          <w:marTop w:val="0"/>
          <w:marBottom w:val="0"/>
          <w:divBdr>
            <w:top w:val="none" w:sz="0" w:space="0" w:color="auto"/>
            <w:left w:val="none" w:sz="0" w:space="0" w:color="auto"/>
            <w:bottom w:val="none" w:sz="0" w:space="0" w:color="auto"/>
            <w:right w:val="none" w:sz="0" w:space="0" w:color="auto"/>
          </w:divBdr>
        </w:div>
        <w:div w:id="1200898609">
          <w:marLeft w:val="480"/>
          <w:marRight w:val="0"/>
          <w:marTop w:val="0"/>
          <w:marBottom w:val="0"/>
          <w:divBdr>
            <w:top w:val="none" w:sz="0" w:space="0" w:color="auto"/>
            <w:left w:val="none" w:sz="0" w:space="0" w:color="auto"/>
            <w:bottom w:val="none" w:sz="0" w:space="0" w:color="auto"/>
            <w:right w:val="none" w:sz="0" w:space="0" w:color="auto"/>
          </w:divBdr>
        </w:div>
        <w:div w:id="1223060049">
          <w:marLeft w:val="480"/>
          <w:marRight w:val="0"/>
          <w:marTop w:val="0"/>
          <w:marBottom w:val="0"/>
          <w:divBdr>
            <w:top w:val="none" w:sz="0" w:space="0" w:color="auto"/>
            <w:left w:val="none" w:sz="0" w:space="0" w:color="auto"/>
            <w:bottom w:val="none" w:sz="0" w:space="0" w:color="auto"/>
            <w:right w:val="none" w:sz="0" w:space="0" w:color="auto"/>
          </w:divBdr>
        </w:div>
        <w:div w:id="1289772996">
          <w:marLeft w:val="480"/>
          <w:marRight w:val="0"/>
          <w:marTop w:val="0"/>
          <w:marBottom w:val="0"/>
          <w:divBdr>
            <w:top w:val="none" w:sz="0" w:space="0" w:color="auto"/>
            <w:left w:val="none" w:sz="0" w:space="0" w:color="auto"/>
            <w:bottom w:val="none" w:sz="0" w:space="0" w:color="auto"/>
            <w:right w:val="none" w:sz="0" w:space="0" w:color="auto"/>
          </w:divBdr>
        </w:div>
        <w:div w:id="1314799414">
          <w:marLeft w:val="480"/>
          <w:marRight w:val="0"/>
          <w:marTop w:val="0"/>
          <w:marBottom w:val="0"/>
          <w:divBdr>
            <w:top w:val="none" w:sz="0" w:space="0" w:color="auto"/>
            <w:left w:val="none" w:sz="0" w:space="0" w:color="auto"/>
            <w:bottom w:val="none" w:sz="0" w:space="0" w:color="auto"/>
            <w:right w:val="none" w:sz="0" w:space="0" w:color="auto"/>
          </w:divBdr>
        </w:div>
        <w:div w:id="1328704516">
          <w:marLeft w:val="480"/>
          <w:marRight w:val="0"/>
          <w:marTop w:val="0"/>
          <w:marBottom w:val="0"/>
          <w:divBdr>
            <w:top w:val="none" w:sz="0" w:space="0" w:color="auto"/>
            <w:left w:val="none" w:sz="0" w:space="0" w:color="auto"/>
            <w:bottom w:val="none" w:sz="0" w:space="0" w:color="auto"/>
            <w:right w:val="none" w:sz="0" w:space="0" w:color="auto"/>
          </w:divBdr>
        </w:div>
        <w:div w:id="1343046092">
          <w:marLeft w:val="480"/>
          <w:marRight w:val="0"/>
          <w:marTop w:val="0"/>
          <w:marBottom w:val="0"/>
          <w:divBdr>
            <w:top w:val="none" w:sz="0" w:space="0" w:color="auto"/>
            <w:left w:val="none" w:sz="0" w:space="0" w:color="auto"/>
            <w:bottom w:val="none" w:sz="0" w:space="0" w:color="auto"/>
            <w:right w:val="none" w:sz="0" w:space="0" w:color="auto"/>
          </w:divBdr>
        </w:div>
        <w:div w:id="1363895840">
          <w:marLeft w:val="480"/>
          <w:marRight w:val="0"/>
          <w:marTop w:val="0"/>
          <w:marBottom w:val="0"/>
          <w:divBdr>
            <w:top w:val="none" w:sz="0" w:space="0" w:color="auto"/>
            <w:left w:val="none" w:sz="0" w:space="0" w:color="auto"/>
            <w:bottom w:val="none" w:sz="0" w:space="0" w:color="auto"/>
            <w:right w:val="none" w:sz="0" w:space="0" w:color="auto"/>
          </w:divBdr>
        </w:div>
        <w:div w:id="1393117845">
          <w:marLeft w:val="480"/>
          <w:marRight w:val="0"/>
          <w:marTop w:val="0"/>
          <w:marBottom w:val="0"/>
          <w:divBdr>
            <w:top w:val="none" w:sz="0" w:space="0" w:color="auto"/>
            <w:left w:val="none" w:sz="0" w:space="0" w:color="auto"/>
            <w:bottom w:val="none" w:sz="0" w:space="0" w:color="auto"/>
            <w:right w:val="none" w:sz="0" w:space="0" w:color="auto"/>
          </w:divBdr>
        </w:div>
        <w:div w:id="1410813556">
          <w:marLeft w:val="480"/>
          <w:marRight w:val="0"/>
          <w:marTop w:val="0"/>
          <w:marBottom w:val="0"/>
          <w:divBdr>
            <w:top w:val="none" w:sz="0" w:space="0" w:color="auto"/>
            <w:left w:val="none" w:sz="0" w:space="0" w:color="auto"/>
            <w:bottom w:val="none" w:sz="0" w:space="0" w:color="auto"/>
            <w:right w:val="none" w:sz="0" w:space="0" w:color="auto"/>
          </w:divBdr>
        </w:div>
        <w:div w:id="1469782510">
          <w:marLeft w:val="480"/>
          <w:marRight w:val="0"/>
          <w:marTop w:val="0"/>
          <w:marBottom w:val="0"/>
          <w:divBdr>
            <w:top w:val="none" w:sz="0" w:space="0" w:color="auto"/>
            <w:left w:val="none" w:sz="0" w:space="0" w:color="auto"/>
            <w:bottom w:val="none" w:sz="0" w:space="0" w:color="auto"/>
            <w:right w:val="none" w:sz="0" w:space="0" w:color="auto"/>
          </w:divBdr>
        </w:div>
        <w:div w:id="1494249934">
          <w:marLeft w:val="480"/>
          <w:marRight w:val="0"/>
          <w:marTop w:val="0"/>
          <w:marBottom w:val="0"/>
          <w:divBdr>
            <w:top w:val="none" w:sz="0" w:space="0" w:color="auto"/>
            <w:left w:val="none" w:sz="0" w:space="0" w:color="auto"/>
            <w:bottom w:val="none" w:sz="0" w:space="0" w:color="auto"/>
            <w:right w:val="none" w:sz="0" w:space="0" w:color="auto"/>
          </w:divBdr>
        </w:div>
        <w:div w:id="1517306516">
          <w:marLeft w:val="480"/>
          <w:marRight w:val="0"/>
          <w:marTop w:val="0"/>
          <w:marBottom w:val="0"/>
          <w:divBdr>
            <w:top w:val="none" w:sz="0" w:space="0" w:color="auto"/>
            <w:left w:val="none" w:sz="0" w:space="0" w:color="auto"/>
            <w:bottom w:val="none" w:sz="0" w:space="0" w:color="auto"/>
            <w:right w:val="none" w:sz="0" w:space="0" w:color="auto"/>
          </w:divBdr>
        </w:div>
        <w:div w:id="1566145153">
          <w:marLeft w:val="480"/>
          <w:marRight w:val="0"/>
          <w:marTop w:val="0"/>
          <w:marBottom w:val="0"/>
          <w:divBdr>
            <w:top w:val="none" w:sz="0" w:space="0" w:color="auto"/>
            <w:left w:val="none" w:sz="0" w:space="0" w:color="auto"/>
            <w:bottom w:val="none" w:sz="0" w:space="0" w:color="auto"/>
            <w:right w:val="none" w:sz="0" w:space="0" w:color="auto"/>
          </w:divBdr>
        </w:div>
        <w:div w:id="1746611796">
          <w:marLeft w:val="480"/>
          <w:marRight w:val="0"/>
          <w:marTop w:val="0"/>
          <w:marBottom w:val="0"/>
          <w:divBdr>
            <w:top w:val="none" w:sz="0" w:space="0" w:color="auto"/>
            <w:left w:val="none" w:sz="0" w:space="0" w:color="auto"/>
            <w:bottom w:val="none" w:sz="0" w:space="0" w:color="auto"/>
            <w:right w:val="none" w:sz="0" w:space="0" w:color="auto"/>
          </w:divBdr>
        </w:div>
        <w:div w:id="1804231587">
          <w:marLeft w:val="480"/>
          <w:marRight w:val="0"/>
          <w:marTop w:val="0"/>
          <w:marBottom w:val="0"/>
          <w:divBdr>
            <w:top w:val="none" w:sz="0" w:space="0" w:color="auto"/>
            <w:left w:val="none" w:sz="0" w:space="0" w:color="auto"/>
            <w:bottom w:val="none" w:sz="0" w:space="0" w:color="auto"/>
            <w:right w:val="none" w:sz="0" w:space="0" w:color="auto"/>
          </w:divBdr>
        </w:div>
        <w:div w:id="1876188130">
          <w:marLeft w:val="480"/>
          <w:marRight w:val="0"/>
          <w:marTop w:val="0"/>
          <w:marBottom w:val="0"/>
          <w:divBdr>
            <w:top w:val="none" w:sz="0" w:space="0" w:color="auto"/>
            <w:left w:val="none" w:sz="0" w:space="0" w:color="auto"/>
            <w:bottom w:val="none" w:sz="0" w:space="0" w:color="auto"/>
            <w:right w:val="none" w:sz="0" w:space="0" w:color="auto"/>
          </w:divBdr>
        </w:div>
        <w:div w:id="1960138468">
          <w:marLeft w:val="480"/>
          <w:marRight w:val="0"/>
          <w:marTop w:val="0"/>
          <w:marBottom w:val="0"/>
          <w:divBdr>
            <w:top w:val="none" w:sz="0" w:space="0" w:color="auto"/>
            <w:left w:val="none" w:sz="0" w:space="0" w:color="auto"/>
            <w:bottom w:val="none" w:sz="0" w:space="0" w:color="auto"/>
            <w:right w:val="none" w:sz="0" w:space="0" w:color="auto"/>
          </w:divBdr>
        </w:div>
        <w:div w:id="2091459299">
          <w:marLeft w:val="480"/>
          <w:marRight w:val="0"/>
          <w:marTop w:val="0"/>
          <w:marBottom w:val="0"/>
          <w:divBdr>
            <w:top w:val="none" w:sz="0" w:space="0" w:color="auto"/>
            <w:left w:val="none" w:sz="0" w:space="0" w:color="auto"/>
            <w:bottom w:val="none" w:sz="0" w:space="0" w:color="auto"/>
            <w:right w:val="none" w:sz="0" w:space="0" w:color="auto"/>
          </w:divBdr>
        </w:div>
      </w:divsChild>
    </w:div>
    <w:div w:id="1795127944">
      <w:bodyDiv w:val="1"/>
      <w:marLeft w:val="0"/>
      <w:marRight w:val="0"/>
      <w:marTop w:val="0"/>
      <w:marBottom w:val="0"/>
      <w:divBdr>
        <w:top w:val="none" w:sz="0" w:space="0" w:color="auto"/>
        <w:left w:val="none" w:sz="0" w:space="0" w:color="auto"/>
        <w:bottom w:val="none" w:sz="0" w:space="0" w:color="auto"/>
        <w:right w:val="none" w:sz="0" w:space="0" w:color="auto"/>
      </w:divBdr>
    </w:div>
    <w:div w:id="1795712003">
      <w:bodyDiv w:val="1"/>
      <w:marLeft w:val="0"/>
      <w:marRight w:val="0"/>
      <w:marTop w:val="0"/>
      <w:marBottom w:val="0"/>
      <w:divBdr>
        <w:top w:val="none" w:sz="0" w:space="0" w:color="auto"/>
        <w:left w:val="none" w:sz="0" w:space="0" w:color="auto"/>
        <w:bottom w:val="none" w:sz="0" w:space="0" w:color="auto"/>
        <w:right w:val="none" w:sz="0" w:space="0" w:color="auto"/>
      </w:divBdr>
    </w:div>
    <w:div w:id="1798062518">
      <w:bodyDiv w:val="1"/>
      <w:marLeft w:val="0"/>
      <w:marRight w:val="0"/>
      <w:marTop w:val="0"/>
      <w:marBottom w:val="0"/>
      <w:divBdr>
        <w:top w:val="none" w:sz="0" w:space="0" w:color="auto"/>
        <w:left w:val="none" w:sz="0" w:space="0" w:color="auto"/>
        <w:bottom w:val="none" w:sz="0" w:space="0" w:color="auto"/>
        <w:right w:val="none" w:sz="0" w:space="0" w:color="auto"/>
      </w:divBdr>
    </w:div>
    <w:div w:id="1801263329">
      <w:bodyDiv w:val="1"/>
      <w:marLeft w:val="0"/>
      <w:marRight w:val="0"/>
      <w:marTop w:val="0"/>
      <w:marBottom w:val="0"/>
      <w:divBdr>
        <w:top w:val="none" w:sz="0" w:space="0" w:color="auto"/>
        <w:left w:val="none" w:sz="0" w:space="0" w:color="auto"/>
        <w:bottom w:val="none" w:sz="0" w:space="0" w:color="auto"/>
        <w:right w:val="none" w:sz="0" w:space="0" w:color="auto"/>
      </w:divBdr>
    </w:div>
    <w:div w:id="1803383252">
      <w:bodyDiv w:val="1"/>
      <w:marLeft w:val="0"/>
      <w:marRight w:val="0"/>
      <w:marTop w:val="0"/>
      <w:marBottom w:val="0"/>
      <w:divBdr>
        <w:top w:val="none" w:sz="0" w:space="0" w:color="auto"/>
        <w:left w:val="none" w:sz="0" w:space="0" w:color="auto"/>
        <w:bottom w:val="none" w:sz="0" w:space="0" w:color="auto"/>
        <w:right w:val="none" w:sz="0" w:space="0" w:color="auto"/>
      </w:divBdr>
    </w:div>
    <w:div w:id="1804077585">
      <w:bodyDiv w:val="1"/>
      <w:marLeft w:val="0"/>
      <w:marRight w:val="0"/>
      <w:marTop w:val="0"/>
      <w:marBottom w:val="0"/>
      <w:divBdr>
        <w:top w:val="none" w:sz="0" w:space="0" w:color="auto"/>
        <w:left w:val="none" w:sz="0" w:space="0" w:color="auto"/>
        <w:bottom w:val="none" w:sz="0" w:space="0" w:color="auto"/>
        <w:right w:val="none" w:sz="0" w:space="0" w:color="auto"/>
      </w:divBdr>
    </w:div>
    <w:div w:id="1804810358">
      <w:bodyDiv w:val="1"/>
      <w:marLeft w:val="0"/>
      <w:marRight w:val="0"/>
      <w:marTop w:val="0"/>
      <w:marBottom w:val="0"/>
      <w:divBdr>
        <w:top w:val="none" w:sz="0" w:space="0" w:color="auto"/>
        <w:left w:val="none" w:sz="0" w:space="0" w:color="auto"/>
        <w:bottom w:val="none" w:sz="0" w:space="0" w:color="auto"/>
        <w:right w:val="none" w:sz="0" w:space="0" w:color="auto"/>
      </w:divBdr>
    </w:div>
    <w:div w:id="1805653145">
      <w:bodyDiv w:val="1"/>
      <w:marLeft w:val="0"/>
      <w:marRight w:val="0"/>
      <w:marTop w:val="0"/>
      <w:marBottom w:val="0"/>
      <w:divBdr>
        <w:top w:val="none" w:sz="0" w:space="0" w:color="auto"/>
        <w:left w:val="none" w:sz="0" w:space="0" w:color="auto"/>
        <w:bottom w:val="none" w:sz="0" w:space="0" w:color="auto"/>
        <w:right w:val="none" w:sz="0" w:space="0" w:color="auto"/>
      </w:divBdr>
    </w:div>
    <w:div w:id="1807506243">
      <w:bodyDiv w:val="1"/>
      <w:marLeft w:val="0"/>
      <w:marRight w:val="0"/>
      <w:marTop w:val="0"/>
      <w:marBottom w:val="0"/>
      <w:divBdr>
        <w:top w:val="none" w:sz="0" w:space="0" w:color="auto"/>
        <w:left w:val="none" w:sz="0" w:space="0" w:color="auto"/>
        <w:bottom w:val="none" w:sz="0" w:space="0" w:color="auto"/>
        <w:right w:val="none" w:sz="0" w:space="0" w:color="auto"/>
      </w:divBdr>
    </w:div>
    <w:div w:id="1808622233">
      <w:bodyDiv w:val="1"/>
      <w:marLeft w:val="0"/>
      <w:marRight w:val="0"/>
      <w:marTop w:val="0"/>
      <w:marBottom w:val="0"/>
      <w:divBdr>
        <w:top w:val="none" w:sz="0" w:space="0" w:color="auto"/>
        <w:left w:val="none" w:sz="0" w:space="0" w:color="auto"/>
        <w:bottom w:val="none" w:sz="0" w:space="0" w:color="auto"/>
        <w:right w:val="none" w:sz="0" w:space="0" w:color="auto"/>
      </w:divBdr>
    </w:div>
    <w:div w:id="1809518802">
      <w:bodyDiv w:val="1"/>
      <w:marLeft w:val="0"/>
      <w:marRight w:val="0"/>
      <w:marTop w:val="0"/>
      <w:marBottom w:val="0"/>
      <w:divBdr>
        <w:top w:val="none" w:sz="0" w:space="0" w:color="auto"/>
        <w:left w:val="none" w:sz="0" w:space="0" w:color="auto"/>
        <w:bottom w:val="none" w:sz="0" w:space="0" w:color="auto"/>
        <w:right w:val="none" w:sz="0" w:space="0" w:color="auto"/>
      </w:divBdr>
    </w:div>
    <w:div w:id="1809662540">
      <w:bodyDiv w:val="1"/>
      <w:marLeft w:val="0"/>
      <w:marRight w:val="0"/>
      <w:marTop w:val="0"/>
      <w:marBottom w:val="0"/>
      <w:divBdr>
        <w:top w:val="none" w:sz="0" w:space="0" w:color="auto"/>
        <w:left w:val="none" w:sz="0" w:space="0" w:color="auto"/>
        <w:bottom w:val="none" w:sz="0" w:space="0" w:color="auto"/>
        <w:right w:val="none" w:sz="0" w:space="0" w:color="auto"/>
      </w:divBdr>
    </w:div>
    <w:div w:id="1814716132">
      <w:bodyDiv w:val="1"/>
      <w:marLeft w:val="0"/>
      <w:marRight w:val="0"/>
      <w:marTop w:val="0"/>
      <w:marBottom w:val="0"/>
      <w:divBdr>
        <w:top w:val="none" w:sz="0" w:space="0" w:color="auto"/>
        <w:left w:val="none" w:sz="0" w:space="0" w:color="auto"/>
        <w:bottom w:val="none" w:sz="0" w:space="0" w:color="auto"/>
        <w:right w:val="none" w:sz="0" w:space="0" w:color="auto"/>
      </w:divBdr>
    </w:div>
    <w:div w:id="1815635218">
      <w:bodyDiv w:val="1"/>
      <w:marLeft w:val="0"/>
      <w:marRight w:val="0"/>
      <w:marTop w:val="0"/>
      <w:marBottom w:val="0"/>
      <w:divBdr>
        <w:top w:val="none" w:sz="0" w:space="0" w:color="auto"/>
        <w:left w:val="none" w:sz="0" w:space="0" w:color="auto"/>
        <w:bottom w:val="none" w:sz="0" w:space="0" w:color="auto"/>
        <w:right w:val="none" w:sz="0" w:space="0" w:color="auto"/>
      </w:divBdr>
    </w:div>
    <w:div w:id="1818524192">
      <w:bodyDiv w:val="1"/>
      <w:marLeft w:val="0"/>
      <w:marRight w:val="0"/>
      <w:marTop w:val="0"/>
      <w:marBottom w:val="0"/>
      <w:divBdr>
        <w:top w:val="none" w:sz="0" w:space="0" w:color="auto"/>
        <w:left w:val="none" w:sz="0" w:space="0" w:color="auto"/>
        <w:bottom w:val="none" w:sz="0" w:space="0" w:color="auto"/>
        <w:right w:val="none" w:sz="0" w:space="0" w:color="auto"/>
      </w:divBdr>
    </w:div>
    <w:div w:id="1818643794">
      <w:bodyDiv w:val="1"/>
      <w:marLeft w:val="0"/>
      <w:marRight w:val="0"/>
      <w:marTop w:val="0"/>
      <w:marBottom w:val="0"/>
      <w:divBdr>
        <w:top w:val="none" w:sz="0" w:space="0" w:color="auto"/>
        <w:left w:val="none" w:sz="0" w:space="0" w:color="auto"/>
        <w:bottom w:val="none" w:sz="0" w:space="0" w:color="auto"/>
        <w:right w:val="none" w:sz="0" w:space="0" w:color="auto"/>
      </w:divBdr>
      <w:divsChild>
        <w:div w:id="7410199">
          <w:marLeft w:val="480"/>
          <w:marRight w:val="0"/>
          <w:marTop w:val="0"/>
          <w:marBottom w:val="0"/>
          <w:divBdr>
            <w:top w:val="none" w:sz="0" w:space="0" w:color="auto"/>
            <w:left w:val="none" w:sz="0" w:space="0" w:color="auto"/>
            <w:bottom w:val="none" w:sz="0" w:space="0" w:color="auto"/>
            <w:right w:val="none" w:sz="0" w:space="0" w:color="auto"/>
          </w:divBdr>
        </w:div>
        <w:div w:id="38358079">
          <w:marLeft w:val="480"/>
          <w:marRight w:val="0"/>
          <w:marTop w:val="0"/>
          <w:marBottom w:val="0"/>
          <w:divBdr>
            <w:top w:val="none" w:sz="0" w:space="0" w:color="auto"/>
            <w:left w:val="none" w:sz="0" w:space="0" w:color="auto"/>
            <w:bottom w:val="none" w:sz="0" w:space="0" w:color="auto"/>
            <w:right w:val="none" w:sz="0" w:space="0" w:color="auto"/>
          </w:divBdr>
        </w:div>
        <w:div w:id="198737237">
          <w:marLeft w:val="480"/>
          <w:marRight w:val="0"/>
          <w:marTop w:val="0"/>
          <w:marBottom w:val="0"/>
          <w:divBdr>
            <w:top w:val="none" w:sz="0" w:space="0" w:color="auto"/>
            <w:left w:val="none" w:sz="0" w:space="0" w:color="auto"/>
            <w:bottom w:val="none" w:sz="0" w:space="0" w:color="auto"/>
            <w:right w:val="none" w:sz="0" w:space="0" w:color="auto"/>
          </w:divBdr>
        </w:div>
        <w:div w:id="209809854">
          <w:marLeft w:val="480"/>
          <w:marRight w:val="0"/>
          <w:marTop w:val="0"/>
          <w:marBottom w:val="0"/>
          <w:divBdr>
            <w:top w:val="none" w:sz="0" w:space="0" w:color="auto"/>
            <w:left w:val="none" w:sz="0" w:space="0" w:color="auto"/>
            <w:bottom w:val="none" w:sz="0" w:space="0" w:color="auto"/>
            <w:right w:val="none" w:sz="0" w:space="0" w:color="auto"/>
          </w:divBdr>
        </w:div>
        <w:div w:id="252127086">
          <w:marLeft w:val="480"/>
          <w:marRight w:val="0"/>
          <w:marTop w:val="0"/>
          <w:marBottom w:val="0"/>
          <w:divBdr>
            <w:top w:val="none" w:sz="0" w:space="0" w:color="auto"/>
            <w:left w:val="none" w:sz="0" w:space="0" w:color="auto"/>
            <w:bottom w:val="none" w:sz="0" w:space="0" w:color="auto"/>
            <w:right w:val="none" w:sz="0" w:space="0" w:color="auto"/>
          </w:divBdr>
        </w:div>
        <w:div w:id="259681413">
          <w:marLeft w:val="480"/>
          <w:marRight w:val="0"/>
          <w:marTop w:val="0"/>
          <w:marBottom w:val="0"/>
          <w:divBdr>
            <w:top w:val="none" w:sz="0" w:space="0" w:color="auto"/>
            <w:left w:val="none" w:sz="0" w:space="0" w:color="auto"/>
            <w:bottom w:val="none" w:sz="0" w:space="0" w:color="auto"/>
            <w:right w:val="none" w:sz="0" w:space="0" w:color="auto"/>
          </w:divBdr>
        </w:div>
        <w:div w:id="272250467">
          <w:marLeft w:val="480"/>
          <w:marRight w:val="0"/>
          <w:marTop w:val="0"/>
          <w:marBottom w:val="0"/>
          <w:divBdr>
            <w:top w:val="none" w:sz="0" w:space="0" w:color="auto"/>
            <w:left w:val="none" w:sz="0" w:space="0" w:color="auto"/>
            <w:bottom w:val="none" w:sz="0" w:space="0" w:color="auto"/>
            <w:right w:val="none" w:sz="0" w:space="0" w:color="auto"/>
          </w:divBdr>
        </w:div>
        <w:div w:id="316227197">
          <w:marLeft w:val="480"/>
          <w:marRight w:val="0"/>
          <w:marTop w:val="0"/>
          <w:marBottom w:val="0"/>
          <w:divBdr>
            <w:top w:val="none" w:sz="0" w:space="0" w:color="auto"/>
            <w:left w:val="none" w:sz="0" w:space="0" w:color="auto"/>
            <w:bottom w:val="none" w:sz="0" w:space="0" w:color="auto"/>
            <w:right w:val="none" w:sz="0" w:space="0" w:color="auto"/>
          </w:divBdr>
        </w:div>
        <w:div w:id="358701443">
          <w:marLeft w:val="480"/>
          <w:marRight w:val="0"/>
          <w:marTop w:val="0"/>
          <w:marBottom w:val="0"/>
          <w:divBdr>
            <w:top w:val="none" w:sz="0" w:space="0" w:color="auto"/>
            <w:left w:val="none" w:sz="0" w:space="0" w:color="auto"/>
            <w:bottom w:val="none" w:sz="0" w:space="0" w:color="auto"/>
            <w:right w:val="none" w:sz="0" w:space="0" w:color="auto"/>
          </w:divBdr>
        </w:div>
        <w:div w:id="384837657">
          <w:marLeft w:val="480"/>
          <w:marRight w:val="0"/>
          <w:marTop w:val="0"/>
          <w:marBottom w:val="0"/>
          <w:divBdr>
            <w:top w:val="none" w:sz="0" w:space="0" w:color="auto"/>
            <w:left w:val="none" w:sz="0" w:space="0" w:color="auto"/>
            <w:bottom w:val="none" w:sz="0" w:space="0" w:color="auto"/>
            <w:right w:val="none" w:sz="0" w:space="0" w:color="auto"/>
          </w:divBdr>
        </w:div>
        <w:div w:id="478116491">
          <w:marLeft w:val="480"/>
          <w:marRight w:val="0"/>
          <w:marTop w:val="0"/>
          <w:marBottom w:val="0"/>
          <w:divBdr>
            <w:top w:val="none" w:sz="0" w:space="0" w:color="auto"/>
            <w:left w:val="none" w:sz="0" w:space="0" w:color="auto"/>
            <w:bottom w:val="none" w:sz="0" w:space="0" w:color="auto"/>
            <w:right w:val="none" w:sz="0" w:space="0" w:color="auto"/>
          </w:divBdr>
        </w:div>
        <w:div w:id="486095999">
          <w:marLeft w:val="480"/>
          <w:marRight w:val="0"/>
          <w:marTop w:val="0"/>
          <w:marBottom w:val="0"/>
          <w:divBdr>
            <w:top w:val="none" w:sz="0" w:space="0" w:color="auto"/>
            <w:left w:val="none" w:sz="0" w:space="0" w:color="auto"/>
            <w:bottom w:val="none" w:sz="0" w:space="0" w:color="auto"/>
            <w:right w:val="none" w:sz="0" w:space="0" w:color="auto"/>
          </w:divBdr>
        </w:div>
        <w:div w:id="489641622">
          <w:marLeft w:val="480"/>
          <w:marRight w:val="0"/>
          <w:marTop w:val="0"/>
          <w:marBottom w:val="0"/>
          <w:divBdr>
            <w:top w:val="none" w:sz="0" w:space="0" w:color="auto"/>
            <w:left w:val="none" w:sz="0" w:space="0" w:color="auto"/>
            <w:bottom w:val="none" w:sz="0" w:space="0" w:color="auto"/>
            <w:right w:val="none" w:sz="0" w:space="0" w:color="auto"/>
          </w:divBdr>
        </w:div>
        <w:div w:id="696274731">
          <w:marLeft w:val="480"/>
          <w:marRight w:val="0"/>
          <w:marTop w:val="0"/>
          <w:marBottom w:val="0"/>
          <w:divBdr>
            <w:top w:val="none" w:sz="0" w:space="0" w:color="auto"/>
            <w:left w:val="none" w:sz="0" w:space="0" w:color="auto"/>
            <w:bottom w:val="none" w:sz="0" w:space="0" w:color="auto"/>
            <w:right w:val="none" w:sz="0" w:space="0" w:color="auto"/>
          </w:divBdr>
        </w:div>
        <w:div w:id="844706812">
          <w:marLeft w:val="480"/>
          <w:marRight w:val="0"/>
          <w:marTop w:val="0"/>
          <w:marBottom w:val="0"/>
          <w:divBdr>
            <w:top w:val="none" w:sz="0" w:space="0" w:color="auto"/>
            <w:left w:val="none" w:sz="0" w:space="0" w:color="auto"/>
            <w:bottom w:val="none" w:sz="0" w:space="0" w:color="auto"/>
            <w:right w:val="none" w:sz="0" w:space="0" w:color="auto"/>
          </w:divBdr>
        </w:div>
        <w:div w:id="869532002">
          <w:marLeft w:val="480"/>
          <w:marRight w:val="0"/>
          <w:marTop w:val="0"/>
          <w:marBottom w:val="0"/>
          <w:divBdr>
            <w:top w:val="none" w:sz="0" w:space="0" w:color="auto"/>
            <w:left w:val="none" w:sz="0" w:space="0" w:color="auto"/>
            <w:bottom w:val="none" w:sz="0" w:space="0" w:color="auto"/>
            <w:right w:val="none" w:sz="0" w:space="0" w:color="auto"/>
          </w:divBdr>
        </w:div>
        <w:div w:id="975719839">
          <w:marLeft w:val="480"/>
          <w:marRight w:val="0"/>
          <w:marTop w:val="0"/>
          <w:marBottom w:val="0"/>
          <w:divBdr>
            <w:top w:val="none" w:sz="0" w:space="0" w:color="auto"/>
            <w:left w:val="none" w:sz="0" w:space="0" w:color="auto"/>
            <w:bottom w:val="none" w:sz="0" w:space="0" w:color="auto"/>
            <w:right w:val="none" w:sz="0" w:space="0" w:color="auto"/>
          </w:divBdr>
        </w:div>
        <w:div w:id="1039862692">
          <w:marLeft w:val="480"/>
          <w:marRight w:val="0"/>
          <w:marTop w:val="0"/>
          <w:marBottom w:val="0"/>
          <w:divBdr>
            <w:top w:val="none" w:sz="0" w:space="0" w:color="auto"/>
            <w:left w:val="none" w:sz="0" w:space="0" w:color="auto"/>
            <w:bottom w:val="none" w:sz="0" w:space="0" w:color="auto"/>
            <w:right w:val="none" w:sz="0" w:space="0" w:color="auto"/>
          </w:divBdr>
        </w:div>
        <w:div w:id="1046837392">
          <w:marLeft w:val="480"/>
          <w:marRight w:val="0"/>
          <w:marTop w:val="0"/>
          <w:marBottom w:val="0"/>
          <w:divBdr>
            <w:top w:val="none" w:sz="0" w:space="0" w:color="auto"/>
            <w:left w:val="none" w:sz="0" w:space="0" w:color="auto"/>
            <w:bottom w:val="none" w:sz="0" w:space="0" w:color="auto"/>
            <w:right w:val="none" w:sz="0" w:space="0" w:color="auto"/>
          </w:divBdr>
        </w:div>
        <w:div w:id="1055203363">
          <w:marLeft w:val="480"/>
          <w:marRight w:val="0"/>
          <w:marTop w:val="0"/>
          <w:marBottom w:val="0"/>
          <w:divBdr>
            <w:top w:val="none" w:sz="0" w:space="0" w:color="auto"/>
            <w:left w:val="none" w:sz="0" w:space="0" w:color="auto"/>
            <w:bottom w:val="none" w:sz="0" w:space="0" w:color="auto"/>
            <w:right w:val="none" w:sz="0" w:space="0" w:color="auto"/>
          </w:divBdr>
        </w:div>
        <w:div w:id="1133060713">
          <w:marLeft w:val="480"/>
          <w:marRight w:val="0"/>
          <w:marTop w:val="0"/>
          <w:marBottom w:val="0"/>
          <w:divBdr>
            <w:top w:val="none" w:sz="0" w:space="0" w:color="auto"/>
            <w:left w:val="none" w:sz="0" w:space="0" w:color="auto"/>
            <w:bottom w:val="none" w:sz="0" w:space="0" w:color="auto"/>
            <w:right w:val="none" w:sz="0" w:space="0" w:color="auto"/>
          </w:divBdr>
        </w:div>
        <w:div w:id="1216965562">
          <w:marLeft w:val="480"/>
          <w:marRight w:val="0"/>
          <w:marTop w:val="0"/>
          <w:marBottom w:val="0"/>
          <w:divBdr>
            <w:top w:val="none" w:sz="0" w:space="0" w:color="auto"/>
            <w:left w:val="none" w:sz="0" w:space="0" w:color="auto"/>
            <w:bottom w:val="none" w:sz="0" w:space="0" w:color="auto"/>
            <w:right w:val="none" w:sz="0" w:space="0" w:color="auto"/>
          </w:divBdr>
        </w:div>
        <w:div w:id="1365594607">
          <w:marLeft w:val="480"/>
          <w:marRight w:val="0"/>
          <w:marTop w:val="0"/>
          <w:marBottom w:val="0"/>
          <w:divBdr>
            <w:top w:val="none" w:sz="0" w:space="0" w:color="auto"/>
            <w:left w:val="none" w:sz="0" w:space="0" w:color="auto"/>
            <w:bottom w:val="none" w:sz="0" w:space="0" w:color="auto"/>
            <w:right w:val="none" w:sz="0" w:space="0" w:color="auto"/>
          </w:divBdr>
        </w:div>
        <w:div w:id="1584680241">
          <w:marLeft w:val="480"/>
          <w:marRight w:val="0"/>
          <w:marTop w:val="0"/>
          <w:marBottom w:val="0"/>
          <w:divBdr>
            <w:top w:val="none" w:sz="0" w:space="0" w:color="auto"/>
            <w:left w:val="none" w:sz="0" w:space="0" w:color="auto"/>
            <w:bottom w:val="none" w:sz="0" w:space="0" w:color="auto"/>
            <w:right w:val="none" w:sz="0" w:space="0" w:color="auto"/>
          </w:divBdr>
        </w:div>
        <w:div w:id="1605065521">
          <w:marLeft w:val="480"/>
          <w:marRight w:val="0"/>
          <w:marTop w:val="0"/>
          <w:marBottom w:val="0"/>
          <w:divBdr>
            <w:top w:val="none" w:sz="0" w:space="0" w:color="auto"/>
            <w:left w:val="none" w:sz="0" w:space="0" w:color="auto"/>
            <w:bottom w:val="none" w:sz="0" w:space="0" w:color="auto"/>
            <w:right w:val="none" w:sz="0" w:space="0" w:color="auto"/>
          </w:divBdr>
        </w:div>
        <w:div w:id="1625381835">
          <w:marLeft w:val="480"/>
          <w:marRight w:val="0"/>
          <w:marTop w:val="0"/>
          <w:marBottom w:val="0"/>
          <w:divBdr>
            <w:top w:val="none" w:sz="0" w:space="0" w:color="auto"/>
            <w:left w:val="none" w:sz="0" w:space="0" w:color="auto"/>
            <w:bottom w:val="none" w:sz="0" w:space="0" w:color="auto"/>
            <w:right w:val="none" w:sz="0" w:space="0" w:color="auto"/>
          </w:divBdr>
        </w:div>
        <w:div w:id="1711413562">
          <w:marLeft w:val="480"/>
          <w:marRight w:val="0"/>
          <w:marTop w:val="0"/>
          <w:marBottom w:val="0"/>
          <w:divBdr>
            <w:top w:val="none" w:sz="0" w:space="0" w:color="auto"/>
            <w:left w:val="none" w:sz="0" w:space="0" w:color="auto"/>
            <w:bottom w:val="none" w:sz="0" w:space="0" w:color="auto"/>
            <w:right w:val="none" w:sz="0" w:space="0" w:color="auto"/>
          </w:divBdr>
        </w:div>
        <w:div w:id="1785537968">
          <w:marLeft w:val="480"/>
          <w:marRight w:val="0"/>
          <w:marTop w:val="0"/>
          <w:marBottom w:val="0"/>
          <w:divBdr>
            <w:top w:val="none" w:sz="0" w:space="0" w:color="auto"/>
            <w:left w:val="none" w:sz="0" w:space="0" w:color="auto"/>
            <w:bottom w:val="none" w:sz="0" w:space="0" w:color="auto"/>
            <w:right w:val="none" w:sz="0" w:space="0" w:color="auto"/>
          </w:divBdr>
        </w:div>
        <w:div w:id="1910774328">
          <w:marLeft w:val="480"/>
          <w:marRight w:val="0"/>
          <w:marTop w:val="0"/>
          <w:marBottom w:val="0"/>
          <w:divBdr>
            <w:top w:val="none" w:sz="0" w:space="0" w:color="auto"/>
            <w:left w:val="none" w:sz="0" w:space="0" w:color="auto"/>
            <w:bottom w:val="none" w:sz="0" w:space="0" w:color="auto"/>
            <w:right w:val="none" w:sz="0" w:space="0" w:color="auto"/>
          </w:divBdr>
        </w:div>
        <w:div w:id="1966963624">
          <w:marLeft w:val="480"/>
          <w:marRight w:val="0"/>
          <w:marTop w:val="0"/>
          <w:marBottom w:val="0"/>
          <w:divBdr>
            <w:top w:val="none" w:sz="0" w:space="0" w:color="auto"/>
            <w:left w:val="none" w:sz="0" w:space="0" w:color="auto"/>
            <w:bottom w:val="none" w:sz="0" w:space="0" w:color="auto"/>
            <w:right w:val="none" w:sz="0" w:space="0" w:color="auto"/>
          </w:divBdr>
        </w:div>
        <w:div w:id="1991320917">
          <w:marLeft w:val="480"/>
          <w:marRight w:val="0"/>
          <w:marTop w:val="0"/>
          <w:marBottom w:val="0"/>
          <w:divBdr>
            <w:top w:val="none" w:sz="0" w:space="0" w:color="auto"/>
            <w:left w:val="none" w:sz="0" w:space="0" w:color="auto"/>
            <w:bottom w:val="none" w:sz="0" w:space="0" w:color="auto"/>
            <w:right w:val="none" w:sz="0" w:space="0" w:color="auto"/>
          </w:divBdr>
        </w:div>
        <w:div w:id="2013023613">
          <w:marLeft w:val="480"/>
          <w:marRight w:val="0"/>
          <w:marTop w:val="0"/>
          <w:marBottom w:val="0"/>
          <w:divBdr>
            <w:top w:val="none" w:sz="0" w:space="0" w:color="auto"/>
            <w:left w:val="none" w:sz="0" w:space="0" w:color="auto"/>
            <w:bottom w:val="none" w:sz="0" w:space="0" w:color="auto"/>
            <w:right w:val="none" w:sz="0" w:space="0" w:color="auto"/>
          </w:divBdr>
        </w:div>
        <w:div w:id="2027291864">
          <w:marLeft w:val="480"/>
          <w:marRight w:val="0"/>
          <w:marTop w:val="0"/>
          <w:marBottom w:val="0"/>
          <w:divBdr>
            <w:top w:val="none" w:sz="0" w:space="0" w:color="auto"/>
            <w:left w:val="none" w:sz="0" w:space="0" w:color="auto"/>
            <w:bottom w:val="none" w:sz="0" w:space="0" w:color="auto"/>
            <w:right w:val="none" w:sz="0" w:space="0" w:color="auto"/>
          </w:divBdr>
        </w:div>
        <w:div w:id="2082023192">
          <w:marLeft w:val="480"/>
          <w:marRight w:val="0"/>
          <w:marTop w:val="0"/>
          <w:marBottom w:val="0"/>
          <w:divBdr>
            <w:top w:val="none" w:sz="0" w:space="0" w:color="auto"/>
            <w:left w:val="none" w:sz="0" w:space="0" w:color="auto"/>
            <w:bottom w:val="none" w:sz="0" w:space="0" w:color="auto"/>
            <w:right w:val="none" w:sz="0" w:space="0" w:color="auto"/>
          </w:divBdr>
        </w:div>
        <w:div w:id="2120291648">
          <w:marLeft w:val="480"/>
          <w:marRight w:val="0"/>
          <w:marTop w:val="0"/>
          <w:marBottom w:val="0"/>
          <w:divBdr>
            <w:top w:val="none" w:sz="0" w:space="0" w:color="auto"/>
            <w:left w:val="none" w:sz="0" w:space="0" w:color="auto"/>
            <w:bottom w:val="none" w:sz="0" w:space="0" w:color="auto"/>
            <w:right w:val="none" w:sz="0" w:space="0" w:color="auto"/>
          </w:divBdr>
        </w:div>
        <w:div w:id="2120754558">
          <w:marLeft w:val="480"/>
          <w:marRight w:val="0"/>
          <w:marTop w:val="0"/>
          <w:marBottom w:val="0"/>
          <w:divBdr>
            <w:top w:val="none" w:sz="0" w:space="0" w:color="auto"/>
            <w:left w:val="none" w:sz="0" w:space="0" w:color="auto"/>
            <w:bottom w:val="none" w:sz="0" w:space="0" w:color="auto"/>
            <w:right w:val="none" w:sz="0" w:space="0" w:color="auto"/>
          </w:divBdr>
        </w:div>
        <w:div w:id="2138909075">
          <w:marLeft w:val="480"/>
          <w:marRight w:val="0"/>
          <w:marTop w:val="0"/>
          <w:marBottom w:val="0"/>
          <w:divBdr>
            <w:top w:val="none" w:sz="0" w:space="0" w:color="auto"/>
            <w:left w:val="none" w:sz="0" w:space="0" w:color="auto"/>
            <w:bottom w:val="none" w:sz="0" w:space="0" w:color="auto"/>
            <w:right w:val="none" w:sz="0" w:space="0" w:color="auto"/>
          </w:divBdr>
        </w:div>
      </w:divsChild>
    </w:div>
    <w:div w:id="1819304376">
      <w:bodyDiv w:val="1"/>
      <w:marLeft w:val="0"/>
      <w:marRight w:val="0"/>
      <w:marTop w:val="0"/>
      <w:marBottom w:val="0"/>
      <w:divBdr>
        <w:top w:val="none" w:sz="0" w:space="0" w:color="auto"/>
        <w:left w:val="none" w:sz="0" w:space="0" w:color="auto"/>
        <w:bottom w:val="none" w:sz="0" w:space="0" w:color="auto"/>
        <w:right w:val="none" w:sz="0" w:space="0" w:color="auto"/>
      </w:divBdr>
    </w:div>
    <w:div w:id="1821195877">
      <w:bodyDiv w:val="1"/>
      <w:marLeft w:val="0"/>
      <w:marRight w:val="0"/>
      <w:marTop w:val="0"/>
      <w:marBottom w:val="0"/>
      <w:divBdr>
        <w:top w:val="none" w:sz="0" w:space="0" w:color="auto"/>
        <w:left w:val="none" w:sz="0" w:space="0" w:color="auto"/>
        <w:bottom w:val="none" w:sz="0" w:space="0" w:color="auto"/>
        <w:right w:val="none" w:sz="0" w:space="0" w:color="auto"/>
      </w:divBdr>
    </w:div>
    <w:div w:id="1821337078">
      <w:bodyDiv w:val="1"/>
      <w:marLeft w:val="0"/>
      <w:marRight w:val="0"/>
      <w:marTop w:val="0"/>
      <w:marBottom w:val="0"/>
      <w:divBdr>
        <w:top w:val="none" w:sz="0" w:space="0" w:color="auto"/>
        <w:left w:val="none" w:sz="0" w:space="0" w:color="auto"/>
        <w:bottom w:val="none" w:sz="0" w:space="0" w:color="auto"/>
        <w:right w:val="none" w:sz="0" w:space="0" w:color="auto"/>
      </w:divBdr>
    </w:div>
    <w:div w:id="1821732868">
      <w:bodyDiv w:val="1"/>
      <w:marLeft w:val="0"/>
      <w:marRight w:val="0"/>
      <w:marTop w:val="0"/>
      <w:marBottom w:val="0"/>
      <w:divBdr>
        <w:top w:val="none" w:sz="0" w:space="0" w:color="auto"/>
        <w:left w:val="none" w:sz="0" w:space="0" w:color="auto"/>
        <w:bottom w:val="none" w:sz="0" w:space="0" w:color="auto"/>
        <w:right w:val="none" w:sz="0" w:space="0" w:color="auto"/>
      </w:divBdr>
    </w:div>
    <w:div w:id="1822500830">
      <w:bodyDiv w:val="1"/>
      <w:marLeft w:val="0"/>
      <w:marRight w:val="0"/>
      <w:marTop w:val="0"/>
      <w:marBottom w:val="0"/>
      <w:divBdr>
        <w:top w:val="none" w:sz="0" w:space="0" w:color="auto"/>
        <w:left w:val="none" w:sz="0" w:space="0" w:color="auto"/>
        <w:bottom w:val="none" w:sz="0" w:space="0" w:color="auto"/>
        <w:right w:val="none" w:sz="0" w:space="0" w:color="auto"/>
      </w:divBdr>
    </w:div>
    <w:div w:id="1823543469">
      <w:bodyDiv w:val="1"/>
      <w:marLeft w:val="0"/>
      <w:marRight w:val="0"/>
      <w:marTop w:val="0"/>
      <w:marBottom w:val="0"/>
      <w:divBdr>
        <w:top w:val="none" w:sz="0" w:space="0" w:color="auto"/>
        <w:left w:val="none" w:sz="0" w:space="0" w:color="auto"/>
        <w:bottom w:val="none" w:sz="0" w:space="0" w:color="auto"/>
        <w:right w:val="none" w:sz="0" w:space="0" w:color="auto"/>
      </w:divBdr>
    </w:div>
    <w:div w:id="1826235395">
      <w:bodyDiv w:val="1"/>
      <w:marLeft w:val="0"/>
      <w:marRight w:val="0"/>
      <w:marTop w:val="0"/>
      <w:marBottom w:val="0"/>
      <w:divBdr>
        <w:top w:val="none" w:sz="0" w:space="0" w:color="auto"/>
        <w:left w:val="none" w:sz="0" w:space="0" w:color="auto"/>
        <w:bottom w:val="none" w:sz="0" w:space="0" w:color="auto"/>
        <w:right w:val="none" w:sz="0" w:space="0" w:color="auto"/>
      </w:divBdr>
    </w:div>
    <w:div w:id="1826506815">
      <w:bodyDiv w:val="1"/>
      <w:marLeft w:val="0"/>
      <w:marRight w:val="0"/>
      <w:marTop w:val="0"/>
      <w:marBottom w:val="0"/>
      <w:divBdr>
        <w:top w:val="none" w:sz="0" w:space="0" w:color="auto"/>
        <w:left w:val="none" w:sz="0" w:space="0" w:color="auto"/>
        <w:bottom w:val="none" w:sz="0" w:space="0" w:color="auto"/>
        <w:right w:val="none" w:sz="0" w:space="0" w:color="auto"/>
      </w:divBdr>
    </w:div>
    <w:div w:id="1827473034">
      <w:bodyDiv w:val="1"/>
      <w:marLeft w:val="0"/>
      <w:marRight w:val="0"/>
      <w:marTop w:val="0"/>
      <w:marBottom w:val="0"/>
      <w:divBdr>
        <w:top w:val="none" w:sz="0" w:space="0" w:color="auto"/>
        <w:left w:val="none" w:sz="0" w:space="0" w:color="auto"/>
        <w:bottom w:val="none" w:sz="0" w:space="0" w:color="auto"/>
        <w:right w:val="none" w:sz="0" w:space="0" w:color="auto"/>
      </w:divBdr>
    </w:div>
    <w:div w:id="1828859018">
      <w:bodyDiv w:val="1"/>
      <w:marLeft w:val="0"/>
      <w:marRight w:val="0"/>
      <w:marTop w:val="0"/>
      <w:marBottom w:val="0"/>
      <w:divBdr>
        <w:top w:val="none" w:sz="0" w:space="0" w:color="auto"/>
        <w:left w:val="none" w:sz="0" w:space="0" w:color="auto"/>
        <w:bottom w:val="none" w:sz="0" w:space="0" w:color="auto"/>
        <w:right w:val="none" w:sz="0" w:space="0" w:color="auto"/>
      </w:divBdr>
    </w:div>
    <w:div w:id="1831170906">
      <w:bodyDiv w:val="1"/>
      <w:marLeft w:val="0"/>
      <w:marRight w:val="0"/>
      <w:marTop w:val="0"/>
      <w:marBottom w:val="0"/>
      <w:divBdr>
        <w:top w:val="none" w:sz="0" w:space="0" w:color="auto"/>
        <w:left w:val="none" w:sz="0" w:space="0" w:color="auto"/>
        <w:bottom w:val="none" w:sz="0" w:space="0" w:color="auto"/>
        <w:right w:val="none" w:sz="0" w:space="0" w:color="auto"/>
      </w:divBdr>
    </w:div>
    <w:div w:id="1833332003">
      <w:bodyDiv w:val="1"/>
      <w:marLeft w:val="0"/>
      <w:marRight w:val="0"/>
      <w:marTop w:val="0"/>
      <w:marBottom w:val="0"/>
      <w:divBdr>
        <w:top w:val="none" w:sz="0" w:space="0" w:color="auto"/>
        <w:left w:val="none" w:sz="0" w:space="0" w:color="auto"/>
        <w:bottom w:val="none" w:sz="0" w:space="0" w:color="auto"/>
        <w:right w:val="none" w:sz="0" w:space="0" w:color="auto"/>
      </w:divBdr>
    </w:div>
    <w:div w:id="1833448239">
      <w:bodyDiv w:val="1"/>
      <w:marLeft w:val="0"/>
      <w:marRight w:val="0"/>
      <w:marTop w:val="0"/>
      <w:marBottom w:val="0"/>
      <w:divBdr>
        <w:top w:val="none" w:sz="0" w:space="0" w:color="auto"/>
        <w:left w:val="none" w:sz="0" w:space="0" w:color="auto"/>
        <w:bottom w:val="none" w:sz="0" w:space="0" w:color="auto"/>
        <w:right w:val="none" w:sz="0" w:space="0" w:color="auto"/>
      </w:divBdr>
    </w:div>
    <w:div w:id="1833985473">
      <w:bodyDiv w:val="1"/>
      <w:marLeft w:val="0"/>
      <w:marRight w:val="0"/>
      <w:marTop w:val="0"/>
      <w:marBottom w:val="0"/>
      <w:divBdr>
        <w:top w:val="none" w:sz="0" w:space="0" w:color="auto"/>
        <w:left w:val="none" w:sz="0" w:space="0" w:color="auto"/>
        <w:bottom w:val="none" w:sz="0" w:space="0" w:color="auto"/>
        <w:right w:val="none" w:sz="0" w:space="0" w:color="auto"/>
      </w:divBdr>
    </w:div>
    <w:div w:id="1834949489">
      <w:bodyDiv w:val="1"/>
      <w:marLeft w:val="0"/>
      <w:marRight w:val="0"/>
      <w:marTop w:val="0"/>
      <w:marBottom w:val="0"/>
      <w:divBdr>
        <w:top w:val="none" w:sz="0" w:space="0" w:color="auto"/>
        <w:left w:val="none" w:sz="0" w:space="0" w:color="auto"/>
        <w:bottom w:val="none" w:sz="0" w:space="0" w:color="auto"/>
        <w:right w:val="none" w:sz="0" w:space="0" w:color="auto"/>
      </w:divBdr>
    </w:div>
    <w:div w:id="1836722114">
      <w:bodyDiv w:val="1"/>
      <w:marLeft w:val="0"/>
      <w:marRight w:val="0"/>
      <w:marTop w:val="0"/>
      <w:marBottom w:val="0"/>
      <w:divBdr>
        <w:top w:val="none" w:sz="0" w:space="0" w:color="auto"/>
        <w:left w:val="none" w:sz="0" w:space="0" w:color="auto"/>
        <w:bottom w:val="none" w:sz="0" w:space="0" w:color="auto"/>
        <w:right w:val="none" w:sz="0" w:space="0" w:color="auto"/>
      </w:divBdr>
    </w:div>
    <w:div w:id="1837112153">
      <w:bodyDiv w:val="1"/>
      <w:marLeft w:val="0"/>
      <w:marRight w:val="0"/>
      <w:marTop w:val="0"/>
      <w:marBottom w:val="0"/>
      <w:divBdr>
        <w:top w:val="none" w:sz="0" w:space="0" w:color="auto"/>
        <w:left w:val="none" w:sz="0" w:space="0" w:color="auto"/>
        <w:bottom w:val="none" w:sz="0" w:space="0" w:color="auto"/>
        <w:right w:val="none" w:sz="0" w:space="0" w:color="auto"/>
      </w:divBdr>
    </w:div>
    <w:div w:id="1842969314">
      <w:bodyDiv w:val="1"/>
      <w:marLeft w:val="0"/>
      <w:marRight w:val="0"/>
      <w:marTop w:val="0"/>
      <w:marBottom w:val="0"/>
      <w:divBdr>
        <w:top w:val="none" w:sz="0" w:space="0" w:color="auto"/>
        <w:left w:val="none" w:sz="0" w:space="0" w:color="auto"/>
        <w:bottom w:val="none" w:sz="0" w:space="0" w:color="auto"/>
        <w:right w:val="none" w:sz="0" w:space="0" w:color="auto"/>
      </w:divBdr>
      <w:divsChild>
        <w:div w:id="140854553">
          <w:marLeft w:val="480"/>
          <w:marRight w:val="0"/>
          <w:marTop w:val="0"/>
          <w:marBottom w:val="0"/>
          <w:divBdr>
            <w:top w:val="none" w:sz="0" w:space="0" w:color="auto"/>
            <w:left w:val="none" w:sz="0" w:space="0" w:color="auto"/>
            <w:bottom w:val="none" w:sz="0" w:space="0" w:color="auto"/>
            <w:right w:val="none" w:sz="0" w:space="0" w:color="auto"/>
          </w:divBdr>
        </w:div>
        <w:div w:id="173037622">
          <w:marLeft w:val="480"/>
          <w:marRight w:val="0"/>
          <w:marTop w:val="0"/>
          <w:marBottom w:val="0"/>
          <w:divBdr>
            <w:top w:val="none" w:sz="0" w:space="0" w:color="auto"/>
            <w:left w:val="none" w:sz="0" w:space="0" w:color="auto"/>
            <w:bottom w:val="none" w:sz="0" w:space="0" w:color="auto"/>
            <w:right w:val="none" w:sz="0" w:space="0" w:color="auto"/>
          </w:divBdr>
        </w:div>
        <w:div w:id="272783005">
          <w:marLeft w:val="480"/>
          <w:marRight w:val="0"/>
          <w:marTop w:val="0"/>
          <w:marBottom w:val="0"/>
          <w:divBdr>
            <w:top w:val="none" w:sz="0" w:space="0" w:color="auto"/>
            <w:left w:val="none" w:sz="0" w:space="0" w:color="auto"/>
            <w:bottom w:val="none" w:sz="0" w:space="0" w:color="auto"/>
            <w:right w:val="none" w:sz="0" w:space="0" w:color="auto"/>
          </w:divBdr>
        </w:div>
        <w:div w:id="329867745">
          <w:marLeft w:val="480"/>
          <w:marRight w:val="0"/>
          <w:marTop w:val="0"/>
          <w:marBottom w:val="0"/>
          <w:divBdr>
            <w:top w:val="none" w:sz="0" w:space="0" w:color="auto"/>
            <w:left w:val="none" w:sz="0" w:space="0" w:color="auto"/>
            <w:bottom w:val="none" w:sz="0" w:space="0" w:color="auto"/>
            <w:right w:val="none" w:sz="0" w:space="0" w:color="auto"/>
          </w:divBdr>
        </w:div>
        <w:div w:id="359665710">
          <w:marLeft w:val="480"/>
          <w:marRight w:val="0"/>
          <w:marTop w:val="0"/>
          <w:marBottom w:val="0"/>
          <w:divBdr>
            <w:top w:val="none" w:sz="0" w:space="0" w:color="auto"/>
            <w:left w:val="none" w:sz="0" w:space="0" w:color="auto"/>
            <w:bottom w:val="none" w:sz="0" w:space="0" w:color="auto"/>
            <w:right w:val="none" w:sz="0" w:space="0" w:color="auto"/>
          </w:divBdr>
        </w:div>
        <w:div w:id="420224137">
          <w:marLeft w:val="480"/>
          <w:marRight w:val="0"/>
          <w:marTop w:val="0"/>
          <w:marBottom w:val="0"/>
          <w:divBdr>
            <w:top w:val="none" w:sz="0" w:space="0" w:color="auto"/>
            <w:left w:val="none" w:sz="0" w:space="0" w:color="auto"/>
            <w:bottom w:val="none" w:sz="0" w:space="0" w:color="auto"/>
            <w:right w:val="none" w:sz="0" w:space="0" w:color="auto"/>
          </w:divBdr>
        </w:div>
        <w:div w:id="495875926">
          <w:marLeft w:val="480"/>
          <w:marRight w:val="0"/>
          <w:marTop w:val="0"/>
          <w:marBottom w:val="0"/>
          <w:divBdr>
            <w:top w:val="none" w:sz="0" w:space="0" w:color="auto"/>
            <w:left w:val="none" w:sz="0" w:space="0" w:color="auto"/>
            <w:bottom w:val="none" w:sz="0" w:space="0" w:color="auto"/>
            <w:right w:val="none" w:sz="0" w:space="0" w:color="auto"/>
          </w:divBdr>
        </w:div>
        <w:div w:id="564292799">
          <w:marLeft w:val="480"/>
          <w:marRight w:val="0"/>
          <w:marTop w:val="0"/>
          <w:marBottom w:val="0"/>
          <w:divBdr>
            <w:top w:val="none" w:sz="0" w:space="0" w:color="auto"/>
            <w:left w:val="none" w:sz="0" w:space="0" w:color="auto"/>
            <w:bottom w:val="none" w:sz="0" w:space="0" w:color="auto"/>
            <w:right w:val="none" w:sz="0" w:space="0" w:color="auto"/>
          </w:divBdr>
        </w:div>
        <w:div w:id="592513267">
          <w:marLeft w:val="480"/>
          <w:marRight w:val="0"/>
          <w:marTop w:val="0"/>
          <w:marBottom w:val="0"/>
          <w:divBdr>
            <w:top w:val="none" w:sz="0" w:space="0" w:color="auto"/>
            <w:left w:val="none" w:sz="0" w:space="0" w:color="auto"/>
            <w:bottom w:val="none" w:sz="0" w:space="0" w:color="auto"/>
            <w:right w:val="none" w:sz="0" w:space="0" w:color="auto"/>
          </w:divBdr>
        </w:div>
        <w:div w:id="599458125">
          <w:marLeft w:val="480"/>
          <w:marRight w:val="0"/>
          <w:marTop w:val="0"/>
          <w:marBottom w:val="0"/>
          <w:divBdr>
            <w:top w:val="none" w:sz="0" w:space="0" w:color="auto"/>
            <w:left w:val="none" w:sz="0" w:space="0" w:color="auto"/>
            <w:bottom w:val="none" w:sz="0" w:space="0" w:color="auto"/>
            <w:right w:val="none" w:sz="0" w:space="0" w:color="auto"/>
          </w:divBdr>
        </w:div>
        <w:div w:id="623272545">
          <w:marLeft w:val="480"/>
          <w:marRight w:val="0"/>
          <w:marTop w:val="0"/>
          <w:marBottom w:val="0"/>
          <w:divBdr>
            <w:top w:val="none" w:sz="0" w:space="0" w:color="auto"/>
            <w:left w:val="none" w:sz="0" w:space="0" w:color="auto"/>
            <w:bottom w:val="none" w:sz="0" w:space="0" w:color="auto"/>
            <w:right w:val="none" w:sz="0" w:space="0" w:color="auto"/>
          </w:divBdr>
        </w:div>
        <w:div w:id="739719370">
          <w:marLeft w:val="480"/>
          <w:marRight w:val="0"/>
          <w:marTop w:val="0"/>
          <w:marBottom w:val="0"/>
          <w:divBdr>
            <w:top w:val="none" w:sz="0" w:space="0" w:color="auto"/>
            <w:left w:val="none" w:sz="0" w:space="0" w:color="auto"/>
            <w:bottom w:val="none" w:sz="0" w:space="0" w:color="auto"/>
            <w:right w:val="none" w:sz="0" w:space="0" w:color="auto"/>
          </w:divBdr>
        </w:div>
        <w:div w:id="782915849">
          <w:marLeft w:val="480"/>
          <w:marRight w:val="0"/>
          <w:marTop w:val="0"/>
          <w:marBottom w:val="0"/>
          <w:divBdr>
            <w:top w:val="none" w:sz="0" w:space="0" w:color="auto"/>
            <w:left w:val="none" w:sz="0" w:space="0" w:color="auto"/>
            <w:bottom w:val="none" w:sz="0" w:space="0" w:color="auto"/>
            <w:right w:val="none" w:sz="0" w:space="0" w:color="auto"/>
          </w:divBdr>
        </w:div>
        <w:div w:id="891697516">
          <w:marLeft w:val="480"/>
          <w:marRight w:val="0"/>
          <w:marTop w:val="0"/>
          <w:marBottom w:val="0"/>
          <w:divBdr>
            <w:top w:val="none" w:sz="0" w:space="0" w:color="auto"/>
            <w:left w:val="none" w:sz="0" w:space="0" w:color="auto"/>
            <w:bottom w:val="none" w:sz="0" w:space="0" w:color="auto"/>
            <w:right w:val="none" w:sz="0" w:space="0" w:color="auto"/>
          </w:divBdr>
        </w:div>
        <w:div w:id="1051686128">
          <w:marLeft w:val="480"/>
          <w:marRight w:val="0"/>
          <w:marTop w:val="0"/>
          <w:marBottom w:val="0"/>
          <w:divBdr>
            <w:top w:val="none" w:sz="0" w:space="0" w:color="auto"/>
            <w:left w:val="none" w:sz="0" w:space="0" w:color="auto"/>
            <w:bottom w:val="none" w:sz="0" w:space="0" w:color="auto"/>
            <w:right w:val="none" w:sz="0" w:space="0" w:color="auto"/>
          </w:divBdr>
        </w:div>
        <w:div w:id="1071270688">
          <w:marLeft w:val="480"/>
          <w:marRight w:val="0"/>
          <w:marTop w:val="0"/>
          <w:marBottom w:val="0"/>
          <w:divBdr>
            <w:top w:val="none" w:sz="0" w:space="0" w:color="auto"/>
            <w:left w:val="none" w:sz="0" w:space="0" w:color="auto"/>
            <w:bottom w:val="none" w:sz="0" w:space="0" w:color="auto"/>
            <w:right w:val="none" w:sz="0" w:space="0" w:color="auto"/>
          </w:divBdr>
        </w:div>
        <w:div w:id="1106732844">
          <w:marLeft w:val="480"/>
          <w:marRight w:val="0"/>
          <w:marTop w:val="0"/>
          <w:marBottom w:val="0"/>
          <w:divBdr>
            <w:top w:val="none" w:sz="0" w:space="0" w:color="auto"/>
            <w:left w:val="none" w:sz="0" w:space="0" w:color="auto"/>
            <w:bottom w:val="none" w:sz="0" w:space="0" w:color="auto"/>
            <w:right w:val="none" w:sz="0" w:space="0" w:color="auto"/>
          </w:divBdr>
        </w:div>
        <w:div w:id="1184512565">
          <w:marLeft w:val="480"/>
          <w:marRight w:val="0"/>
          <w:marTop w:val="0"/>
          <w:marBottom w:val="0"/>
          <w:divBdr>
            <w:top w:val="none" w:sz="0" w:space="0" w:color="auto"/>
            <w:left w:val="none" w:sz="0" w:space="0" w:color="auto"/>
            <w:bottom w:val="none" w:sz="0" w:space="0" w:color="auto"/>
            <w:right w:val="none" w:sz="0" w:space="0" w:color="auto"/>
          </w:divBdr>
        </w:div>
        <w:div w:id="1192722045">
          <w:marLeft w:val="480"/>
          <w:marRight w:val="0"/>
          <w:marTop w:val="0"/>
          <w:marBottom w:val="0"/>
          <w:divBdr>
            <w:top w:val="none" w:sz="0" w:space="0" w:color="auto"/>
            <w:left w:val="none" w:sz="0" w:space="0" w:color="auto"/>
            <w:bottom w:val="none" w:sz="0" w:space="0" w:color="auto"/>
            <w:right w:val="none" w:sz="0" w:space="0" w:color="auto"/>
          </w:divBdr>
        </w:div>
        <w:div w:id="1287346310">
          <w:marLeft w:val="480"/>
          <w:marRight w:val="0"/>
          <w:marTop w:val="0"/>
          <w:marBottom w:val="0"/>
          <w:divBdr>
            <w:top w:val="none" w:sz="0" w:space="0" w:color="auto"/>
            <w:left w:val="none" w:sz="0" w:space="0" w:color="auto"/>
            <w:bottom w:val="none" w:sz="0" w:space="0" w:color="auto"/>
            <w:right w:val="none" w:sz="0" w:space="0" w:color="auto"/>
          </w:divBdr>
        </w:div>
        <w:div w:id="1422530751">
          <w:marLeft w:val="480"/>
          <w:marRight w:val="0"/>
          <w:marTop w:val="0"/>
          <w:marBottom w:val="0"/>
          <w:divBdr>
            <w:top w:val="none" w:sz="0" w:space="0" w:color="auto"/>
            <w:left w:val="none" w:sz="0" w:space="0" w:color="auto"/>
            <w:bottom w:val="none" w:sz="0" w:space="0" w:color="auto"/>
            <w:right w:val="none" w:sz="0" w:space="0" w:color="auto"/>
          </w:divBdr>
        </w:div>
        <w:div w:id="1489403480">
          <w:marLeft w:val="480"/>
          <w:marRight w:val="0"/>
          <w:marTop w:val="0"/>
          <w:marBottom w:val="0"/>
          <w:divBdr>
            <w:top w:val="none" w:sz="0" w:space="0" w:color="auto"/>
            <w:left w:val="none" w:sz="0" w:space="0" w:color="auto"/>
            <w:bottom w:val="none" w:sz="0" w:space="0" w:color="auto"/>
            <w:right w:val="none" w:sz="0" w:space="0" w:color="auto"/>
          </w:divBdr>
        </w:div>
        <w:div w:id="1489712068">
          <w:marLeft w:val="480"/>
          <w:marRight w:val="0"/>
          <w:marTop w:val="0"/>
          <w:marBottom w:val="0"/>
          <w:divBdr>
            <w:top w:val="none" w:sz="0" w:space="0" w:color="auto"/>
            <w:left w:val="none" w:sz="0" w:space="0" w:color="auto"/>
            <w:bottom w:val="none" w:sz="0" w:space="0" w:color="auto"/>
            <w:right w:val="none" w:sz="0" w:space="0" w:color="auto"/>
          </w:divBdr>
        </w:div>
        <w:div w:id="1575821250">
          <w:marLeft w:val="480"/>
          <w:marRight w:val="0"/>
          <w:marTop w:val="0"/>
          <w:marBottom w:val="0"/>
          <w:divBdr>
            <w:top w:val="none" w:sz="0" w:space="0" w:color="auto"/>
            <w:left w:val="none" w:sz="0" w:space="0" w:color="auto"/>
            <w:bottom w:val="none" w:sz="0" w:space="0" w:color="auto"/>
            <w:right w:val="none" w:sz="0" w:space="0" w:color="auto"/>
          </w:divBdr>
        </w:div>
        <w:div w:id="1679693038">
          <w:marLeft w:val="480"/>
          <w:marRight w:val="0"/>
          <w:marTop w:val="0"/>
          <w:marBottom w:val="0"/>
          <w:divBdr>
            <w:top w:val="none" w:sz="0" w:space="0" w:color="auto"/>
            <w:left w:val="none" w:sz="0" w:space="0" w:color="auto"/>
            <w:bottom w:val="none" w:sz="0" w:space="0" w:color="auto"/>
            <w:right w:val="none" w:sz="0" w:space="0" w:color="auto"/>
          </w:divBdr>
        </w:div>
        <w:div w:id="1718814200">
          <w:marLeft w:val="480"/>
          <w:marRight w:val="0"/>
          <w:marTop w:val="0"/>
          <w:marBottom w:val="0"/>
          <w:divBdr>
            <w:top w:val="none" w:sz="0" w:space="0" w:color="auto"/>
            <w:left w:val="none" w:sz="0" w:space="0" w:color="auto"/>
            <w:bottom w:val="none" w:sz="0" w:space="0" w:color="auto"/>
            <w:right w:val="none" w:sz="0" w:space="0" w:color="auto"/>
          </w:divBdr>
        </w:div>
        <w:div w:id="1719549861">
          <w:marLeft w:val="480"/>
          <w:marRight w:val="0"/>
          <w:marTop w:val="0"/>
          <w:marBottom w:val="0"/>
          <w:divBdr>
            <w:top w:val="none" w:sz="0" w:space="0" w:color="auto"/>
            <w:left w:val="none" w:sz="0" w:space="0" w:color="auto"/>
            <w:bottom w:val="none" w:sz="0" w:space="0" w:color="auto"/>
            <w:right w:val="none" w:sz="0" w:space="0" w:color="auto"/>
          </w:divBdr>
        </w:div>
        <w:div w:id="1769500293">
          <w:marLeft w:val="480"/>
          <w:marRight w:val="0"/>
          <w:marTop w:val="0"/>
          <w:marBottom w:val="0"/>
          <w:divBdr>
            <w:top w:val="none" w:sz="0" w:space="0" w:color="auto"/>
            <w:left w:val="none" w:sz="0" w:space="0" w:color="auto"/>
            <w:bottom w:val="none" w:sz="0" w:space="0" w:color="auto"/>
            <w:right w:val="none" w:sz="0" w:space="0" w:color="auto"/>
          </w:divBdr>
        </w:div>
        <w:div w:id="1869758211">
          <w:marLeft w:val="480"/>
          <w:marRight w:val="0"/>
          <w:marTop w:val="0"/>
          <w:marBottom w:val="0"/>
          <w:divBdr>
            <w:top w:val="none" w:sz="0" w:space="0" w:color="auto"/>
            <w:left w:val="none" w:sz="0" w:space="0" w:color="auto"/>
            <w:bottom w:val="none" w:sz="0" w:space="0" w:color="auto"/>
            <w:right w:val="none" w:sz="0" w:space="0" w:color="auto"/>
          </w:divBdr>
        </w:div>
        <w:div w:id="1875339848">
          <w:marLeft w:val="480"/>
          <w:marRight w:val="0"/>
          <w:marTop w:val="0"/>
          <w:marBottom w:val="0"/>
          <w:divBdr>
            <w:top w:val="none" w:sz="0" w:space="0" w:color="auto"/>
            <w:left w:val="none" w:sz="0" w:space="0" w:color="auto"/>
            <w:bottom w:val="none" w:sz="0" w:space="0" w:color="auto"/>
            <w:right w:val="none" w:sz="0" w:space="0" w:color="auto"/>
          </w:divBdr>
        </w:div>
        <w:div w:id="1910847822">
          <w:marLeft w:val="480"/>
          <w:marRight w:val="0"/>
          <w:marTop w:val="0"/>
          <w:marBottom w:val="0"/>
          <w:divBdr>
            <w:top w:val="none" w:sz="0" w:space="0" w:color="auto"/>
            <w:left w:val="none" w:sz="0" w:space="0" w:color="auto"/>
            <w:bottom w:val="none" w:sz="0" w:space="0" w:color="auto"/>
            <w:right w:val="none" w:sz="0" w:space="0" w:color="auto"/>
          </w:divBdr>
        </w:div>
        <w:div w:id="1930312550">
          <w:marLeft w:val="480"/>
          <w:marRight w:val="0"/>
          <w:marTop w:val="0"/>
          <w:marBottom w:val="0"/>
          <w:divBdr>
            <w:top w:val="none" w:sz="0" w:space="0" w:color="auto"/>
            <w:left w:val="none" w:sz="0" w:space="0" w:color="auto"/>
            <w:bottom w:val="none" w:sz="0" w:space="0" w:color="auto"/>
            <w:right w:val="none" w:sz="0" w:space="0" w:color="auto"/>
          </w:divBdr>
        </w:div>
        <w:div w:id="1989049258">
          <w:marLeft w:val="480"/>
          <w:marRight w:val="0"/>
          <w:marTop w:val="0"/>
          <w:marBottom w:val="0"/>
          <w:divBdr>
            <w:top w:val="none" w:sz="0" w:space="0" w:color="auto"/>
            <w:left w:val="none" w:sz="0" w:space="0" w:color="auto"/>
            <w:bottom w:val="none" w:sz="0" w:space="0" w:color="auto"/>
            <w:right w:val="none" w:sz="0" w:space="0" w:color="auto"/>
          </w:divBdr>
        </w:div>
        <w:div w:id="2053530994">
          <w:marLeft w:val="480"/>
          <w:marRight w:val="0"/>
          <w:marTop w:val="0"/>
          <w:marBottom w:val="0"/>
          <w:divBdr>
            <w:top w:val="none" w:sz="0" w:space="0" w:color="auto"/>
            <w:left w:val="none" w:sz="0" w:space="0" w:color="auto"/>
            <w:bottom w:val="none" w:sz="0" w:space="0" w:color="auto"/>
            <w:right w:val="none" w:sz="0" w:space="0" w:color="auto"/>
          </w:divBdr>
        </w:div>
      </w:divsChild>
    </w:div>
    <w:div w:id="1847134853">
      <w:bodyDiv w:val="1"/>
      <w:marLeft w:val="0"/>
      <w:marRight w:val="0"/>
      <w:marTop w:val="0"/>
      <w:marBottom w:val="0"/>
      <w:divBdr>
        <w:top w:val="none" w:sz="0" w:space="0" w:color="auto"/>
        <w:left w:val="none" w:sz="0" w:space="0" w:color="auto"/>
        <w:bottom w:val="none" w:sz="0" w:space="0" w:color="auto"/>
        <w:right w:val="none" w:sz="0" w:space="0" w:color="auto"/>
      </w:divBdr>
    </w:div>
    <w:div w:id="1847474639">
      <w:bodyDiv w:val="1"/>
      <w:marLeft w:val="0"/>
      <w:marRight w:val="0"/>
      <w:marTop w:val="0"/>
      <w:marBottom w:val="0"/>
      <w:divBdr>
        <w:top w:val="none" w:sz="0" w:space="0" w:color="auto"/>
        <w:left w:val="none" w:sz="0" w:space="0" w:color="auto"/>
        <w:bottom w:val="none" w:sz="0" w:space="0" w:color="auto"/>
        <w:right w:val="none" w:sz="0" w:space="0" w:color="auto"/>
      </w:divBdr>
    </w:div>
    <w:div w:id="1849782791">
      <w:bodyDiv w:val="1"/>
      <w:marLeft w:val="0"/>
      <w:marRight w:val="0"/>
      <w:marTop w:val="0"/>
      <w:marBottom w:val="0"/>
      <w:divBdr>
        <w:top w:val="none" w:sz="0" w:space="0" w:color="auto"/>
        <w:left w:val="none" w:sz="0" w:space="0" w:color="auto"/>
        <w:bottom w:val="none" w:sz="0" w:space="0" w:color="auto"/>
        <w:right w:val="none" w:sz="0" w:space="0" w:color="auto"/>
      </w:divBdr>
    </w:div>
    <w:div w:id="1850950002">
      <w:bodyDiv w:val="1"/>
      <w:marLeft w:val="0"/>
      <w:marRight w:val="0"/>
      <w:marTop w:val="0"/>
      <w:marBottom w:val="0"/>
      <w:divBdr>
        <w:top w:val="none" w:sz="0" w:space="0" w:color="auto"/>
        <w:left w:val="none" w:sz="0" w:space="0" w:color="auto"/>
        <w:bottom w:val="none" w:sz="0" w:space="0" w:color="auto"/>
        <w:right w:val="none" w:sz="0" w:space="0" w:color="auto"/>
      </w:divBdr>
      <w:divsChild>
        <w:div w:id="30620578">
          <w:marLeft w:val="480"/>
          <w:marRight w:val="0"/>
          <w:marTop w:val="0"/>
          <w:marBottom w:val="0"/>
          <w:divBdr>
            <w:top w:val="none" w:sz="0" w:space="0" w:color="auto"/>
            <w:left w:val="none" w:sz="0" w:space="0" w:color="auto"/>
            <w:bottom w:val="none" w:sz="0" w:space="0" w:color="auto"/>
            <w:right w:val="none" w:sz="0" w:space="0" w:color="auto"/>
          </w:divBdr>
        </w:div>
        <w:div w:id="47269862">
          <w:marLeft w:val="480"/>
          <w:marRight w:val="0"/>
          <w:marTop w:val="0"/>
          <w:marBottom w:val="0"/>
          <w:divBdr>
            <w:top w:val="none" w:sz="0" w:space="0" w:color="auto"/>
            <w:left w:val="none" w:sz="0" w:space="0" w:color="auto"/>
            <w:bottom w:val="none" w:sz="0" w:space="0" w:color="auto"/>
            <w:right w:val="none" w:sz="0" w:space="0" w:color="auto"/>
          </w:divBdr>
        </w:div>
        <w:div w:id="144519013">
          <w:marLeft w:val="480"/>
          <w:marRight w:val="0"/>
          <w:marTop w:val="0"/>
          <w:marBottom w:val="0"/>
          <w:divBdr>
            <w:top w:val="none" w:sz="0" w:space="0" w:color="auto"/>
            <w:left w:val="none" w:sz="0" w:space="0" w:color="auto"/>
            <w:bottom w:val="none" w:sz="0" w:space="0" w:color="auto"/>
            <w:right w:val="none" w:sz="0" w:space="0" w:color="auto"/>
          </w:divBdr>
        </w:div>
        <w:div w:id="215048819">
          <w:marLeft w:val="480"/>
          <w:marRight w:val="0"/>
          <w:marTop w:val="0"/>
          <w:marBottom w:val="0"/>
          <w:divBdr>
            <w:top w:val="none" w:sz="0" w:space="0" w:color="auto"/>
            <w:left w:val="none" w:sz="0" w:space="0" w:color="auto"/>
            <w:bottom w:val="none" w:sz="0" w:space="0" w:color="auto"/>
            <w:right w:val="none" w:sz="0" w:space="0" w:color="auto"/>
          </w:divBdr>
        </w:div>
        <w:div w:id="228687270">
          <w:marLeft w:val="480"/>
          <w:marRight w:val="0"/>
          <w:marTop w:val="0"/>
          <w:marBottom w:val="0"/>
          <w:divBdr>
            <w:top w:val="none" w:sz="0" w:space="0" w:color="auto"/>
            <w:left w:val="none" w:sz="0" w:space="0" w:color="auto"/>
            <w:bottom w:val="none" w:sz="0" w:space="0" w:color="auto"/>
            <w:right w:val="none" w:sz="0" w:space="0" w:color="auto"/>
          </w:divBdr>
        </w:div>
        <w:div w:id="267390956">
          <w:marLeft w:val="480"/>
          <w:marRight w:val="0"/>
          <w:marTop w:val="0"/>
          <w:marBottom w:val="0"/>
          <w:divBdr>
            <w:top w:val="none" w:sz="0" w:space="0" w:color="auto"/>
            <w:left w:val="none" w:sz="0" w:space="0" w:color="auto"/>
            <w:bottom w:val="none" w:sz="0" w:space="0" w:color="auto"/>
            <w:right w:val="none" w:sz="0" w:space="0" w:color="auto"/>
          </w:divBdr>
        </w:div>
        <w:div w:id="367682722">
          <w:marLeft w:val="480"/>
          <w:marRight w:val="0"/>
          <w:marTop w:val="0"/>
          <w:marBottom w:val="0"/>
          <w:divBdr>
            <w:top w:val="none" w:sz="0" w:space="0" w:color="auto"/>
            <w:left w:val="none" w:sz="0" w:space="0" w:color="auto"/>
            <w:bottom w:val="none" w:sz="0" w:space="0" w:color="auto"/>
            <w:right w:val="none" w:sz="0" w:space="0" w:color="auto"/>
          </w:divBdr>
        </w:div>
        <w:div w:id="504788051">
          <w:marLeft w:val="480"/>
          <w:marRight w:val="0"/>
          <w:marTop w:val="0"/>
          <w:marBottom w:val="0"/>
          <w:divBdr>
            <w:top w:val="none" w:sz="0" w:space="0" w:color="auto"/>
            <w:left w:val="none" w:sz="0" w:space="0" w:color="auto"/>
            <w:bottom w:val="none" w:sz="0" w:space="0" w:color="auto"/>
            <w:right w:val="none" w:sz="0" w:space="0" w:color="auto"/>
          </w:divBdr>
        </w:div>
        <w:div w:id="625358387">
          <w:marLeft w:val="480"/>
          <w:marRight w:val="0"/>
          <w:marTop w:val="0"/>
          <w:marBottom w:val="0"/>
          <w:divBdr>
            <w:top w:val="none" w:sz="0" w:space="0" w:color="auto"/>
            <w:left w:val="none" w:sz="0" w:space="0" w:color="auto"/>
            <w:bottom w:val="none" w:sz="0" w:space="0" w:color="auto"/>
            <w:right w:val="none" w:sz="0" w:space="0" w:color="auto"/>
          </w:divBdr>
        </w:div>
        <w:div w:id="638220916">
          <w:marLeft w:val="480"/>
          <w:marRight w:val="0"/>
          <w:marTop w:val="0"/>
          <w:marBottom w:val="0"/>
          <w:divBdr>
            <w:top w:val="none" w:sz="0" w:space="0" w:color="auto"/>
            <w:left w:val="none" w:sz="0" w:space="0" w:color="auto"/>
            <w:bottom w:val="none" w:sz="0" w:space="0" w:color="auto"/>
            <w:right w:val="none" w:sz="0" w:space="0" w:color="auto"/>
          </w:divBdr>
        </w:div>
        <w:div w:id="666205218">
          <w:marLeft w:val="480"/>
          <w:marRight w:val="0"/>
          <w:marTop w:val="0"/>
          <w:marBottom w:val="0"/>
          <w:divBdr>
            <w:top w:val="none" w:sz="0" w:space="0" w:color="auto"/>
            <w:left w:val="none" w:sz="0" w:space="0" w:color="auto"/>
            <w:bottom w:val="none" w:sz="0" w:space="0" w:color="auto"/>
            <w:right w:val="none" w:sz="0" w:space="0" w:color="auto"/>
          </w:divBdr>
        </w:div>
        <w:div w:id="690109701">
          <w:marLeft w:val="480"/>
          <w:marRight w:val="0"/>
          <w:marTop w:val="0"/>
          <w:marBottom w:val="0"/>
          <w:divBdr>
            <w:top w:val="none" w:sz="0" w:space="0" w:color="auto"/>
            <w:left w:val="none" w:sz="0" w:space="0" w:color="auto"/>
            <w:bottom w:val="none" w:sz="0" w:space="0" w:color="auto"/>
            <w:right w:val="none" w:sz="0" w:space="0" w:color="auto"/>
          </w:divBdr>
        </w:div>
        <w:div w:id="735054459">
          <w:marLeft w:val="480"/>
          <w:marRight w:val="0"/>
          <w:marTop w:val="0"/>
          <w:marBottom w:val="0"/>
          <w:divBdr>
            <w:top w:val="none" w:sz="0" w:space="0" w:color="auto"/>
            <w:left w:val="none" w:sz="0" w:space="0" w:color="auto"/>
            <w:bottom w:val="none" w:sz="0" w:space="0" w:color="auto"/>
            <w:right w:val="none" w:sz="0" w:space="0" w:color="auto"/>
          </w:divBdr>
        </w:div>
        <w:div w:id="825781953">
          <w:marLeft w:val="480"/>
          <w:marRight w:val="0"/>
          <w:marTop w:val="0"/>
          <w:marBottom w:val="0"/>
          <w:divBdr>
            <w:top w:val="none" w:sz="0" w:space="0" w:color="auto"/>
            <w:left w:val="none" w:sz="0" w:space="0" w:color="auto"/>
            <w:bottom w:val="none" w:sz="0" w:space="0" w:color="auto"/>
            <w:right w:val="none" w:sz="0" w:space="0" w:color="auto"/>
          </w:divBdr>
        </w:div>
        <w:div w:id="852305511">
          <w:marLeft w:val="480"/>
          <w:marRight w:val="0"/>
          <w:marTop w:val="0"/>
          <w:marBottom w:val="0"/>
          <w:divBdr>
            <w:top w:val="none" w:sz="0" w:space="0" w:color="auto"/>
            <w:left w:val="none" w:sz="0" w:space="0" w:color="auto"/>
            <w:bottom w:val="none" w:sz="0" w:space="0" w:color="auto"/>
            <w:right w:val="none" w:sz="0" w:space="0" w:color="auto"/>
          </w:divBdr>
        </w:div>
        <w:div w:id="1088696832">
          <w:marLeft w:val="480"/>
          <w:marRight w:val="0"/>
          <w:marTop w:val="0"/>
          <w:marBottom w:val="0"/>
          <w:divBdr>
            <w:top w:val="none" w:sz="0" w:space="0" w:color="auto"/>
            <w:left w:val="none" w:sz="0" w:space="0" w:color="auto"/>
            <w:bottom w:val="none" w:sz="0" w:space="0" w:color="auto"/>
            <w:right w:val="none" w:sz="0" w:space="0" w:color="auto"/>
          </w:divBdr>
        </w:div>
        <w:div w:id="1346594605">
          <w:marLeft w:val="480"/>
          <w:marRight w:val="0"/>
          <w:marTop w:val="0"/>
          <w:marBottom w:val="0"/>
          <w:divBdr>
            <w:top w:val="none" w:sz="0" w:space="0" w:color="auto"/>
            <w:left w:val="none" w:sz="0" w:space="0" w:color="auto"/>
            <w:bottom w:val="none" w:sz="0" w:space="0" w:color="auto"/>
            <w:right w:val="none" w:sz="0" w:space="0" w:color="auto"/>
          </w:divBdr>
        </w:div>
        <w:div w:id="1409842676">
          <w:marLeft w:val="480"/>
          <w:marRight w:val="0"/>
          <w:marTop w:val="0"/>
          <w:marBottom w:val="0"/>
          <w:divBdr>
            <w:top w:val="none" w:sz="0" w:space="0" w:color="auto"/>
            <w:left w:val="none" w:sz="0" w:space="0" w:color="auto"/>
            <w:bottom w:val="none" w:sz="0" w:space="0" w:color="auto"/>
            <w:right w:val="none" w:sz="0" w:space="0" w:color="auto"/>
          </w:divBdr>
        </w:div>
        <w:div w:id="1421871863">
          <w:marLeft w:val="480"/>
          <w:marRight w:val="0"/>
          <w:marTop w:val="0"/>
          <w:marBottom w:val="0"/>
          <w:divBdr>
            <w:top w:val="none" w:sz="0" w:space="0" w:color="auto"/>
            <w:left w:val="none" w:sz="0" w:space="0" w:color="auto"/>
            <w:bottom w:val="none" w:sz="0" w:space="0" w:color="auto"/>
            <w:right w:val="none" w:sz="0" w:space="0" w:color="auto"/>
          </w:divBdr>
        </w:div>
        <w:div w:id="1429811588">
          <w:marLeft w:val="480"/>
          <w:marRight w:val="0"/>
          <w:marTop w:val="0"/>
          <w:marBottom w:val="0"/>
          <w:divBdr>
            <w:top w:val="none" w:sz="0" w:space="0" w:color="auto"/>
            <w:left w:val="none" w:sz="0" w:space="0" w:color="auto"/>
            <w:bottom w:val="none" w:sz="0" w:space="0" w:color="auto"/>
            <w:right w:val="none" w:sz="0" w:space="0" w:color="auto"/>
          </w:divBdr>
        </w:div>
        <w:div w:id="1574895777">
          <w:marLeft w:val="480"/>
          <w:marRight w:val="0"/>
          <w:marTop w:val="0"/>
          <w:marBottom w:val="0"/>
          <w:divBdr>
            <w:top w:val="none" w:sz="0" w:space="0" w:color="auto"/>
            <w:left w:val="none" w:sz="0" w:space="0" w:color="auto"/>
            <w:bottom w:val="none" w:sz="0" w:space="0" w:color="auto"/>
            <w:right w:val="none" w:sz="0" w:space="0" w:color="auto"/>
          </w:divBdr>
        </w:div>
        <w:div w:id="1674147104">
          <w:marLeft w:val="480"/>
          <w:marRight w:val="0"/>
          <w:marTop w:val="0"/>
          <w:marBottom w:val="0"/>
          <w:divBdr>
            <w:top w:val="none" w:sz="0" w:space="0" w:color="auto"/>
            <w:left w:val="none" w:sz="0" w:space="0" w:color="auto"/>
            <w:bottom w:val="none" w:sz="0" w:space="0" w:color="auto"/>
            <w:right w:val="none" w:sz="0" w:space="0" w:color="auto"/>
          </w:divBdr>
        </w:div>
        <w:div w:id="1676107814">
          <w:marLeft w:val="480"/>
          <w:marRight w:val="0"/>
          <w:marTop w:val="0"/>
          <w:marBottom w:val="0"/>
          <w:divBdr>
            <w:top w:val="none" w:sz="0" w:space="0" w:color="auto"/>
            <w:left w:val="none" w:sz="0" w:space="0" w:color="auto"/>
            <w:bottom w:val="none" w:sz="0" w:space="0" w:color="auto"/>
            <w:right w:val="none" w:sz="0" w:space="0" w:color="auto"/>
          </w:divBdr>
        </w:div>
        <w:div w:id="1698654130">
          <w:marLeft w:val="480"/>
          <w:marRight w:val="0"/>
          <w:marTop w:val="0"/>
          <w:marBottom w:val="0"/>
          <w:divBdr>
            <w:top w:val="none" w:sz="0" w:space="0" w:color="auto"/>
            <w:left w:val="none" w:sz="0" w:space="0" w:color="auto"/>
            <w:bottom w:val="none" w:sz="0" w:space="0" w:color="auto"/>
            <w:right w:val="none" w:sz="0" w:space="0" w:color="auto"/>
          </w:divBdr>
        </w:div>
        <w:div w:id="1725332527">
          <w:marLeft w:val="480"/>
          <w:marRight w:val="0"/>
          <w:marTop w:val="0"/>
          <w:marBottom w:val="0"/>
          <w:divBdr>
            <w:top w:val="none" w:sz="0" w:space="0" w:color="auto"/>
            <w:left w:val="none" w:sz="0" w:space="0" w:color="auto"/>
            <w:bottom w:val="none" w:sz="0" w:space="0" w:color="auto"/>
            <w:right w:val="none" w:sz="0" w:space="0" w:color="auto"/>
          </w:divBdr>
        </w:div>
        <w:div w:id="1733188802">
          <w:marLeft w:val="480"/>
          <w:marRight w:val="0"/>
          <w:marTop w:val="0"/>
          <w:marBottom w:val="0"/>
          <w:divBdr>
            <w:top w:val="none" w:sz="0" w:space="0" w:color="auto"/>
            <w:left w:val="none" w:sz="0" w:space="0" w:color="auto"/>
            <w:bottom w:val="none" w:sz="0" w:space="0" w:color="auto"/>
            <w:right w:val="none" w:sz="0" w:space="0" w:color="auto"/>
          </w:divBdr>
        </w:div>
        <w:div w:id="1795442033">
          <w:marLeft w:val="480"/>
          <w:marRight w:val="0"/>
          <w:marTop w:val="0"/>
          <w:marBottom w:val="0"/>
          <w:divBdr>
            <w:top w:val="none" w:sz="0" w:space="0" w:color="auto"/>
            <w:left w:val="none" w:sz="0" w:space="0" w:color="auto"/>
            <w:bottom w:val="none" w:sz="0" w:space="0" w:color="auto"/>
            <w:right w:val="none" w:sz="0" w:space="0" w:color="auto"/>
          </w:divBdr>
        </w:div>
        <w:div w:id="1848134612">
          <w:marLeft w:val="480"/>
          <w:marRight w:val="0"/>
          <w:marTop w:val="0"/>
          <w:marBottom w:val="0"/>
          <w:divBdr>
            <w:top w:val="none" w:sz="0" w:space="0" w:color="auto"/>
            <w:left w:val="none" w:sz="0" w:space="0" w:color="auto"/>
            <w:bottom w:val="none" w:sz="0" w:space="0" w:color="auto"/>
            <w:right w:val="none" w:sz="0" w:space="0" w:color="auto"/>
          </w:divBdr>
        </w:div>
        <w:div w:id="1893345697">
          <w:marLeft w:val="480"/>
          <w:marRight w:val="0"/>
          <w:marTop w:val="0"/>
          <w:marBottom w:val="0"/>
          <w:divBdr>
            <w:top w:val="none" w:sz="0" w:space="0" w:color="auto"/>
            <w:left w:val="none" w:sz="0" w:space="0" w:color="auto"/>
            <w:bottom w:val="none" w:sz="0" w:space="0" w:color="auto"/>
            <w:right w:val="none" w:sz="0" w:space="0" w:color="auto"/>
          </w:divBdr>
        </w:div>
        <w:div w:id="1910142700">
          <w:marLeft w:val="480"/>
          <w:marRight w:val="0"/>
          <w:marTop w:val="0"/>
          <w:marBottom w:val="0"/>
          <w:divBdr>
            <w:top w:val="none" w:sz="0" w:space="0" w:color="auto"/>
            <w:left w:val="none" w:sz="0" w:space="0" w:color="auto"/>
            <w:bottom w:val="none" w:sz="0" w:space="0" w:color="auto"/>
            <w:right w:val="none" w:sz="0" w:space="0" w:color="auto"/>
          </w:divBdr>
        </w:div>
        <w:div w:id="1996759726">
          <w:marLeft w:val="480"/>
          <w:marRight w:val="0"/>
          <w:marTop w:val="0"/>
          <w:marBottom w:val="0"/>
          <w:divBdr>
            <w:top w:val="none" w:sz="0" w:space="0" w:color="auto"/>
            <w:left w:val="none" w:sz="0" w:space="0" w:color="auto"/>
            <w:bottom w:val="none" w:sz="0" w:space="0" w:color="auto"/>
            <w:right w:val="none" w:sz="0" w:space="0" w:color="auto"/>
          </w:divBdr>
        </w:div>
        <w:div w:id="2003115771">
          <w:marLeft w:val="480"/>
          <w:marRight w:val="0"/>
          <w:marTop w:val="0"/>
          <w:marBottom w:val="0"/>
          <w:divBdr>
            <w:top w:val="none" w:sz="0" w:space="0" w:color="auto"/>
            <w:left w:val="none" w:sz="0" w:space="0" w:color="auto"/>
            <w:bottom w:val="none" w:sz="0" w:space="0" w:color="auto"/>
            <w:right w:val="none" w:sz="0" w:space="0" w:color="auto"/>
          </w:divBdr>
        </w:div>
        <w:div w:id="2051416828">
          <w:marLeft w:val="480"/>
          <w:marRight w:val="0"/>
          <w:marTop w:val="0"/>
          <w:marBottom w:val="0"/>
          <w:divBdr>
            <w:top w:val="none" w:sz="0" w:space="0" w:color="auto"/>
            <w:left w:val="none" w:sz="0" w:space="0" w:color="auto"/>
            <w:bottom w:val="none" w:sz="0" w:space="0" w:color="auto"/>
            <w:right w:val="none" w:sz="0" w:space="0" w:color="auto"/>
          </w:divBdr>
        </w:div>
        <w:div w:id="2121298446">
          <w:marLeft w:val="480"/>
          <w:marRight w:val="0"/>
          <w:marTop w:val="0"/>
          <w:marBottom w:val="0"/>
          <w:divBdr>
            <w:top w:val="none" w:sz="0" w:space="0" w:color="auto"/>
            <w:left w:val="none" w:sz="0" w:space="0" w:color="auto"/>
            <w:bottom w:val="none" w:sz="0" w:space="0" w:color="auto"/>
            <w:right w:val="none" w:sz="0" w:space="0" w:color="auto"/>
          </w:divBdr>
        </w:div>
        <w:div w:id="2127506942">
          <w:marLeft w:val="480"/>
          <w:marRight w:val="0"/>
          <w:marTop w:val="0"/>
          <w:marBottom w:val="0"/>
          <w:divBdr>
            <w:top w:val="none" w:sz="0" w:space="0" w:color="auto"/>
            <w:left w:val="none" w:sz="0" w:space="0" w:color="auto"/>
            <w:bottom w:val="none" w:sz="0" w:space="0" w:color="auto"/>
            <w:right w:val="none" w:sz="0" w:space="0" w:color="auto"/>
          </w:divBdr>
        </w:div>
      </w:divsChild>
    </w:div>
    <w:div w:id="1851018572">
      <w:bodyDiv w:val="1"/>
      <w:marLeft w:val="0"/>
      <w:marRight w:val="0"/>
      <w:marTop w:val="0"/>
      <w:marBottom w:val="0"/>
      <w:divBdr>
        <w:top w:val="none" w:sz="0" w:space="0" w:color="auto"/>
        <w:left w:val="none" w:sz="0" w:space="0" w:color="auto"/>
        <w:bottom w:val="none" w:sz="0" w:space="0" w:color="auto"/>
        <w:right w:val="none" w:sz="0" w:space="0" w:color="auto"/>
      </w:divBdr>
    </w:div>
    <w:div w:id="1852522233">
      <w:bodyDiv w:val="1"/>
      <w:marLeft w:val="0"/>
      <w:marRight w:val="0"/>
      <w:marTop w:val="0"/>
      <w:marBottom w:val="0"/>
      <w:divBdr>
        <w:top w:val="none" w:sz="0" w:space="0" w:color="auto"/>
        <w:left w:val="none" w:sz="0" w:space="0" w:color="auto"/>
        <w:bottom w:val="none" w:sz="0" w:space="0" w:color="auto"/>
        <w:right w:val="none" w:sz="0" w:space="0" w:color="auto"/>
      </w:divBdr>
      <w:divsChild>
        <w:div w:id="27613154">
          <w:marLeft w:val="480"/>
          <w:marRight w:val="0"/>
          <w:marTop w:val="0"/>
          <w:marBottom w:val="0"/>
          <w:divBdr>
            <w:top w:val="none" w:sz="0" w:space="0" w:color="auto"/>
            <w:left w:val="none" w:sz="0" w:space="0" w:color="auto"/>
            <w:bottom w:val="none" w:sz="0" w:space="0" w:color="auto"/>
            <w:right w:val="none" w:sz="0" w:space="0" w:color="auto"/>
          </w:divBdr>
        </w:div>
        <w:div w:id="57017012">
          <w:marLeft w:val="480"/>
          <w:marRight w:val="0"/>
          <w:marTop w:val="0"/>
          <w:marBottom w:val="0"/>
          <w:divBdr>
            <w:top w:val="none" w:sz="0" w:space="0" w:color="auto"/>
            <w:left w:val="none" w:sz="0" w:space="0" w:color="auto"/>
            <w:bottom w:val="none" w:sz="0" w:space="0" w:color="auto"/>
            <w:right w:val="none" w:sz="0" w:space="0" w:color="auto"/>
          </w:divBdr>
        </w:div>
        <w:div w:id="98642994">
          <w:marLeft w:val="480"/>
          <w:marRight w:val="0"/>
          <w:marTop w:val="0"/>
          <w:marBottom w:val="0"/>
          <w:divBdr>
            <w:top w:val="none" w:sz="0" w:space="0" w:color="auto"/>
            <w:left w:val="none" w:sz="0" w:space="0" w:color="auto"/>
            <w:bottom w:val="none" w:sz="0" w:space="0" w:color="auto"/>
            <w:right w:val="none" w:sz="0" w:space="0" w:color="auto"/>
          </w:divBdr>
        </w:div>
        <w:div w:id="202984993">
          <w:marLeft w:val="480"/>
          <w:marRight w:val="0"/>
          <w:marTop w:val="0"/>
          <w:marBottom w:val="0"/>
          <w:divBdr>
            <w:top w:val="none" w:sz="0" w:space="0" w:color="auto"/>
            <w:left w:val="none" w:sz="0" w:space="0" w:color="auto"/>
            <w:bottom w:val="none" w:sz="0" w:space="0" w:color="auto"/>
            <w:right w:val="none" w:sz="0" w:space="0" w:color="auto"/>
          </w:divBdr>
        </w:div>
        <w:div w:id="244270524">
          <w:marLeft w:val="480"/>
          <w:marRight w:val="0"/>
          <w:marTop w:val="0"/>
          <w:marBottom w:val="0"/>
          <w:divBdr>
            <w:top w:val="none" w:sz="0" w:space="0" w:color="auto"/>
            <w:left w:val="none" w:sz="0" w:space="0" w:color="auto"/>
            <w:bottom w:val="none" w:sz="0" w:space="0" w:color="auto"/>
            <w:right w:val="none" w:sz="0" w:space="0" w:color="auto"/>
          </w:divBdr>
        </w:div>
        <w:div w:id="299893256">
          <w:marLeft w:val="480"/>
          <w:marRight w:val="0"/>
          <w:marTop w:val="0"/>
          <w:marBottom w:val="0"/>
          <w:divBdr>
            <w:top w:val="none" w:sz="0" w:space="0" w:color="auto"/>
            <w:left w:val="none" w:sz="0" w:space="0" w:color="auto"/>
            <w:bottom w:val="none" w:sz="0" w:space="0" w:color="auto"/>
            <w:right w:val="none" w:sz="0" w:space="0" w:color="auto"/>
          </w:divBdr>
        </w:div>
        <w:div w:id="323633577">
          <w:marLeft w:val="480"/>
          <w:marRight w:val="0"/>
          <w:marTop w:val="0"/>
          <w:marBottom w:val="0"/>
          <w:divBdr>
            <w:top w:val="none" w:sz="0" w:space="0" w:color="auto"/>
            <w:left w:val="none" w:sz="0" w:space="0" w:color="auto"/>
            <w:bottom w:val="none" w:sz="0" w:space="0" w:color="auto"/>
            <w:right w:val="none" w:sz="0" w:space="0" w:color="auto"/>
          </w:divBdr>
        </w:div>
        <w:div w:id="442117487">
          <w:marLeft w:val="480"/>
          <w:marRight w:val="0"/>
          <w:marTop w:val="0"/>
          <w:marBottom w:val="0"/>
          <w:divBdr>
            <w:top w:val="none" w:sz="0" w:space="0" w:color="auto"/>
            <w:left w:val="none" w:sz="0" w:space="0" w:color="auto"/>
            <w:bottom w:val="none" w:sz="0" w:space="0" w:color="auto"/>
            <w:right w:val="none" w:sz="0" w:space="0" w:color="auto"/>
          </w:divBdr>
        </w:div>
        <w:div w:id="540439496">
          <w:marLeft w:val="480"/>
          <w:marRight w:val="0"/>
          <w:marTop w:val="0"/>
          <w:marBottom w:val="0"/>
          <w:divBdr>
            <w:top w:val="none" w:sz="0" w:space="0" w:color="auto"/>
            <w:left w:val="none" w:sz="0" w:space="0" w:color="auto"/>
            <w:bottom w:val="none" w:sz="0" w:space="0" w:color="auto"/>
            <w:right w:val="none" w:sz="0" w:space="0" w:color="auto"/>
          </w:divBdr>
        </w:div>
        <w:div w:id="757016950">
          <w:marLeft w:val="480"/>
          <w:marRight w:val="0"/>
          <w:marTop w:val="0"/>
          <w:marBottom w:val="0"/>
          <w:divBdr>
            <w:top w:val="none" w:sz="0" w:space="0" w:color="auto"/>
            <w:left w:val="none" w:sz="0" w:space="0" w:color="auto"/>
            <w:bottom w:val="none" w:sz="0" w:space="0" w:color="auto"/>
            <w:right w:val="none" w:sz="0" w:space="0" w:color="auto"/>
          </w:divBdr>
        </w:div>
        <w:div w:id="889611306">
          <w:marLeft w:val="480"/>
          <w:marRight w:val="0"/>
          <w:marTop w:val="0"/>
          <w:marBottom w:val="0"/>
          <w:divBdr>
            <w:top w:val="none" w:sz="0" w:space="0" w:color="auto"/>
            <w:left w:val="none" w:sz="0" w:space="0" w:color="auto"/>
            <w:bottom w:val="none" w:sz="0" w:space="0" w:color="auto"/>
            <w:right w:val="none" w:sz="0" w:space="0" w:color="auto"/>
          </w:divBdr>
        </w:div>
        <w:div w:id="1013651635">
          <w:marLeft w:val="480"/>
          <w:marRight w:val="0"/>
          <w:marTop w:val="0"/>
          <w:marBottom w:val="0"/>
          <w:divBdr>
            <w:top w:val="none" w:sz="0" w:space="0" w:color="auto"/>
            <w:left w:val="none" w:sz="0" w:space="0" w:color="auto"/>
            <w:bottom w:val="none" w:sz="0" w:space="0" w:color="auto"/>
            <w:right w:val="none" w:sz="0" w:space="0" w:color="auto"/>
          </w:divBdr>
        </w:div>
        <w:div w:id="1075124690">
          <w:marLeft w:val="480"/>
          <w:marRight w:val="0"/>
          <w:marTop w:val="0"/>
          <w:marBottom w:val="0"/>
          <w:divBdr>
            <w:top w:val="none" w:sz="0" w:space="0" w:color="auto"/>
            <w:left w:val="none" w:sz="0" w:space="0" w:color="auto"/>
            <w:bottom w:val="none" w:sz="0" w:space="0" w:color="auto"/>
            <w:right w:val="none" w:sz="0" w:space="0" w:color="auto"/>
          </w:divBdr>
        </w:div>
        <w:div w:id="1125075337">
          <w:marLeft w:val="480"/>
          <w:marRight w:val="0"/>
          <w:marTop w:val="0"/>
          <w:marBottom w:val="0"/>
          <w:divBdr>
            <w:top w:val="none" w:sz="0" w:space="0" w:color="auto"/>
            <w:left w:val="none" w:sz="0" w:space="0" w:color="auto"/>
            <w:bottom w:val="none" w:sz="0" w:space="0" w:color="auto"/>
            <w:right w:val="none" w:sz="0" w:space="0" w:color="auto"/>
          </w:divBdr>
        </w:div>
        <w:div w:id="1218202832">
          <w:marLeft w:val="480"/>
          <w:marRight w:val="0"/>
          <w:marTop w:val="0"/>
          <w:marBottom w:val="0"/>
          <w:divBdr>
            <w:top w:val="none" w:sz="0" w:space="0" w:color="auto"/>
            <w:left w:val="none" w:sz="0" w:space="0" w:color="auto"/>
            <w:bottom w:val="none" w:sz="0" w:space="0" w:color="auto"/>
            <w:right w:val="none" w:sz="0" w:space="0" w:color="auto"/>
          </w:divBdr>
        </w:div>
        <w:div w:id="1224947400">
          <w:marLeft w:val="480"/>
          <w:marRight w:val="0"/>
          <w:marTop w:val="0"/>
          <w:marBottom w:val="0"/>
          <w:divBdr>
            <w:top w:val="none" w:sz="0" w:space="0" w:color="auto"/>
            <w:left w:val="none" w:sz="0" w:space="0" w:color="auto"/>
            <w:bottom w:val="none" w:sz="0" w:space="0" w:color="auto"/>
            <w:right w:val="none" w:sz="0" w:space="0" w:color="auto"/>
          </w:divBdr>
        </w:div>
        <w:div w:id="1259867503">
          <w:marLeft w:val="480"/>
          <w:marRight w:val="0"/>
          <w:marTop w:val="0"/>
          <w:marBottom w:val="0"/>
          <w:divBdr>
            <w:top w:val="none" w:sz="0" w:space="0" w:color="auto"/>
            <w:left w:val="none" w:sz="0" w:space="0" w:color="auto"/>
            <w:bottom w:val="none" w:sz="0" w:space="0" w:color="auto"/>
            <w:right w:val="none" w:sz="0" w:space="0" w:color="auto"/>
          </w:divBdr>
        </w:div>
        <w:div w:id="1269502533">
          <w:marLeft w:val="480"/>
          <w:marRight w:val="0"/>
          <w:marTop w:val="0"/>
          <w:marBottom w:val="0"/>
          <w:divBdr>
            <w:top w:val="none" w:sz="0" w:space="0" w:color="auto"/>
            <w:left w:val="none" w:sz="0" w:space="0" w:color="auto"/>
            <w:bottom w:val="none" w:sz="0" w:space="0" w:color="auto"/>
            <w:right w:val="none" w:sz="0" w:space="0" w:color="auto"/>
          </w:divBdr>
        </w:div>
        <w:div w:id="1271204001">
          <w:marLeft w:val="480"/>
          <w:marRight w:val="0"/>
          <w:marTop w:val="0"/>
          <w:marBottom w:val="0"/>
          <w:divBdr>
            <w:top w:val="none" w:sz="0" w:space="0" w:color="auto"/>
            <w:left w:val="none" w:sz="0" w:space="0" w:color="auto"/>
            <w:bottom w:val="none" w:sz="0" w:space="0" w:color="auto"/>
            <w:right w:val="none" w:sz="0" w:space="0" w:color="auto"/>
          </w:divBdr>
        </w:div>
        <w:div w:id="1280914300">
          <w:marLeft w:val="480"/>
          <w:marRight w:val="0"/>
          <w:marTop w:val="0"/>
          <w:marBottom w:val="0"/>
          <w:divBdr>
            <w:top w:val="none" w:sz="0" w:space="0" w:color="auto"/>
            <w:left w:val="none" w:sz="0" w:space="0" w:color="auto"/>
            <w:bottom w:val="none" w:sz="0" w:space="0" w:color="auto"/>
            <w:right w:val="none" w:sz="0" w:space="0" w:color="auto"/>
          </w:divBdr>
        </w:div>
        <w:div w:id="1378505656">
          <w:marLeft w:val="480"/>
          <w:marRight w:val="0"/>
          <w:marTop w:val="0"/>
          <w:marBottom w:val="0"/>
          <w:divBdr>
            <w:top w:val="none" w:sz="0" w:space="0" w:color="auto"/>
            <w:left w:val="none" w:sz="0" w:space="0" w:color="auto"/>
            <w:bottom w:val="none" w:sz="0" w:space="0" w:color="auto"/>
            <w:right w:val="none" w:sz="0" w:space="0" w:color="auto"/>
          </w:divBdr>
        </w:div>
        <w:div w:id="1451436897">
          <w:marLeft w:val="480"/>
          <w:marRight w:val="0"/>
          <w:marTop w:val="0"/>
          <w:marBottom w:val="0"/>
          <w:divBdr>
            <w:top w:val="none" w:sz="0" w:space="0" w:color="auto"/>
            <w:left w:val="none" w:sz="0" w:space="0" w:color="auto"/>
            <w:bottom w:val="none" w:sz="0" w:space="0" w:color="auto"/>
            <w:right w:val="none" w:sz="0" w:space="0" w:color="auto"/>
          </w:divBdr>
        </w:div>
        <w:div w:id="1509129844">
          <w:marLeft w:val="480"/>
          <w:marRight w:val="0"/>
          <w:marTop w:val="0"/>
          <w:marBottom w:val="0"/>
          <w:divBdr>
            <w:top w:val="none" w:sz="0" w:space="0" w:color="auto"/>
            <w:left w:val="none" w:sz="0" w:space="0" w:color="auto"/>
            <w:bottom w:val="none" w:sz="0" w:space="0" w:color="auto"/>
            <w:right w:val="none" w:sz="0" w:space="0" w:color="auto"/>
          </w:divBdr>
        </w:div>
        <w:div w:id="1552618120">
          <w:marLeft w:val="480"/>
          <w:marRight w:val="0"/>
          <w:marTop w:val="0"/>
          <w:marBottom w:val="0"/>
          <w:divBdr>
            <w:top w:val="none" w:sz="0" w:space="0" w:color="auto"/>
            <w:left w:val="none" w:sz="0" w:space="0" w:color="auto"/>
            <w:bottom w:val="none" w:sz="0" w:space="0" w:color="auto"/>
            <w:right w:val="none" w:sz="0" w:space="0" w:color="auto"/>
          </w:divBdr>
        </w:div>
        <w:div w:id="1576551462">
          <w:marLeft w:val="480"/>
          <w:marRight w:val="0"/>
          <w:marTop w:val="0"/>
          <w:marBottom w:val="0"/>
          <w:divBdr>
            <w:top w:val="none" w:sz="0" w:space="0" w:color="auto"/>
            <w:left w:val="none" w:sz="0" w:space="0" w:color="auto"/>
            <w:bottom w:val="none" w:sz="0" w:space="0" w:color="auto"/>
            <w:right w:val="none" w:sz="0" w:space="0" w:color="auto"/>
          </w:divBdr>
        </w:div>
        <w:div w:id="1654211339">
          <w:marLeft w:val="480"/>
          <w:marRight w:val="0"/>
          <w:marTop w:val="0"/>
          <w:marBottom w:val="0"/>
          <w:divBdr>
            <w:top w:val="none" w:sz="0" w:space="0" w:color="auto"/>
            <w:left w:val="none" w:sz="0" w:space="0" w:color="auto"/>
            <w:bottom w:val="none" w:sz="0" w:space="0" w:color="auto"/>
            <w:right w:val="none" w:sz="0" w:space="0" w:color="auto"/>
          </w:divBdr>
        </w:div>
        <w:div w:id="1709838237">
          <w:marLeft w:val="480"/>
          <w:marRight w:val="0"/>
          <w:marTop w:val="0"/>
          <w:marBottom w:val="0"/>
          <w:divBdr>
            <w:top w:val="none" w:sz="0" w:space="0" w:color="auto"/>
            <w:left w:val="none" w:sz="0" w:space="0" w:color="auto"/>
            <w:bottom w:val="none" w:sz="0" w:space="0" w:color="auto"/>
            <w:right w:val="none" w:sz="0" w:space="0" w:color="auto"/>
          </w:divBdr>
        </w:div>
        <w:div w:id="1713917088">
          <w:marLeft w:val="480"/>
          <w:marRight w:val="0"/>
          <w:marTop w:val="0"/>
          <w:marBottom w:val="0"/>
          <w:divBdr>
            <w:top w:val="none" w:sz="0" w:space="0" w:color="auto"/>
            <w:left w:val="none" w:sz="0" w:space="0" w:color="auto"/>
            <w:bottom w:val="none" w:sz="0" w:space="0" w:color="auto"/>
            <w:right w:val="none" w:sz="0" w:space="0" w:color="auto"/>
          </w:divBdr>
        </w:div>
        <w:div w:id="1853255184">
          <w:marLeft w:val="480"/>
          <w:marRight w:val="0"/>
          <w:marTop w:val="0"/>
          <w:marBottom w:val="0"/>
          <w:divBdr>
            <w:top w:val="none" w:sz="0" w:space="0" w:color="auto"/>
            <w:left w:val="none" w:sz="0" w:space="0" w:color="auto"/>
            <w:bottom w:val="none" w:sz="0" w:space="0" w:color="auto"/>
            <w:right w:val="none" w:sz="0" w:space="0" w:color="auto"/>
          </w:divBdr>
        </w:div>
        <w:div w:id="1880700722">
          <w:marLeft w:val="480"/>
          <w:marRight w:val="0"/>
          <w:marTop w:val="0"/>
          <w:marBottom w:val="0"/>
          <w:divBdr>
            <w:top w:val="none" w:sz="0" w:space="0" w:color="auto"/>
            <w:left w:val="none" w:sz="0" w:space="0" w:color="auto"/>
            <w:bottom w:val="none" w:sz="0" w:space="0" w:color="auto"/>
            <w:right w:val="none" w:sz="0" w:space="0" w:color="auto"/>
          </w:divBdr>
        </w:div>
        <w:div w:id="1910385712">
          <w:marLeft w:val="480"/>
          <w:marRight w:val="0"/>
          <w:marTop w:val="0"/>
          <w:marBottom w:val="0"/>
          <w:divBdr>
            <w:top w:val="none" w:sz="0" w:space="0" w:color="auto"/>
            <w:left w:val="none" w:sz="0" w:space="0" w:color="auto"/>
            <w:bottom w:val="none" w:sz="0" w:space="0" w:color="auto"/>
            <w:right w:val="none" w:sz="0" w:space="0" w:color="auto"/>
          </w:divBdr>
        </w:div>
        <w:div w:id="1943881040">
          <w:marLeft w:val="480"/>
          <w:marRight w:val="0"/>
          <w:marTop w:val="0"/>
          <w:marBottom w:val="0"/>
          <w:divBdr>
            <w:top w:val="none" w:sz="0" w:space="0" w:color="auto"/>
            <w:left w:val="none" w:sz="0" w:space="0" w:color="auto"/>
            <w:bottom w:val="none" w:sz="0" w:space="0" w:color="auto"/>
            <w:right w:val="none" w:sz="0" w:space="0" w:color="auto"/>
          </w:divBdr>
        </w:div>
        <w:div w:id="1967084381">
          <w:marLeft w:val="480"/>
          <w:marRight w:val="0"/>
          <w:marTop w:val="0"/>
          <w:marBottom w:val="0"/>
          <w:divBdr>
            <w:top w:val="none" w:sz="0" w:space="0" w:color="auto"/>
            <w:left w:val="none" w:sz="0" w:space="0" w:color="auto"/>
            <w:bottom w:val="none" w:sz="0" w:space="0" w:color="auto"/>
            <w:right w:val="none" w:sz="0" w:space="0" w:color="auto"/>
          </w:divBdr>
        </w:div>
        <w:div w:id="2043479189">
          <w:marLeft w:val="480"/>
          <w:marRight w:val="0"/>
          <w:marTop w:val="0"/>
          <w:marBottom w:val="0"/>
          <w:divBdr>
            <w:top w:val="none" w:sz="0" w:space="0" w:color="auto"/>
            <w:left w:val="none" w:sz="0" w:space="0" w:color="auto"/>
            <w:bottom w:val="none" w:sz="0" w:space="0" w:color="auto"/>
            <w:right w:val="none" w:sz="0" w:space="0" w:color="auto"/>
          </w:divBdr>
        </w:div>
        <w:div w:id="2090035369">
          <w:marLeft w:val="480"/>
          <w:marRight w:val="0"/>
          <w:marTop w:val="0"/>
          <w:marBottom w:val="0"/>
          <w:divBdr>
            <w:top w:val="none" w:sz="0" w:space="0" w:color="auto"/>
            <w:left w:val="none" w:sz="0" w:space="0" w:color="auto"/>
            <w:bottom w:val="none" w:sz="0" w:space="0" w:color="auto"/>
            <w:right w:val="none" w:sz="0" w:space="0" w:color="auto"/>
          </w:divBdr>
        </w:div>
        <w:div w:id="2122533045">
          <w:marLeft w:val="480"/>
          <w:marRight w:val="0"/>
          <w:marTop w:val="0"/>
          <w:marBottom w:val="0"/>
          <w:divBdr>
            <w:top w:val="none" w:sz="0" w:space="0" w:color="auto"/>
            <w:left w:val="none" w:sz="0" w:space="0" w:color="auto"/>
            <w:bottom w:val="none" w:sz="0" w:space="0" w:color="auto"/>
            <w:right w:val="none" w:sz="0" w:space="0" w:color="auto"/>
          </w:divBdr>
        </w:div>
        <w:div w:id="2125882972">
          <w:marLeft w:val="480"/>
          <w:marRight w:val="0"/>
          <w:marTop w:val="0"/>
          <w:marBottom w:val="0"/>
          <w:divBdr>
            <w:top w:val="none" w:sz="0" w:space="0" w:color="auto"/>
            <w:left w:val="none" w:sz="0" w:space="0" w:color="auto"/>
            <w:bottom w:val="none" w:sz="0" w:space="0" w:color="auto"/>
            <w:right w:val="none" w:sz="0" w:space="0" w:color="auto"/>
          </w:divBdr>
        </w:div>
      </w:divsChild>
    </w:div>
    <w:div w:id="1854343909">
      <w:bodyDiv w:val="1"/>
      <w:marLeft w:val="0"/>
      <w:marRight w:val="0"/>
      <w:marTop w:val="0"/>
      <w:marBottom w:val="0"/>
      <w:divBdr>
        <w:top w:val="none" w:sz="0" w:space="0" w:color="auto"/>
        <w:left w:val="none" w:sz="0" w:space="0" w:color="auto"/>
        <w:bottom w:val="none" w:sz="0" w:space="0" w:color="auto"/>
        <w:right w:val="none" w:sz="0" w:space="0" w:color="auto"/>
      </w:divBdr>
    </w:div>
    <w:div w:id="1856337023">
      <w:bodyDiv w:val="1"/>
      <w:marLeft w:val="0"/>
      <w:marRight w:val="0"/>
      <w:marTop w:val="0"/>
      <w:marBottom w:val="0"/>
      <w:divBdr>
        <w:top w:val="none" w:sz="0" w:space="0" w:color="auto"/>
        <w:left w:val="none" w:sz="0" w:space="0" w:color="auto"/>
        <w:bottom w:val="none" w:sz="0" w:space="0" w:color="auto"/>
        <w:right w:val="none" w:sz="0" w:space="0" w:color="auto"/>
      </w:divBdr>
    </w:div>
    <w:div w:id="1856773188">
      <w:bodyDiv w:val="1"/>
      <w:marLeft w:val="0"/>
      <w:marRight w:val="0"/>
      <w:marTop w:val="0"/>
      <w:marBottom w:val="0"/>
      <w:divBdr>
        <w:top w:val="none" w:sz="0" w:space="0" w:color="auto"/>
        <w:left w:val="none" w:sz="0" w:space="0" w:color="auto"/>
        <w:bottom w:val="none" w:sz="0" w:space="0" w:color="auto"/>
        <w:right w:val="none" w:sz="0" w:space="0" w:color="auto"/>
      </w:divBdr>
      <w:divsChild>
        <w:div w:id="399703">
          <w:marLeft w:val="480"/>
          <w:marRight w:val="0"/>
          <w:marTop w:val="0"/>
          <w:marBottom w:val="0"/>
          <w:divBdr>
            <w:top w:val="none" w:sz="0" w:space="0" w:color="auto"/>
            <w:left w:val="none" w:sz="0" w:space="0" w:color="auto"/>
            <w:bottom w:val="none" w:sz="0" w:space="0" w:color="auto"/>
            <w:right w:val="none" w:sz="0" w:space="0" w:color="auto"/>
          </w:divBdr>
        </w:div>
        <w:div w:id="104929225">
          <w:marLeft w:val="480"/>
          <w:marRight w:val="0"/>
          <w:marTop w:val="0"/>
          <w:marBottom w:val="0"/>
          <w:divBdr>
            <w:top w:val="none" w:sz="0" w:space="0" w:color="auto"/>
            <w:left w:val="none" w:sz="0" w:space="0" w:color="auto"/>
            <w:bottom w:val="none" w:sz="0" w:space="0" w:color="auto"/>
            <w:right w:val="none" w:sz="0" w:space="0" w:color="auto"/>
          </w:divBdr>
        </w:div>
        <w:div w:id="136265543">
          <w:marLeft w:val="480"/>
          <w:marRight w:val="0"/>
          <w:marTop w:val="0"/>
          <w:marBottom w:val="0"/>
          <w:divBdr>
            <w:top w:val="none" w:sz="0" w:space="0" w:color="auto"/>
            <w:left w:val="none" w:sz="0" w:space="0" w:color="auto"/>
            <w:bottom w:val="none" w:sz="0" w:space="0" w:color="auto"/>
            <w:right w:val="none" w:sz="0" w:space="0" w:color="auto"/>
          </w:divBdr>
        </w:div>
        <w:div w:id="177475417">
          <w:marLeft w:val="480"/>
          <w:marRight w:val="0"/>
          <w:marTop w:val="0"/>
          <w:marBottom w:val="0"/>
          <w:divBdr>
            <w:top w:val="none" w:sz="0" w:space="0" w:color="auto"/>
            <w:left w:val="none" w:sz="0" w:space="0" w:color="auto"/>
            <w:bottom w:val="none" w:sz="0" w:space="0" w:color="auto"/>
            <w:right w:val="none" w:sz="0" w:space="0" w:color="auto"/>
          </w:divBdr>
        </w:div>
        <w:div w:id="245311036">
          <w:marLeft w:val="480"/>
          <w:marRight w:val="0"/>
          <w:marTop w:val="0"/>
          <w:marBottom w:val="0"/>
          <w:divBdr>
            <w:top w:val="none" w:sz="0" w:space="0" w:color="auto"/>
            <w:left w:val="none" w:sz="0" w:space="0" w:color="auto"/>
            <w:bottom w:val="none" w:sz="0" w:space="0" w:color="auto"/>
            <w:right w:val="none" w:sz="0" w:space="0" w:color="auto"/>
          </w:divBdr>
        </w:div>
        <w:div w:id="316303548">
          <w:marLeft w:val="480"/>
          <w:marRight w:val="0"/>
          <w:marTop w:val="0"/>
          <w:marBottom w:val="0"/>
          <w:divBdr>
            <w:top w:val="none" w:sz="0" w:space="0" w:color="auto"/>
            <w:left w:val="none" w:sz="0" w:space="0" w:color="auto"/>
            <w:bottom w:val="none" w:sz="0" w:space="0" w:color="auto"/>
            <w:right w:val="none" w:sz="0" w:space="0" w:color="auto"/>
          </w:divBdr>
        </w:div>
        <w:div w:id="339434213">
          <w:marLeft w:val="480"/>
          <w:marRight w:val="0"/>
          <w:marTop w:val="0"/>
          <w:marBottom w:val="0"/>
          <w:divBdr>
            <w:top w:val="none" w:sz="0" w:space="0" w:color="auto"/>
            <w:left w:val="none" w:sz="0" w:space="0" w:color="auto"/>
            <w:bottom w:val="none" w:sz="0" w:space="0" w:color="auto"/>
            <w:right w:val="none" w:sz="0" w:space="0" w:color="auto"/>
          </w:divBdr>
        </w:div>
        <w:div w:id="343291886">
          <w:marLeft w:val="480"/>
          <w:marRight w:val="0"/>
          <w:marTop w:val="0"/>
          <w:marBottom w:val="0"/>
          <w:divBdr>
            <w:top w:val="none" w:sz="0" w:space="0" w:color="auto"/>
            <w:left w:val="none" w:sz="0" w:space="0" w:color="auto"/>
            <w:bottom w:val="none" w:sz="0" w:space="0" w:color="auto"/>
            <w:right w:val="none" w:sz="0" w:space="0" w:color="auto"/>
          </w:divBdr>
        </w:div>
        <w:div w:id="362630652">
          <w:marLeft w:val="480"/>
          <w:marRight w:val="0"/>
          <w:marTop w:val="0"/>
          <w:marBottom w:val="0"/>
          <w:divBdr>
            <w:top w:val="none" w:sz="0" w:space="0" w:color="auto"/>
            <w:left w:val="none" w:sz="0" w:space="0" w:color="auto"/>
            <w:bottom w:val="none" w:sz="0" w:space="0" w:color="auto"/>
            <w:right w:val="none" w:sz="0" w:space="0" w:color="auto"/>
          </w:divBdr>
        </w:div>
        <w:div w:id="393705544">
          <w:marLeft w:val="480"/>
          <w:marRight w:val="0"/>
          <w:marTop w:val="0"/>
          <w:marBottom w:val="0"/>
          <w:divBdr>
            <w:top w:val="none" w:sz="0" w:space="0" w:color="auto"/>
            <w:left w:val="none" w:sz="0" w:space="0" w:color="auto"/>
            <w:bottom w:val="none" w:sz="0" w:space="0" w:color="auto"/>
            <w:right w:val="none" w:sz="0" w:space="0" w:color="auto"/>
          </w:divBdr>
        </w:div>
        <w:div w:id="477577789">
          <w:marLeft w:val="480"/>
          <w:marRight w:val="0"/>
          <w:marTop w:val="0"/>
          <w:marBottom w:val="0"/>
          <w:divBdr>
            <w:top w:val="none" w:sz="0" w:space="0" w:color="auto"/>
            <w:left w:val="none" w:sz="0" w:space="0" w:color="auto"/>
            <w:bottom w:val="none" w:sz="0" w:space="0" w:color="auto"/>
            <w:right w:val="none" w:sz="0" w:space="0" w:color="auto"/>
          </w:divBdr>
        </w:div>
        <w:div w:id="489907367">
          <w:marLeft w:val="480"/>
          <w:marRight w:val="0"/>
          <w:marTop w:val="0"/>
          <w:marBottom w:val="0"/>
          <w:divBdr>
            <w:top w:val="none" w:sz="0" w:space="0" w:color="auto"/>
            <w:left w:val="none" w:sz="0" w:space="0" w:color="auto"/>
            <w:bottom w:val="none" w:sz="0" w:space="0" w:color="auto"/>
            <w:right w:val="none" w:sz="0" w:space="0" w:color="auto"/>
          </w:divBdr>
        </w:div>
        <w:div w:id="511115547">
          <w:marLeft w:val="480"/>
          <w:marRight w:val="0"/>
          <w:marTop w:val="0"/>
          <w:marBottom w:val="0"/>
          <w:divBdr>
            <w:top w:val="none" w:sz="0" w:space="0" w:color="auto"/>
            <w:left w:val="none" w:sz="0" w:space="0" w:color="auto"/>
            <w:bottom w:val="none" w:sz="0" w:space="0" w:color="auto"/>
            <w:right w:val="none" w:sz="0" w:space="0" w:color="auto"/>
          </w:divBdr>
        </w:div>
        <w:div w:id="721751596">
          <w:marLeft w:val="480"/>
          <w:marRight w:val="0"/>
          <w:marTop w:val="0"/>
          <w:marBottom w:val="0"/>
          <w:divBdr>
            <w:top w:val="none" w:sz="0" w:space="0" w:color="auto"/>
            <w:left w:val="none" w:sz="0" w:space="0" w:color="auto"/>
            <w:bottom w:val="none" w:sz="0" w:space="0" w:color="auto"/>
            <w:right w:val="none" w:sz="0" w:space="0" w:color="auto"/>
          </w:divBdr>
        </w:div>
        <w:div w:id="958604683">
          <w:marLeft w:val="480"/>
          <w:marRight w:val="0"/>
          <w:marTop w:val="0"/>
          <w:marBottom w:val="0"/>
          <w:divBdr>
            <w:top w:val="none" w:sz="0" w:space="0" w:color="auto"/>
            <w:left w:val="none" w:sz="0" w:space="0" w:color="auto"/>
            <w:bottom w:val="none" w:sz="0" w:space="0" w:color="auto"/>
            <w:right w:val="none" w:sz="0" w:space="0" w:color="auto"/>
          </w:divBdr>
        </w:div>
        <w:div w:id="1046179524">
          <w:marLeft w:val="480"/>
          <w:marRight w:val="0"/>
          <w:marTop w:val="0"/>
          <w:marBottom w:val="0"/>
          <w:divBdr>
            <w:top w:val="none" w:sz="0" w:space="0" w:color="auto"/>
            <w:left w:val="none" w:sz="0" w:space="0" w:color="auto"/>
            <w:bottom w:val="none" w:sz="0" w:space="0" w:color="auto"/>
            <w:right w:val="none" w:sz="0" w:space="0" w:color="auto"/>
          </w:divBdr>
        </w:div>
        <w:div w:id="1068378318">
          <w:marLeft w:val="480"/>
          <w:marRight w:val="0"/>
          <w:marTop w:val="0"/>
          <w:marBottom w:val="0"/>
          <w:divBdr>
            <w:top w:val="none" w:sz="0" w:space="0" w:color="auto"/>
            <w:left w:val="none" w:sz="0" w:space="0" w:color="auto"/>
            <w:bottom w:val="none" w:sz="0" w:space="0" w:color="auto"/>
            <w:right w:val="none" w:sz="0" w:space="0" w:color="auto"/>
          </w:divBdr>
        </w:div>
        <w:div w:id="1072236891">
          <w:marLeft w:val="480"/>
          <w:marRight w:val="0"/>
          <w:marTop w:val="0"/>
          <w:marBottom w:val="0"/>
          <w:divBdr>
            <w:top w:val="none" w:sz="0" w:space="0" w:color="auto"/>
            <w:left w:val="none" w:sz="0" w:space="0" w:color="auto"/>
            <w:bottom w:val="none" w:sz="0" w:space="0" w:color="auto"/>
            <w:right w:val="none" w:sz="0" w:space="0" w:color="auto"/>
          </w:divBdr>
        </w:div>
        <w:div w:id="1091313677">
          <w:marLeft w:val="480"/>
          <w:marRight w:val="0"/>
          <w:marTop w:val="0"/>
          <w:marBottom w:val="0"/>
          <w:divBdr>
            <w:top w:val="none" w:sz="0" w:space="0" w:color="auto"/>
            <w:left w:val="none" w:sz="0" w:space="0" w:color="auto"/>
            <w:bottom w:val="none" w:sz="0" w:space="0" w:color="auto"/>
            <w:right w:val="none" w:sz="0" w:space="0" w:color="auto"/>
          </w:divBdr>
        </w:div>
        <w:div w:id="1137726951">
          <w:marLeft w:val="480"/>
          <w:marRight w:val="0"/>
          <w:marTop w:val="0"/>
          <w:marBottom w:val="0"/>
          <w:divBdr>
            <w:top w:val="none" w:sz="0" w:space="0" w:color="auto"/>
            <w:left w:val="none" w:sz="0" w:space="0" w:color="auto"/>
            <w:bottom w:val="none" w:sz="0" w:space="0" w:color="auto"/>
            <w:right w:val="none" w:sz="0" w:space="0" w:color="auto"/>
          </w:divBdr>
        </w:div>
        <w:div w:id="1245607399">
          <w:marLeft w:val="480"/>
          <w:marRight w:val="0"/>
          <w:marTop w:val="0"/>
          <w:marBottom w:val="0"/>
          <w:divBdr>
            <w:top w:val="none" w:sz="0" w:space="0" w:color="auto"/>
            <w:left w:val="none" w:sz="0" w:space="0" w:color="auto"/>
            <w:bottom w:val="none" w:sz="0" w:space="0" w:color="auto"/>
            <w:right w:val="none" w:sz="0" w:space="0" w:color="auto"/>
          </w:divBdr>
        </w:div>
        <w:div w:id="1263301315">
          <w:marLeft w:val="480"/>
          <w:marRight w:val="0"/>
          <w:marTop w:val="0"/>
          <w:marBottom w:val="0"/>
          <w:divBdr>
            <w:top w:val="none" w:sz="0" w:space="0" w:color="auto"/>
            <w:left w:val="none" w:sz="0" w:space="0" w:color="auto"/>
            <w:bottom w:val="none" w:sz="0" w:space="0" w:color="auto"/>
            <w:right w:val="none" w:sz="0" w:space="0" w:color="auto"/>
          </w:divBdr>
        </w:div>
        <w:div w:id="1304043220">
          <w:marLeft w:val="480"/>
          <w:marRight w:val="0"/>
          <w:marTop w:val="0"/>
          <w:marBottom w:val="0"/>
          <w:divBdr>
            <w:top w:val="none" w:sz="0" w:space="0" w:color="auto"/>
            <w:left w:val="none" w:sz="0" w:space="0" w:color="auto"/>
            <w:bottom w:val="none" w:sz="0" w:space="0" w:color="auto"/>
            <w:right w:val="none" w:sz="0" w:space="0" w:color="auto"/>
          </w:divBdr>
        </w:div>
        <w:div w:id="1307929368">
          <w:marLeft w:val="480"/>
          <w:marRight w:val="0"/>
          <w:marTop w:val="0"/>
          <w:marBottom w:val="0"/>
          <w:divBdr>
            <w:top w:val="none" w:sz="0" w:space="0" w:color="auto"/>
            <w:left w:val="none" w:sz="0" w:space="0" w:color="auto"/>
            <w:bottom w:val="none" w:sz="0" w:space="0" w:color="auto"/>
            <w:right w:val="none" w:sz="0" w:space="0" w:color="auto"/>
          </w:divBdr>
        </w:div>
        <w:div w:id="1372075095">
          <w:marLeft w:val="480"/>
          <w:marRight w:val="0"/>
          <w:marTop w:val="0"/>
          <w:marBottom w:val="0"/>
          <w:divBdr>
            <w:top w:val="none" w:sz="0" w:space="0" w:color="auto"/>
            <w:left w:val="none" w:sz="0" w:space="0" w:color="auto"/>
            <w:bottom w:val="none" w:sz="0" w:space="0" w:color="auto"/>
            <w:right w:val="none" w:sz="0" w:space="0" w:color="auto"/>
          </w:divBdr>
        </w:div>
        <w:div w:id="1513299675">
          <w:marLeft w:val="480"/>
          <w:marRight w:val="0"/>
          <w:marTop w:val="0"/>
          <w:marBottom w:val="0"/>
          <w:divBdr>
            <w:top w:val="none" w:sz="0" w:space="0" w:color="auto"/>
            <w:left w:val="none" w:sz="0" w:space="0" w:color="auto"/>
            <w:bottom w:val="none" w:sz="0" w:space="0" w:color="auto"/>
            <w:right w:val="none" w:sz="0" w:space="0" w:color="auto"/>
          </w:divBdr>
        </w:div>
        <w:div w:id="1553543036">
          <w:marLeft w:val="480"/>
          <w:marRight w:val="0"/>
          <w:marTop w:val="0"/>
          <w:marBottom w:val="0"/>
          <w:divBdr>
            <w:top w:val="none" w:sz="0" w:space="0" w:color="auto"/>
            <w:left w:val="none" w:sz="0" w:space="0" w:color="auto"/>
            <w:bottom w:val="none" w:sz="0" w:space="0" w:color="auto"/>
            <w:right w:val="none" w:sz="0" w:space="0" w:color="auto"/>
          </w:divBdr>
        </w:div>
        <w:div w:id="1757555762">
          <w:marLeft w:val="480"/>
          <w:marRight w:val="0"/>
          <w:marTop w:val="0"/>
          <w:marBottom w:val="0"/>
          <w:divBdr>
            <w:top w:val="none" w:sz="0" w:space="0" w:color="auto"/>
            <w:left w:val="none" w:sz="0" w:space="0" w:color="auto"/>
            <w:bottom w:val="none" w:sz="0" w:space="0" w:color="auto"/>
            <w:right w:val="none" w:sz="0" w:space="0" w:color="auto"/>
          </w:divBdr>
        </w:div>
        <w:div w:id="1791825399">
          <w:marLeft w:val="480"/>
          <w:marRight w:val="0"/>
          <w:marTop w:val="0"/>
          <w:marBottom w:val="0"/>
          <w:divBdr>
            <w:top w:val="none" w:sz="0" w:space="0" w:color="auto"/>
            <w:left w:val="none" w:sz="0" w:space="0" w:color="auto"/>
            <w:bottom w:val="none" w:sz="0" w:space="0" w:color="auto"/>
            <w:right w:val="none" w:sz="0" w:space="0" w:color="auto"/>
          </w:divBdr>
        </w:div>
        <w:div w:id="1808935443">
          <w:marLeft w:val="480"/>
          <w:marRight w:val="0"/>
          <w:marTop w:val="0"/>
          <w:marBottom w:val="0"/>
          <w:divBdr>
            <w:top w:val="none" w:sz="0" w:space="0" w:color="auto"/>
            <w:left w:val="none" w:sz="0" w:space="0" w:color="auto"/>
            <w:bottom w:val="none" w:sz="0" w:space="0" w:color="auto"/>
            <w:right w:val="none" w:sz="0" w:space="0" w:color="auto"/>
          </w:divBdr>
        </w:div>
        <w:div w:id="1889562193">
          <w:marLeft w:val="480"/>
          <w:marRight w:val="0"/>
          <w:marTop w:val="0"/>
          <w:marBottom w:val="0"/>
          <w:divBdr>
            <w:top w:val="none" w:sz="0" w:space="0" w:color="auto"/>
            <w:left w:val="none" w:sz="0" w:space="0" w:color="auto"/>
            <w:bottom w:val="none" w:sz="0" w:space="0" w:color="auto"/>
            <w:right w:val="none" w:sz="0" w:space="0" w:color="auto"/>
          </w:divBdr>
        </w:div>
        <w:div w:id="1903170757">
          <w:marLeft w:val="480"/>
          <w:marRight w:val="0"/>
          <w:marTop w:val="0"/>
          <w:marBottom w:val="0"/>
          <w:divBdr>
            <w:top w:val="none" w:sz="0" w:space="0" w:color="auto"/>
            <w:left w:val="none" w:sz="0" w:space="0" w:color="auto"/>
            <w:bottom w:val="none" w:sz="0" w:space="0" w:color="auto"/>
            <w:right w:val="none" w:sz="0" w:space="0" w:color="auto"/>
          </w:divBdr>
        </w:div>
        <w:div w:id="1977057042">
          <w:marLeft w:val="480"/>
          <w:marRight w:val="0"/>
          <w:marTop w:val="0"/>
          <w:marBottom w:val="0"/>
          <w:divBdr>
            <w:top w:val="none" w:sz="0" w:space="0" w:color="auto"/>
            <w:left w:val="none" w:sz="0" w:space="0" w:color="auto"/>
            <w:bottom w:val="none" w:sz="0" w:space="0" w:color="auto"/>
            <w:right w:val="none" w:sz="0" w:space="0" w:color="auto"/>
          </w:divBdr>
        </w:div>
        <w:div w:id="1984849423">
          <w:marLeft w:val="480"/>
          <w:marRight w:val="0"/>
          <w:marTop w:val="0"/>
          <w:marBottom w:val="0"/>
          <w:divBdr>
            <w:top w:val="none" w:sz="0" w:space="0" w:color="auto"/>
            <w:left w:val="none" w:sz="0" w:space="0" w:color="auto"/>
            <w:bottom w:val="none" w:sz="0" w:space="0" w:color="auto"/>
            <w:right w:val="none" w:sz="0" w:space="0" w:color="auto"/>
          </w:divBdr>
        </w:div>
        <w:div w:id="2012566380">
          <w:marLeft w:val="480"/>
          <w:marRight w:val="0"/>
          <w:marTop w:val="0"/>
          <w:marBottom w:val="0"/>
          <w:divBdr>
            <w:top w:val="none" w:sz="0" w:space="0" w:color="auto"/>
            <w:left w:val="none" w:sz="0" w:space="0" w:color="auto"/>
            <w:bottom w:val="none" w:sz="0" w:space="0" w:color="auto"/>
            <w:right w:val="none" w:sz="0" w:space="0" w:color="auto"/>
          </w:divBdr>
        </w:div>
        <w:div w:id="2098138305">
          <w:marLeft w:val="480"/>
          <w:marRight w:val="0"/>
          <w:marTop w:val="0"/>
          <w:marBottom w:val="0"/>
          <w:divBdr>
            <w:top w:val="none" w:sz="0" w:space="0" w:color="auto"/>
            <w:left w:val="none" w:sz="0" w:space="0" w:color="auto"/>
            <w:bottom w:val="none" w:sz="0" w:space="0" w:color="auto"/>
            <w:right w:val="none" w:sz="0" w:space="0" w:color="auto"/>
          </w:divBdr>
        </w:div>
        <w:div w:id="2137750642">
          <w:marLeft w:val="480"/>
          <w:marRight w:val="0"/>
          <w:marTop w:val="0"/>
          <w:marBottom w:val="0"/>
          <w:divBdr>
            <w:top w:val="none" w:sz="0" w:space="0" w:color="auto"/>
            <w:left w:val="none" w:sz="0" w:space="0" w:color="auto"/>
            <w:bottom w:val="none" w:sz="0" w:space="0" w:color="auto"/>
            <w:right w:val="none" w:sz="0" w:space="0" w:color="auto"/>
          </w:divBdr>
        </w:div>
      </w:divsChild>
    </w:div>
    <w:div w:id="1858693656">
      <w:bodyDiv w:val="1"/>
      <w:marLeft w:val="0"/>
      <w:marRight w:val="0"/>
      <w:marTop w:val="0"/>
      <w:marBottom w:val="0"/>
      <w:divBdr>
        <w:top w:val="none" w:sz="0" w:space="0" w:color="auto"/>
        <w:left w:val="none" w:sz="0" w:space="0" w:color="auto"/>
        <w:bottom w:val="none" w:sz="0" w:space="0" w:color="auto"/>
        <w:right w:val="none" w:sz="0" w:space="0" w:color="auto"/>
      </w:divBdr>
    </w:div>
    <w:div w:id="1859852350">
      <w:bodyDiv w:val="1"/>
      <w:marLeft w:val="0"/>
      <w:marRight w:val="0"/>
      <w:marTop w:val="0"/>
      <w:marBottom w:val="0"/>
      <w:divBdr>
        <w:top w:val="none" w:sz="0" w:space="0" w:color="auto"/>
        <w:left w:val="none" w:sz="0" w:space="0" w:color="auto"/>
        <w:bottom w:val="none" w:sz="0" w:space="0" w:color="auto"/>
        <w:right w:val="none" w:sz="0" w:space="0" w:color="auto"/>
      </w:divBdr>
    </w:div>
    <w:div w:id="1861236069">
      <w:bodyDiv w:val="1"/>
      <w:marLeft w:val="0"/>
      <w:marRight w:val="0"/>
      <w:marTop w:val="0"/>
      <w:marBottom w:val="0"/>
      <w:divBdr>
        <w:top w:val="none" w:sz="0" w:space="0" w:color="auto"/>
        <w:left w:val="none" w:sz="0" w:space="0" w:color="auto"/>
        <w:bottom w:val="none" w:sz="0" w:space="0" w:color="auto"/>
        <w:right w:val="none" w:sz="0" w:space="0" w:color="auto"/>
      </w:divBdr>
    </w:div>
    <w:div w:id="1861967242">
      <w:bodyDiv w:val="1"/>
      <w:marLeft w:val="0"/>
      <w:marRight w:val="0"/>
      <w:marTop w:val="0"/>
      <w:marBottom w:val="0"/>
      <w:divBdr>
        <w:top w:val="none" w:sz="0" w:space="0" w:color="auto"/>
        <w:left w:val="none" w:sz="0" w:space="0" w:color="auto"/>
        <w:bottom w:val="none" w:sz="0" w:space="0" w:color="auto"/>
        <w:right w:val="none" w:sz="0" w:space="0" w:color="auto"/>
      </w:divBdr>
    </w:div>
    <w:div w:id="1864056626">
      <w:bodyDiv w:val="1"/>
      <w:marLeft w:val="0"/>
      <w:marRight w:val="0"/>
      <w:marTop w:val="0"/>
      <w:marBottom w:val="0"/>
      <w:divBdr>
        <w:top w:val="none" w:sz="0" w:space="0" w:color="auto"/>
        <w:left w:val="none" w:sz="0" w:space="0" w:color="auto"/>
        <w:bottom w:val="none" w:sz="0" w:space="0" w:color="auto"/>
        <w:right w:val="none" w:sz="0" w:space="0" w:color="auto"/>
      </w:divBdr>
    </w:div>
    <w:div w:id="1867985423">
      <w:bodyDiv w:val="1"/>
      <w:marLeft w:val="0"/>
      <w:marRight w:val="0"/>
      <w:marTop w:val="0"/>
      <w:marBottom w:val="0"/>
      <w:divBdr>
        <w:top w:val="none" w:sz="0" w:space="0" w:color="auto"/>
        <w:left w:val="none" w:sz="0" w:space="0" w:color="auto"/>
        <w:bottom w:val="none" w:sz="0" w:space="0" w:color="auto"/>
        <w:right w:val="none" w:sz="0" w:space="0" w:color="auto"/>
      </w:divBdr>
    </w:div>
    <w:div w:id="1868987555">
      <w:bodyDiv w:val="1"/>
      <w:marLeft w:val="0"/>
      <w:marRight w:val="0"/>
      <w:marTop w:val="0"/>
      <w:marBottom w:val="0"/>
      <w:divBdr>
        <w:top w:val="none" w:sz="0" w:space="0" w:color="auto"/>
        <w:left w:val="none" w:sz="0" w:space="0" w:color="auto"/>
        <w:bottom w:val="none" w:sz="0" w:space="0" w:color="auto"/>
        <w:right w:val="none" w:sz="0" w:space="0" w:color="auto"/>
      </w:divBdr>
    </w:div>
    <w:div w:id="1870877850">
      <w:bodyDiv w:val="1"/>
      <w:marLeft w:val="0"/>
      <w:marRight w:val="0"/>
      <w:marTop w:val="0"/>
      <w:marBottom w:val="0"/>
      <w:divBdr>
        <w:top w:val="none" w:sz="0" w:space="0" w:color="auto"/>
        <w:left w:val="none" w:sz="0" w:space="0" w:color="auto"/>
        <w:bottom w:val="none" w:sz="0" w:space="0" w:color="auto"/>
        <w:right w:val="none" w:sz="0" w:space="0" w:color="auto"/>
      </w:divBdr>
    </w:div>
    <w:div w:id="1870952221">
      <w:bodyDiv w:val="1"/>
      <w:marLeft w:val="0"/>
      <w:marRight w:val="0"/>
      <w:marTop w:val="0"/>
      <w:marBottom w:val="0"/>
      <w:divBdr>
        <w:top w:val="none" w:sz="0" w:space="0" w:color="auto"/>
        <w:left w:val="none" w:sz="0" w:space="0" w:color="auto"/>
        <w:bottom w:val="none" w:sz="0" w:space="0" w:color="auto"/>
        <w:right w:val="none" w:sz="0" w:space="0" w:color="auto"/>
      </w:divBdr>
    </w:div>
    <w:div w:id="1871604781">
      <w:bodyDiv w:val="1"/>
      <w:marLeft w:val="0"/>
      <w:marRight w:val="0"/>
      <w:marTop w:val="0"/>
      <w:marBottom w:val="0"/>
      <w:divBdr>
        <w:top w:val="none" w:sz="0" w:space="0" w:color="auto"/>
        <w:left w:val="none" w:sz="0" w:space="0" w:color="auto"/>
        <w:bottom w:val="none" w:sz="0" w:space="0" w:color="auto"/>
        <w:right w:val="none" w:sz="0" w:space="0" w:color="auto"/>
      </w:divBdr>
    </w:div>
    <w:div w:id="1873952076">
      <w:bodyDiv w:val="1"/>
      <w:marLeft w:val="0"/>
      <w:marRight w:val="0"/>
      <w:marTop w:val="0"/>
      <w:marBottom w:val="0"/>
      <w:divBdr>
        <w:top w:val="none" w:sz="0" w:space="0" w:color="auto"/>
        <w:left w:val="none" w:sz="0" w:space="0" w:color="auto"/>
        <w:bottom w:val="none" w:sz="0" w:space="0" w:color="auto"/>
        <w:right w:val="none" w:sz="0" w:space="0" w:color="auto"/>
      </w:divBdr>
    </w:div>
    <w:div w:id="1874422149">
      <w:bodyDiv w:val="1"/>
      <w:marLeft w:val="0"/>
      <w:marRight w:val="0"/>
      <w:marTop w:val="0"/>
      <w:marBottom w:val="0"/>
      <w:divBdr>
        <w:top w:val="none" w:sz="0" w:space="0" w:color="auto"/>
        <w:left w:val="none" w:sz="0" w:space="0" w:color="auto"/>
        <w:bottom w:val="none" w:sz="0" w:space="0" w:color="auto"/>
        <w:right w:val="none" w:sz="0" w:space="0" w:color="auto"/>
      </w:divBdr>
      <w:divsChild>
        <w:div w:id="39480346">
          <w:marLeft w:val="480"/>
          <w:marRight w:val="0"/>
          <w:marTop w:val="0"/>
          <w:marBottom w:val="0"/>
          <w:divBdr>
            <w:top w:val="none" w:sz="0" w:space="0" w:color="auto"/>
            <w:left w:val="none" w:sz="0" w:space="0" w:color="auto"/>
            <w:bottom w:val="none" w:sz="0" w:space="0" w:color="auto"/>
            <w:right w:val="none" w:sz="0" w:space="0" w:color="auto"/>
          </w:divBdr>
        </w:div>
        <w:div w:id="51273618">
          <w:marLeft w:val="480"/>
          <w:marRight w:val="0"/>
          <w:marTop w:val="0"/>
          <w:marBottom w:val="0"/>
          <w:divBdr>
            <w:top w:val="none" w:sz="0" w:space="0" w:color="auto"/>
            <w:left w:val="none" w:sz="0" w:space="0" w:color="auto"/>
            <w:bottom w:val="none" w:sz="0" w:space="0" w:color="auto"/>
            <w:right w:val="none" w:sz="0" w:space="0" w:color="auto"/>
          </w:divBdr>
        </w:div>
        <w:div w:id="119763857">
          <w:marLeft w:val="480"/>
          <w:marRight w:val="0"/>
          <w:marTop w:val="0"/>
          <w:marBottom w:val="0"/>
          <w:divBdr>
            <w:top w:val="none" w:sz="0" w:space="0" w:color="auto"/>
            <w:left w:val="none" w:sz="0" w:space="0" w:color="auto"/>
            <w:bottom w:val="none" w:sz="0" w:space="0" w:color="auto"/>
            <w:right w:val="none" w:sz="0" w:space="0" w:color="auto"/>
          </w:divBdr>
        </w:div>
        <w:div w:id="345592810">
          <w:marLeft w:val="480"/>
          <w:marRight w:val="0"/>
          <w:marTop w:val="0"/>
          <w:marBottom w:val="0"/>
          <w:divBdr>
            <w:top w:val="none" w:sz="0" w:space="0" w:color="auto"/>
            <w:left w:val="none" w:sz="0" w:space="0" w:color="auto"/>
            <w:bottom w:val="none" w:sz="0" w:space="0" w:color="auto"/>
            <w:right w:val="none" w:sz="0" w:space="0" w:color="auto"/>
          </w:divBdr>
        </w:div>
        <w:div w:id="418215673">
          <w:marLeft w:val="480"/>
          <w:marRight w:val="0"/>
          <w:marTop w:val="0"/>
          <w:marBottom w:val="0"/>
          <w:divBdr>
            <w:top w:val="none" w:sz="0" w:space="0" w:color="auto"/>
            <w:left w:val="none" w:sz="0" w:space="0" w:color="auto"/>
            <w:bottom w:val="none" w:sz="0" w:space="0" w:color="auto"/>
            <w:right w:val="none" w:sz="0" w:space="0" w:color="auto"/>
          </w:divBdr>
        </w:div>
        <w:div w:id="433406202">
          <w:marLeft w:val="480"/>
          <w:marRight w:val="0"/>
          <w:marTop w:val="0"/>
          <w:marBottom w:val="0"/>
          <w:divBdr>
            <w:top w:val="none" w:sz="0" w:space="0" w:color="auto"/>
            <w:left w:val="none" w:sz="0" w:space="0" w:color="auto"/>
            <w:bottom w:val="none" w:sz="0" w:space="0" w:color="auto"/>
            <w:right w:val="none" w:sz="0" w:space="0" w:color="auto"/>
          </w:divBdr>
        </w:div>
        <w:div w:id="475801669">
          <w:marLeft w:val="480"/>
          <w:marRight w:val="0"/>
          <w:marTop w:val="0"/>
          <w:marBottom w:val="0"/>
          <w:divBdr>
            <w:top w:val="none" w:sz="0" w:space="0" w:color="auto"/>
            <w:left w:val="none" w:sz="0" w:space="0" w:color="auto"/>
            <w:bottom w:val="none" w:sz="0" w:space="0" w:color="auto"/>
            <w:right w:val="none" w:sz="0" w:space="0" w:color="auto"/>
          </w:divBdr>
        </w:div>
        <w:div w:id="521239799">
          <w:marLeft w:val="480"/>
          <w:marRight w:val="0"/>
          <w:marTop w:val="0"/>
          <w:marBottom w:val="0"/>
          <w:divBdr>
            <w:top w:val="none" w:sz="0" w:space="0" w:color="auto"/>
            <w:left w:val="none" w:sz="0" w:space="0" w:color="auto"/>
            <w:bottom w:val="none" w:sz="0" w:space="0" w:color="auto"/>
            <w:right w:val="none" w:sz="0" w:space="0" w:color="auto"/>
          </w:divBdr>
        </w:div>
        <w:div w:id="581254476">
          <w:marLeft w:val="480"/>
          <w:marRight w:val="0"/>
          <w:marTop w:val="0"/>
          <w:marBottom w:val="0"/>
          <w:divBdr>
            <w:top w:val="none" w:sz="0" w:space="0" w:color="auto"/>
            <w:left w:val="none" w:sz="0" w:space="0" w:color="auto"/>
            <w:bottom w:val="none" w:sz="0" w:space="0" w:color="auto"/>
            <w:right w:val="none" w:sz="0" w:space="0" w:color="auto"/>
          </w:divBdr>
        </w:div>
        <w:div w:id="819542710">
          <w:marLeft w:val="480"/>
          <w:marRight w:val="0"/>
          <w:marTop w:val="0"/>
          <w:marBottom w:val="0"/>
          <w:divBdr>
            <w:top w:val="none" w:sz="0" w:space="0" w:color="auto"/>
            <w:left w:val="none" w:sz="0" w:space="0" w:color="auto"/>
            <w:bottom w:val="none" w:sz="0" w:space="0" w:color="auto"/>
            <w:right w:val="none" w:sz="0" w:space="0" w:color="auto"/>
          </w:divBdr>
        </w:div>
        <w:div w:id="822703595">
          <w:marLeft w:val="480"/>
          <w:marRight w:val="0"/>
          <w:marTop w:val="0"/>
          <w:marBottom w:val="0"/>
          <w:divBdr>
            <w:top w:val="none" w:sz="0" w:space="0" w:color="auto"/>
            <w:left w:val="none" w:sz="0" w:space="0" w:color="auto"/>
            <w:bottom w:val="none" w:sz="0" w:space="0" w:color="auto"/>
            <w:right w:val="none" w:sz="0" w:space="0" w:color="auto"/>
          </w:divBdr>
        </w:div>
        <w:div w:id="824711793">
          <w:marLeft w:val="480"/>
          <w:marRight w:val="0"/>
          <w:marTop w:val="0"/>
          <w:marBottom w:val="0"/>
          <w:divBdr>
            <w:top w:val="none" w:sz="0" w:space="0" w:color="auto"/>
            <w:left w:val="none" w:sz="0" w:space="0" w:color="auto"/>
            <w:bottom w:val="none" w:sz="0" w:space="0" w:color="auto"/>
            <w:right w:val="none" w:sz="0" w:space="0" w:color="auto"/>
          </w:divBdr>
        </w:div>
        <w:div w:id="837498024">
          <w:marLeft w:val="480"/>
          <w:marRight w:val="0"/>
          <w:marTop w:val="0"/>
          <w:marBottom w:val="0"/>
          <w:divBdr>
            <w:top w:val="none" w:sz="0" w:space="0" w:color="auto"/>
            <w:left w:val="none" w:sz="0" w:space="0" w:color="auto"/>
            <w:bottom w:val="none" w:sz="0" w:space="0" w:color="auto"/>
            <w:right w:val="none" w:sz="0" w:space="0" w:color="auto"/>
          </w:divBdr>
        </w:div>
        <w:div w:id="852457412">
          <w:marLeft w:val="480"/>
          <w:marRight w:val="0"/>
          <w:marTop w:val="0"/>
          <w:marBottom w:val="0"/>
          <w:divBdr>
            <w:top w:val="none" w:sz="0" w:space="0" w:color="auto"/>
            <w:left w:val="none" w:sz="0" w:space="0" w:color="auto"/>
            <w:bottom w:val="none" w:sz="0" w:space="0" w:color="auto"/>
            <w:right w:val="none" w:sz="0" w:space="0" w:color="auto"/>
          </w:divBdr>
        </w:div>
        <w:div w:id="1060443052">
          <w:marLeft w:val="480"/>
          <w:marRight w:val="0"/>
          <w:marTop w:val="0"/>
          <w:marBottom w:val="0"/>
          <w:divBdr>
            <w:top w:val="none" w:sz="0" w:space="0" w:color="auto"/>
            <w:left w:val="none" w:sz="0" w:space="0" w:color="auto"/>
            <w:bottom w:val="none" w:sz="0" w:space="0" w:color="auto"/>
            <w:right w:val="none" w:sz="0" w:space="0" w:color="auto"/>
          </w:divBdr>
        </w:div>
        <w:div w:id="1082140934">
          <w:marLeft w:val="480"/>
          <w:marRight w:val="0"/>
          <w:marTop w:val="0"/>
          <w:marBottom w:val="0"/>
          <w:divBdr>
            <w:top w:val="none" w:sz="0" w:space="0" w:color="auto"/>
            <w:left w:val="none" w:sz="0" w:space="0" w:color="auto"/>
            <w:bottom w:val="none" w:sz="0" w:space="0" w:color="auto"/>
            <w:right w:val="none" w:sz="0" w:space="0" w:color="auto"/>
          </w:divBdr>
        </w:div>
        <w:div w:id="1136290437">
          <w:marLeft w:val="480"/>
          <w:marRight w:val="0"/>
          <w:marTop w:val="0"/>
          <w:marBottom w:val="0"/>
          <w:divBdr>
            <w:top w:val="none" w:sz="0" w:space="0" w:color="auto"/>
            <w:left w:val="none" w:sz="0" w:space="0" w:color="auto"/>
            <w:bottom w:val="none" w:sz="0" w:space="0" w:color="auto"/>
            <w:right w:val="none" w:sz="0" w:space="0" w:color="auto"/>
          </w:divBdr>
        </w:div>
        <w:div w:id="1158619439">
          <w:marLeft w:val="480"/>
          <w:marRight w:val="0"/>
          <w:marTop w:val="0"/>
          <w:marBottom w:val="0"/>
          <w:divBdr>
            <w:top w:val="none" w:sz="0" w:space="0" w:color="auto"/>
            <w:left w:val="none" w:sz="0" w:space="0" w:color="auto"/>
            <w:bottom w:val="none" w:sz="0" w:space="0" w:color="auto"/>
            <w:right w:val="none" w:sz="0" w:space="0" w:color="auto"/>
          </w:divBdr>
        </w:div>
        <w:div w:id="1185172500">
          <w:marLeft w:val="480"/>
          <w:marRight w:val="0"/>
          <w:marTop w:val="0"/>
          <w:marBottom w:val="0"/>
          <w:divBdr>
            <w:top w:val="none" w:sz="0" w:space="0" w:color="auto"/>
            <w:left w:val="none" w:sz="0" w:space="0" w:color="auto"/>
            <w:bottom w:val="none" w:sz="0" w:space="0" w:color="auto"/>
            <w:right w:val="none" w:sz="0" w:space="0" w:color="auto"/>
          </w:divBdr>
        </w:div>
        <w:div w:id="1249651597">
          <w:marLeft w:val="480"/>
          <w:marRight w:val="0"/>
          <w:marTop w:val="0"/>
          <w:marBottom w:val="0"/>
          <w:divBdr>
            <w:top w:val="none" w:sz="0" w:space="0" w:color="auto"/>
            <w:left w:val="none" w:sz="0" w:space="0" w:color="auto"/>
            <w:bottom w:val="none" w:sz="0" w:space="0" w:color="auto"/>
            <w:right w:val="none" w:sz="0" w:space="0" w:color="auto"/>
          </w:divBdr>
        </w:div>
        <w:div w:id="1260600986">
          <w:marLeft w:val="480"/>
          <w:marRight w:val="0"/>
          <w:marTop w:val="0"/>
          <w:marBottom w:val="0"/>
          <w:divBdr>
            <w:top w:val="none" w:sz="0" w:space="0" w:color="auto"/>
            <w:left w:val="none" w:sz="0" w:space="0" w:color="auto"/>
            <w:bottom w:val="none" w:sz="0" w:space="0" w:color="auto"/>
            <w:right w:val="none" w:sz="0" w:space="0" w:color="auto"/>
          </w:divBdr>
        </w:div>
        <w:div w:id="1285304175">
          <w:marLeft w:val="480"/>
          <w:marRight w:val="0"/>
          <w:marTop w:val="0"/>
          <w:marBottom w:val="0"/>
          <w:divBdr>
            <w:top w:val="none" w:sz="0" w:space="0" w:color="auto"/>
            <w:left w:val="none" w:sz="0" w:space="0" w:color="auto"/>
            <w:bottom w:val="none" w:sz="0" w:space="0" w:color="auto"/>
            <w:right w:val="none" w:sz="0" w:space="0" w:color="auto"/>
          </w:divBdr>
        </w:div>
        <w:div w:id="1315455786">
          <w:marLeft w:val="480"/>
          <w:marRight w:val="0"/>
          <w:marTop w:val="0"/>
          <w:marBottom w:val="0"/>
          <w:divBdr>
            <w:top w:val="none" w:sz="0" w:space="0" w:color="auto"/>
            <w:left w:val="none" w:sz="0" w:space="0" w:color="auto"/>
            <w:bottom w:val="none" w:sz="0" w:space="0" w:color="auto"/>
            <w:right w:val="none" w:sz="0" w:space="0" w:color="auto"/>
          </w:divBdr>
        </w:div>
        <w:div w:id="1377583325">
          <w:marLeft w:val="480"/>
          <w:marRight w:val="0"/>
          <w:marTop w:val="0"/>
          <w:marBottom w:val="0"/>
          <w:divBdr>
            <w:top w:val="none" w:sz="0" w:space="0" w:color="auto"/>
            <w:left w:val="none" w:sz="0" w:space="0" w:color="auto"/>
            <w:bottom w:val="none" w:sz="0" w:space="0" w:color="auto"/>
            <w:right w:val="none" w:sz="0" w:space="0" w:color="auto"/>
          </w:divBdr>
        </w:div>
        <w:div w:id="1422485907">
          <w:marLeft w:val="480"/>
          <w:marRight w:val="0"/>
          <w:marTop w:val="0"/>
          <w:marBottom w:val="0"/>
          <w:divBdr>
            <w:top w:val="none" w:sz="0" w:space="0" w:color="auto"/>
            <w:left w:val="none" w:sz="0" w:space="0" w:color="auto"/>
            <w:bottom w:val="none" w:sz="0" w:space="0" w:color="auto"/>
            <w:right w:val="none" w:sz="0" w:space="0" w:color="auto"/>
          </w:divBdr>
        </w:div>
        <w:div w:id="1568413100">
          <w:marLeft w:val="480"/>
          <w:marRight w:val="0"/>
          <w:marTop w:val="0"/>
          <w:marBottom w:val="0"/>
          <w:divBdr>
            <w:top w:val="none" w:sz="0" w:space="0" w:color="auto"/>
            <w:left w:val="none" w:sz="0" w:space="0" w:color="auto"/>
            <w:bottom w:val="none" w:sz="0" w:space="0" w:color="auto"/>
            <w:right w:val="none" w:sz="0" w:space="0" w:color="auto"/>
          </w:divBdr>
        </w:div>
        <w:div w:id="1596278519">
          <w:marLeft w:val="480"/>
          <w:marRight w:val="0"/>
          <w:marTop w:val="0"/>
          <w:marBottom w:val="0"/>
          <w:divBdr>
            <w:top w:val="none" w:sz="0" w:space="0" w:color="auto"/>
            <w:left w:val="none" w:sz="0" w:space="0" w:color="auto"/>
            <w:bottom w:val="none" w:sz="0" w:space="0" w:color="auto"/>
            <w:right w:val="none" w:sz="0" w:space="0" w:color="auto"/>
          </w:divBdr>
        </w:div>
        <w:div w:id="1742168318">
          <w:marLeft w:val="480"/>
          <w:marRight w:val="0"/>
          <w:marTop w:val="0"/>
          <w:marBottom w:val="0"/>
          <w:divBdr>
            <w:top w:val="none" w:sz="0" w:space="0" w:color="auto"/>
            <w:left w:val="none" w:sz="0" w:space="0" w:color="auto"/>
            <w:bottom w:val="none" w:sz="0" w:space="0" w:color="auto"/>
            <w:right w:val="none" w:sz="0" w:space="0" w:color="auto"/>
          </w:divBdr>
        </w:div>
        <w:div w:id="1812210813">
          <w:marLeft w:val="480"/>
          <w:marRight w:val="0"/>
          <w:marTop w:val="0"/>
          <w:marBottom w:val="0"/>
          <w:divBdr>
            <w:top w:val="none" w:sz="0" w:space="0" w:color="auto"/>
            <w:left w:val="none" w:sz="0" w:space="0" w:color="auto"/>
            <w:bottom w:val="none" w:sz="0" w:space="0" w:color="auto"/>
            <w:right w:val="none" w:sz="0" w:space="0" w:color="auto"/>
          </w:divBdr>
        </w:div>
        <w:div w:id="1854493448">
          <w:marLeft w:val="480"/>
          <w:marRight w:val="0"/>
          <w:marTop w:val="0"/>
          <w:marBottom w:val="0"/>
          <w:divBdr>
            <w:top w:val="none" w:sz="0" w:space="0" w:color="auto"/>
            <w:left w:val="none" w:sz="0" w:space="0" w:color="auto"/>
            <w:bottom w:val="none" w:sz="0" w:space="0" w:color="auto"/>
            <w:right w:val="none" w:sz="0" w:space="0" w:color="auto"/>
          </w:divBdr>
        </w:div>
        <w:div w:id="1860924692">
          <w:marLeft w:val="480"/>
          <w:marRight w:val="0"/>
          <w:marTop w:val="0"/>
          <w:marBottom w:val="0"/>
          <w:divBdr>
            <w:top w:val="none" w:sz="0" w:space="0" w:color="auto"/>
            <w:left w:val="none" w:sz="0" w:space="0" w:color="auto"/>
            <w:bottom w:val="none" w:sz="0" w:space="0" w:color="auto"/>
            <w:right w:val="none" w:sz="0" w:space="0" w:color="auto"/>
          </w:divBdr>
        </w:div>
        <w:div w:id="1909419652">
          <w:marLeft w:val="480"/>
          <w:marRight w:val="0"/>
          <w:marTop w:val="0"/>
          <w:marBottom w:val="0"/>
          <w:divBdr>
            <w:top w:val="none" w:sz="0" w:space="0" w:color="auto"/>
            <w:left w:val="none" w:sz="0" w:space="0" w:color="auto"/>
            <w:bottom w:val="none" w:sz="0" w:space="0" w:color="auto"/>
            <w:right w:val="none" w:sz="0" w:space="0" w:color="auto"/>
          </w:divBdr>
        </w:div>
        <w:div w:id="1930625627">
          <w:marLeft w:val="480"/>
          <w:marRight w:val="0"/>
          <w:marTop w:val="0"/>
          <w:marBottom w:val="0"/>
          <w:divBdr>
            <w:top w:val="none" w:sz="0" w:space="0" w:color="auto"/>
            <w:left w:val="none" w:sz="0" w:space="0" w:color="auto"/>
            <w:bottom w:val="none" w:sz="0" w:space="0" w:color="auto"/>
            <w:right w:val="none" w:sz="0" w:space="0" w:color="auto"/>
          </w:divBdr>
        </w:div>
        <w:div w:id="1943030927">
          <w:marLeft w:val="480"/>
          <w:marRight w:val="0"/>
          <w:marTop w:val="0"/>
          <w:marBottom w:val="0"/>
          <w:divBdr>
            <w:top w:val="none" w:sz="0" w:space="0" w:color="auto"/>
            <w:left w:val="none" w:sz="0" w:space="0" w:color="auto"/>
            <w:bottom w:val="none" w:sz="0" w:space="0" w:color="auto"/>
            <w:right w:val="none" w:sz="0" w:space="0" w:color="auto"/>
          </w:divBdr>
        </w:div>
        <w:div w:id="1984308067">
          <w:marLeft w:val="480"/>
          <w:marRight w:val="0"/>
          <w:marTop w:val="0"/>
          <w:marBottom w:val="0"/>
          <w:divBdr>
            <w:top w:val="none" w:sz="0" w:space="0" w:color="auto"/>
            <w:left w:val="none" w:sz="0" w:space="0" w:color="auto"/>
            <w:bottom w:val="none" w:sz="0" w:space="0" w:color="auto"/>
            <w:right w:val="none" w:sz="0" w:space="0" w:color="auto"/>
          </w:divBdr>
        </w:div>
        <w:div w:id="2057272305">
          <w:marLeft w:val="480"/>
          <w:marRight w:val="0"/>
          <w:marTop w:val="0"/>
          <w:marBottom w:val="0"/>
          <w:divBdr>
            <w:top w:val="none" w:sz="0" w:space="0" w:color="auto"/>
            <w:left w:val="none" w:sz="0" w:space="0" w:color="auto"/>
            <w:bottom w:val="none" w:sz="0" w:space="0" w:color="auto"/>
            <w:right w:val="none" w:sz="0" w:space="0" w:color="auto"/>
          </w:divBdr>
        </w:div>
      </w:divsChild>
    </w:div>
    <w:div w:id="1877617187">
      <w:bodyDiv w:val="1"/>
      <w:marLeft w:val="0"/>
      <w:marRight w:val="0"/>
      <w:marTop w:val="0"/>
      <w:marBottom w:val="0"/>
      <w:divBdr>
        <w:top w:val="none" w:sz="0" w:space="0" w:color="auto"/>
        <w:left w:val="none" w:sz="0" w:space="0" w:color="auto"/>
        <w:bottom w:val="none" w:sz="0" w:space="0" w:color="auto"/>
        <w:right w:val="none" w:sz="0" w:space="0" w:color="auto"/>
      </w:divBdr>
      <w:divsChild>
        <w:div w:id="118232159">
          <w:marLeft w:val="480"/>
          <w:marRight w:val="0"/>
          <w:marTop w:val="0"/>
          <w:marBottom w:val="0"/>
          <w:divBdr>
            <w:top w:val="none" w:sz="0" w:space="0" w:color="auto"/>
            <w:left w:val="none" w:sz="0" w:space="0" w:color="auto"/>
            <w:bottom w:val="none" w:sz="0" w:space="0" w:color="auto"/>
            <w:right w:val="none" w:sz="0" w:space="0" w:color="auto"/>
          </w:divBdr>
        </w:div>
        <w:div w:id="335306404">
          <w:marLeft w:val="480"/>
          <w:marRight w:val="0"/>
          <w:marTop w:val="0"/>
          <w:marBottom w:val="0"/>
          <w:divBdr>
            <w:top w:val="none" w:sz="0" w:space="0" w:color="auto"/>
            <w:left w:val="none" w:sz="0" w:space="0" w:color="auto"/>
            <w:bottom w:val="none" w:sz="0" w:space="0" w:color="auto"/>
            <w:right w:val="none" w:sz="0" w:space="0" w:color="auto"/>
          </w:divBdr>
        </w:div>
        <w:div w:id="472716495">
          <w:marLeft w:val="480"/>
          <w:marRight w:val="0"/>
          <w:marTop w:val="0"/>
          <w:marBottom w:val="0"/>
          <w:divBdr>
            <w:top w:val="none" w:sz="0" w:space="0" w:color="auto"/>
            <w:left w:val="none" w:sz="0" w:space="0" w:color="auto"/>
            <w:bottom w:val="none" w:sz="0" w:space="0" w:color="auto"/>
            <w:right w:val="none" w:sz="0" w:space="0" w:color="auto"/>
          </w:divBdr>
        </w:div>
        <w:div w:id="917053086">
          <w:marLeft w:val="480"/>
          <w:marRight w:val="0"/>
          <w:marTop w:val="0"/>
          <w:marBottom w:val="0"/>
          <w:divBdr>
            <w:top w:val="none" w:sz="0" w:space="0" w:color="auto"/>
            <w:left w:val="none" w:sz="0" w:space="0" w:color="auto"/>
            <w:bottom w:val="none" w:sz="0" w:space="0" w:color="auto"/>
            <w:right w:val="none" w:sz="0" w:space="0" w:color="auto"/>
          </w:divBdr>
        </w:div>
        <w:div w:id="1008481736">
          <w:marLeft w:val="480"/>
          <w:marRight w:val="0"/>
          <w:marTop w:val="0"/>
          <w:marBottom w:val="0"/>
          <w:divBdr>
            <w:top w:val="none" w:sz="0" w:space="0" w:color="auto"/>
            <w:left w:val="none" w:sz="0" w:space="0" w:color="auto"/>
            <w:bottom w:val="none" w:sz="0" w:space="0" w:color="auto"/>
            <w:right w:val="none" w:sz="0" w:space="0" w:color="auto"/>
          </w:divBdr>
        </w:div>
        <w:div w:id="1155073398">
          <w:marLeft w:val="480"/>
          <w:marRight w:val="0"/>
          <w:marTop w:val="0"/>
          <w:marBottom w:val="0"/>
          <w:divBdr>
            <w:top w:val="none" w:sz="0" w:space="0" w:color="auto"/>
            <w:left w:val="none" w:sz="0" w:space="0" w:color="auto"/>
            <w:bottom w:val="none" w:sz="0" w:space="0" w:color="auto"/>
            <w:right w:val="none" w:sz="0" w:space="0" w:color="auto"/>
          </w:divBdr>
        </w:div>
        <w:div w:id="1163740387">
          <w:marLeft w:val="480"/>
          <w:marRight w:val="0"/>
          <w:marTop w:val="0"/>
          <w:marBottom w:val="0"/>
          <w:divBdr>
            <w:top w:val="none" w:sz="0" w:space="0" w:color="auto"/>
            <w:left w:val="none" w:sz="0" w:space="0" w:color="auto"/>
            <w:bottom w:val="none" w:sz="0" w:space="0" w:color="auto"/>
            <w:right w:val="none" w:sz="0" w:space="0" w:color="auto"/>
          </w:divBdr>
        </w:div>
        <w:div w:id="1323461952">
          <w:marLeft w:val="480"/>
          <w:marRight w:val="0"/>
          <w:marTop w:val="0"/>
          <w:marBottom w:val="0"/>
          <w:divBdr>
            <w:top w:val="none" w:sz="0" w:space="0" w:color="auto"/>
            <w:left w:val="none" w:sz="0" w:space="0" w:color="auto"/>
            <w:bottom w:val="none" w:sz="0" w:space="0" w:color="auto"/>
            <w:right w:val="none" w:sz="0" w:space="0" w:color="auto"/>
          </w:divBdr>
        </w:div>
        <w:div w:id="1512066109">
          <w:marLeft w:val="480"/>
          <w:marRight w:val="0"/>
          <w:marTop w:val="0"/>
          <w:marBottom w:val="0"/>
          <w:divBdr>
            <w:top w:val="none" w:sz="0" w:space="0" w:color="auto"/>
            <w:left w:val="none" w:sz="0" w:space="0" w:color="auto"/>
            <w:bottom w:val="none" w:sz="0" w:space="0" w:color="auto"/>
            <w:right w:val="none" w:sz="0" w:space="0" w:color="auto"/>
          </w:divBdr>
        </w:div>
        <w:div w:id="1644698448">
          <w:marLeft w:val="480"/>
          <w:marRight w:val="0"/>
          <w:marTop w:val="0"/>
          <w:marBottom w:val="0"/>
          <w:divBdr>
            <w:top w:val="none" w:sz="0" w:space="0" w:color="auto"/>
            <w:left w:val="none" w:sz="0" w:space="0" w:color="auto"/>
            <w:bottom w:val="none" w:sz="0" w:space="0" w:color="auto"/>
            <w:right w:val="none" w:sz="0" w:space="0" w:color="auto"/>
          </w:divBdr>
        </w:div>
        <w:div w:id="1725058898">
          <w:marLeft w:val="480"/>
          <w:marRight w:val="0"/>
          <w:marTop w:val="0"/>
          <w:marBottom w:val="0"/>
          <w:divBdr>
            <w:top w:val="none" w:sz="0" w:space="0" w:color="auto"/>
            <w:left w:val="none" w:sz="0" w:space="0" w:color="auto"/>
            <w:bottom w:val="none" w:sz="0" w:space="0" w:color="auto"/>
            <w:right w:val="none" w:sz="0" w:space="0" w:color="auto"/>
          </w:divBdr>
        </w:div>
        <w:div w:id="1726904132">
          <w:marLeft w:val="480"/>
          <w:marRight w:val="0"/>
          <w:marTop w:val="0"/>
          <w:marBottom w:val="0"/>
          <w:divBdr>
            <w:top w:val="none" w:sz="0" w:space="0" w:color="auto"/>
            <w:left w:val="none" w:sz="0" w:space="0" w:color="auto"/>
            <w:bottom w:val="none" w:sz="0" w:space="0" w:color="auto"/>
            <w:right w:val="none" w:sz="0" w:space="0" w:color="auto"/>
          </w:divBdr>
        </w:div>
        <w:div w:id="1980449995">
          <w:marLeft w:val="480"/>
          <w:marRight w:val="0"/>
          <w:marTop w:val="0"/>
          <w:marBottom w:val="0"/>
          <w:divBdr>
            <w:top w:val="none" w:sz="0" w:space="0" w:color="auto"/>
            <w:left w:val="none" w:sz="0" w:space="0" w:color="auto"/>
            <w:bottom w:val="none" w:sz="0" w:space="0" w:color="auto"/>
            <w:right w:val="none" w:sz="0" w:space="0" w:color="auto"/>
          </w:divBdr>
        </w:div>
        <w:div w:id="2114476208">
          <w:marLeft w:val="480"/>
          <w:marRight w:val="0"/>
          <w:marTop w:val="0"/>
          <w:marBottom w:val="0"/>
          <w:divBdr>
            <w:top w:val="none" w:sz="0" w:space="0" w:color="auto"/>
            <w:left w:val="none" w:sz="0" w:space="0" w:color="auto"/>
            <w:bottom w:val="none" w:sz="0" w:space="0" w:color="auto"/>
            <w:right w:val="none" w:sz="0" w:space="0" w:color="auto"/>
          </w:divBdr>
        </w:div>
      </w:divsChild>
    </w:div>
    <w:div w:id="1882402294">
      <w:bodyDiv w:val="1"/>
      <w:marLeft w:val="0"/>
      <w:marRight w:val="0"/>
      <w:marTop w:val="0"/>
      <w:marBottom w:val="0"/>
      <w:divBdr>
        <w:top w:val="none" w:sz="0" w:space="0" w:color="auto"/>
        <w:left w:val="none" w:sz="0" w:space="0" w:color="auto"/>
        <w:bottom w:val="none" w:sz="0" w:space="0" w:color="auto"/>
        <w:right w:val="none" w:sz="0" w:space="0" w:color="auto"/>
      </w:divBdr>
      <w:divsChild>
        <w:div w:id="41835208">
          <w:marLeft w:val="480"/>
          <w:marRight w:val="0"/>
          <w:marTop w:val="0"/>
          <w:marBottom w:val="0"/>
          <w:divBdr>
            <w:top w:val="none" w:sz="0" w:space="0" w:color="auto"/>
            <w:left w:val="none" w:sz="0" w:space="0" w:color="auto"/>
            <w:bottom w:val="none" w:sz="0" w:space="0" w:color="auto"/>
            <w:right w:val="none" w:sz="0" w:space="0" w:color="auto"/>
          </w:divBdr>
        </w:div>
        <w:div w:id="149102056">
          <w:marLeft w:val="480"/>
          <w:marRight w:val="0"/>
          <w:marTop w:val="0"/>
          <w:marBottom w:val="0"/>
          <w:divBdr>
            <w:top w:val="none" w:sz="0" w:space="0" w:color="auto"/>
            <w:left w:val="none" w:sz="0" w:space="0" w:color="auto"/>
            <w:bottom w:val="none" w:sz="0" w:space="0" w:color="auto"/>
            <w:right w:val="none" w:sz="0" w:space="0" w:color="auto"/>
          </w:divBdr>
        </w:div>
        <w:div w:id="171072885">
          <w:marLeft w:val="480"/>
          <w:marRight w:val="0"/>
          <w:marTop w:val="0"/>
          <w:marBottom w:val="0"/>
          <w:divBdr>
            <w:top w:val="none" w:sz="0" w:space="0" w:color="auto"/>
            <w:left w:val="none" w:sz="0" w:space="0" w:color="auto"/>
            <w:bottom w:val="none" w:sz="0" w:space="0" w:color="auto"/>
            <w:right w:val="none" w:sz="0" w:space="0" w:color="auto"/>
          </w:divBdr>
        </w:div>
        <w:div w:id="476453320">
          <w:marLeft w:val="480"/>
          <w:marRight w:val="0"/>
          <w:marTop w:val="0"/>
          <w:marBottom w:val="0"/>
          <w:divBdr>
            <w:top w:val="none" w:sz="0" w:space="0" w:color="auto"/>
            <w:left w:val="none" w:sz="0" w:space="0" w:color="auto"/>
            <w:bottom w:val="none" w:sz="0" w:space="0" w:color="auto"/>
            <w:right w:val="none" w:sz="0" w:space="0" w:color="auto"/>
          </w:divBdr>
        </w:div>
        <w:div w:id="487134831">
          <w:marLeft w:val="480"/>
          <w:marRight w:val="0"/>
          <w:marTop w:val="0"/>
          <w:marBottom w:val="0"/>
          <w:divBdr>
            <w:top w:val="none" w:sz="0" w:space="0" w:color="auto"/>
            <w:left w:val="none" w:sz="0" w:space="0" w:color="auto"/>
            <w:bottom w:val="none" w:sz="0" w:space="0" w:color="auto"/>
            <w:right w:val="none" w:sz="0" w:space="0" w:color="auto"/>
          </w:divBdr>
        </w:div>
        <w:div w:id="590282772">
          <w:marLeft w:val="480"/>
          <w:marRight w:val="0"/>
          <w:marTop w:val="0"/>
          <w:marBottom w:val="0"/>
          <w:divBdr>
            <w:top w:val="none" w:sz="0" w:space="0" w:color="auto"/>
            <w:left w:val="none" w:sz="0" w:space="0" w:color="auto"/>
            <w:bottom w:val="none" w:sz="0" w:space="0" w:color="auto"/>
            <w:right w:val="none" w:sz="0" w:space="0" w:color="auto"/>
          </w:divBdr>
        </w:div>
        <w:div w:id="658312535">
          <w:marLeft w:val="480"/>
          <w:marRight w:val="0"/>
          <w:marTop w:val="0"/>
          <w:marBottom w:val="0"/>
          <w:divBdr>
            <w:top w:val="none" w:sz="0" w:space="0" w:color="auto"/>
            <w:left w:val="none" w:sz="0" w:space="0" w:color="auto"/>
            <w:bottom w:val="none" w:sz="0" w:space="0" w:color="auto"/>
            <w:right w:val="none" w:sz="0" w:space="0" w:color="auto"/>
          </w:divBdr>
        </w:div>
        <w:div w:id="867138281">
          <w:marLeft w:val="480"/>
          <w:marRight w:val="0"/>
          <w:marTop w:val="0"/>
          <w:marBottom w:val="0"/>
          <w:divBdr>
            <w:top w:val="none" w:sz="0" w:space="0" w:color="auto"/>
            <w:left w:val="none" w:sz="0" w:space="0" w:color="auto"/>
            <w:bottom w:val="none" w:sz="0" w:space="0" w:color="auto"/>
            <w:right w:val="none" w:sz="0" w:space="0" w:color="auto"/>
          </w:divBdr>
        </w:div>
        <w:div w:id="999700877">
          <w:marLeft w:val="480"/>
          <w:marRight w:val="0"/>
          <w:marTop w:val="0"/>
          <w:marBottom w:val="0"/>
          <w:divBdr>
            <w:top w:val="none" w:sz="0" w:space="0" w:color="auto"/>
            <w:left w:val="none" w:sz="0" w:space="0" w:color="auto"/>
            <w:bottom w:val="none" w:sz="0" w:space="0" w:color="auto"/>
            <w:right w:val="none" w:sz="0" w:space="0" w:color="auto"/>
          </w:divBdr>
        </w:div>
        <w:div w:id="1312060457">
          <w:marLeft w:val="480"/>
          <w:marRight w:val="0"/>
          <w:marTop w:val="0"/>
          <w:marBottom w:val="0"/>
          <w:divBdr>
            <w:top w:val="none" w:sz="0" w:space="0" w:color="auto"/>
            <w:left w:val="none" w:sz="0" w:space="0" w:color="auto"/>
            <w:bottom w:val="none" w:sz="0" w:space="0" w:color="auto"/>
            <w:right w:val="none" w:sz="0" w:space="0" w:color="auto"/>
          </w:divBdr>
        </w:div>
        <w:div w:id="1447308083">
          <w:marLeft w:val="480"/>
          <w:marRight w:val="0"/>
          <w:marTop w:val="0"/>
          <w:marBottom w:val="0"/>
          <w:divBdr>
            <w:top w:val="none" w:sz="0" w:space="0" w:color="auto"/>
            <w:left w:val="none" w:sz="0" w:space="0" w:color="auto"/>
            <w:bottom w:val="none" w:sz="0" w:space="0" w:color="auto"/>
            <w:right w:val="none" w:sz="0" w:space="0" w:color="auto"/>
          </w:divBdr>
        </w:div>
        <w:div w:id="1486504461">
          <w:marLeft w:val="480"/>
          <w:marRight w:val="0"/>
          <w:marTop w:val="0"/>
          <w:marBottom w:val="0"/>
          <w:divBdr>
            <w:top w:val="none" w:sz="0" w:space="0" w:color="auto"/>
            <w:left w:val="none" w:sz="0" w:space="0" w:color="auto"/>
            <w:bottom w:val="none" w:sz="0" w:space="0" w:color="auto"/>
            <w:right w:val="none" w:sz="0" w:space="0" w:color="auto"/>
          </w:divBdr>
        </w:div>
        <w:div w:id="1518696652">
          <w:marLeft w:val="480"/>
          <w:marRight w:val="0"/>
          <w:marTop w:val="0"/>
          <w:marBottom w:val="0"/>
          <w:divBdr>
            <w:top w:val="none" w:sz="0" w:space="0" w:color="auto"/>
            <w:left w:val="none" w:sz="0" w:space="0" w:color="auto"/>
            <w:bottom w:val="none" w:sz="0" w:space="0" w:color="auto"/>
            <w:right w:val="none" w:sz="0" w:space="0" w:color="auto"/>
          </w:divBdr>
        </w:div>
        <w:div w:id="1683046211">
          <w:marLeft w:val="480"/>
          <w:marRight w:val="0"/>
          <w:marTop w:val="0"/>
          <w:marBottom w:val="0"/>
          <w:divBdr>
            <w:top w:val="none" w:sz="0" w:space="0" w:color="auto"/>
            <w:left w:val="none" w:sz="0" w:space="0" w:color="auto"/>
            <w:bottom w:val="none" w:sz="0" w:space="0" w:color="auto"/>
            <w:right w:val="none" w:sz="0" w:space="0" w:color="auto"/>
          </w:divBdr>
        </w:div>
        <w:div w:id="1776173924">
          <w:marLeft w:val="480"/>
          <w:marRight w:val="0"/>
          <w:marTop w:val="0"/>
          <w:marBottom w:val="0"/>
          <w:divBdr>
            <w:top w:val="none" w:sz="0" w:space="0" w:color="auto"/>
            <w:left w:val="none" w:sz="0" w:space="0" w:color="auto"/>
            <w:bottom w:val="none" w:sz="0" w:space="0" w:color="auto"/>
            <w:right w:val="none" w:sz="0" w:space="0" w:color="auto"/>
          </w:divBdr>
        </w:div>
        <w:div w:id="1837379665">
          <w:marLeft w:val="480"/>
          <w:marRight w:val="0"/>
          <w:marTop w:val="0"/>
          <w:marBottom w:val="0"/>
          <w:divBdr>
            <w:top w:val="none" w:sz="0" w:space="0" w:color="auto"/>
            <w:left w:val="none" w:sz="0" w:space="0" w:color="auto"/>
            <w:bottom w:val="none" w:sz="0" w:space="0" w:color="auto"/>
            <w:right w:val="none" w:sz="0" w:space="0" w:color="auto"/>
          </w:divBdr>
        </w:div>
        <w:div w:id="1892379901">
          <w:marLeft w:val="480"/>
          <w:marRight w:val="0"/>
          <w:marTop w:val="0"/>
          <w:marBottom w:val="0"/>
          <w:divBdr>
            <w:top w:val="none" w:sz="0" w:space="0" w:color="auto"/>
            <w:left w:val="none" w:sz="0" w:space="0" w:color="auto"/>
            <w:bottom w:val="none" w:sz="0" w:space="0" w:color="auto"/>
            <w:right w:val="none" w:sz="0" w:space="0" w:color="auto"/>
          </w:divBdr>
        </w:div>
        <w:div w:id="1958102329">
          <w:marLeft w:val="480"/>
          <w:marRight w:val="0"/>
          <w:marTop w:val="0"/>
          <w:marBottom w:val="0"/>
          <w:divBdr>
            <w:top w:val="none" w:sz="0" w:space="0" w:color="auto"/>
            <w:left w:val="none" w:sz="0" w:space="0" w:color="auto"/>
            <w:bottom w:val="none" w:sz="0" w:space="0" w:color="auto"/>
            <w:right w:val="none" w:sz="0" w:space="0" w:color="auto"/>
          </w:divBdr>
        </w:div>
        <w:div w:id="1972708081">
          <w:marLeft w:val="480"/>
          <w:marRight w:val="0"/>
          <w:marTop w:val="0"/>
          <w:marBottom w:val="0"/>
          <w:divBdr>
            <w:top w:val="none" w:sz="0" w:space="0" w:color="auto"/>
            <w:left w:val="none" w:sz="0" w:space="0" w:color="auto"/>
            <w:bottom w:val="none" w:sz="0" w:space="0" w:color="auto"/>
            <w:right w:val="none" w:sz="0" w:space="0" w:color="auto"/>
          </w:divBdr>
        </w:div>
        <w:div w:id="1992755938">
          <w:marLeft w:val="480"/>
          <w:marRight w:val="0"/>
          <w:marTop w:val="0"/>
          <w:marBottom w:val="0"/>
          <w:divBdr>
            <w:top w:val="none" w:sz="0" w:space="0" w:color="auto"/>
            <w:left w:val="none" w:sz="0" w:space="0" w:color="auto"/>
            <w:bottom w:val="none" w:sz="0" w:space="0" w:color="auto"/>
            <w:right w:val="none" w:sz="0" w:space="0" w:color="auto"/>
          </w:divBdr>
        </w:div>
      </w:divsChild>
    </w:div>
    <w:div w:id="1884756961">
      <w:bodyDiv w:val="1"/>
      <w:marLeft w:val="0"/>
      <w:marRight w:val="0"/>
      <w:marTop w:val="0"/>
      <w:marBottom w:val="0"/>
      <w:divBdr>
        <w:top w:val="none" w:sz="0" w:space="0" w:color="auto"/>
        <w:left w:val="none" w:sz="0" w:space="0" w:color="auto"/>
        <w:bottom w:val="none" w:sz="0" w:space="0" w:color="auto"/>
        <w:right w:val="none" w:sz="0" w:space="0" w:color="auto"/>
      </w:divBdr>
      <w:divsChild>
        <w:div w:id="949750057">
          <w:marLeft w:val="480"/>
          <w:marRight w:val="0"/>
          <w:marTop w:val="0"/>
          <w:marBottom w:val="0"/>
          <w:divBdr>
            <w:top w:val="none" w:sz="0" w:space="0" w:color="auto"/>
            <w:left w:val="none" w:sz="0" w:space="0" w:color="auto"/>
            <w:bottom w:val="none" w:sz="0" w:space="0" w:color="auto"/>
            <w:right w:val="none" w:sz="0" w:space="0" w:color="auto"/>
          </w:divBdr>
        </w:div>
        <w:div w:id="1990212120">
          <w:marLeft w:val="480"/>
          <w:marRight w:val="0"/>
          <w:marTop w:val="0"/>
          <w:marBottom w:val="0"/>
          <w:divBdr>
            <w:top w:val="none" w:sz="0" w:space="0" w:color="auto"/>
            <w:left w:val="none" w:sz="0" w:space="0" w:color="auto"/>
            <w:bottom w:val="none" w:sz="0" w:space="0" w:color="auto"/>
            <w:right w:val="none" w:sz="0" w:space="0" w:color="auto"/>
          </w:divBdr>
        </w:div>
      </w:divsChild>
    </w:div>
    <w:div w:id="1885798599">
      <w:bodyDiv w:val="1"/>
      <w:marLeft w:val="0"/>
      <w:marRight w:val="0"/>
      <w:marTop w:val="0"/>
      <w:marBottom w:val="0"/>
      <w:divBdr>
        <w:top w:val="none" w:sz="0" w:space="0" w:color="auto"/>
        <w:left w:val="none" w:sz="0" w:space="0" w:color="auto"/>
        <w:bottom w:val="none" w:sz="0" w:space="0" w:color="auto"/>
        <w:right w:val="none" w:sz="0" w:space="0" w:color="auto"/>
      </w:divBdr>
      <w:divsChild>
        <w:div w:id="53428482">
          <w:marLeft w:val="480"/>
          <w:marRight w:val="0"/>
          <w:marTop w:val="0"/>
          <w:marBottom w:val="0"/>
          <w:divBdr>
            <w:top w:val="none" w:sz="0" w:space="0" w:color="auto"/>
            <w:left w:val="none" w:sz="0" w:space="0" w:color="auto"/>
            <w:bottom w:val="none" w:sz="0" w:space="0" w:color="auto"/>
            <w:right w:val="none" w:sz="0" w:space="0" w:color="auto"/>
          </w:divBdr>
        </w:div>
        <w:div w:id="232813205">
          <w:marLeft w:val="480"/>
          <w:marRight w:val="0"/>
          <w:marTop w:val="0"/>
          <w:marBottom w:val="0"/>
          <w:divBdr>
            <w:top w:val="none" w:sz="0" w:space="0" w:color="auto"/>
            <w:left w:val="none" w:sz="0" w:space="0" w:color="auto"/>
            <w:bottom w:val="none" w:sz="0" w:space="0" w:color="auto"/>
            <w:right w:val="none" w:sz="0" w:space="0" w:color="auto"/>
          </w:divBdr>
        </w:div>
        <w:div w:id="237792038">
          <w:marLeft w:val="480"/>
          <w:marRight w:val="0"/>
          <w:marTop w:val="0"/>
          <w:marBottom w:val="0"/>
          <w:divBdr>
            <w:top w:val="none" w:sz="0" w:space="0" w:color="auto"/>
            <w:left w:val="none" w:sz="0" w:space="0" w:color="auto"/>
            <w:bottom w:val="none" w:sz="0" w:space="0" w:color="auto"/>
            <w:right w:val="none" w:sz="0" w:space="0" w:color="auto"/>
          </w:divBdr>
        </w:div>
        <w:div w:id="299460679">
          <w:marLeft w:val="480"/>
          <w:marRight w:val="0"/>
          <w:marTop w:val="0"/>
          <w:marBottom w:val="0"/>
          <w:divBdr>
            <w:top w:val="none" w:sz="0" w:space="0" w:color="auto"/>
            <w:left w:val="none" w:sz="0" w:space="0" w:color="auto"/>
            <w:bottom w:val="none" w:sz="0" w:space="0" w:color="auto"/>
            <w:right w:val="none" w:sz="0" w:space="0" w:color="auto"/>
          </w:divBdr>
        </w:div>
        <w:div w:id="493764883">
          <w:marLeft w:val="480"/>
          <w:marRight w:val="0"/>
          <w:marTop w:val="0"/>
          <w:marBottom w:val="0"/>
          <w:divBdr>
            <w:top w:val="none" w:sz="0" w:space="0" w:color="auto"/>
            <w:left w:val="none" w:sz="0" w:space="0" w:color="auto"/>
            <w:bottom w:val="none" w:sz="0" w:space="0" w:color="auto"/>
            <w:right w:val="none" w:sz="0" w:space="0" w:color="auto"/>
          </w:divBdr>
        </w:div>
        <w:div w:id="756245821">
          <w:marLeft w:val="480"/>
          <w:marRight w:val="0"/>
          <w:marTop w:val="0"/>
          <w:marBottom w:val="0"/>
          <w:divBdr>
            <w:top w:val="none" w:sz="0" w:space="0" w:color="auto"/>
            <w:left w:val="none" w:sz="0" w:space="0" w:color="auto"/>
            <w:bottom w:val="none" w:sz="0" w:space="0" w:color="auto"/>
            <w:right w:val="none" w:sz="0" w:space="0" w:color="auto"/>
          </w:divBdr>
        </w:div>
        <w:div w:id="862593697">
          <w:marLeft w:val="480"/>
          <w:marRight w:val="0"/>
          <w:marTop w:val="0"/>
          <w:marBottom w:val="0"/>
          <w:divBdr>
            <w:top w:val="none" w:sz="0" w:space="0" w:color="auto"/>
            <w:left w:val="none" w:sz="0" w:space="0" w:color="auto"/>
            <w:bottom w:val="none" w:sz="0" w:space="0" w:color="auto"/>
            <w:right w:val="none" w:sz="0" w:space="0" w:color="auto"/>
          </w:divBdr>
        </w:div>
        <w:div w:id="906957433">
          <w:marLeft w:val="480"/>
          <w:marRight w:val="0"/>
          <w:marTop w:val="0"/>
          <w:marBottom w:val="0"/>
          <w:divBdr>
            <w:top w:val="none" w:sz="0" w:space="0" w:color="auto"/>
            <w:left w:val="none" w:sz="0" w:space="0" w:color="auto"/>
            <w:bottom w:val="none" w:sz="0" w:space="0" w:color="auto"/>
            <w:right w:val="none" w:sz="0" w:space="0" w:color="auto"/>
          </w:divBdr>
        </w:div>
        <w:div w:id="912589398">
          <w:marLeft w:val="480"/>
          <w:marRight w:val="0"/>
          <w:marTop w:val="0"/>
          <w:marBottom w:val="0"/>
          <w:divBdr>
            <w:top w:val="none" w:sz="0" w:space="0" w:color="auto"/>
            <w:left w:val="none" w:sz="0" w:space="0" w:color="auto"/>
            <w:bottom w:val="none" w:sz="0" w:space="0" w:color="auto"/>
            <w:right w:val="none" w:sz="0" w:space="0" w:color="auto"/>
          </w:divBdr>
        </w:div>
        <w:div w:id="985007772">
          <w:marLeft w:val="480"/>
          <w:marRight w:val="0"/>
          <w:marTop w:val="0"/>
          <w:marBottom w:val="0"/>
          <w:divBdr>
            <w:top w:val="none" w:sz="0" w:space="0" w:color="auto"/>
            <w:left w:val="none" w:sz="0" w:space="0" w:color="auto"/>
            <w:bottom w:val="none" w:sz="0" w:space="0" w:color="auto"/>
            <w:right w:val="none" w:sz="0" w:space="0" w:color="auto"/>
          </w:divBdr>
        </w:div>
        <w:div w:id="1088620165">
          <w:marLeft w:val="480"/>
          <w:marRight w:val="0"/>
          <w:marTop w:val="0"/>
          <w:marBottom w:val="0"/>
          <w:divBdr>
            <w:top w:val="none" w:sz="0" w:space="0" w:color="auto"/>
            <w:left w:val="none" w:sz="0" w:space="0" w:color="auto"/>
            <w:bottom w:val="none" w:sz="0" w:space="0" w:color="auto"/>
            <w:right w:val="none" w:sz="0" w:space="0" w:color="auto"/>
          </w:divBdr>
        </w:div>
        <w:div w:id="1112868856">
          <w:marLeft w:val="480"/>
          <w:marRight w:val="0"/>
          <w:marTop w:val="0"/>
          <w:marBottom w:val="0"/>
          <w:divBdr>
            <w:top w:val="none" w:sz="0" w:space="0" w:color="auto"/>
            <w:left w:val="none" w:sz="0" w:space="0" w:color="auto"/>
            <w:bottom w:val="none" w:sz="0" w:space="0" w:color="auto"/>
            <w:right w:val="none" w:sz="0" w:space="0" w:color="auto"/>
          </w:divBdr>
        </w:div>
        <w:div w:id="1217468423">
          <w:marLeft w:val="480"/>
          <w:marRight w:val="0"/>
          <w:marTop w:val="0"/>
          <w:marBottom w:val="0"/>
          <w:divBdr>
            <w:top w:val="none" w:sz="0" w:space="0" w:color="auto"/>
            <w:left w:val="none" w:sz="0" w:space="0" w:color="auto"/>
            <w:bottom w:val="none" w:sz="0" w:space="0" w:color="auto"/>
            <w:right w:val="none" w:sz="0" w:space="0" w:color="auto"/>
          </w:divBdr>
        </w:div>
        <w:div w:id="1286741975">
          <w:marLeft w:val="480"/>
          <w:marRight w:val="0"/>
          <w:marTop w:val="0"/>
          <w:marBottom w:val="0"/>
          <w:divBdr>
            <w:top w:val="none" w:sz="0" w:space="0" w:color="auto"/>
            <w:left w:val="none" w:sz="0" w:space="0" w:color="auto"/>
            <w:bottom w:val="none" w:sz="0" w:space="0" w:color="auto"/>
            <w:right w:val="none" w:sz="0" w:space="0" w:color="auto"/>
          </w:divBdr>
        </w:div>
        <w:div w:id="1286817579">
          <w:marLeft w:val="480"/>
          <w:marRight w:val="0"/>
          <w:marTop w:val="0"/>
          <w:marBottom w:val="0"/>
          <w:divBdr>
            <w:top w:val="none" w:sz="0" w:space="0" w:color="auto"/>
            <w:left w:val="none" w:sz="0" w:space="0" w:color="auto"/>
            <w:bottom w:val="none" w:sz="0" w:space="0" w:color="auto"/>
            <w:right w:val="none" w:sz="0" w:space="0" w:color="auto"/>
          </w:divBdr>
        </w:div>
        <w:div w:id="1304503514">
          <w:marLeft w:val="480"/>
          <w:marRight w:val="0"/>
          <w:marTop w:val="0"/>
          <w:marBottom w:val="0"/>
          <w:divBdr>
            <w:top w:val="none" w:sz="0" w:space="0" w:color="auto"/>
            <w:left w:val="none" w:sz="0" w:space="0" w:color="auto"/>
            <w:bottom w:val="none" w:sz="0" w:space="0" w:color="auto"/>
            <w:right w:val="none" w:sz="0" w:space="0" w:color="auto"/>
          </w:divBdr>
        </w:div>
        <w:div w:id="1367212966">
          <w:marLeft w:val="480"/>
          <w:marRight w:val="0"/>
          <w:marTop w:val="0"/>
          <w:marBottom w:val="0"/>
          <w:divBdr>
            <w:top w:val="none" w:sz="0" w:space="0" w:color="auto"/>
            <w:left w:val="none" w:sz="0" w:space="0" w:color="auto"/>
            <w:bottom w:val="none" w:sz="0" w:space="0" w:color="auto"/>
            <w:right w:val="none" w:sz="0" w:space="0" w:color="auto"/>
          </w:divBdr>
        </w:div>
        <w:div w:id="1386950135">
          <w:marLeft w:val="480"/>
          <w:marRight w:val="0"/>
          <w:marTop w:val="0"/>
          <w:marBottom w:val="0"/>
          <w:divBdr>
            <w:top w:val="none" w:sz="0" w:space="0" w:color="auto"/>
            <w:left w:val="none" w:sz="0" w:space="0" w:color="auto"/>
            <w:bottom w:val="none" w:sz="0" w:space="0" w:color="auto"/>
            <w:right w:val="none" w:sz="0" w:space="0" w:color="auto"/>
          </w:divBdr>
        </w:div>
        <w:div w:id="1386955191">
          <w:marLeft w:val="480"/>
          <w:marRight w:val="0"/>
          <w:marTop w:val="0"/>
          <w:marBottom w:val="0"/>
          <w:divBdr>
            <w:top w:val="none" w:sz="0" w:space="0" w:color="auto"/>
            <w:left w:val="none" w:sz="0" w:space="0" w:color="auto"/>
            <w:bottom w:val="none" w:sz="0" w:space="0" w:color="auto"/>
            <w:right w:val="none" w:sz="0" w:space="0" w:color="auto"/>
          </w:divBdr>
        </w:div>
        <w:div w:id="1566261710">
          <w:marLeft w:val="480"/>
          <w:marRight w:val="0"/>
          <w:marTop w:val="0"/>
          <w:marBottom w:val="0"/>
          <w:divBdr>
            <w:top w:val="none" w:sz="0" w:space="0" w:color="auto"/>
            <w:left w:val="none" w:sz="0" w:space="0" w:color="auto"/>
            <w:bottom w:val="none" w:sz="0" w:space="0" w:color="auto"/>
            <w:right w:val="none" w:sz="0" w:space="0" w:color="auto"/>
          </w:divBdr>
        </w:div>
        <w:div w:id="1760174681">
          <w:marLeft w:val="480"/>
          <w:marRight w:val="0"/>
          <w:marTop w:val="0"/>
          <w:marBottom w:val="0"/>
          <w:divBdr>
            <w:top w:val="none" w:sz="0" w:space="0" w:color="auto"/>
            <w:left w:val="none" w:sz="0" w:space="0" w:color="auto"/>
            <w:bottom w:val="none" w:sz="0" w:space="0" w:color="auto"/>
            <w:right w:val="none" w:sz="0" w:space="0" w:color="auto"/>
          </w:divBdr>
        </w:div>
        <w:div w:id="1766337356">
          <w:marLeft w:val="480"/>
          <w:marRight w:val="0"/>
          <w:marTop w:val="0"/>
          <w:marBottom w:val="0"/>
          <w:divBdr>
            <w:top w:val="none" w:sz="0" w:space="0" w:color="auto"/>
            <w:left w:val="none" w:sz="0" w:space="0" w:color="auto"/>
            <w:bottom w:val="none" w:sz="0" w:space="0" w:color="auto"/>
            <w:right w:val="none" w:sz="0" w:space="0" w:color="auto"/>
          </w:divBdr>
        </w:div>
        <w:div w:id="1784033637">
          <w:marLeft w:val="480"/>
          <w:marRight w:val="0"/>
          <w:marTop w:val="0"/>
          <w:marBottom w:val="0"/>
          <w:divBdr>
            <w:top w:val="none" w:sz="0" w:space="0" w:color="auto"/>
            <w:left w:val="none" w:sz="0" w:space="0" w:color="auto"/>
            <w:bottom w:val="none" w:sz="0" w:space="0" w:color="auto"/>
            <w:right w:val="none" w:sz="0" w:space="0" w:color="auto"/>
          </w:divBdr>
        </w:div>
        <w:div w:id="1808551291">
          <w:marLeft w:val="480"/>
          <w:marRight w:val="0"/>
          <w:marTop w:val="0"/>
          <w:marBottom w:val="0"/>
          <w:divBdr>
            <w:top w:val="none" w:sz="0" w:space="0" w:color="auto"/>
            <w:left w:val="none" w:sz="0" w:space="0" w:color="auto"/>
            <w:bottom w:val="none" w:sz="0" w:space="0" w:color="auto"/>
            <w:right w:val="none" w:sz="0" w:space="0" w:color="auto"/>
          </w:divBdr>
        </w:div>
        <w:div w:id="1888032915">
          <w:marLeft w:val="480"/>
          <w:marRight w:val="0"/>
          <w:marTop w:val="0"/>
          <w:marBottom w:val="0"/>
          <w:divBdr>
            <w:top w:val="none" w:sz="0" w:space="0" w:color="auto"/>
            <w:left w:val="none" w:sz="0" w:space="0" w:color="auto"/>
            <w:bottom w:val="none" w:sz="0" w:space="0" w:color="auto"/>
            <w:right w:val="none" w:sz="0" w:space="0" w:color="auto"/>
          </w:divBdr>
        </w:div>
        <w:div w:id="1888838537">
          <w:marLeft w:val="480"/>
          <w:marRight w:val="0"/>
          <w:marTop w:val="0"/>
          <w:marBottom w:val="0"/>
          <w:divBdr>
            <w:top w:val="none" w:sz="0" w:space="0" w:color="auto"/>
            <w:left w:val="none" w:sz="0" w:space="0" w:color="auto"/>
            <w:bottom w:val="none" w:sz="0" w:space="0" w:color="auto"/>
            <w:right w:val="none" w:sz="0" w:space="0" w:color="auto"/>
          </w:divBdr>
        </w:div>
        <w:div w:id="1921132435">
          <w:marLeft w:val="480"/>
          <w:marRight w:val="0"/>
          <w:marTop w:val="0"/>
          <w:marBottom w:val="0"/>
          <w:divBdr>
            <w:top w:val="none" w:sz="0" w:space="0" w:color="auto"/>
            <w:left w:val="none" w:sz="0" w:space="0" w:color="auto"/>
            <w:bottom w:val="none" w:sz="0" w:space="0" w:color="auto"/>
            <w:right w:val="none" w:sz="0" w:space="0" w:color="auto"/>
          </w:divBdr>
        </w:div>
        <w:div w:id="1949005091">
          <w:marLeft w:val="480"/>
          <w:marRight w:val="0"/>
          <w:marTop w:val="0"/>
          <w:marBottom w:val="0"/>
          <w:divBdr>
            <w:top w:val="none" w:sz="0" w:space="0" w:color="auto"/>
            <w:left w:val="none" w:sz="0" w:space="0" w:color="auto"/>
            <w:bottom w:val="none" w:sz="0" w:space="0" w:color="auto"/>
            <w:right w:val="none" w:sz="0" w:space="0" w:color="auto"/>
          </w:divBdr>
        </w:div>
        <w:div w:id="2078429573">
          <w:marLeft w:val="480"/>
          <w:marRight w:val="0"/>
          <w:marTop w:val="0"/>
          <w:marBottom w:val="0"/>
          <w:divBdr>
            <w:top w:val="none" w:sz="0" w:space="0" w:color="auto"/>
            <w:left w:val="none" w:sz="0" w:space="0" w:color="auto"/>
            <w:bottom w:val="none" w:sz="0" w:space="0" w:color="auto"/>
            <w:right w:val="none" w:sz="0" w:space="0" w:color="auto"/>
          </w:divBdr>
        </w:div>
        <w:div w:id="2129817553">
          <w:marLeft w:val="480"/>
          <w:marRight w:val="0"/>
          <w:marTop w:val="0"/>
          <w:marBottom w:val="0"/>
          <w:divBdr>
            <w:top w:val="none" w:sz="0" w:space="0" w:color="auto"/>
            <w:left w:val="none" w:sz="0" w:space="0" w:color="auto"/>
            <w:bottom w:val="none" w:sz="0" w:space="0" w:color="auto"/>
            <w:right w:val="none" w:sz="0" w:space="0" w:color="auto"/>
          </w:divBdr>
        </w:div>
      </w:divsChild>
    </w:div>
    <w:div w:id="1888830453">
      <w:bodyDiv w:val="1"/>
      <w:marLeft w:val="0"/>
      <w:marRight w:val="0"/>
      <w:marTop w:val="0"/>
      <w:marBottom w:val="0"/>
      <w:divBdr>
        <w:top w:val="none" w:sz="0" w:space="0" w:color="auto"/>
        <w:left w:val="none" w:sz="0" w:space="0" w:color="auto"/>
        <w:bottom w:val="none" w:sz="0" w:space="0" w:color="auto"/>
        <w:right w:val="none" w:sz="0" w:space="0" w:color="auto"/>
      </w:divBdr>
      <w:divsChild>
        <w:div w:id="36323394">
          <w:marLeft w:val="480"/>
          <w:marRight w:val="0"/>
          <w:marTop w:val="0"/>
          <w:marBottom w:val="0"/>
          <w:divBdr>
            <w:top w:val="none" w:sz="0" w:space="0" w:color="auto"/>
            <w:left w:val="none" w:sz="0" w:space="0" w:color="auto"/>
            <w:bottom w:val="none" w:sz="0" w:space="0" w:color="auto"/>
            <w:right w:val="none" w:sz="0" w:space="0" w:color="auto"/>
          </w:divBdr>
        </w:div>
        <w:div w:id="41756769">
          <w:marLeft w:val="480"/>
          <w:marRight w:val="0"/>
          <w:marTop w:val="0"/>
          <w:marBottom w:val="0"/>
          <w:divBdr>
            <w:top w:val="none" w:sz="0" w:space="0" w:color="auto"/>
            <w:left w:val="none" w:sz="0" w:space="0" w:color="auto"/>
            <w:bottom w:val="none" w:sz="0" w:space="0" w:color="auto"/>
            <w:right w:val="none" w:sz="0" w:space="0" w:color="auto"/>
          </w:divBdr>
        </w:div>
        <w:div w:id="66924852">
          <w:marLeft w:val="480"/>
          <w:marRight w:val="0"/>
          <w:marTop w:val="0"/>
          <w:marBottom w:val="0"/>
          <w:divBdr>
            <w:top w:val="none" w:sz="0" w:space="0" w:color="auto"/>
            <w:left w:val="none" w:sz="0" w:space="0" w:color="auto"/>
            <w:bottom w:val="none" w:sz="0" w:space="0" w:color="auto"/>
            <w:right w:val="none" w:sz="0" w:space="0" w:color="auto"/>
          </w:divBdr>
        </w:div>
        <w:div w:id="163671331">
          <w:marLeft w:val="480"/>
          <w:marRight w:val="0"/>
          <w:marTop w:val="0"/>
          <w:marBottom w:val="0"/>
          <w:divBdr>
            <w:top w:val="none" w:sz="0" w:space="0" w:color="auto"/>
            <w:left w:val="none" w:sz="0" w:space="0" w:color="auto"/>
            <w:bottom w:val="none" w:sz="0" w:space="0" w:color="auto"/>
            <w:right w:val="none" w:sz="0" w:space="0" w:color="auto"/>
          </w:divBdr>
        </w:div>
        <w:div w:id="225260891">
          <w:marLeft w:val="480"/>
          <w:marRight w:val="0"/>
          <w:marTop w:val="0"/>
          <w:marBottom w:val="0"/>
          <w:divBdr>
            <w:top w:val="none" w:sz="0" w:space="0" w:color="auto"/>
            <w:left w:val="none" w:sz="0" w:space="0" w:color="auto"/>
            <w:bottom w:val="none" w:sz="0" w:space="0" w:color="auto"/>
            <w:right w:val="none" w:sz="0" w:space="0" w:color="auto"/>
          </w:divBdr>
        </w:div>
        <w:div w:id="397213928">
          <w:marLeft w:val="480"/>
          <w:marRight w:val="0"/>
          <w:marTop w:val="0"/>
          <w:marBottom w:val="0"/>
          <w:divBdr>
            <w:top w:val="none" w:sz="0" w:space="0" w:color="auto"/>
            <w:left w:val="none" w:sz="0" w:space="0" w:color="auto"/>
            <w:bottom w:val="none" w:sz="0" w:space="0" w:color="auto"/>
            <w:right w:val="none" w:sz="0" w:space="0" w:color="auto"/>
          </w:divBdr>
        </w:div>
        <w:div w:id="397942635">
          <w:marLeft w:val="480"/>
          <w:marRight w:val="0"/>
          <w:marTop w:val="0"/>
          <w:marBottom w:val="0"/>
          <w:divBdr>
            <w:top w:val="none" w:sz="0" w:space="0" w:color="auto"/>
            <w:left w:val="none" w:sz="0" w:space="0" w:color="auto"/>
            <w:bottom w:val="none" w:sz="0" w:space="0" w:color="auto"/>
            <w:right w:val="none" w:sz="0" w:space="0" w:color="auto"/>
          </w:divBdr>
        </w:div>
        <w:div w:id="435104232">
          <w:marLeft w:val="480"/>
          <w:marRight w:val="0"/>
          <w:marTop w:val="0"/>
          <w:marBottom w:val="0"/>
          <w:divBdr>
            <w:top w:val="none" w:sz="0" w:space="0" w:color="auto"/>
            <w:left w:val="none" w:sz="0" w:space="0" w:color="auto"/>
            <w:bottom w:val="none" w:sz="0" w:space="0" w:color="auto"/>
            <w:right w:val="none" w:sz="0" w:space="0" w:color="auto"/>
          </w:divBdr>
        </w:div>
        <w:div w:id="519585940">
          <w:marLeft w:val="480"/>
          <w:marRight w:val="0"/>
          <w:marTop w:val="0"/>
          <w:marBottom w:val="0"/>
          <w:divBdr>
            <w:top w:val="none" w:sz="0" w:space="0" w:color="auto"/>
            <w:left w:val="none" w:sz="0" w:space="0" w:color="auto"/>
            <w:bottom w:val="none" w:sz="0" w:space="0" w:color="auto"/>
            <w:right w:val="none" w:sz="0" w:space="0" w:color="auto"/>
          </w:divBdr>
        </w:div>
        <w:div w:id="575361621">
          <w:marLeft w:val="480"/>
          <w:marRight w:val="0"/>
          <w:marTop w:val="0"/>
          <w:marBottom w:val="0"/>
          <w:divBdr>
            <w:top w:val="none" w:sz="0" w:space="0" w:color="auto"/>
            <w:left w:val="none" w:sz="0" w:space="0" w:color="auto"/>
            <w:bottom w:val="none" w:sz="0" w:space="0" w:color="auto"/>
            <w:right w:val="none" w:sz="0" w:space="0" w:color="auto"/>
          </w:divBdr>
        </w:div>
        <w:div w:id="606624165">
          <w:marLeft w:val="480"/>
          <w:marRight w:val="0"/>
          <w:marTop w:val="0"/>
          <w:marBottom w:val="0"/>
          <w:divBdr>
            <w:top w:val="none" w:sz="0" w:space="0" w:color="auto"/>
            <w:left w:val="none" w:sz="0" w:space="0" w:color="auto"/>
            <w:bottom w:val="none" w:sz="0" w:space="0" w:color="auto"/>
            <w:right w:val="none" w:sz="0" w:space="0" w:color="auto"/>
          </w:divBdr>
        </w:div>
        <w:div w:id="682169423">
          <w:marLeft w:val="480"/>
          <w:marRight w:val="0"/>
          <w:marTop w:val="0"/>
          <w:marBottom w:val="0"/>
          <w:divBdr>
            <w:top w:val="none" w:sz="0" w:space="0" w:color="auto"/>
            <w:left w:val="none" w:sz="0" w:space="0" w:color="auto"/>
            <w:bottom w:val="none" w:sz="0" w:space="0" w:color="auto"/>
            <w:right w:val="none" w:sz="0" w:space="0" w:color="auto"/>
          </w:divBdr>
        </w:div>
        <w:div w:id="703139804">
          <w:marLeft w:val="480"/>
          <w:marRight w:val="0"/>
          <w:marTop w:val="0"/>
          <w:marBottom w:val="0"/>
          <w:divBdr>
            <w:top w:val="none" w:sz="0" w:space="0" w:color="auto"/>
            <w:left w:val="none" w:sz="0" w:space="0" w:color="auto"/>
            <w:bottom w:val="none" w:sz="0" w:space="0" w:color="auto"/>
            <w:right w:val="none" w:sz="0" w:space="0" w:color="auto"/>
          </w:divBdr>
        </w:div>
        <w:div w:id="765813199">
          <w:marLeft w:val="480"/>
          <w:marRight w:val="0"/>
          <w:marTop w:val="0"/>
          <w:marBottom w:val="0"/>
          <w:divBdr>
            <w:top w:val="none" w:sz="0" w:space="0" w:color="auto"/>
            <w:left w:val="none" w:sz="0" w:space="0" w:color="auto"/>
            <w:bottom w:val="none" w:sz="0" w:space="0" w:color="auto"/>
            <w:right w:val="none" w:sz="0" w:space="0" w:color="auto"/>
          </w:divBdr>
        </w:div>
        <w:div w:id="863132300">
          <w:marLeft w:val="480"/>
          <w:marRight w:val="0"/>
          <w:marTop w:val="0"/>
          <w:marBottom w:val="0"/>
          <w:divBdr>
            <w:top w:val="none" w:sz="0" w:space="0" w:color="auto"/>
            <w:left w:val="none" w:sz="0" w:space="0" w:color="auto"/>
            <w:bottom w:val="none" w:sz="0" w:space="0" w:color="auto"/>
            <w:right w:val="none" w:sz="0" w:space="0" w:color="auto"/>
          </w:divBdr>
        </w:div>
        <w:div w:id="890773744">
          <w:marLeft w:val="480"/>
          <w:marRight w:val="0"/>
          <w:marTop w:val="0"/>
          <w:marBottom w:val="0"/>
          <w:divBdr>
            <w:top w:val="none" w:sz="0" w:space="0" w:color="auto"/>
            <w:left w:val="none" w:sz="0" w:space="0" w:color="auto"/>
            <w:bottom w:val="none" w:sz="0" w:space="0" w:color="auto"/>
            <w:right w:val="none" w:sz="0" w:space="0" w:color="auto"/>
          </w:divBdr>
        </w:div>
        <w:div w:id="954940416">
          <w:marLeft w:val="480"/>
          <w:marRight w:val="0"/>
          <w:marTop w:val="0"/>
          <w:marBottom w:val="0"/>
          <w:divBdr>
            <w:top w:val="none" w:sz="0" w:space="0" w:color="auto"/>
            <w:left w:val="none" w:sz="0" w:space="0" w:color="auto"/>
            <w:bottom w:val="none" w:sz="0" w:space="0" w:color="auto"/>
            <w:right w:val="none" w:sz="0" w:space="0" w:color="auto"/>
          </w:divBdr>
        </w:div>
        <w:div w:id="999499768">
          <w:marLeft w:val="480"/>
          <w:marRight w:val="0"/>
          <w:marTop w:val="0"/>
          <w:marBottom w:val="0"/>
          <w:divBdr>
            <w:top w:val="none" w:sz="0" w:space="0" w:color="auto"/>
            <w:left w:val="none" w:sz="0" w:space="0" w:color="auto"/>
            <w:bottom w:val="none" w:sz="0" w:space="0" w:color="auto"/>
            <w:right w:val="none" w:sz="0" w:space="0" w:color="auto"/>
          </w:divBdr>
        </w:div>
        <w:div w:id="1044674797">
          <w:marLeft w:val="480"/>
          <w:marRight w:val="0"/>
          <w:marTop w:val="0"/>
          <w:marBottom w:val="0"/>
          <w:divBdr>
            <w:top w:val="none" w:sz="0" w:space="0" w:color="auto"/>
            <w:left w:val="none" w:sz="0" w:space="0" w:color="auto"/>
            <w:bottom w:val="none" w:sz="0" w:space="0" w:color="auto"/>
            <w:right w:val="none" w:sz="0" w:space="0" w:color="auto"/>
          </w:divBdr>
        </w:div>
        <w:div w:id="1196698118">
          <w:marLeft w:val="480"/>
          <w:marRight w:val="0"/>
          <w:marTop w:val="0"/>
          <w:marBottom w:val="0"/>
          <w:divBdr>
            <w:top w:val="none" w:sz="0" w:space="0" w:color="auto"/>
            <w:left w:val="none" w:sz="0" w:space="0" w:color="auto"/>
            <w:bottom w:val="none" w:sz="0" w:space="0" w:color="auto"/>
            <w:right w:val="none" w:sz="0" w:space="0" w:color="auto"/>
          </w:divBdr>
        </w:div>
        <w:div w:id="1333485967">
          <w:marLeft w:val="480"/>
          <w:marRight w:val="0"/>
          <w:marTop w:val="0"/>
          <w:marBottom w:val="0"/>
          <w:divBdr>
            <w:top w:val="none" w:sz="0" w:space="0" w:color="auto"/>
            <w:left w:val="none" w:sz="0" w:space="0" w:color="auto"/>
            <w:bottom w:val="none" w:sz="0" w:space="0" w:color="auto"/>
            <w:right w:val="none" w:sz="0" w:space="0" w:color="auto"/>
          </w:divBdr>
        </w:div>
        <w:div w:id="1438408019">
          <w:marLeft w:val="480"/>
          <w:marRight w:val="0"/>
          <w:marTop w:val="0"/>
          <w:marBottom w:val="0"/>
          <w:divBdr>
            <w:top w:val="none" w:sz="0" w:space="0" w:color="auto"/>
            <w:left w:val="none" w:sz="0" w:space="0" w:color="auto"/>
            <w:bottom w:val="none" w:sz="0" w:space="0" w:color="auto"/>
            <w:right w:val="none" w:sz="0" w:space="0" w:color="auto"/>
          </w:divBdr>
        </w:div>
        <w:div w:id="1453015052">
          <w:marLeft w:val="480"/>
          <w:marRight w:val="0"/>
          <w:marTop w:val="0"/>
          <w:marBottom w:val="0"/>
          <w:divBdr>
            <w:top w:val="none" w:sz="0" w:space="0" w:color="auto"/>
            <w:left w:val="none" w:sz="0" w:space="0" w:color="auto"/>
            <w:bottom w:val="none" w:sz="0" w:space="0" w:color="auto"/>
            <w:right w:val="none" w:sz="0" w:space="0" w:color="auto"/>
          </w:divBdr>
        </w:div>
        <w:div w:id="1497454546">
          <w:marLeft w:val="480"/>
          <w:marRight w:val="0"/>
          <w:marTop w:val="0"/>
          <w:marBottom w:val="0"/>
          <w:divBdr>
            <w:top w:val="none" w:sz="0" w:space="0" w:color="auto"/>
            <w:left w:val="none" w:sz="0" w:space="0" w:color="auto"/>
            <w:bottom w:val="none" w:sz="0" w:space="0" w:color="auto"/>
            <w:right w:val="none" w:sz="0" w:space="0" w:color="auto"/>
          </w:divBdr>
        </w:div>
        <w:div w:id="1544946070">
          <w:marLeft w:val="480"/>
          <w:marRight w:val="0"/>
          <w:marTop w:val="0"/>
          <w:marBottom w:val="0"/>
          <w:divBdr>
            <w:top w:val="none" w:sz="0" w:space="0" w:color="auto"/>
            <w:left w:val="none" w:sz="0" w:space="0" w:color="auto"/>
            <w:bottom w:val="none" w:sz="0" w:space="0" w:color="auto"/>
            <w:right w:val="none" w:sz="0" w:space="0" w:color="auto"/>
          </w:divBdr>
        </w:div>
        <w:div w:id="1560822232">
          <w:marLeft w:val="480"/>
          <w:marRight w:val="0"/>
          <w:marTop w:val="0"/>
          <w:marBottom w:val="0"/>
          <w:divBdr>
            <w:top w:val="none" w:sz="0" w:space="0" w:color="auto"/>
            <w:left w:val="none" w:sz="0" w:space="0" w:color="auto"/>
            <w:bottom w:val="none" w:sz="0" w:space="0" w:color="auto"/>
            <w:right w:val="none" w:sz="0" w:space="0" w:color="auto"/>
          </w:divBdr>
        </w:div>
        <w:div w:id="1689062213">
          <w:marLeft w:val="480"/>
          <w:marRight w:val="0"/>
          <w:marTop w:val="0"/>
          <w:marBottom w:val="0"/>
          <w:divBdr>
            <w:top w:val="none" w:sz="0" w:space="0" w:color="auto"/>
            <w:left w:val="none" w:sz="0" w:space="0" w:color="auto"/>
            <w:bottom w:val="none" w:sz="0" w:space="0" w:color="auto"/>
            <w:right w:val="none" w:sz="0" w:space="0" w:color="auto"/>
          </w:divBdr>
        </w:div>
        <w:div w:id="1689479146">
          <w:marLeft w:val="480"/>
          <w:marRight w:val="0"/>
          <w:marTop w:val="0"/>
          <w:marBottom w:val="0"/>
          <w:divBdr>
            <w:top w:val="none" w:sz="0" w:space="0" w:color="auto"/>
            <w:left w:val="none" w:sz="0" w:space="0" w:color="auto"/>
            <w:bottom w:val="none" w:sz="0" w:space="0" w:color="auto"/>
            <w:right w:val="none" w:sz="0" w:space="0" w:color="auto"/>
          </w:divBdr>
        </w:div>
        <w:div w:id="1705055642">
          <w:marLeft w:val="480"/>
          <w:marRight w:val="0"/>
          <w:marTop w:val="0"/>
          <w:marBottom w:val="0"/>
          <w:divBdr>
            <w:top w:val="none" w:sz="0" w:space="0" w:color="auto"/>
            <w:left w:val="none" w:sz="0" w:space="0" w:color="auto"/>
            <w:bottom w:val="none" w:sz="0" w:space="0" w:color="auto"/>
            <w:right w:val="none" w:sz="0" w:space="0" w:color="auto"/>
          </w:divBdr>
        </w:div>
        <w:div w:id="1740907635">
          <w:marLeft w:val="480"/>
          <w:marRight w:val="0"/>
          <w:marTop w:val="0"/>
          <w:marBottom w:val="0"/>
          <w:divBdr>
            <w:top w:val="none" w:sz="0" w:space="0" w:color="auto"/>
            <w:left w:val="none" w:sz="0" w:space="0" w:color="auto"/>
            <w:bottom w:val="none" w:sz="0" w:space="0" w:color="auto"/>
            <w:right w:val="none" w:sz="0" w:space="0" w:color="auto"/>
          </w:divBdr>
        </w:div>
        <w:div w:id="1963269895">
          <w:marLeft w:val="480"/>
          <w:marRight w:val="0"/>
          <w:marTop w:val="0"/>
          <w:marBottom w:val="0"/>
          <w:divBdr>
            <w:top w:val="none" w:sz="0" w:space="0" w:color="auto"/>
            <w:left w:val="none" w:sz="0" w:space="0" w:color="auto"/>
            <w:bottom w:val="none" w:sz="0" w:space="0" w:color="auto"/>
            <w:right w:val="none" w:sz="0" w:space="0" w:color="auto"/>
          </w:divBdr>
        </w:div>
        <w:div w:id="2001885024">
          <w:marLeft w:val="480"/>
          <w:marRight w:val="0"/>
          <w:marTop w:val="0"/>
          <w:marBottom w:val="0"/>
          <w:divBdr>
            <w:top w:val="none" w:sz="0" w:space="0" w:color="auto"/>
            <w:left w:val="none" w:sz="0" w:space="0" w:color="auto"/>
            <w:bottom w:val="none" w:sz="0" w:space="0" w:color="auto"/>
            <w:right w:val="none" w:sz="0" w:space="0" w:color="auto"/>
          </w:divBdr>
        </w:div>
      </w:divsChild>
    </w:div>
    <w:div w:id="1890267068">
      <w:bodyDiv w:val="1"/>
      <w:marLeft w:val="0"/>
      <w:marRight w:val="0"/>
      <w:marTop w:val="0"/>
      <w:marBottom w:val="0"/>
      <w:divBdr>
        <w:top w:val="none" w:sz="0" w:space="0" w:color="auto"/>
        <w:left w:val="none" w:sz="0" w:space="0" w:color="auto"/>
        <w:bottom w:val="none" w:sz="0" w:space="0" w:color="auto"/>
        <w:right w:val="none" w:sz="0" w:space="0" w:color="auto"/>
      </w:divBdr>
      <w:divsChild>
        <w:div w:id="47847493">
          <w:marLeft w:val="480"/>
          <w:marRight w:val="0"/>
          <w:marTop w:val="0"/>
          <w:marBottom w:val="0"/>
          <w:divBdr>
            <w:top w:val="none" w:sz="0" w:space="0" w:color="auto"/>
            <w:left w:val="none" w:sz="0" w:space="0" w:color="auto"/>
            <w:bottom w:val="none" w:sz="0" w:space="0" w:color="auto"/>
            <w:right w:val="none" w:sz="0" w:space="0" w:color="auto"/>
          </w:divBdr>
        </w:div>
        <w:div w:id="156120580">
          <w:marLeft w:val="480"/>
          <w:marRight w:val="0"/>
          <w:marTop w:val="0"/>
          <w:marBottom w:val="0"/>
          <w:divBdr>
            <w:top w:val="none" w:sz="0" w:space="0" w:color="auto"/>
            <w:left w:val="none" w:sz="0" w:space="0" w:color="auto"/>
            <w:bottom w:val="none" w:sz="0" w:space="0" w:color="auto"/>
            <w:right w:val="none" w:sz="0" w:space="0" w:color="auto"/>
          </w:divBdr>
        </w:div>
        <w:div w:id="165676960">
          <w:marLeft w:val="480"/>
          <w:marRight w:val="0"/>
          <w:marTop w:val="0"/>
          <w:marBottom w:val="0"/>
          <w:divBdr>
            <w:top w:val="none" w:sz="0" w:space="0" w:color="auto"/>
            <w:left w:val="none" w:sz="0" w:space="0" w:color="auto"/>
            <w:bottom w:val="none" w:sz="0" w:space="0" w:color="auto"/>
            <w:right w:val="none" w:sz="0" w:space="0" w:color="auto"/>
          </w:divBdr>
        </w:div>
        <w:div w:id="198444614">
          <w:marLeft w:val="480"/>
          <w:marRight w:val="0"/>
          <w:marTop w:val="0"/>
          <w:marBottom w:val="0"/>
          <w:divBdr>
            <w:top w:val="none" w:sz="0" w:space="0" w:color="auto"/>
            <w:left w:val="none" w:sz="0" w:space="0" w:color="auto"/>
            <w:bottom w:val="none" w:sz="0" w:space="0" w:color="auto"/>
            <w:right w:val="none" w:sz="0" w:space="0" w:color="auto"/>
          </w:divBdr>
        </w:div>
        <w:div w:id="274825001">
          <w:marLeft w:val="480"/>
          <w:marRight w:val="0"/>
          <w:marTop w:val="0"/>
          <w:marBottom w:val="0"/>
          <w:divBdr>
            <w:top w:val="none" w:sz="0" w:space="0" w:color="auto"/>
            <w:left w:val="none" w:sz="0" w:space="0" w:color="auto"/>
            <w:bottom w:val="none" w:sz="0" w:space="0" w:color="auto"/>
            <w:right w:val="none" w:sz="0" w:space="0" w:color="auto"/>
          </w:divBdr>
        </w:div>
        <w:div w:id="364674462">
          <w:marLeft w:val="480"/>
          <w:marRight w:val="0"/>
          <w:marTop w:val="0"/>
          <w:marBottom w:val="0"/>
          <w:divBdr>
            <w:top w:val="none" w:sz="0" w:space="0" w:color="auto"/>
            <w:left w:val="none" w:sz="0" w:space="0" w:color="auto"/>
            <w:bottom w:val="none" w:sz="0" w:space="0" w:color="auto"/>
            <w:right w:val="none" w:sz="0" w:space="0" w:color="auto"/>
          </w:divBdr>
        </w:div>
        <w:div w:id="376273134">
          <w:marLeft w:val="480"/>
          <w:marRight w:val="0"/>
          <w:marTop w:val="0"/>
          <w:marBottom w:val="0"/>
          <w:divBdr>
            <w:top w:val="none" w:sz="0" w:space="0" w:color="auto"/>
            <w:left w:val="none" w:sz="0" w:space="0" w:color="auto"/>
            <w:bottom w:val="none" w:sz="0" w:space="0" w:color="auto"/>
            <w:right w:val="none" w:sz="0" w:space="0" w:color="auto"/>
          </w:divBdr>
        </w:div>
        <w:div w:id="389840664">
          <w:marLeft w:val="480"/>
          <w:marRight w:val="0"/>
          <w:marTop w:val="0"/>
          <w:marBottom w:val="0"/>
          <w:divBdr>
            <w:top w:val="none" w:sz="0" w:space="0" w:color="auto"/>
            <w:left w:val="none" w:sz="0" w:space="0" w:color="auto"/>
            <w:bottom w:val="none" w:sz="0" w:space="0" w:color="auto"/>
            <w:right w:val="none" w:sz="0" w:space="0" w:color="auto"/>
          </w:divBdr>
        </w:div>
        <w:div w:id="408966837">
          <w:marLeft w:val="480"/>
          <w:marRight w:val="0"/>
          <w:marTop w:val="0"/>
          <w:marBottom w:val="0"/>
          <w:divBdr>
            <w:top w:val="none" w:sz="0" w:space="0" w:color="auto"/>
            <w:left w:val="none" w:sz="0" w:space="0" w:color="auto"/>
            <w:bottom w:val="none" w:sz="0" w:space="0" w:color="auto"/>
            <w:right w:val="none" w:sz="0" w:space="0" w:color="auto"/>
          </w:divBdr>
        </w:div>
        <w:div w:id="428240667">
          <w:marLeft w:val="480"/>
          <w:marRight w:val="0"/>
          <w:marTop w:val="0"/>
          <w:marBottom w:val="0"/>
          <w:divBdr>
            <w:top w:val="none" w:sz="0" w:space="0" w:color="auto"/>
            <w:left w:val="none" w:sz="0" w:space="0" w:color="auto"/>
            <w:bottom w:val="none" w:sz="0" w:space="0" w:color="auto"/>
            <w:right w:val="none" w:sz="0" w:space="0" w:color="auto"/>
          </w:divBdr>
        </w:div>
        <w:div w:id="496767270">
          <w:marLeft w:val="480"/>
          <w:marRight w:val="0"/>
          <w:marTop w:val="0"/>
          <w:marBottom w:val="0"/>
          <w:divBdr>
            <w:top w:val="none" w:sz="0" w:space="0" w:color="auto"/>
            <w:left w:val="none" w:sz="0" w:space="0" w:color="auto"/>
            <w:bottom w:val="none" w:sz="0" w:space="0" w:color="auto"/>
            <w:right w:val="none" w:sz="0" w:space="0" w:color="auto"/>
          </w:divBdr>
        </w:div>
        <w:div w:id="531845893">
          <w:marLeft w:val="480"/>
          <w:marRight w:val="0"/>
          <w:marTop w:val="0"/>
          <w:marBottom w:val="0"/>
          <w:divBdr>
            <w:top w:val="none" w:sz="0" w:space="0" w:color="auto"/>
            <w:left w:val="none" w:sz="0" w:space="0" w:color="auto"/>
            <w:bottom w:val="none" w:sz="0" w:space="0" w:color="auto"/>
            <w:right w:val="none" w:sz="0" w:space="0" w:color="auto"/>
          </w:divBdr>
        </w:div>
        <w:div w:id="541746844">
          <w:marLeft w:val="480"/>
          <w:marRight w:val="0"/>
          <w:marTop w:val="0"/>
          <w:marBottom w:val="0"/>
          <w:divBdr>
            <w:top w:val="none" w:sz="0" w:space="0" w:color="auto"/>
            <w:left w:val="none" w:sz="0" w:space="0" w:color="auto"/>
            <w:bottom w:val="none" w:sz="0" w:space="0" w:color="auto"/>
            <w:right w:val="none" w:sz="0" w:space="0" w:color="auto"/>
          </w:divBdr>
        </w:div>
        <w:div w:id="552740928">
          <w:marLeft w:val="480"/>
          <w:marRight w:val="0"/>
          <w:marTop w:val="0"/>
          <w:marBottom w:val="0"/>
          <w:divBdr>
            <w:top w:val="none" w:sz="0" w:space="0" w:color="auto"/>
            <w:left w:val="none" w:sz="0" w:space="0" w:color="auto"/>
            <w:bottom w:val="none" w:sz="0" w:space="0" w:color="auto"/>
            <w:right w:val="none" w:sz="0" w:space="0" w:color="auto"/>
          </w:divBdr>
        </w:div>
        <w:div w:id="562985283">
          <w:marLeft w:val="480"/>
          <w:marRight w:val="0"/>
          <w:marTop w:val="0"/>
          <w:marBottom w:val="0"/>
          <w:divBdr>
            <w:top w:val="none" w:sz="0" w:space="0" w:color="auto"/>
            <w:left w:val="none" w:sz="0" w:space="0" w:color="auto"/>
            <w:bottom w:val="none" w:sz="0" w:space="0" w:color="auto"/>
            <w:right w:val="none" w:sz="0" w:space="0" w:color="auto"/>
          </w:divBdr>
        </w:div>
        <w:div w:id="687289405">
          <w:marLeft w:val="480"/>
          <w:marRight w:val="0"/>
          <w:marTop w:val="0"/>
          <w:marBottom w:val="0"/>
          <w:divBdr>
            <w:top w:val="none" w:sz="0" w:space="0" w:color="auto"/>
            <w:left w:val="none" w:sz="0" w:space="0" w:color="auto"/>
            <w:bottom w:val="none" w:sz="0" w:space="0" w:color="auto"/>
            <w:right w:val="none" w:sz="0" w:space="0" w:color="auto"/>
          </w:divBdr>
        </w:div>
        <w:div w:id="742263670">
          <w:marLeft w:val="480"/>
          <w:marRight w:val="0"/>
          <w:marTop w:val="0"/>
          <w:marBottom w:val="0"/>
          <w:divBdr>
            <w:top w:val="none" w:sz="0" w:space="0" w:color="auto"/>
            <w:left w:val="none" w:sz="0" w:space="0" w:color="auto"/>
            <w:bottom w:val="none" w:sz="0" w:space="0" w:color="auto"/>
            <w:right w:val="none" w:sz="0" w:space="0" w:color="auto"/>
          </w:divBdr>
        </w:div>
        <w:div w:id="788402193">
          <w:marLeft w:val="480"/>
          <w:marRight w:val="0"/>
          <w:marTop w:val="0"/>
          <w:marBottom w:val="0"/>
          <w:divBdr>
            <w:top w:val="none" w:sz="0" w:space="0" w:color="auto"/>
            <w:left w:val="none" w:sz="0" w:space="0" w:color="auto"/>
            <w:bottom w:val="none" w:sz="0" w:space="0" w:color="auto"/>
            <w:right w:val="none" w:sz="0" w:space="0" w:color="auto"/>
          </w:divBdr>
        </w:div>
        <w:div w:id="810636851">
          <w:marLeft w:val="480"/>
          <w:marRight w:val="0"/>
          <w:marTop w:val="0"/>
          <w:marBottom w:val="0"/>
          <w:divBdr>
            <w:top w:val="none" w:sz="0" w:space="0" w:color="auto"/>
            <w:left w:val="none" w:sz="0" w:space="0" w:color="auto"/>
            <w:bottom w:val="none" w:sz="0" w:space="0" w:color="auto"/>
            <w:right w:val="none" w:sz="0" w:space="0" w:color="auto"/>
          </w:divBdr>
        </w:div>
        <w:div w:id="816804252">
          <w:marLeft w:val="480"/>
          <w:marRight w:val="0"/>
          <w:marTop w:val="0"/>
          <w:marBottom w:val="0"/>
          <w:divBdr>
            <w:top w:val="none" w:sz="0" w:space="0" w:color="auto"/>
            <w:left w:val="none" w:sz="0" w:space="0" w:color="auto"/>
            <w:bottom w:val="none" w:sz="0" w:space="0" w:color="auto"/>
            <w:right w:val="none" w:sz="0" w:space="0" w:color="auto"/>
          </w:divBdr>
        </w:div>
        <w:div w:id="905458391">
          <w:marLeft w:val="480"/>
          <w:marRight w:val="0"/>
          <w:marTop w:val="0"/>
          <w:marBottom w:val="0"/>
          <w:divBdr>
            <w:top w:val="none" w:sz="0" w:space="0" w:color="auto"/>
            <w:left w:val="none" w:sz="0" w:space="0" w:color="auto"/>
            <w:bottom w:val="none" w:sz="0" w:space="0" w:color="auto"/>
            <w:right w:val="none" w:sz="0" w:space="0" w:color="auto"/>
          </w:divBdr>
        </w:div>
        <w:div w:id="951740546">
          <w:marLeft w:val="480"/>
          <w:marRight w:val="0"/>
          <w:marTop w:val="0"/>
          <w:marBottom w:val="0"/>
          <w:divBdr>
            <w:top w:val="none" w:sz="0" w:space="0" w:color="auto"/>
            <w:left w:val="none" w:sz="0" w:space="0" w:color="auto"/>
            <w:bottom w:val="none" w:sz="0" w:space="0" w:color="auto"/>
            <w:right w:val="none" w:sz="0" w:space="0" w:color="auto"/>
          </w:divBdr>
        </w:div>
        <w:div w:id="956180132">
          <w:marLeft w:val="480"/>
          <w:marRight w:val="0"/>
          <w:marTop w:val="0"/>
          <w:marBottom w:val="0"/>
          <w:divBdr>
            <w:top w:val="none" w:sz="0" w:space="0" w:color="auto"/>
            <w:left w:val="none" w:sz="0" w:space="0" w:color="auto"/>
            <w:bottom w:val="none" w:sz="0" w:space="0" w:color="auto"/>
            <w:right w:val="none" w:sz="0" w:space="0" w:color="auto"/>
          </w:divBdr>
        </w:div>
        <w:div w:id="984823567">
          <w:marLeft w:val="480"/>
          <w:marRight w:val="0"/>
          <w:marTop w:val="0"/>
          <w:marBottom w:val="0"/>
          <w:divBdr>
            <w:top w:val="none" w:sz="0" w:space="0" w:color="auto"/>
            <w:left w:val="none" w:sz="0" w:space="0" w:color="auto"/>
            <w:bottom w:val="none" w:sz="0" w:space="0" w:color="auto"/>
            <w:right w:val="none" w:sz="0" w:space="0" w:color="auto"/>
          </w:divBdr>
        </w:div>
        <w:div w:id="1243684275">
          <w:marLeft w:val="480"/>
          <w:marRight w:val="0"/>
          <w:marTop w:val="0"/>
          <w:marBottom w:val="0"/>
          <w:divBdr>
            <w:top w:val="none" w:sz="0" w:space="0" w:color="auto"/>
            <w:left w:val="none" w:sz="0" w:space="0" w:color="auto"/>
            <w:bottom w:val="none" w:sz="0" w:space="0" w:color="auto"/>
            <w:right w:val="none" w:sz="0" w:space="0" w:color="auto"/>
          </w:divBdr>
        </w:div>
        <w:div w:id="1259296316">
          <w:marLeft w:val="480"/>
          <w:marRight w:val="0"/>
          <w:marTop w:val="0"/>
          <w:marBottom w:val="0"/>
          <w:divBdr>
            <w:top w:val="none" w:sz="0" w:space="0" w:color="auto"/>
            <w:left w:val="none" w:sz="0" w:space="0" w:color="auto"/>
            <w:bottom w:val="none" w:sz="0" w:space="0" w:color="auto"/>
            <w:right w:val="none" w:sz="0" w:space="0" w:color="auto"/>
          </w:divBdr>
        </w:div>
        <w:div w:id="1264918519">
          <w:marLeft w:val="480"/>
          <w:marRight w:val="0"/>
          <w:marTop w:val="0"/>
          <w:marBottom w:val="0"/>
          <w:divBdr>
            <w:top w:val="none" w:sz="0" w:space="0" w:color="auto"/>
            <w:left w:val="none" w:sz="0" w:space="0" w:color="auto"/>
            <w:bottom w:val="none" w:sz="0" w:space="0" w:color="auto"/>
            <w:right w:val="none" w:sz="0" w:space="0" w:color="auto"/>
          </w:divBdr>
        </w:div>
        <w:div w:id="1276016771">
          <w:marLeft w:val="480"/>
          <w:marRight w:val="0"/>
          <w:marTop w:val="0"/>
          <w:marBottom w:val="0"/>
          <w:divBdr>
            <w:top w:val="none" w:sz="0" w:space="0" w:color="auto"/>
            <w:left w:val="none" w:sz="0" w:space="0" w:color="auto"/>
            <w:bottom w:val="none" w:sz="0" w:space="0" w:color="auto"/>
            <w:right w:val="none" w:sz="0" w:space="0" w:color="auto"/>
          </w:divBdr>
        </w:div>
        <w:div w:id="1312171040">
          <w:marLeft w:val="480"/>
          <w:marRight w:val="0"/>
          <w:marTop w:val="0"/>
          <w:marBottom w:val="0"/>
          <w:divBdr>
            <w:top w:val="none" w:sz="0" w:space="0" w:color="auto"/>
            <w:left w:val="none" w:sz="0" w:space="0" w:color="auto"/>
            <w:bottom w:val="none" w:sz="0" w:space="0" w:color="auto"/>
            <w:right w:val="none" w:sz="0" w:space="0" w:color="auto"/>
          </w:divBdr>
        </w:div>
        <w:div w:id="1382175195">
          <w:marLeft w:val="480"/>
          <w:marRight w:val="0"/>
          <w:marTop w:val="0"/>
          <w:marBottom w:val="0"/>
          <w:divBdr>
            <w:top w:val="none" w:sz="0" w:space="0" w:color="auto"/>
            <w:left w:val="none" w:sz="0" w:space="0" w:color="auto"/>
            <w:bottom w:val="none" w:sz="0" w:space="0" w:color="auto"/>
            <w:right w:val="none" w:sz="0" w:space="0" w:color="auto"/>
          </w:divBdr>
        </w:div>
        <w:div w:id="1399522571">
          <w:marLeft w:val="480"/>
          <w:marRight w:val="0"/>
          <w:marTop w:val="0"/>
          <w:marBottom w:val="0"/>
          <w:divBdr>
            <w:top w:val="none" w:sz="0" w:space="0" w:color="auto"/>
            <w:left w:val="none" w:sz="0" w:space="0" w:color="auto"/>
            <w:bottom w:val="none" w:sz="0" w:space="0" w:color="auto"/>
            <w:right w:val="none" w:sz="0" w:space="0" w:color="auto"/>
          </w:divBdr>
        </w:div>
        <w:div w:id="1400443786">
          <w:marLeft w:val="480"/>
          <w:marRight w:val="0"/>
          <w:marTop w:val="0"/>
          <w:marBottom w:val="0"/>
          <w:divBdr>
            <w:top w:val="none" w:sz="0" w:space="0" w:color="auto"/>
            <w:left w:val="none" w:sz="0" w:space="0" w:color="auto"/>
            <w:bottom w:val="none" w:sz="0" w:space="0" w:color="auto"/>
            <w:right w:val="none" w:sz="0" w:space="0" w:color="auto"/>
          </w:divBdr>
        </w:div>
        <w:div w:id="1407606597">
          <w:marLeft w:val="480"/>
          <w:marRight w:val="0"/>
          <w:marTop w:val="0"/>
          <w:marBottom w:val="0"/>
          <w:divBdr>
            <w:top w:val="none" w:sz="0" w:space="0" w:color="auto"/>
            <w:left w:val="none" w:sz="0" w:space="0" w:color="auto"/>
            <w:bottom w:val="none" w:sz="0" w:space="0" w:color="auto"/>
            <w:right w:val="none" w:sz="0" w:space="0" w:color="auto"/>
          </w:divBdr>
        </w:div>
        <w:div w:id="1547373993">
          <w:marLeft w:val="480"/>
          <w:marRight w:val="0"/>
          <w:marTop w:val="0"/>
          <w:marBottom w:val="0"/>
          <w:divBdr>
            <w:top w:val="none" w:sz="0" w:space="0" w:color="auto"/>
            <w:left w:val="none" w:sz="0" w:space="0" w:color="auto"/>
            <w:bottom w:val="none" w:sz="0" w:space="0" w:color="auto"/>
            <w:right w:val="none" w:sz="0" w:space="0" w:color="auto"/>
          </w:divBdr>
        </w:div>
        <w:div w:id="1589848290">
          <w:marLeft w:val="480"/>
          <w:marRight w:val="0"/>
          <w:marTop w:val="0"/>
          <w:marBottom w:val="0"/>
          <w:divBdr>
            <w:top w:val="none" w:sz="0" w:space="0" w:color="auto"/>
            <w:left w:val="none" w:sz="0" w:space="0" w:color="auto"/>
            <w:bottom w:val="none" w:sz="0" w:space="0" w:color="auto"/>
            <w:right w:val="none" w:sz="0" w:space="0" w:color="auto"/>
          </w:divBdr>
        </w:div>
        <w:div w:id="1668165307">
          <w:marLeft w:val="480"/>
          <w:marRight w:val="0"/>
          <w:marTop w:val="0"/>
          <w:marBottom w:val="0"/>
          <w:divBdr>
            <w:top w:val="none" w:sz="0" w:space="0" w:color="auto"/>
            <w:left w:val="none" w:sz="0" w:space="0" w:color="auto"/>
            <w:bottom w:val="none" w:sz="0" w:space="0" w:color="auto"/>
            <w:right w:val="none" w:sz="0" w:space="0" w:color="auto"/>
          </w:divBdr>
        </w:div>
        <w:div w:id="1670211238">
          <w:marLeft w:val="480"/>
          <w:marRight w:val="0"/>
          <w:marTop w:val="0"/>
          <w:marBottom w:val="0"/>
          <w:divBdr>
            <w:top w:val="none" w:sz="0" w:space="0" w:color="auto"/>
            <w:left w:val="none" w:sz="0" w:space="0" w:color="auto"/>
            <w:bottom w:val="none" w:sz="0" w:space="0" w:color="auto"/>
            <w:right w:val="none" w:sz="0" w:space="0" w:color="auto"/>
          </w:divBdr>
        </w:div>
        <w:div w:id="1810633497">
          <w:marLeft w:val="480"/>
          <w:marRight w:val="0"/>
          <w:marTop w:val="0"/>
          <w:marBottom w:val="0"/>
          <w:divBdr>
            <w:top w:val="none" w:sz="0" w:space="0" w:color="auto"/>
            <w:left w:val="none" w:sz="0" w:space="0" w:color="auto"/>
            <w:bottom w:val="none" w:sz="0" w:space="0" w:color="auto"/>
            <w:right w:val="none" w:sz="0" w:space="0" w:color="auto"/>
          </w:divBdr>
        </w:div>
        <w:div w:id="1820345463">
          <w:marLeft w:val="480"/>
          <w:marRight w:val="0"/>
          <w:marTop w:val="0"/>
          <w:marBottom w:val="0"/>
          <w:divBdr>
            <w:top w:val="none" w:sz="0" w:space="0" w:color="auto"/>
            <w:left w:val="none" w:sz="0" w:space="0" w:color="auto"/>
            <w:bottom w:val="none" w:sz="0" w:space="0" w:color="auto"/>
            <w:right w:val="none" w:sz="0" w:space="0" w:color="auto"/>
          </w:divBdr>
        </w:div>
        <w:div w:id="1842502607">
          <w:marLeft w:val="480"/>
          <w:marRight w:val="0"/>
          <w:marTop w:val="0"/>
          <w:marBottom w:val="0"/>
          <w:divBdr>
            <w:top w:val="none" w:sz="0" w:space="0" w:color="auto"/>
            <w:left w:val="none" w:sz="0" w:space="0" w:color="auto"/>
            <w:bottom w:val="none" w:sz="0" w:space="0" w:color="auto"/>
            <w:right w:val="none" w:sz="0" w:space="0" w:color="auto"/>
          </w:divBdr>
        </w:div>
        <w:div w:id="2058814026">
          <w:marLeft w:val="480"/>
          <w:marRight w:val="0"/>
          <w:marTop w:val="0"/>
          <w:marBottom w:val="0"/>
          <w:divBdr>
            <w:top w:val="none" w:sz="0" w:space="0" w:color="auto"/>
            <w:left w:val="none" w:sz="0" w:space="0" w:color="auto"/>
            <w:bottom w:val="none" w:sz="0" w:space="0" w:color="auto"/>
            <w:right w:val="none" w:sz="0" w:space="0" w:color="auto"/>
          </w:divBdr>
        </w:div>
        <w:div w:id="2137867925">
          <w:marLeft w:val="480"/>
          <w:marRight w:val="0"/>
          <w:marTop w:val="0"/>
          <w:marBottom w:val="0"/>
          <w:divBdr>
            <w:top w:val="none" w:sz="0" w:space="0" w:color="auto"/>
            <w:left w:val="none" w:sz="0" w:space="0" w:color="auto"/>
            <w:bottom w:val="none" w:sz="0" w:space="0" w:color="auto"/>
            <w:right w:val="none" w:sz="0" w:space="0" w:color="auto"/>
          </w:divBdr>
        </w:div>
      </w:divsChild>
    </w:div>
    <w:div w:id="1897426723">
      <w:bodyDiv w:val="1"/>
      <w:marLeft w:val="0"/>
      <w:marRight w:val="0"/>
      <w:marTop w:val="0"/>
      <w:marBottom w:val="0"/>
      <w:divBdr>
        <w:top w:val="none" w:sz="0" w:space="0" w:color="auto"/>
        <w:left w:val="none" w:sz="0" w:space="0" w:color="auto"/>
        <w:bottom w:val="none" w:sz="0" w:space="0" w:color="auto"/>
        <w:right w:val="none" w:sz="0" w:space="0" w:color="auto"/>
      </w:divBdr>
    </w:div>
    <w:div w:id="1898127282">
      <w:bodyDiv w:val="1"/>
      <w:marLeft w:val="0"/>
      <w:marRight w:val="0"/>
      <w:marTop w:val="0"/>
      <w:marBottom w:val="0"/>
      <w:divBdr>
        <w:top w:val="none" w:sz="0" w:space="0" w:color="auto"/>
        <w:left w:val="none" w:sz="0" w:space="0" w:color="auto"/>
        <w:bottom w:val="none" w:sz="0" w:space="0" w:color="auto"/>
        <w:right w:val="none" w:sz="0" w:space="0" w:color="auto"/>
      </w:divBdr>
    </w:div>
    <w:div w:id="1901820526">
      <w:bodyDiv w:val="1"/>
      <w:marLeft w:val="0"/>
      <w:marRight w:val="0"/>
      <w:marTop w:val="0"/>
      <w:marBottom w:val="0"/>
      <w:divBdr>
        <w:top w:val="none" w:sz="0" w:space="0" w:color="auto"/>
        <w:left w:val="none" w:sz="0" w:space="0" w:color="auto"/>
        <w:bottom w:val="none" w:sz="0" w:space="0" w:color="auto"/>
        <w:right w:val="none" w:sz="0" w:space="0" w:color="auto"/>
      </w:divBdr>
    </w:div>
    <w:div w:id="1902448584">
      <w:bodyDiv w:val="1"/>
      <w:marLeft w:val="0"/>
      <w:marRight w:val="0"/>
      <w:marTop w:val="0"/>
      <w:marBottom w:val="0"/>
      <w:divBdr>
        <w:top w:val="none" w:sz="0" w:space="0" w:color="auto"/>
        <w:left w:val="none" w:sz="0" w:space="0" w:color="auto"/>
        <w:bottom w:val="none" w:sz="0" w:space="0" w:color="auto"/>
        <w:right w:val="none" w:sz="0" w:space="0" w:color="auto"/>
      </w:divBdr>
    </w:div>
    <w:div w:id="1904098245">
      <w:bodyDiv w:val="1"/>
      <w:marLeft w:val="0"/>
      <w:marRight w:val="0"/>
      <w:marTop w:val="0"/>
      <w:marBottom w:val="0"/>
      <w:divBdr>
        <w:top w:val="none" w:sz="0" w:space="0" w:color="auto"/>
        <w:left w:val="none" w:sz="0" w:space="0" w:color="auto"/>
        <w:bottom w:val="none" w:sz="0" w:space="0" w:color="auto"/>
        <w:right w:val="none" w:sz="0" w:space="0" w:color="auto"/>
      </w:divBdr>
    </w:div>
    <w:div w:id="1907296396">
      <w:bodyDiv w:val="1"/>
      <w:marLeft w:val="0"/>
      <w:marRight w:val="0"/>
      <w:marTop w:val="0"/>
      <w:marBottom w:val="0"/>
      <w:divBdr>
        <w:top w:val="none" w:sz="0" w:space="0" w:color="auto"/>
        <w:left w:val="none" w:sz="0" w:space="0" w:color="auto"/>
        <w:bottom w:val="none" w:sz="0" w:space="0" w:color="auto"/>
        <w:right w:val="none" w:sz="0" w:space="0" w:color="auto"/>
      </w:divBdr>
      <w:divsChild>
        <w:div w:id="1694764738">
          <w:marLeft w:val="480"/>
          <w:marRight w:val="0"/>
          <w:marTop w:val="0"/>
          <w:marBottom w:val="0"/>
          <w:divBdr>
            <w:top w:val="none" w:sz="0" w:space="0" w:color="auto"/>
            <w:left w:val="none" w:sz="0" w:space="0" w:color="auto"/>
            <w:bottom w:val="none" w:sz="0" w:space="0" w:color="auto"/>
            <w:right w:val="none" w:sz="0" w:space="0" w:color="auto"/>
          </w:divBdr>
        </w:div>
      </w:divsChild>
    </w:div>
    <w:div w:id="1907689065">
      <w:bodyDiv w:val="1"/>
      <w:marLeft w:val="0"/>
      <w:marRight w:val="0"/>
      <w:marTop w:val="0"/>
      <w:marBottom w:val="0"/>
      <w:divBdr>
        <w:top w:val="none" w:sz="0" w:space="0" w:color="auto"/>
        <w:left w:val="none" w:sz="0" w:space="0" w:color="auto"/>
        <w:bottom w:val="none" w:sz="0" w:space="0" w:color="auto"/>
        <w:right w:val="none" w:sz="0" w:space="0" w:color="auto"/>
      </w:divBdr>
    </w:div>
    <w:div w:id="1911229294">
      <w:bodyDiv w:val="1"/>
      <w:marLeft w:val="0"/>
      <w:marRight w:val="0"/>
      <w:marTop w:val="0"/>
      <w:marBottom w:val="0"/>
      <w:divBdr>
        <w:top w:val="none" w:sz="0" w:space="0" w:color="auto"/>
        <w:left w:val="none" w:sz="0" w:space="0" w:color="auto"/>
        <w:bottom w:val="none" w:sz="0" w:space="0" w:color="auto"/>
        <w:right w:val="none" w:sz="0" w:space="0" w:color="auto"/>
      </w:divBdr>
    </w:div>
    <w:div w:id="1912810476">
      <w:bodyDiv w:val="1"/>
      <w:marLeft w:val="0"/>
      <w:marRight w:val="0"/>
      <w:marTop w:val="0"/>
      <w:marBottom w:val="0"/>
      <w:divBdr>
        <w:top w:val="none" w:sz="0" w:space="0" w:color="auto"/>
        <w:left w:val="none" w:sz="0" w:space="0" w:color="auto"/>
        <w:bottom w:val="none" w:sz="0" w:space="0" w:color="auto"/>
        <w:right w:val="none" w:sz="0" w:space="0" w:color="auto"/>
      </w:divBdr>
    </w:div>
    <w:div w:id="1914199943">
      <w:bodyDiv w:val="1"/>
      <w:marLeft w:val="0"/>
      <w:marRight w:val="0"/>
      <w:marTop w:val="0"/>
      <w:marBottom w:val="0"/>
      <w:divBdr>
        <w:top w:val="none" w:sz="0" w:space="0" w:color="auto"/>
        <w:left w:val="none" w:sz="0" w:space="0" w:color="auto"/>
        <w:bottom w:val="none" w:sz="0" w:space="0" w:color="auto"/>
        <w:right w:val="none" w:sz="0" w:space="0" w:color="auto"/>
      </w:divBdr>
    </w:div>
    <w:div w:id="1914854457">
      <w:bodyDiv w:val="1"/>
      <w:marLeft w:val="0"/>
      <w:marRight w:val="0"/>
      <w:marTop w:val="0"/>
      <w:marBottom w:val="0"/>
      <w:divBdr>
        <w:top w:val="none" w:sz="0" w:space="0" w:color="auto"/>
        <w:left w:val="none" w:sz="0" w:space="0" w:color="auto"/>
        <w:bottom w:val="none" w:sz="0" w:space="0" w:color="auto"/>
        <w:right w:val="none" w:sz="0" w:space="0" w:color="auto"/>
      </w:divBdr>
      <w:divsChild>
        <w:div w:id="40785353">
          <w:marLeft w:val="480"/>
          <w:marRight w:val="0"/>
          <w:marTop w:val="0"/>
          <w:marBottom w:val="0"/>
          <w:divBdr>
            <w:top w:val="none" w:sz="0" w:space="0" w:color="auto"/>
            <w:left w:val="none" w:sz="0" w:space="0" w:color="auto"/>
            <w:bottom w:val="none" w:sz="0" w:space="0" w:color="auto"/>
            <w:right w:val="none" w:sz="0" w:space="0" w:color="auto"/>
          </w:divBdr>
        </w:div>
        <w:div w:id="65957911">
          <w:marLeft w:val="480"/>
          <w:marRight w:val="0"/>
          <w:marTop w:val="0"/>
          <w:marBottom w:val="0"/>
          <w:divBdr>
            <w:top w:val="none" w:sz="0" w:space="0" w:color="auto"/>
            <w:left w:val="none" w:sz="0" w:space="0" w:color="auto"/>
            <w:bottom w:val="none" w:sz="0" w:space="0" w:color="auto"/>
            <w:right w:val="none" w:sz="0" w:space="0" w:color="auto"/>
          </w:divBdr>
        </w:div>
        <w:div w:id="100806357">
          <w:marLeft w:val="480"/>
          <w:marRight w:val="0"/>
          <w:marTop w:val="0"/>
          <w:marBottom w:val="0"/>
          <w:divBdr>
            <w:top w:val="none" w:sz="0" w:space="0" w:color="auto"/>
            <w:left w:val="none" w:sz="0" w:space="0" w:color="auto"/>
            <w:bottom w:val="none" w:sz="0" w:space="0" w:color="auto"/>
            <w:right w:val="none" w:sz="0" w:space="0" w:color="auto"/>
          </w:divBdr>
        </w:div>
        <w:div w:id="159546545">
          <w:marLeft w:val="480"/>
          <w:marRight w:val="0"/>
          <w:marTop w:val="0"/>
          <w:marBottom w:val="0"/>
          <w:divBdr>
            <w:top w:val="none" w:sz="0" w:space="0" w:color="auto"/>
            <w:left w:val="none" w:sz="0" w:space="0" w:color="auto"/>
            <w:bottom w:val="none" w:sz="0" w:space="0" w:color="auto"/>
            <w:right w:val="none" w:sz="0" w:space="0" w:color="auto"/>
          </w:divBdr>
        </w:div>
        <w:div w:id="188106999">
          <w:marLeft w:val="480"/>
          <w:marRight w:val="0"/>
          <w:marTop w:val="0"/>
          <w:marBottom w:val="0"/>
          <w:divBdr>
            <w:top w:val="none" w:sz="0" w:space="0" w:color="auto"/>
            <w:left w:val="none" w:sz="0" w:space="0" w:color="auto"/>
            <w:bottom w:val="none" w:sz="0" w:space="0" w:color="auto"/>
            <w:right w:val="none" w:sz="0" w:space="0" w:color="auto"/>
          </w:divBdr>
        </w:div>
        <w:div w:id="263998509">
          <w:marLeft w:val="480"/>
          <w:marRight w:val="0"/>
          <w:marTop w:val="0"/>
          <w:marBottom w:val="0"/>
          <w:divBdr>
            <w:top w:val="none" w:sz="0" w:space="0" w:color="auto"/>
            <w:left w:val="none" w:sz="0" w:space="0" w:color="auto"/>
            <w:bottom w:val="none" w:sz="0" w:space="0" w:color="auto"/>
            <w:right w:val="none" w:sz="0" w:space="0" w:color="auto"/>
          </w:divBdr>
        </w:div>
        <w:div w:id="370496171">
          <w:marLeft w:val="480"/>
          <w:marRight w:val="0"/>
          <w:marTop w:val="0"/>
          <w:marBottom w:val="0"/>
          <w:divBdr>
            <w:top w:val="none" w:sz="0" w:space="0" w:color="auto"/>
            <w:left w:val="none" w:sz="0" w:space="0" w:color="auto"/>
            <w:bottom w:val="none" w:sz="0" w:space="0" w:color="auto"/>
            <w:right w:val="none" w:sz="0" w:space="0" w:color="auto"/>
          </w:divBdr>
        </w:div>
        <w:div w:id="437410712">
          <w:marLeft w:val="480"/>
          <w:marRight w:val="0"/>
          <w:marTop w:val="0"/>
          <w:marBottom w:val="0"/>
          <w:divBdr>
            <w:top w:val="none" w:sz="0" w:space="0" w:color="auto"/>
            <w:left w:val="none" w:sz="0" w:space="0" w:color="auto"/>
            <w:bottom w:val="none" w:sz="0" w:space="0" w:color="auto"/>
            <w:right w:val="none" w:sz="0" w:space="0" w:color="auto"/>
          </w:divBdr>
        </w:div>
        <w:div w:id="461004207">
          <w:marLeft w:val="480"/>
          <w:marRight w:val="0"/>
          <w:marTop w:val="0"/>
          <w:marBottom w:val="0"/>
          <w:divBdr>
            <w:top w:val="none" w:sz="0" w:space="0" w:color="auto"/>
            <w:left w:val="none" w:sz="0" w:space="0" w:color="auto"/>
            <w:bottom w:val="none" w:sz="0" w:space="0" w:color="auto"/>
            <w:right w:val="none" w:sz="0" w:space="0" w:color="auto"/>
          </w:divBdr>
        </w:div>
        <w:div w:id="465582312">
          <w:marLeft w:val="480"/>
          <w:marRight w:val="0"/>
          <w:marTop w:val="0"/>
          <w:marBottom w:val="0"/>
          <w:divBdr>
            <w:top w:val="none" w:sz="0" w:space="0" w:color="auto"/>
            <w:left w:val="none" w:sz="0" w:space="0" w:color="auto"/>
            <w:bottom w:val="none" w:sz="0" w:space="0" w:color="auto"/>
            <w:right w:val="none" w:sz="0" w:space="0" w:color="auto"/>
          </w:divBdr>
        </w:div>
        <w:div w:id="538859844">
          <w:marLeft w:val="480"/>
          <w:marRight w:val="0"/>
          <w:marTop w:val="0"/>
          <w:marBottom w:val="0"/>
          <w:divBdr>
            <w:top w:val="none" w:sz="0" w:space="0" w:color="auto"/>
            <w:left w:val="none" w:sz="0" w:space="0" w:color="auto"/>
            <w:bottom w:val="none" w:sz="0" w:space="0" w:color="auto"/>
            <w:right w:val="none" w:sz="0" w:space="0" w:color="auto"/>
          </w:divBdr>
        </w:div>
        <w:div w:id="555705083">
          <w:marLeft w:val="480"/>
          <w:marRight w:val="0"/>
          <w:marTop w:val="0"/>
          <w:marBottom w:val="0"/>
          <w:divBdr>
            <w:top w:val="none" w:sz="0" w:space="0" w:color="auto"/>
            <w:left w:val="none" w:sz="0" w:space="0" w:color="auto"/>
            <w:bottom w:val="none" w:sz="0" w:space="0" w:color="auto"/>
            <w:right w:val="none" w:sz="0" w:space="0" w:color="auto"/>
          </w:divBdr>
        </w:div>
        <w:div w:id="720322044">
          <w:marLeft w:val="480"/>
          <w:marRight w:val="0"/>
          <w:marTop w:val="0"/>
          <w:marBottom w:val="0"/>
          <w:divBdr>
            <w:top w:val="none" w:sz="0" w:space="0" w:color="auto"/>
            <w:left w:val="none" w:sz="0" w:space="0" w:color="auto"/>
            <w:bottom w:val="none" w:sz="0" w:space="0" w:color="auto"/>
            <w:right w:val="none" w:sz="0" w:space="0" w:color="auto"/>
          </w:divBdr>
        </w:div>
        <w:div w:id="953707206">
          <w:marLeft w:val="480"/>
          <w:marRight w:val="0"/>
          <w:marTop w:val="0"/>
          <w:marBottom w:val="0"/>
          <w:divBdr>
            <w:top w:val="none" w:sz="0" w:space="0" w:color="auto"/>
            <w:left w:val="none" w:sz="0" w:space="0" w:color="auto"/>
            <w:bottom w:val="none" w:sz="0" w:space="0" w:color="auto"/>
            <w:right w:val="none" w:sz="0" w:space="0" w:color="auto"/>
          </w:divBdr>
        </w:div>
        <w:div w:id="1080367441">
          <w:marLeft w:val="480"/>
          <w:marRight w:val="0"/>
          <w:marTop w:val="0"/>
          <w:marBottom w:val="0"/>
          <w:divBdr>
            <w:top w:val="none" w:sz="0" w:space="0" w:color="auto"/>
            <w:left w:val="none" w:sz="0" w:space="0" w:color="auto"/>
            <w:bottom w:val="none" w:sz="0" w:space="0" w:color="auto"/>
            <w:right w:val="none" w:sz="0" w:space="0" w:color="auto"/>
          </w:divBdr>
        </w:div>
        <w:div w:id="1129472840">
          <w:marLeft w:val="480"/>
          <w:marRight w:val="0"/>
          <w:marTop w:val="0"/>
          <w:marBottom w:val="0"/>
          <w:divBdr>
            <w:top w:val="none" w:sz="0" w:space="0" w:color="auto"/>
            <w:left w:val="none" w:sz="0" w:space="0" w:color="auto"/>
            <w:bottom w:val="none" w:sz="0" w:space="0" w:color="auto"/>
            <w:right w:val="none" w:sz="0" w:space="0" w:color="auto"/>
          </w:divBdr>
        </w:div>
        <w:div w:id="1167087409">
          <w:marLeft w:val="480"/>
          <w:marRight w:val="0"/>
          <w:marTop w:val="0"/>
          <w:marBottom w:val="0"/>
          <w:divBdr>
            <w:top w:val="none" w:sz="0" w:space="0" w:color="auto"/>
            <w:left w:val="none" w:sz="0" w:space="0" w:color="auto"/>
            <w:bottom w:val="none" w:sz="0" w:space="0" w:color="auto"/>
            <w:right w:val="none" w:sz="0" w:space="0" w:color="auto"/>
          </w:divBdr>
        </w:div>
        <w:div w:id="1244683164">
          <w:marLeft w:val="480"/>
          <w:marRight w:val="0"/>
          <w:marTop w:val="0"/>
          <w:marBottom w:val="0"/>
          <w:divBdr>
            <w:top w:val="none" w:sz="0" w:space="0" w:color="auto"/>
            <w:left w:val="none" w:sz="0" w:space="0" w:color="auto"/>
            <w:bottom w:val="none" w:sz="0" w:space="0" w:color="auto"/>
            <w:right w:val="none" w:sz="0" w:space="0" w:color="auto"/>
          </w:divBdr>
        </w:div>
        <w:div w:id="1249189803">
          <w:marLeft w:val="480"/>
          <w:marRight w:val="0"/>
          <w:marTop w:val="0"/>
          <w:marBottom w:val="0"/>
          <w:divBdr>
            <w:top w:val="none" w:sz="0" w:space="0" w:color="auto"/>
            <w:left w:val="none" w:sz="0" w:space="0" w:color="auto"/>
            <w:bottom w:val="none" w:sz="0" w:space="0" w:color="auto"/>
            <w:right w:val="none" w:sz="0" w:space="0" w:color="auto"/>
          </w:divBdr>
        </w:div>
        <w:div w:id="1305618964">
          <w:marLeft w:val="480"/>
          <w:marRight w:val="0"/>
          <w:marTop w:val="0"/>
          <w:marBottom w:val="0"/>
          <w:divBdr>
            <w:top w:val="none" w:sz="0" w:space="0" w:color="auto"/>
            <w:left w:val="none" w:sz="0" w:space="0" w:color="auto"/>
            <w:bottom w:val="none" w:sz="0" w:space="0" w:color="auto"/>
            <w:right w:val="none" w:sz="0" w:space="0" w:color="auto"/>
          </w:divBdr>
        </w:div>
        <w:div w:id="1391079604">
          <w:marLeft w:val="480"/>
          <w:marRight w:val="0"/>
          <w:marTop w:val="0"/>
          <w:marBottom w:val="0"/>
          <w:divBdr>
            <w:top w:val="none" w:sz="0" w:space="0" w:color="auto"/>
            <w:left w:val="none" w:sz="0" w:space="0" w:color="auto"/>
            <w:bottom w:val="none" w:sz="0" w:space="0" w:color="auto"/>
            <w:right w:val="none" w:sz="0" w:space="0" w:color="auto"/>
          </w:divBdr>
        </w:div>
        <w:div w:id="1572736702">
          <w:marLeft w:val="480"/>
          <w:marRight w:val="0"/>
          <w:marTop w:val="0"/>
          <w:marBottom w:val="0"/>
          <w:divBdr>
            <w:top w:val="none" w:sz="0" w:space="0" w:color="auto"/>
            <w:left w:val="none" w:sz="0" w:space="0" w:color="auto"/>
            <w:bottom w:val="none" w:sz="0" w:space="0" w:color="auto"/>
            <w:right w:val="none" w:sz="0" w:space="0" w:color="auto"/>
          </w:divBdr>
        </w:div>
        <w:div w:id="1582104959">
          <w:marLeft w:val="480"/>
          <w:marRight w:val="0"/>
          <w:marTop w:val="0"/>
          <w:marBottom w:val="0"/>
          <w:divBdr>
            <w:top w:val="none" w:sz="0" w:space="0" w:color="auto"/>
            <w:left w:val="none" w:sz="0" w:space="0" w:color="auto"/>
            <w:bottom w:val="none" w:sz="0" w:space="0" w:color="auto"/>
            <w:right w:val="none" w:sz="0" w:space="0" w:color="auto"/>
          </w:divBdr>
        </w:div>
        <w:div w:id="1612207303">
          <w:marLeft w:val="480"/>
          <w:marRight w:val="0"/>
          <w:marTop w:val="0"/>
          <w:marBottom w:val="0"/>
          <w:divBdr>
            <w:top w:val="none" w:sz="0" w:space="0" w:color="auto"/>
            <w:left w:val="none" w:sz="0" w:space="0" w:color="auto"/>
            <w:bottom w:val="none" w:sz="0" w:space="0" w:color="auto"/>
            <w:right w:val="none" w:sz="0" w:space="0" w:color="auto"/>
          </w:divBdr>
        </w:div>
        <w:div w:id="1765150281">
          <w:marLeft w:val="480"/>
          <w:marRight w:val="0"/>
          <w:marTop w:val="0"/>
          <w:marBottom w:val="0"/>
          <w:divBdr>
            <w:top w:val="none" w:sz="0" w:space="0" w:color="auto"/>
            <w:left w:val="none" w:sz="0" w:space="0" w:color="auto"/>
            <w:bottom w:val="none" w:sz="0" w:space="0" w:color="auto"/>
            <w:right w:val="none" w:sz="0" w:space="0" w:color="auto"/>
          </w:divBdr>
        </w:div>
        <w:div w:id="1771465352">
          <w:marLeft w:val="480"/>
          <w:marRight w:val="0"/>
          <w:marTop w:val="0"/>
          <w:marBottom w:val="0"/>
          <w:divBdr>
            <w:top w:val="none" w:sz="0" w:space="0" w:color="auto"/>
            <w:left w:val="none" w:sz="0" w:space="0" w:color="auto"/>
            <w:bottom w:val="none" w:sz="0" w:space="0" w:color="auto"/>
            <w:right w:val="none" w:sz="0" w:space="0" w:color="auto"/>
          </w:divBdr>
        </w:div>
        <w:div w:id="1932664520">
          <w:marLeft w:val="480"/>
          <w:marRight w:val="0"/>
          <w:marTop w:val="0"/>
          <w:marBottom w:val="0"/>
          <w:divBdr>
            <w:top w:val="none" w:sz="0" w:space="0" w:color="auto"/>
            <w:left w:val="none" w:sz="0" w:space="0" w:color="auto"/>
            <w:bottom w:val="none" w:sz="0" w:space="0" w:color="auto"/>
            <w:right w:val="none" w:sz="0" w:space="0" w:color="auto"/>
          </w:divBdr>
        </w:div>
        <w:div w:id="2008091060">
          <w:marLeft w:val="480"/>
          <w:marRight w:val="0"/>
          <w:marTop w:val="0"/>
          <w:marBottom w:val="0"/>
          <w:divBdr>
            <w:top w:val="none" w:sz="0" w:space="0" w:color="auto"/>
            <w:left w:val="none" w:sz="0" w:space="0" w:color="auto"/>
            <w:bottom w:val="none" w:sz="0" w:space="0" w:color="auto"/>
            <w:right w:val="none" w:sz="0" w:space="0" w:color="auto"/>
          </w:divBdr>
        </w:div>
        <w:div w:id="2024091968">
          <w:marLeft w:val="480"/>
          <w:marRight w:val="0"/>
          <w:marTop w:val="0"/>
          <w:marBottom w:val="0"/>
          <w:divBdr>
            <w:top w:val="none" w:sz="0" w:space="0" w:color="auto"/>
            <w:left w:val="none" w:sz="0" w:space="0" w:color="auto"/>
            <w:bottom w:val="none" w:sz="0" w:space="0" w:color="auto"/>
            <w:right w:val="none" w:sz="0" w:space="0" w:color="auto"/>
          </w:divBdr>
        </w:div>
        <w:div w:id="2104834644">
          <w:marLeft w:val="480"/>
          <w:marRight w:val="0"/>
          <w:marTop w:val="0"/>
          <w:marBottom w:val="0"/>
          <w:divBdr>
            <w:top w:val="none" w:sz="0" w:space="0" w:color="auto"/>
            <w:left w:val="none" w:sz="0" w:space="0" w:color="auto"/>
            <w:bottom w:val="none" w:sz="0" w:space="0" w:color="auto"/>
            <w:right w:val="none" w:sz="0" w:space="0" w:color="auto"/>
          </w:divBdr>
        </w:div>
      </w:divsChild>
    </w:div>
    <w:div w:id="1915967058">
      <w:bodyDiv w:val="1"/>
      <w:marLeft w:val="0"/>
      <w:marRight w:val="0"/>
      <w:marTop w:val="0"/>
      <w:marBottom w:val="0"/>
      <w:divBdr>
        <w:top w:val="none" w:sz="0" w:space="0" w:color="auto"/>
        <w:left w:val="none" w:sz="0" w:space="0" w:color="auto"/>
        <w:bottom w:val="none" w:sz="0" w:space="0" w:color="auto"/>
        <w:right w:val="none" w:sz="0" w:space="0" w:color="auto"/>
      </w:divBdr>
    </w:div>
    <w:div w:id="1916434545">
      <w:bodyDiv w:val="1"/>
      <w:marLeft w:val="0"/>
      <w:marRight w:val="0"/>
      <w:marTop w:val="0"/>
      <w:marBottom w:val="0"/>
      <w:divBdr>
        <w:top w:val="none" w:sz="0" w:space="0" w:color="auto"/>
        <w:left w:val="none" w:sz="0" w:space="0" w:color="auto"/>
        <w:bottom w:val="none" w:sz="0" w:space="0" w:color="auto"/>
        <w:right w:val="none" w:sz="0" w:space="0" w:color="auto"/>
      </w:divBdr>
      <w:divsChild>
        <w:div w:id="16391154">
          <w:marLeft w:val="480"/>
          <w:marRight w:val="0"/>
          <w:marTop w:val="0"/>
          <w:marBottom w:val="0"/>
          <w:divBdr>
            <w:top w:val="none" w:sz="0" w:space="0" w:color="auto"/>
            <w:left w:val="none" w:sz="0" w:space="0" w:color="auto"/>
            <w:bottom w:val="none" w:sz="0" w:space="0" w:color="auto"/>
            <w:right w:val="none" w:sz="0" w:space="0" w:color="auto"/>
          </w:divBdr>
        </w:div>
        <w:div w:id="40137129">
          <w:marLeft w:val="480"/>
          <w:marRight w:val="0"/>
          <w:marTop w:val="0"/>
          <w:marBottom w:val="0"/>
          <w:divBdr>
            <w:top w:val="none" w:sz="0" w:space="0" w:color="auto"/>
            <w:left w:val="none" w:sz="0" w:space="0" w:color="auto"/>
            <w:bottom w:val="none" w:sz="0" w:space="0" w:color="auto"/>
            <w:right w:val="none" w:sz="0" w:space="0" w:color="auto"/>
          </w:divBdr>
        </w:div>
        <w:div w:id="69741082">
          <w:marLeft w:val="480"/>
          <w:marRight w:val="0"/>
          <w:marTop w:val="0"/>
          <w:marBottom w:val="0"/>
          <w:divBdr>
            <w:top w:val="none" w:sz="0" w:space="0" w:color="auto"/>
            <w:left w:val="none" w:sz="0" w:space="0" w:color="auto"/>
            <w:bottom w:val="none" w:sz="0" w:space="0" w:color="auto"/>
            <w:right w:val="none" w:sz="0" w:space="0" w:color="auto"/>
          </w:divBdr>
        </w:div>
        <w:div w:id="71660922">
          <w:marLeft w:val="480"/>
          <w:marRight w:val="0"/>
          <w:marTop w:val="0"/>
          <w:marBottom w:val="0"/>
          <w:divBdr>
            <w:top w:val="none" w:sz="0" w:space="0" w:color="auto"/>
            <w:left w:val="none" w:sz="0" w:space="0" w:color="auto"/>
            <w:bottom w:val="none" w:sz="0" w:space="0" w:color="auto"/>
            <w:right w:val="none" w:sz="0" w:space="0" w:color="auto"/>
          </w:divBdr>
        </w:div>
        <w:div w:id="73597594">
          <w:marLeft w:val="480"/>
          <w:marRight w:val="0"/>
          <w:marTop w:val="0"/>
          <w:marBottom w:val="0"/>
          <w:divBdr>
            <w:top w:val="none" w:sz="0" w:space="0" w:color="auto"/>
            <w:left w:val="none" w:sz="0" w:space="0" w:color="auto"/>
            <w:bottom w:val="none" w:sz="0" w:space="0" w:color="auto"/>
            <w:right w:val="none" w:sz="0" w:space="0" w:color="auto"/>
          </w:divBdr>
        </w:div>
        <w:div w:id="148713188">
          <w:marLeft w:val="480"/>
          <w:marRight w:val="0"/>
          <w:marTop w:val="0"/>
          <w:marBottom w:val="0"/>
          <w:divBdr>
            <w:top w:val="none" w:sz="0" w:space="0" w:color="auto"/>
            <w:left w:val="none" w:sz="0" w:space="0" w:color="auto"/>
            <w:bottom w:val="none" w:sz="0" w:space="0" w:color="auto"/>
            <w:right w:val="none" w:sz="0" w:space="0" w:color="auto"/>
          </w:divBdr>
        </w:div>
        <w:div w:id="281113088">
          <w:marLeft w:val="480"/>
          <w:marRight w:val="0"/>
          <w:marTop w:val="0"/>
          <w:marBottom w:val="0"/>
          <w:divBdr>
            <w:top w:val="none" w:sz="0" w:space="0" w:color="auto"/>
            <w:left w:val="none" w:sz="0" w:space="0" w:color="auto"/>
            <w:bottom w:val="none" w:sz="0" w:space="0" w:color="auto"/>
            <w:right w:val="none" w:sz="0" w:space="0" w:color="auto"/>
          </w:divBdr>
        </w:div>
        <w:div w:id="321466547">
          <w:marLeft w:val="480"/>
          <w:marRight w:val="0"/>
          <w:marTop w:val="0"/>
          <w:marBottom w:val="0"/>
          <w:divBdr>
            <w:top w:val="none" w:sz="0" w:space="0" w:color="auto"/>
            <w:left w:val="none" w:sz="0" w:space="0" w:color="auto"/>
            <w:bottom w:val="none" w:sz="0" w:space="0" w:color="auto"/>
            <w:right w:val="none" w:sz="0" w:space="0" w:color="auto"/>
          </w:divBdr>
        </w:div>
        <w:div w:id="350841787">
          <w:marLeft w:val="480"/>
          <w:marRight w:val="0"/>
          <w:marTop w:val="0"/>
          <w:marBottom w:val="0"/>
          <w:divBdr>
            <w:top w:val="none" w:sz="0" w:space="0" w:color="auto"/>
            <w:left w:val="none" w:sz="0" w:space="0" w:color="auto"/>
            <w:bottom w:val="none" w:sz="0" w:space="0" w:color="auto"/>
            <w:right w:val="none" w:sz="0" w:space="0" w:color="auto"/>
          </w:divBdr>
        </w:div>
        <w:div w:id="367070916">
          <w:marLeft w:val="480"/>
          <w:marRight w:val="0"/>
          <w:marTop w:val="0"/>
          <w:marBottom w:val="0"/>
          <w:divBdr>
            <w:top w:val="none" w:sz="0" w:space="0" w:color="auto"/>
            <w:left w:val="none" w:sz="0" w:space="0" w:color="auto"/>
            <w:bottom w:val="none" w:sz="0" w:space="0" w:color="auto"/>
            <w:right w:val="none" w:sz="0" w:space="0" w:color="auto"/>
          </w:divBdr>
        </w:div>
        <w:div w:id="454904649">
          <w:marLeft w:val="480"/>
          <w:marRight w:val="0"/>
          <w:marTop w:val="0"/>
          <w:marBottom w:val="0"/>
          <w:divBdr>
            <w:top w:val="none" w:sz="0" w:space="0" w:color="auto"/>
            <w:left w:val="none" w:sz="0" w:space="0" w:color="auto"/>
            <w:bottom w:val="none" w:sz="0" w:space="0" w:color="auto"/>
            <w:right w:val="none" w:sz="0" w:space="0" w:color="auto"/>
          </w:divBdr>
        </w:div>
        <w:div w:id="600914337">
          <w:marLeft w:val="480"/>
          <w:marRight w:val="0"/>
          <w:marTop w:val="0"/>
          <w:marBottom w:val="0"/>
          <w:divBdr>
            <w:top w:val="none" w:sz="0" w:space="0" w:color="auto"/>
            <w:left w:val="none" w:sz="0" w:space="0" w:color="auto"/>
            <w:bottom w:val="none" w:sz="0" w:space="0" w:color="auto"/>
            <w:right w:val="none" w:sz="0" w:space="0" w:color="auto"/>
          </w:divBdr>
        </w:div>
        <w:div w:id="703670851">
          <w:marLeft w:val="480"/>
          <w:marRight w:val="0"/>
          <w:marTop w:val="0"/>
          <w:marBottom w:val="0"/>
          <w:divBdr>
            <w:top w:val="none" w:sz="0" w:space="0" w:color="auto"/>
            <w:left w:val="none" w:sz="0" w:space="0" w:color="auto"/>
            <w:bottom w:val="none" w:sz="0" w:space="0" w:color="auto"/>
            <w:right w:val="none" w:sz="0" w:space="0" w:color="auto"/>
          </w:divBdr>
        </w:div>
        <w:div w:id="754521273">
          <w:marLeft w:val="480"/>
          <w:marRight w:val="0"/>
          <w:marTop w:val="0"/>
          <w:marBottom w:val="0"/>
          <w:divBdr>
            <w:top w:val="none" w:sz="0" w:space="0" w:color="auto"/>
            <w:left w:val="none" w:sz="0" w:space="0" w:color="auto"/>
            <w:bottom w:val="none" w:sz="0" w:space="0" w:color="auto"/>
            <w:right w:val="none" w:sz="0" w:space="0" w:color="auto"/>
          </w:divBdr>
        </w:div>
        <w:div w:id="795683361">
          <w:marLeft w:val="480"/>
          <w:marRight w:val="0"/>
          <w:marTop w:val="0"/>
          <w:marBottom w:val="0"/>
          <w:divBdr>
            <w:top w:val="none" w:sz="0" w:space="0" w:color="auto"/>
            <w:left w:val="none" w:sz="0" w:space="0" w:color="auto"/>
            <w:bottom w:val="none" w:sz="0" w:space="0" w:color="auto"/>
            <w:right w:val="none" w:sz="0" w:space="0" w:color="auto"/>
          </w:divBdr>
        </w:div>
        <w:div w:id="1011176141">
          <w:marLeft w:val="480"/>
          <w:marRight w:val="0"/>
          <w:marTop w:val="0"/>
          <w:marBottom w:val="0"/>
          <w:divBdr>
            <w:top w:val="none" w:sz="0" w:space="0" w:color="auto"/>
            <w:left w:val="none" w:sz="0" w:space="0" w:color="auto"/>
            <w:bottom w:val="none" w:sz="0" w:space="0" w:color="auto"/>
            <w:right w:val="none" w:sz="0" w:space="0" w:color="auto"/>
          </w:divBdr>
        </w:div>
        <w:div w:id="1020158666">
          <w:marLeft w:val="480"/>
          <w:marRight w:val="0"/>
          <w:marTop w:val="0"/>
          <w:marBottom w:val="0"/>
          <w:divBdr>
            <w:top w:val="none" w:sz="0" w:space="0" w:color="auto"/>
            <w:left w:val="none" w:sz="0" w:space="0" w:color="auto"/>
            <w:bottom w:val="none" w:sz="0" w:space="0" w:color="auto"/>
            <w:right w:val="none" w:sz="0" w:space="0" w:color="auto"/>
          </w:divBdr>
        </w:div>
        <w:div w:id="1046486781">
          <w:marLeft w:val="480"/>
          <w:marRight w:val="0"/>
          <w:marTop w:val="0"/>
          <w:marBottom w:val="0"/>
          <w:divBdr>
            <w:top w:val="none" w:sz="0" w:space="0" w:color="auto"/>
            <w:left w:val="none" w:sz="0" w:space="0" w:color="auto"/>
            <w:bottom w:val="none" w:sz="0" w:space="0" w:color="auto"/>
            <w:right w:val="none" w:sz="0" w:space="0" w:color="auto"/>
          </w:divBdr>
        </w:div>
        <w:div w:id="1094519599">
          <w:marLeft w:val="480"/>
          <w:marRight w:val="0"/>
          <w:marTop w:val="0"/>
          <w:marBottom w:val="0"/>
          <w:divBdr>
            <w:top w:val="none" w:sz="0" w:space="0" w:color="auto"/>
            <w:left w:val="none" w:sz="0" w:space="0" w:color="auto"/>
            <w:bottom w:val="none" w:sz="0" w:space="0" w:color="auto"/>
            <w:right w:val="none" w:sz="0" w:space="0" w:color="auto"/>
          </w:divBdr>
        </w:div>
        <w:div w:id="1112358609">
          <w:marLeft w:val="480"/>
          <w:marRight w:val="0"/>
          <w:marTop w:val="0"/>
          <w:marBottom w:val="0"/>
          <w:divBdr>
            <w:top w:val="none" w:sz="0" w:space="0" w:color="auto"/>
            <w:left w:val="none" w:sz="0" w:space="0" w:color="auto"/>
            <w:bottom w:val="none" w:sz="0" w:space="0" w:color="auto"/>
            <w:right w:val="none" w:sz="0" w:space="0" w:color="auto"/>
          </w:divBdr>
        </w:div>
        <w:div w:id="1123579674">
          <w:marLeft w:val="480"/>
          <w:marRight w:val="0"/>
          <w:marTop w:val="0"/>
          <w:marBottom w:val="0"/>
          <w:divBdr>
            <w:top w:val="none" w:sz="0" w:space="0" w:color="auto"/>
            <w:left w:val="none" w:sz="0" w:space="0" w:color="auto"/>
            <w:bottom w:val="none" w:sz="0" w:space="0" w:color="auto"/>
            <w:right w:val="none" w:sz="0" w:space="0" w:color="auto"/>
          </w:divBdr>
        </w:div>
        <w:div w:id="1156722300">
          <w:marLeft w:val="480"/>
          <w:marRight w:val="0"/>
          <w:marTop w:val="0"/>
          <w:marBottom w:val="0"/>
          <w:divBdr>
            <w:top w:val="none" w:sz="0" w:space="0" w:color="auto"/>
            <w:left w:val="none" w:sz="0" w:space="0" w:color="auto"/>
            <w:bottom w:val="none" w:sz="0" w:space="0" w:color="auto"/>
            <w:right w:val="none" w:sz="0" w:space="0" w:color="auto"/>
          </w:divBdr>
        </w:div>
        <w:div w:id="1208180772">
          <w:marLeft w:val="480"/>
          <w:marRight w:val="0"/>
          <w:marTop w:val="0"/>
          <w:marBottom w:val="0"/>
          <w:divBdr>
            <w:top w:val="none" w:sz="0" w:space="0" w:color="auto"/>
            <w:left w:val="none" w:sz="0" w:space="0" w:color="auto"/>
            <w:bottom w:val="none" w:sz="0" w:space="0" w:color="auto"/>
            <w:right w:val="none" w:sz="0" w:space="0" w:color="auto"/>
          </w:divBdr>
        </w:div>
        <w:div w:id="1272277612">
          <w:marLeft w:val="480"/>
          <w:marRight w:val="0"/>
          <w:marTop w:val="0"/>
          <w:marBottom w:val="0"/>
          <w:divBdr>
            <w:top w:val="none" w:sz="0" w:space="0" w:color="auto"/>
            <w:left w:val="none" w:sz="0" w:space="0" w:color="auto"/>
            <w:bottom w:val="none" w:sz="0" w:space="0" w:color="auto"/>
            <w:right w:val="none" w:sz="0" w:space="0" w:color="auto"/>
          </w:divBdr>
        </w:div>
        <w:div w:id="1391926371">
          <w:marLeft w:val="480"/>
          <w:marRight w:val="0"/>
          <w:marTop w:val="0"/>
          <w:marBottom w:val="0"/>
          <w:divBdr>
            <w:top w:val="none" w:sz="0" w:space="0" w:color="auto"/>
            <w:left w:val="none" w:sz="0" w:space="0" w:color="auto"/>
            <w:bottom w:val="none" w:sz="0" w:space="0" w:color="auto"/>
            <w:right w:val="none" w:sz="0" w:space="0" w:color="auto"/>
          </w:divBdr>
        </w:div>
        <w:div w:id="1446148091">
          <w:marLeft w:val="480"/>
          <w:marRight w:val="0"/>
          <w:marTop w:val="0"/>
          <w:marBottom w:val="0"/>
          <w:divBdr>
            <w:top w:val="none" w:sz="0" w:space="0" w:color="auto"/>
            <w:left w:val="none" w:sz="0" w:space="0" w:color="auto"/>
            <w:bottom w:val="none" w:sz="0" w:space="0" w:color="auto"/>
            <w:right w:val="none" w:sz="0" w:space="0" w:color="auto"/>
          </w:divBdr>
        </w:div>
        <w:div w:id="1533347703">
          <w:marLeft w:val="480"/>
          <w:marRight w:val="0"/>
          <w:marTop w:val="0"/>
          <w:marBottom w:val="0"/>
          <w:divBdr>
            <w:top w:val="none" w:sz="0" w:space="0" w:color="auto"/>
            <w:left w:val="none" w:sz="0" w:space="0" w:color="auto"/>
            <w:bottom w:val="none" w:sz="0" w:space="0" w:color="auto"/>
            <w:right w:val="none" w:sz="0" w:space="0" w:color="auto"/>
          </w:divBdr>
        </w:div>
        <w:div w:id="1567717454">
          <w:marLeft w:val="480"/>
          <w:marRight w:val="0"/>
          <w:marTop w:val="0"/>
          <w:marBottom w:val="0"/>
          <w:divBdr>
            <w:top w:val="none" w:sz="0" w:space="0" w:color="auto"/>
            <w:left w:val="none" w:sz="0" w:space="0" w:color="auto"/>
            <w:bottom w:val="none" w:sz="0" w:space="0" w:color="auto"/>
            <w:right w:val="none" w:sz="0" w:space="0" w:color="auto"/>
          </w:divBdr>
        </w:div>
        <w:div w:id="1636451711">
          <w:marLeft w:val="480"/>
          <w:marRight w:val="0"/>
          <w:marTop w:val="0"/>
          <w:marBottom w:val="0"/>
          <w:divBdr>
            <w:top w:val="none" w:sz="0" w:space="0" w:color="auto"/>
            <w:left w:val="none" w:sz="0" w:space="0" w:color="auto"/>
            <w:bottom w:val="none" w:sz="0" w:space="0" w:color="auto"/>
            <w:right w:val="none" w:sz="0" w:space="0" w:color="auto"/>
          </w:divBdr>
        </w:div>
        <w:div w:id="1640919992">
          <w:marLeft w:val="480"/>
          <w:marRight w:val="0"/>
          <w:marTop w:val="0"/>
          <w:marBottom w:val="0"/>
          <w:divBdr>
            <w:top w:val="none" w:sz="0" w:space="0" w:color="auto"/>
            <w:left w:val="none" w:sz="0" w:space="0" w:color="auto"/>
            <w:bottom w:val="none" w:sz="0" w:space="0" w:color="auto"/>
            <w:right w:val="none" w:sz="0" w:space="0" w:color="auto"/>
          </w:divBdr>
        </w:div>
        <w:div w:id="1729113177">
          <w:marLeft w:val="480"/>
          <w:marRight w:val="0"/>
          <w:marTop w:val="0"/>
          <w:marBottom w:val="0"/>
          <w:divBdr>
            <w:top w:val="none" w:sz="0" w:space="0" w:color="auto"/>
            <w:left w:val="none" w:sz="0" w:space="0" w:color="auto"/>
            <w:bottom w:val="none" w:sz="0" w:space="0" w:color="auto"/>
            <w:right w:val="none" w:sz="0" w:space="0" w:color="auto"/>
          </w:divBdr>
        </w:div>
        <w:div w:id="1822690494">
          <w:marLeft w:val="480"/>
          <w:marRight w:val="0"/>
          <w:marTop w:val="0"/>
          <w:marBottom w:val="0"/>
          <w:divBdr>
            <w:top w:val="none" w:sz="0" w:space="0" w:color="auto"/>
            <w:left w:val="none" w:sz="0" w:space="0" w:color="auto"/>
            <w:bottom w:val="none" w:sz="0" w:space="0" w:color="auto"/>
            <w:right w:val="none" w:sz="0" w:space="0" w:color="auto"/>
          </w:divBdr>
        </w:div>
        <w:div w:id="1953123105">
          <w:marLeft w:val="480"/>
          <w:marRight w:val="0"/>
          <w:marTop w:val="0"/>
          <w:marBottom w:val="0"/>
          <w:divBdr>
            <w:top w:val="none" w:sz="0" w:space="0" w:color="auto"/>
            <w:left w:val="none" w:sz="0" w:space="0" w:color="auto"/>
            <w:bottom w:val="none" w:sz="0" w:space="0" w:color="auto"/>
            <w:right w:val="none" w:sz="0" w:space="0" w:color="auto"/>
          </w:divBdr>
        </w:div>
        <w:div w:id="2013337023">
          <w:marLeft w:val="480"/>
          <w:marRight w:val="0"/>
          <w:marTop w:val="0"/>
          <w:marBottom w:val="0"/>
          <w:divBdr>
            <w:top w:val="none" w:sz="0" w:space="0" w:color="auto"/>
            <w:left w:val="none" w:sz="0" w:space="0" w:color="auto"/>
            <w:bottom w:val="none" w:sz="0" w:space="0" w:color="auto"/>
            <w:right w:val="none" w:sz="0" w:space="0" w:color="auto"/>
          </w:divBdr>
        </w:div>
        <w:div w:id="2069331588">
          <w:marLeft w:val="480"/>
          <w:marRight w:val="0"/>
          <w:marTop w:val="0"/>
          <w:marBottom w:val="0"/>
          <w:divBdr>
            <w:top w:val="none" w:sz="0" w:space="0" w:color="auto"/>
            <w:left w:val="none" w:sz="0" w:space="0" w:color="auto"/>
            <w:bottom w:val="none" w:sz="0" w:space="0" w:color="auto"/>
            <w:right w:val="none" w:sz="0" w:space="0" w:color="auto"/>
          </w:divBdr>
        </w:div>
        <w:div w:id="2077119151">
          <w:marLeft w:val="480"/>
          <w:marRight w:val="0"/>
          <w:marTop w:val="0"/>
          <w:marBottom w:val="0"/>
          <w:divBdr>
            <w:top w:val="none" w:sz="0" w:space="0" w:color="auto"/>
            <w:left w:val="none" w:sz="0" w:space="0" w:color="auto"/>
            <w:bottom w:val="none" w:sz="0" w:space="0" w:color="auto"/>
            <w:right w:val="none" w:sz="0" w:space="0" w:color="auto"/>
          </w:divBdr>
        </w:div>
        <w:div w:id="2104178134">
          <w:marLeft w:val="480"/>
          <w:marRight w:val="0"/>
          <w:marTop w:val="0"/>
          <w:marBottom w:val="0"/>
          <w:divBdr>
            <w:top w:val="none" w:sz="0" w:space="0" w:color="auto"/>
            <w:left w:val="none" w:sz="0" w:space="0" w:color="auto"/>
            <w:bottom w:val="none" w:sz="0" w:space="0" w:color="auto"/>
            <w:right w:val="none" w:sz="0" w:space="0" w:color="auto"/>
          </w:divBdr>
        </w:div>
        <w:div w:id="2124690589">
          <w:marLeft w:val="480"/>
          <w:marRight w:val="0"/>
          <w:marTop w:val="0"/>
          <w:marBottom w:val="0"/>
          <w:divBdr>
            <w:top w:val="none" w:sz="0" w:space="0" w:color="auto"/>
            <w:left w:val="none" w:sz="0" w:space="0" w:color="auto"/>
            <w:bottom w:val="none" w:sz="0" w:space="0" w:color="auto"/>
            <w:right w:val="none" w:sz="0" w:space="0" w:color="auto"/>
          </w:divBdr>
        </w:div>
        <w:div w:id="2125613843">
          <w:marLeft w:val="480"/>
          <w:marRight w:val="0"/>
          <w:marTop w:val="0"/>
          <w:marBottom w:val="0"/>
          <w:divBdr>
            <w:top w:val="none" w:sz="0" w:space="0" w:color="auto"/>
            <w:left w:val="none" w:sz="0" w:space="0" w:color="auto"/>
            <w:bottom w:val="none" w:sz="0" w:space="0" w:color="auto"/>
            <w:right w:val="none" w:sz="0" w:space="0" w:color="auto"/>
          </w:divBdr>
        </w:div>
      </w:divsChild>
    </w:div>
    <w:div w:id="1919633554">
      <w:bodyDiv w:val="1"/>
      <w:marLeft w:val="0"/>
      <w:marRight w:val="0"/>
      <w:marTop w:val="0"/>
      <w:marBottom w:val="0"/>
      <w:divBdr>
        <w:top w:val="none" w:sz="0" w:space="0" w:color="auto"/>
        <w:left w:val="none" w:sz="0" w:space="0" w:color="auto"/>
        <w:bottom w:val="none" w:sz="0" w:space="0" w:color="auto"/>
        <w:right w:val="none" w:sz="0" w:space="0" w:color="auto"/>
      </w:divBdr>
      <w:divsChild>
        <w:div w:id="143276697">
          <w:marLeft w:val="480"/>
          <w:marRight w:val="0"/>
          <w:marTop w:val="0"/>
          <w:marBottom w:val="0"/>
          <w:divBdr>
            <w:top w:val="none" w:sz="0" w:space="0" w:color="auto"/>
            <w:left w:val="none" w:sz="0" w:space="0" w:color="auto"/>
            <w:bottom w:val="none" w:sz="0" w:space="0" w:color="auto"/>
            <w:right w:val="none" w:sz="0" w:space="0" w:color="auto"/>
          </w:divBdr>
        </w:div>
        <w:div w:id="235018669">
          <w:marLeft w:val="480"/>
          <w:marRight w:val="0"/>
          <w:marTop w:val="0"/>
          <w:marBottom w:val="0"/>
          <w:divBdr>
            <w:top w:val="none" w:sz="0" w:space="0" w:color="auto"/>
            <w:left w:val="none" w:sz="0" w:space="0" w:color="auto"/>
            <w:bottom w:val="none" w:sz="0" w:space="0" w:color="auto"/>
            <w:right w:val="none" w:sz="0" w:space="0" w:color="auto"/>
          </w:divBdr>
        </w:div>
        <w:div w:id="241723845">
          <w:marLeft w:val="480"/>
          <w:marRight w:val="0"/>
          <w:marTop w:val="0"/>
          <w:marBottom w:val="0"/>
          <w:divBdr>
            <w:top w:val="none" w:sz="0" w:space="0" w:color="auto"/>
            <w:left w:val="none" w:sz="0" w:space="0" w:color="auto"/>
            <w:bottom w:val="none" w:sz="0" w:space="0" w:color="auto"/>
            <w:right w:val="none" w:sz="0" w:space="0" w:color="auto"/>
          </w:divBdr>
        </w:div>
        <w:div w:id="267741571">
          <w:marLeft w:val="480"/>
          <w:marRight w:val="0"/>
          <w:marTop w:val="0"/>
          <w:marBottom w:val="0"/>
          <w:divBdr>
            <w:top w:val="none" w:sz="0" w:space="0" w:color="auto"/>
            <w:left w:val="none" w:sz="0" w:space="0" w:color="auto"/>
            <w:bottom w:val="none" w:sz="0" w:space="0" w:color="auto"/>
            <w:right w:val="none" w:sz="0" w:space="0" w:color="auto"/>
          </w:divBdr>
        </w:div>
        <w:div w:id="327754139">
          <w:marLeft w:val="480"/>
          <w:marRight w:val="0"/>
          <w:marTop w:val="0"/>
          <w:marBottom w:val="0"/>
          <w:divBdr>
            <w:top w:val="none" w:sz="0" w:space="0" w:color="auto"/>
            <w:left w:val="none" w:sz="0" w:space="0" w:color="auto"/>
            <w:bottom w:val="none" w:sz="0" w:space="0" w:color="auto"/>
            <w:right w:val="none" w:sz="0" w:space="0" w:color="auto"/>
          </w:divBdr>
        </w:div>
        <w:div w:id="352610755">
          <w:marLeft w:val="480"/>
          <w:marRight w:val="0"/>
          <w:marTop w:val="0"/>
          <w:marBottom w:val="0"/>
          <w:divBdr>
            <w:top w:val="none" w:sz="0" w:space="0" w:color="auto"/>
            <w:left w:val="none" w:sz="0" w:space="0" w:color="auto"/>
            <w:bottom w:val="none" w:sz="0" w:space="0" w:color="auto"/>
            <w:right w:val="none" w:sz="0" w:space="0" w:color="auto"/>
          </w:divBdr>
        </w:div>
        <w:div w:id="476580056">
          <w:marLeft w:val="480"/>
          <w:marRight w:val="0"/>
          <w:marTop w:val="0"/>
          <w:marBottom w:val="0"/>
          <w:divBdr>
            <w:top w:val="none" w:sz="0" w:space="0" w:color="auto"/>
            <w:left w:val="none" w:sz="0" w:space="0" w:color="auto"/>
            <w:bottom w:val="none" w:sz="0" w:space="0" w:color="auto"/>
            <w:right w:val="none" w:sz="0" w:space="0" w:color="auto"/>
          </w:divBdr>
        </w:div>
        <w:div w:id="597249198">
          <w:marLeft w:val="480"/>
          <w:marRight w:val="0"/>
          <w:marTop w:val="0"/>
          <w:marBottom w:val="0"/>
          <w:divBdr>
            <w:top w:val="none" w:sz="0" w:space="0" w:color="auto"/>
            <w:left w:val="none" w:sz="0" w:space="0" w:color="auto"/>
            <w:bottom w:val="none" w:sz="0" w:space="0" w:color="auto"/>
            <w:right w:val="none" w:sz="0" w:space="0" w:color="auto"/>
          </w:divBdr>
        </w:div>
        <w:div w:id="612513135">
          <w:marLeft w:val="480"/>
          <w:marRight w:val="0"/>
          <w:marTop w:val="0"/>
          <w:marBottom w:val="0"/>
          <w:divBdr>
            <w:top w:val="none" w:sz="0" w:space="0" w:color="auto"/>
            <w:left w:val="none" w:sz="0" w:space="0" w:color="auto"/>
            <w:bottom w:val="none" w:sz="0" w:space="0" w:color="auto"/>
            <w:right w:val="none" w:sz="0" w:space="0" w:color="auto"/>
          </w:divBdr>
        </w:div>
        <w:div w:id="622922875">
          <w:marLeft w:val="480"/>
          <w:marRight w:val="0"/>
          <w:marTop w:val="0"/>
          <w:marBottom w:val="0"/>
          <w:divBdr>
            <w:top w:val="none" w:sz="0" w:space="0" w:color="auto"/>
            <w:left w:val="none" w:sz="0" w:space="0" w:color="auto"/>
            <w:bottom w:val="none" w:sz="0" w:space="0" w:color="auto"/>
            <w:right w:val="none" w:sz="0" w:space="0" w:color="auto"/>
          </w:divBdr>
        </w:div>
        <w:div w:id="699864271">
          <w:marLeft w:val="480"/>
          <w:marRight w:val="0"/>
          <w:marTop w:val="0"/>
          <w:marBottom w:val="0"/>
          <w:divBdr>
            <w:top w:val="none" w:sz="0" w:space="0" w:color="auto"/>
            <w:left w:val="none" w:sz="0" w:space="0" w:color="auto"/>
            <w:bottom w:val="none" w:sz="0" w:space="0" w:color="auto"/>
            <w:right w:val="none" w:sz="0" w:space="0" w:color="auto"/>
          </w:divBdr>
        </w:div>
        <w:div w:id="830101755">
          <w:marLeft w:val="480"/>
          <w:marRight w:val="0"/>
          <w:marTop w:val="0"/>
          <w:marBottom w:val="0"/>
          <w:divBdr>
            <w:top w:val="none" w:sz="0" w:space="0" w:color="auto"/>
            <w:left w:val="none" w:sz="0" w:space="0" w:color="auto"/>
            <w:bottom w:val="none" w:sz="0" w:space="0" w:color="auto"/>
            <w:right w:val="none" w:sz="0" w:space="0" w:color="auto"/>
          </w:divBdr>
        </w:div>
        <w:div w:id="893663478">
          <w:marLeft w:val="480"/>
          <w:marRight w:val="0"/>
          <w:marTop w:val="0"/>
          <w:marBottom w:val="0"/>
          <w:divBdr>
            <w:top w:val="none" w:sz="0" w:space="0" w:color="auto"/>
            <w:left w:val="none" w:sz="0" w:space="0" w:color="auto"/>
            <w:bottom w:val="none" w:sz="0" w:space="0" w:color="auto"/>
            <w:right w:val="none" w:sz="0" w:space="0" w:color="auto"/>
          </w:divBdr>
        </w:div>
        <w:div w:id="936718474">
          <w:marLeft w:val="480"/>
          <w:marRight w:val="0"/>
          <w:marTop w:val="0"/>
          <w:marBottom w:val="0"/>
          <w:divBdr>
            <w:top w:val="none" w:sz="0" w:space="0" w:color="auto"/>
            <w:left w:val="none" w:sz="0" w:space="0" w:color="auto"/>
            <w:bottom w:val="none" w:sz="0" w:space="0" w:color="auto"/>
            <w:right w:val="none" w:sz="0" w:space="0" w:color="auto"/>
          </w:divBdr>
        </w:div>
        <w:div w:id="941448876">
          <w:marLeft w:val="480"/>
          <w:marRight w:val="0"/>
          <w:marTop w:val="0"/>
          <w:marBottom w:val="0"/>
          <w:divBdr>
            <w:top w:val="none" w:sz="0" w:space="0" w:color="auto"/>
            <w:left w:val="none" w:sz="0" w:space="0" w:color="auto"/>
            <w:bottom w:val="none" w:sz="0" w:space="0" w:color="auto"/>
            <w:right w:val="none" w:sz="0" w:space="0" w:color="auto"/>
          </w:divBdr>
        </w:div>
        <w:div w:id="1067529155">
          <w:marLeft w:val="480"/>
          <w:marRight w:val="0"/>
          <w:marTop w:val="0"/>
          <w:marBottom w:val="0"/>
          <w:divBdr>
            <w:top w:val="none" w:sz="0" w:space="0" w:color="auto"/>
            <w:left w:val="none" w:sz="0" w:space="0" w:color="auto"/>
            <w:bottom w:val="none" w:sz="0" w:space="0" w:color="auto"/>
            <w:right w:val="none" w:sz="0" w:space="0" w:color="auto"/>
          </w:divBdr>
        </w:div>
        <w:div w:id="1067921227">
          <w:marLeft w:val="480"/>
          <w:marRight w:val="0"/>
          <w:marTop w:val="0"/>
          <w:marBottom w:val="0"/>
          <w:divBdr>
            <w:top w:val="none" w:sz="0" w:space="0" w:color="auto"/>
            <w:left w:val="none" w:sz="0" w:space="0" w:color="auto"/>
            <w:bottom w:val="none" w:sz="0" w:space="0" w:color="auto"/>
            <w:right w:val="none" w:sz="0" w:space="0" w:color="auto"/>
          </w:divBdr>
        </w:div>
        <w:div w:id="1109474097">
          <w:marLeft w:val="480"/>
          <w:marRight w:val="0"/>
          <w:marTop w:val="0"/>
          <w:marBottom w:val="0"/>
          <w:divBdr>
            <w:top w:val="none" w:sz="0" w:space="0" w:color="auto"/>
            <w:left w:val="none" w:sz="0" w:space="0" w:color="auto"/>
            <w:bottom w:val="none" w:sz="0" w:space="0" w:color="auto"/>
            <w:right w:val="none" w:sz="0" w:space="0" w:color="auto"/>
          </w:divBdr>
        </w:div>
        <w:div w:id="1283725330">
          <w:marLeft w:val="480"/>
          <w:marRight w:val="0"/>
          <w:marTop w:val="0"/>
          <w:marBottom w:val="0"/>
          <w:divBdr>
            <w:top w:val="none" w:sz="0" w:space="0" w:color="auto"/>
            <w:left w:val="none" w:sz="0" w:space="0" w:color="auto"/>
            <w:bottom w:val="none" w:sz="0" w:space="0" w:color="auto"/>
            <w:right w:val="none" w:sz="0" w:space="0" w:color="auto"/>
          </w:divBdr>
        </w:div>
        <w:div w:id="1423642229">
          <w:marLeft w:val="480"/>
          <w:marRight w:val="0"/>
          <w:marTop w:val="0"/>
          <w:marBottom w:val="0"/>
          <w:divBdr>
            <w:top w:val="none" w:sz="0" w:space="0" w:color="auto"/>
            <w:left w:val="none" w:sz="0" w:space="0" w:color="auto"/>
            <w:bottom w:val="none" w:sz="0" w:space="0" w:color="auto"/>
            <w:right w:val="none" w:sz="0" w:space="0" w:color="auto"/>
          </w:divBdr>
        </w:div>
        <w:div w:id="1436633274">
          <w:marLeft w:val="480"/>
          <w:marRight w:val="0"/>
          <w:marTop w:val="0"/>
          <w:marBottom w:val="0"/>
          <w:divBdr>
            <w:top w:val="none" w:sz="0" w:space="0" w:color="auto"/>
            <w:left w:val="none" w:sz="0" w:space="0" w:color="auto"/>
            <w:bottom w:val="none" w:sz="0" w:space="0" w:color="auto"/>
            <w:right w:val="none" w:sz="0" w:space="0" w:color="auto"/>
          </w:divBdr>
        </w:div>
        <w:div w:id="1543058642">
          <w:marLeft w:val="480"/>
          <w:marRight w:val="0"/>
          <w:marTop w:val="0"/>
          <w:marBottom w:val="0"/>
          <w:divBdr>
            <w:top w:val="none" w:sz="0" w:space="0" w:color="auto"/>
            <w:left w:val="none" w:sz="0" w:space="0" w:color="auto"/>
            <w:bottom w:val="none" w:sz="0" w:space="0" w:color="auto"/>
            <w:right w:val="none" w:sz="0" w:space="0" w:color="auto"/>
          </w:divBdr>
        </w:div>
        <w:div w:id="1574386220">
          <w:marLeft w:val="480"/>
          <w:marRight w:val="0"/>
          <w:marTop w:val="0"/>
          <w:marBottom w:val="0"/>
          <w:divBdr>
            <w:top w:val="none" w:sz="0" w:space="0" w:color="auto"/>
            <w:left w:val="none" w:sz="0" w:space="0" w:color="auto"/>
            <w:bottom w:val="none" w:sz="0" w:space="0" w:color="auto"/>
            <w:right w:val="none" w:sz="0" w:space="0" w:color="auto"/>
          </w:divBdr>
        </w:div>
        <w:div w:id="1627931342">
          <w:marLeft w:val="480"/>
          <w:marRight w:val="0"/>
          <w:marTop w:val="0"/>
          <w:marBottom w:val="0"/>
          <w:divBdr>
            <w:top w:val="none" w:sz="0" w:space="0" w:color="auto"/>
            <w:left w:val="none" w:sz="0" w:space="0" w:color="auto"/>
            <w:bottom w:val="none" w:sz="0" w:space="0" w:color="auto"/>
            <w:right w:val="none" w:sz="0" w:space="0" w:color="auto"/>
          </w:divBdr>
        </w:div>
        <w:div w:id="1660964527">
          <w:marLeft w:val="480"/>
          <w:marRight w:val="0"/>
          <w:marTop w:val="0"/>
          <w:marBottom w:val="0"/>
          <w:divBdr>
            <w:top w:val="none" w:sz="0" w:space="0" w:color="auto"/>
            <w:left w:val="none" w:sz="0" w:space="0" w:color="auto"/>
            <w:bottom w:val="none" w:sz="0" w:space="0" w:color="auto"/>
            <w:right w:val="none" w:sz="0" w:space="0" w:color="auto"/>
          </w:divBdr>
        </w:div>
        <w:div w:id="1677616152">
          <w:marLeft w:val="480"/>
          <w:marRight w:val="0"/>
          <w:marTop w:val="0"/>
          <w:marBottom w:val="0"/>
          <w:divBdr>
            <w:top w:val="none" w:sz="0" w:space="0" w:color="auto"/>
            <w:left w:val="none" w:sz="0" w:space="0" w:color="auto"/>
            <w:bottom w:val="none" w:sz="0" w:space="0" w:color="auto"/>
            <w:right w:val="none" w:sz="0" w:space="0" w:color="auto"/>
          </w:divBdr>
        </w:div>
        <w:div w:id="1715692205">
          <w:marLeft w:val="480"/>
          <w:marRight w:val="0"/>
          <w:marTop w:val="0"/>
          <w:marBottom w:val="0"/>
          <w:divBdr>
            <w:top w:val="none" w:sz="0" w:space="0" w:color="auto"/>
            <w:left w:val="none" w:sz="0" w:space="0" w:color="auto"/>
            <w:bottom w:val="none" w:sz="0" w:space="0" w:color="auto"/>
            <w:right w:val="none" w:sz="0" w:space="0" w:color="auto"/>
          </w:divBdr>
        </w:div>
        <w:div w:id="1889537267">
          <w:marLeft w:val="480"/>
          <w:marRight w:val="0"/>
          <w:marTop w:val="0"/>
          <w:marBottom w:val="0"/>
          <w:divBdr>
            <w:top w:val="none" w:sz="0" w:space="0" w:color="auto"/>
            <w:left w:val="none" w:sz="0" w:space="0" w:color="auto"/>
            <w:bottom w:val="none" w:sz="0" w:space="0" w:color="auto"/>
            <w:right w:val="none" w:sz="0" w:space="0" w:color="auto"/>
          </w:divBdr>
        </w:div>
        <w:div w:id="2006929983">
          <w:marLeft w:val="480"/>
          <w:marRight w:val="0"/>
          <w:marTop w:val="0"/>
          <w:marBottom w:val="0"/>
          <w:divBdr>
            <w:top w:val="none" w:sz="0" w:space="0" w:color="auto"/>
            <w:left w:val="none" w:sz="0" w:space="0" w:color="auto"/>
            <w:bottom w:val="none" w:sz="0" w:space="0" w:color="auto"/>
            <w:right w:val="none" w:sz="0" w:space="0" w:color="auto"/>
          </w:divBdr>
        </w:div>
        <w:div w:id="2008050059">
          <w:marLeft w:val="480"/>
          <w:marRight w:val="0"/>
          <w:marTop w:val="0"/>
          <w:marBottom w:val="0"/>
          <w:divBdr>
            <w:top w:val="none" w:sz="0" w:space="0" w:color="auto"/>
            <w:left w:val="none" w:sz="0" w:space="0" w:color="auto"/>
            <w:bottom w:val="none" w:sz="0" w:space="0" w:color="auto"/>
            <w:right w:val="none" w:sz="0" w:space="0" w:color="auto"/>
          </w:divBdr>
        </w:div>
        <w:div w:id="2018576019">
          <w:marLeft w:val="480"/>
          <w:marRight w:val="0"/>
          <w:marTop w:val="0"/>
          <w:marBottom w:val="0"/>
          <w:divBdr>
            <w:top w:val="none" w:sz="0" w:space="0" w:color="auto"/>
            <w:left w:val="none" w:sz="0" w:space="0" w:color="auto"/>
            <w:bottom w:val="none" w:sz="0" w:space="0" w:color="auto"/>
            <w:right w:val="none" w:sz="0" w:space="0" w:color="auto"/>
          </w:divBdr>
        </w:div>
        <w:div w:id="2109277515">
          <w:marLeft w:val="480"/>
          <w:marRight w:val="0"/>
          <w:marTop w:val="0"/>
          <w:marBottom w:val="0"/>
          <w:divBdr>
            <w:top w:val="none" w:sz="0" w:space="0" w:color="auto"/>
            <w:left w:val="none" w:sz="0" w:space="0" w:color="auto"/>
            <w:bottom w:val="none" w:sz="0" w:space="0" w:color="auto"/>
            <w:right w:val="none" w:sz="0" w:space="0" w:color="auto"/>
          </w:divBdr>
        </w:div>
      </w:divsChild>
    </w:div>
    <w:div w:id="1920554357">
      <w:bodyDiv w:val="1"/>
      <w:marLeft w:val="0"/>
      <w:marRight w:val="0"/>
      <w:marTop w:val="0"/>
      <w:marBottom w:val="0"/>
      <w:divBdr>
        <w:top w:val="none" w:sz="0" w:space="0" w:color="auto"/>
        <w:left w:val="none" w:sz="0" w:space="0" w:color="auto"/>
        <w:bottom w:val="none" w:sz="0" w:space="0" w:color="auto"/>
        <w:right w:val="none" w:sz="0" w:space="0" w:color="auto"/>
      </w:divBdr>
    </w:div>
    <w:div w:id="1921719393">
      <w:bodyDiv w:val="1"/>
      <w:marLeft w:val="0"/>
      <w:marRight w:val="0"/>
      <w:marTop w:val="0"/>
      <w:marBottom w:val="0"/>
      <w:divBdr>
        <w:top w:val="none" w:sz="0" w:space="0" w:color="auto"/>
        <w:left w:val="none" w:sz="0" w:space="0" w:color="auto"/>
        <w:bottom w:val="none" w:sz="0" w:space="0" w:color="auto"/>
        <w:right w:val="none" w:sz="0" w:space="0" w:color="auto"/>
      </w:divBdr>
    </w:div>
    <w:div w:id="1923054453">
      <w:bodyDiv w:val="1"/>
      <w:marLeft w:val="0"/>
      <w:marRight w:val="0"/>
      <w:marTop w:val="0"/>
      <w:marBottom w:val="0"/>
      <w:divBdr>
        <w:top w:val="none" w:sz="0" w:space="0" w:color="auto"/>
        <w:left w:val="none" w:sz="0" w:space="0" w:color="auto"/>
        <w:bottom w:val="none" w:sz="0" w:space="0" w:color="auto"/>
        <w:right w:val="none" w:sz="0" w:space="0" w:color="auto"/>
      </w:divBdr>
    </w:div>
    <w:div w:id="1927113187">
      <w:bodyDiv w:val="1"/>
      <w:marLeft w:val="0"/>
      <w:marRight w:val="0"/>
      <w:marTop w:val="0"/>
      <w:marBottom w:val="0"/>
      <w:divBdr>
        <w:top w:val="none" w:sz="0" w:space="0" w:color="auto"/>
        <w:left w:val="none" w:sz="0" w:space="0" w:color="auto"/>
        <w:bottom w:val="none" w:sz="0" w:space="0" w:color="auto"/>
        <w:right w:val="none" w:sz="0" w:space="0" w:color="auto"/>
      </w:divBdr>
    </w:div>
    <w:div w:id="1927493756">
      <w:bodyDiv w:val="1"/>
      <w:marLeft w:val="0"/>
      <w:marRight w:val="0"/>
      <w:marTop w:val="0"/>
      <w:marBottom w:val="0"/>
      <w:divBdr>
        <w:top w:val="none" w:sz="0" w:space="0" w:color="auto"/>
        <w:left w:val="none" w:sz="0" w:space="0" w:color="auto"/>
        <w:bottom w:val="none" w:sz="0" w:space="0" w:color="auto"/>
        <w:right w:val="none" w:sz="0" w:space="0" w:color="auto"/>
      </w:divBdr>
    </w:div>
    <w:div w:id="1927614647">
      <w:bodyDiv w:val="1"/>
      <w:marLeft w:val="0"/>
      <w:marRight w:val="0"/>
      <w:marTop w:val="0"/>
      <w:marBottom w:val="0"/>
      <w:divBdr>
        <w:top w:val="none" w:sz="0" w:space="0" w:color="auto"/>
        <w:left w:val="none" w:sz="0" w:space="0" w:color="auto"/>
        <w:bottom w:val="none" w:sz="0" w:space="0" w:color="auto"/>
        <w:right w:val="none" w:sz="0" w:space="0" w:color="auto"/>
      </w:divBdr>
    </w:div>
    <w:div w:id="1929003395">
      <w:bodyDiv w:val="1"/>
      <w:marLeft w:val="0"/>
      <w:marRight w:val="0"/>
      <w:marTop w:val="0"/>
      <w:marBottom w:val="0"/>
      <w:divBdr>
        <w:top w:val="none" w:sz="0" w:space="0" w:color="auto"/>
        <w:left w:val="none" w:sz="0" w:space="0" w:color="auto"/>
        <w:bottom w:val="none" w:sz="0" w:space="0" w:color="auto"/>
        <w:right w:val="none" w:sz="0" w:space="0" w:color="auto"/>
      </w:divBdr>
      <w:divsChild>
        <w:div w:id="72119795">
          <w:marLeft w:val="480"/>
          <w:marRight w:val="0"/>
          <w:marTop w:val="0"/>
          <w:marBottom w:val="0"/>
          <w:divBdr>
            <w:top w:val="none" w:sz="0" w:space="0" w:color="auto"/>
            <w:left w:val="none" w:sz="0" w:space="0" w:color="auto"/>
            <w:bottom w:val="none" w:sz="0" w:space="0" w:color="auto"/>
            <w:right w:val="none" w:sz="0" w:space="0" w:color="auto"/>
          </w:divBdr>
        </w:div>
        <w:div w:id="99112099">
          <w:marLeft w:val="480"/>
          <w:marRight w:val="0"/>
          <w:marTop w:val="0"/>
          <w:marBottom w:val="0"/>
          <w:divBdr>
            <w:top w:val="none" w:sz="0" w:space="0" w:color="auto"/>
            <w:left w:val="none" w:sz="0" w:space="0" w:color="auto"/>
            <w:bottom w:val="none" w:sz="0" w:space="0" w:color="auto"/>
            <w:right w:val="none" w:sz="0" w:space="0" w:color="auto"/>
          </w:divBdr>
        </w:div>
        <w:div w:id="158546902">
          <w:marLeft w:val="480"/>
          <w:marRight w:val="0"/>
          <w:marTop w:val="0"/>
          <w:marBottom w:val="0"/>
          <w:divBdr>
            <w:top w:val="none" w:sz="0" w:space="0" w:color="auto"/>
            <w:left w:val="none" w:sz="0" w:space="0" w:color="auto"/>
            <w:bottom w:val="none" w:sz="0" w:space="0" w:color="auto"/>
            <w:right w:val="none" w:sz="0" w:space="0" w:color="auto"/>
          </w:divBdr>
        </w:div>
        <w:div w:id="191309307">
          <w:marLeft w:val="480"/>
          <w:marRight w:val="0"/>
          <w:marTop w:val="0"/>
          <w:marBottom w:val="0"/>
          <w:divBdr>
            <w:top w:val="none" w:sz="0" w:space="0" w:color="auto"/>
            <w:left w:val="none" w:sz="0" w:space="0" w:color="auto"/>
            <w:bottom w:val="none" w:sz="0" w:space="0" w:color="auto"/>
            <w:right w:val="none" w:sz="0" w:space="0" w:color="auto"/>
          </w:divBdr>
        </w:div>
        <w:div w:id="192574716">
          <w:marLeft w:val="480"/>
          <w:marRight w:val="0"/>
          <w:marTop w:val="0"/>
          <w:marBottom w:val="0"/>
          <w:divBdr>
            <w:top w:val="none" w:sz="0" w:space="0" w:color="auto"/>
            <w:left w:val="none" w:sz="0" w:space="0" w:color="auto"/>
            <w:bottom w:val="none" w:sz="0" w:space="0" w:color="auto"/>
            <w:right w:val="none" w:sz="0" w:space="0" w:color="auto"/>
          </w:divBdr>
        </w:div>
        <w:div w:id="242491095">
          <w:marLeft w:val="480"/>
          <w:marRight w:val="0"/>
          <w:marTop w:val="0"/>
          <w:marBottom w:val="0"/>
          <w:divBdr>
            <w:top w:val="none" w:sz="0" w:space="0" w:color="auto"/>
            <w:left w:val="none" w:sz="0" w:space="0" w:color="auto"/>
            <w:bottom w:val="none" w:sz="0" w:space="0" w:color="auto"/>
            <w:right w:val="none" w:sz="0" w:space="0" w:color="auto"/>
          </w:divBdr>
        </w:div>
        <w:div w:id="284772945">
          <w:marLeft w:val="480"/>
          <w:marRight w:val="0"/>
          <w:marTop w:val="0"/>
          <w:marBottom w:val="0"/>
          <w:divBdr>
            <w:top w:val="none" w:sz="0" w:space="0" w:color="auto"/>
            <w:left w:val="none" w:sz="0" w:space="0" w:color="auto"/>
            <w:bottom w:val="none" w:sz="0" w:space="0" w:color="auto"/>
            <w:right w:val="none" w:sz="0" w:space="0" w:color="auto"/>
          </w:divBdr>
        </w:div>
        <w:div w:id="290482944">
          <w:marLeft w:val="480"/>
          <w:marRight w:val="0"/>
          <w:marTop w:val="0"/>
          <w:marBottom w:val="0"/>
          <w:divBdr>
            <w:top w:val="none" w:sz="0" w:space="0" w:color="auto"/>
            <w:left w:val="none" w:sz="0" w:space="0" w:color="auto"/>
            <w:bottom w:val="none" w:sz="0" w:space="0" w:color="auto"/>
            <w:right w:val="none" w:sz="0" w:space="0" w:color="auto"/>
          </w:divBdr>
        </w:div>
        <w:div w:id="329061342">
          <w:marLeft w:val="480"/>
          <w:marRight w:val="0"/>
          <w:marTop w:val="0"/>
          <w:marBottom w:val="0"/>
          <w:divBdr>
            <w:top w:val="none" w:sz="0" w:space="0" w:color="auto"/>
            <w:left w:val="none" w:sz="0" w:space="0" w:color="auto"/>
            <w:bottom w:val="none" w:sz="0" w:space="0" w:color="auto"/>
            <w:right w:val="none" w:sz="0" w:space="0" w:color="auto"/>
          </w:divBdr>
        </w:div>
        <w:div w:id="390151232">
          <w:marLeft w:val="480"/>
          <w:marRight w:val="0"/>
          <w:marTop w:val="0"/>
          <w:marBottom w:val="0"/>
          <w:divBdr>
            <w:top w:val="none" w:sz="0" w:space="0" w:color="auto"/>
            <w:left w:val="none" w:sz="0" w:space="0" w:color="auto"/>
            <w:bottom w:val="none" w:sz="0" w:space="0" w:color="auto"/>
            <w:right w:val="none" w:sz="0" w:space="0" w:color="auto"/>
          </w:divBdr>
        </w:div>
        <w:div w:id="416102672">
          <w:marLeft w:val="480"/>
          <w:marRight w:val="0"/>
          <w:marTop w:val="0"/>
          <w:marBottom w:val="0"/>
          <w:divBdr>
            <w:top w:val="none" w:sz="0" w:space="0" w:color="auto"/>
            <w:left w:val="none" w:sz="0" w:space="0" w:color="auto"/>
            <w:bottom w:val="none" w:sz="0" w:space="0" w:color="auto"/>
            <w:right w:val="none" w:sz="0" w:space="0" w:color="auto"/>
          </w:divBdr>
        </w:div>
        <w:div w:id="534079764">
          <w:marLeft w:val="480"/>
          <w:marRight w:val="0"/>
          <w:marTop w:val="0"/>
          <w:marBottom w:val="0"/>
          <w:divBdr>
            <w:top w:val="none" w:sz="0" w:space="0" w:color="auto"/>
            <w:left w:val="none" w:sz="0" w:space="0" w:color="auto"/>
            <w:bottom w:val="none" w:sz="0" w:space="0" w:color="auto"/>
            <w:right w:val="none" w:sz="0" w:space="0" w:color="auto"/>
          </w:divBdr>
        </w:div>
        <w:div w:id="599678719">
          <w:marLeft w:val="480"/>
          <w:marRight w:val="0"/>
          <w:marTop w:val="0"/>
          <w:marBottom w:val="0"/>
          <w:divBdr>
            <w:top w:val="none" w:sz="0" w:space="0" w:color="auto"/>
            <w:left w:val="none" w:sz="0" w:space="0" w:color="auto"/>
            <w:bottom w:val="none" w:sz="0" w:space="0" w:color="auto"/>
            <w:right w:val="none" w:sz="0" w:space="0" w:color="auto"/>
          </w:divBdr>
        </w:div>
        <w:div w:id="609581063">
          <w:marLeft w:val="480"/>
          <w:marRight w:val="0"/>
          <w:marTop w:val="0"/>
          <w:marBottom w:val="0"/>
          <w:divBdr>
            <w:top w:val="none" w:sz="0" w:space="0" w:color="auto"/>
            <w:left w:val="none" w:sz="0" w:space="0" w:color="auto"/>
            <w:bottom w:val="none" w:sz="0" w:space="0" w:color="auto"/>
            <w:right w:val="none" w:sz="0" w:space="0" w:color="auto"/>
          </w:divBdr>
        </w:div>
        <w:div w:id="748311509">
          <w:marLeft w:val="480"/>
          <w:marRight w:val="0"/>
          <w:marTop w:val="0"/>
          <w:marBottom w:val="0"/>
          <w:divBdr>
            <w:top w:val="none" w:sz="0" w:space="0" w:color="auto"/>
            <w:left w:val="none" w:sz="0" w:space="0" w:color="auto"/>
            <w:bottom w:val="none" w:sz="0" w:space="0" w:color="auto"/>
            <w:right w:val="none" w:sz="0" w:space="0" w:color="auto"/>
          </w:divBdr>
        </w:div>
        <w:div w:id="898588832">
          <w:marLeft w:val="480"/>
          <w:marRight w:val="0"/>
          <w:marTop w:val="0"/>
          <w:marBottom w:val="0"/>
          <w:divBdr>
            <w:top w:val="none" w:sz="0" w:space="0" w:color="auto"/>
            <w:left w:val="none" w:sz="0" w:space="0" w:color="auto"/>
            <w:bottom w:val="none" w:sz="0" w:space="0" w:color="auto"/>
            <w:right w:val="none" w:sz="0" w:space="0" w:color="auto"/>
          </w:divBdr>
        </w:div>
        <w:div w:id="1017342110">
          <w:marLeft w:val="480"/>
          <w:marRight w:val="0"/>
          <w:marTop w:val="0"/>
          <w:marBottom w:val="0"/>
          <w:divBdr>
            <w:top w:val="none" w:sz="0" w:space="0" w:color="auto"/>
            <w:left w:val="none" w:sz="0" w:space="0" w:color="auto"/>
            <w:bottom w:val="none" w:sz="0" w:space="0" w:color="auto"/>
            <w:right w:val="none" w:sz="0" w:space="0" w:color="auto"/>
          </w:divBdr>
        </w:div>
        <w:div w:id="1083063282">
          <w:marLeft w:val="480"/>
          <w:marRight w:val="0"/>
          <w:marTop w:val="0"/>
          <w:marBottom w:val="0"/>
          <w:divBdr>
            <w:top w:val="none" w:sz="0" w:space="0" w:color="auto"/>
            <w:left w:val="none" w:sz="0" w:space="0" w:color="auto"/>
            <w:bottom w:val="none" w:sz="0" w:space="0" w:color="auto"/>
            <w:right w:val="none" w:sz="0" w:space="0" w:color="auto"/>
          </w:divBdr>
        </w:div>
        <w:div w:id="1118992331">
          <w:marLeft w:val="480"/>
          <w:marRight w:val="0"/>
          <w:marTop w:val="0"/>
          <w:marBottom w:val="0"/>
          <w:divBdr>
            <w:top w:val="none" w:sz="0" w:space="0" w:color="auto"/>
            <w:left w:val="none" w:sz="0" w:space="0" w:color="auto"/>
            <w:bottom w:val="none" w:sz="0" w:space="0" w:color="auto"/>
            <w:right w:val="none" w:sz="0" w:space="0" w:color="auto"/>
          </w:divBdr>
        </w:div>
        <w:div w:id="1130902193">
          <w:marLeft w:val="480"/>
          <w:marRight w:val="0"/>
          <w:marTop w:val="0"/>
          <w:marBottom w:val="0"/>
          <w:divBdr>
            <w:top w:val="none" w:sz="0" w:space="0" w:color="auto"/>
            <w:left w:val="none" w:sz="0" w:space="0" w:color="auto"/>
            <w:bottom w:val="none" w:sz="0" w:space="0" w:color="auto"/>
            <w:right w:val="none" w:sz="0" w:space="0" w:color="auto"/>
          </w:divBdr>
        </w:div>
        <w:div w:id="1148785916">
          <w:marLeft w:val="480"/>
          <w:marRight w:val="0"/>
          <w:marTop w:val="0"/>
          <w:marBottom w:val="0"/>
          <w:divBdr>
            <w:top w:val="none" w:sz="0" w:space="0" w:color="auto"/>
            <w:left w:val="none" w:sz="0" w:space="0" w:color="auto"/>
            <w:bottom w:val="none" w:sz="0" w:space="0" w:color="auto"/>
            <w:right w:val="none" w:sz="0" w:space="0" w:color="auto"/>
          </w:divBdr>
        </w:div>
        <w:div w:id="1292126984">
          <w:marLeft w:val="480"/>
          <w:marRight w:val="0"/>
          <w:marTop w:val="0"/>
          <w:marBottom w:val="0"/>
          <w:divBdr>
            <w:top w:val="none" w:sz="0" w:space="0" w:color="auto"/>
            <w:left w:val="none" w:sz="0" w:space="0" w:color="auto"/>
            <w:bottom w:val="none" w:sz="0" w:space="0" w:color="auto"/>
            <w:right w:val="none" w:sz="0" w:space="0" w:color="auto"/>
          </w:divBdr>
        </w:div>
        <w:div w:id="1327589575">
          <w:marLeft w:val="480"/>
          <w:marRight w:val="0"/>
          <w:marTop w:val="0"/>
          <w:marBottom w:val="0"/>
          <w:divBdr>
            <w:top w:val="none" w:sz="0" w:space="0" w:color="auto"/>
            <w:left w:val="none" w:sz="0" w:space="0" w:color="auto"/>
            <w:bottom w:val="none" w:sz="0" w:space="0" w:color="auto"/>
            <w:right w:val="none" w:sz="0" w:space="0" w:color="auto"/>
          </w:divBdr>
        </w:div>
        <w:div w:id="1363557132">
          <w:marLeft w:val="480"/>
          <w:marRight w:val="0"/>
          <w:marTop w:val="0"/>
          <w:marBottom w:val="0"/>
          <w:divBdr>
            <w:top w:val="none" w:sz="0" w:space="0" w:color="auto"/>
            <w:left w:val="none" w:sz="0" w:space="0" w:color="auto"/>
            <w:bottom w:val="none" w:sz="0" w:space="0" w:color="auto"/>
            <w:right w:val="none" w:sz="0" w:space="0" w:color="auto"/>
          </w:divBdr>
        </w:div>
        <w:div w:id="1374816712">
          <w:marLeft w:val="480"/>
          <w:marRight w:val="0"/>
          <w:marTop w:val="0"/>
          <w:marBottom w:val="0"/>
          <w:divBdr>
            <w:top w:val="none" w:sz="0" w:space="0" w:color="auto"/>
            <w:left w:val="none" w:sz="0" w:space="0" w:color="auto"/>
            <w:bottom w:val="none" w:sz="0" w:space="0" w:color="auto"/>
            <w:right w:val="none" w:sz="0" w:space="0" w:color="auto"/>
          </w:divBdr>
        </w:div>
        <w:div w:id="1382706830">
          <w:marLeft w:val="480"/>
          <w:marRight w:val="0"/>
          <w:marTop w:val="0"/>
          <w:marBottom w:val="0"/>
          <w:divBdr>
            <w:top w:val="none" w:sz="0" w:space="0" w:color="auto"/>
            <w:left w:val="none" w:sz="0" w:space="0" w:color="auto"/>
            <w:bottom w:val="none" w:sz="0" w:space="0" w:color="auto"/>
            <w:right w:val="none" w:sz="0" w:space="0" w:color="auto"/>
          </w:divBdr>
        </w:div>
        <w:div w:id="1576085137">
          <w:marLeft w:val="480"/>
          <w:marRight w:val="0"/>
          <w:marTop w:val="0"/>
          <w:marBottom w:val="0"/>
          <w:divBdr>
            <w:top w:val="none" w:sz="0" w:space="0" w:color="auto"/>
            <w:left w:val="none" w:sz="0" w:space="0" w:color="auto"/>
            <w:bottom w:val="none" w:sz="0" w:space="0" w:color="auto"/>
            <w:right w:val="none" w:sz="0" w:space="0" w:color="auto"/>
          </w:divBdr>
        </w:div>
        <w:div w:id="1581408516">
          <w:marLeft w:val="480"/>
          <w:marRight w:val="0"/>
          <w:marTop w:val="0"/>
          <w:marBottom w:val="0"/>
          <w:divBdr>
            <w:top w:val="none" w:sz="0" w:space="0" w:color="auto"/>
            <w:left w:val="none" w:sz="0" w:space="0" w:color="auto"/>
            <w:bottom w:val="none" w:sz="0" w:space="0" w:color="auto"/>
            <w:right w:val="none" w:sz="0" w:space="0" w:color="auto"/>
          </w:divBdr>
        </w:div>
        <w:div w:id="1795058068">
          <w:marLeft w:val="480"/>
          <w:marRight w:val="0"/>
          <w:marTop w:val="0"/>
          <w:marBottom w:val="0"/>
          <w:divBdr>
            <w:top w:val="none" w:sz="0" w:space="0" w:color="auto"/>
            <w:left w:val="none" w:sz="0" w:space="0" w:color="auto"/>
            <w:bottom w:val="none" w:sz="0" w:space="0" w:color="auto"/>
            <w:right w:val="none" w:sz="0" w:space="0" w:color="auto"/>
          </w:divBdr>
        </w:div>
        <w:div w:id="1848130027">
          <w:marLeft w:val="480"/>
          <w:marRight w:val="0"/>
          <w:marTop w:val="0"/>
          <w:marBottom w:val="0"/>
          <w:divBdr>
            <w:top w:val="none" w:sz="0" w:space="0" w:color="auto"/>
            <w:left w:val="none" w:sz="0" w:space="0" w:color="auto"/>
            <w:bottom w:val="none" w:sz="0" w:space="0" w:color="auto"/>
            <w:right w:val="none" w:sz="0" w:space="0" w:color="auto"/>
          </w:divBdr>
        </w:div>
        <w:div w:id="1848597186">
          <w:marLeft w:val="480"/>
          <w:marRight w:val="0"/>
          <w:marTop w:val="0"/>
          <w:marBottom w:val="0"/>
          <w:divBdr>
            <w:top w:val="none" w:sz="0" w:space="0" w:color="auto"/>
            <w:left w:val="none" w:sz="0" w:space="0" w:color="auto"/>
            <w:bottom w:val="none" w:sz="0" w:space="0" w:color="auto"/>
            <w:right w:val="none" w:sz="0" w:space="0" w:color="auto"/>
          </w:divBdr>
        </w:div>
        <w:div w:id="1875652126">
          <w:marLeft w:val="480"/>
          <w:marRight w:val="0"/>
          <w:marTop w:val="0"/>
          <w:marBottom w:val="0"/>
          <w:divBdr>
            <w:top w:val="none" w:sz="0" w:space="0" w:color="auto"/>
            <w:left w:val="none" w:sz="0" w:space="0" w:color="auto"/>
            <w:bottom w:val="none" w:sz="0" w:space="0" w:color="auto"/>
            <w:right w:val="none" w:sz="0" w:space="0" w:color="auto"/>
          </w:divBdr>
        </w:div>
        <w:div w:id="1956986819">
          <w:marLeft w:val="480"/>
          <w:marRight w:val="0"/>
          <w:marTop w:val="0"/>
          <w:marBottom w:val="0"/>
          <w:divBdr>
            <w:top w:val="none" w:sz="0" w:space="0" w:color="auto"/>
            <w:left w:val="none" w:sz="0" w:space="0" w:color="auto"/>
            <w:bottom w:val="none" w:sz="0" w:space="0" w:color="auto"/>
            <w:right w:val="none" w:sz="0" w:space="0" w:color="auto"/>
          </w:divBdr>
        </w:div>
        <w:div w:id="2062052157">
          <w:marLeft w:val="480"/>
          <w:marRight w:val="0"/>
          <w:marTop w:val="0"/>
          <w:marBottom w:val="0"/>
          <w:divBdr>
            <w:top w:val="none" w:sz="0" w:space="0" w:color="auto"/>
            <w:left w:val="none" w:sz="0" w:space="0" w:color="auto"/>
            <w:bottom w:val="none" w:sz="0" w:space="0" w:color="auto"/>
            <w:right w:val="none" w:sz="0" w:space="0" w:color="auto"/>
          </w:divBdr>
        </w:div>
      </w:divsChild>
    </w:div>
    <w:div w:id="1930001478">
      <w:bodyDiv w:val="1"/>
      <w:marLeft w:val="0"/>
      <w:marRight w:val="0"/>
      <w:marTop w:val="0"/>
      <w:marBottom w:val="0"/>
      <w:divBdr>
        <w:top w:val="none" w:sz="0" w:space="0" w:color="auto"/>
        <w:left w:val="none" w:sz="0" w:space="0" w:color="auto"/>
        <w:bottom w:val="none" w:sz="0" w:space="0" w:color="auto"/>
        <w:right w:val="none" w:sz="0" w:space="0" w:color="auto"/>
      </w:divBdr>
    </w:div>
    <w:div w:id="1931355925">
      <w:bodyDiv w:val="1"/>
      <w:marLeft w:val="0"/>
      <w:marRight w:val="0"/>
      <w:marTop w:val="0"/>
      <w:marBottom w:val="0"/>
      <w:divBdr>
        <w:top w:val="none" w:sz="0" w:space="0" w:color="auto"/>
        <w:left w:val="none" w:sz="0" w:space="0" w:color="auto"/>
        <w:bottom w:val="none" w:sz="0" w:space="0" w:color="auto"/>
        <w:right w:val="none" w:sz="0" w:space="0" w:color="auto"/>
      </w:divBdr>
    </w:div>
    <w:div w:id="1932160009">
      <w:bodyDiv w:val="1"/>
      <w:marLeft w:val="0"/>
      <w:marRight w:val="0"/>
      <w:marTop w:val="0"/>
      <w:marBottom w:val="0"/>
      <w:divBdr>
        <w:top w:val="none" w:sz="0" w:space="0" w:color="auto"/>
        <w:left w:val="none" w:sz="0" w:space="0" w:color="auto"/>
        <w:bottom w:val="none" w:sz="0" w:space="0" w:color="auto"/>
        <w:right w:val="none" w:sz="0" w:space="0" w:color="auto"/>
      </w:divBdr>
    </w:div>
    <w:div w:id="1932812947">
      <w:bodyDiv w:val="1"/>
      <w:marLeft w:val="0"/>
      <w:marRight w:val="0"/>
      <w:marTop w:val="0"/>
      <w:marBottom w:val="0"/>
      <w:divBdr>
        <w:top w:val="none" w:sz="0" w:space="0" w:color="auto"/>
        <w:left w:val="none" w:sz="0" w:space="0" w:color="auto"/>
        <w:bottom w:val="none" w:sz="0" w:space="0" w:color="auto"/>
        <w:right w:val="none" w:sz="0" w:space="0" w:color="auto"/>
      </w:divBdr>
    </w:div>
    <w:div w:id="1936859204">
      <w:bodyDiv w:val="1"/>
      <w:marLeft w:val="0"/>
      <w:marRight w:val="0"/>
      <w:marTop w:val="0"/>
      <w:marBottom w:val="0"/>
      <w:divBdr>
        <w:top w:val="none" w:sz="0" w:space="0" w:color="auto"/>
        <w:left w:val="none" w:sz="0" w:space="0" w:color="auto"/>
        <w:bottom w:val="none" w:sz="0" w:space="0" w:color="auto"/>
        <w:right w:val="none" w:sz="0" w:space="0" w:color="auto"/>
      </w:divBdr>
      <w:divsChild>
        <w:div w:id="35158362">
          <w:marLeft w:val="480"/>
          <w:marRight w:val="0"/>
          <w:marTop w:val="0"/>
          <w:marBottom w:val="0"/>
          <w:divBdr>
            <w:top w:val="none" w:sz="0" w:space="0" w:color="auto"/>
            <w:left w:val="none" w:sz="0" w:space="0" w:color="auto"/>
            <w:bottom w:val="none" w:sz="0" w:space="0" w:color="auto"/>
            <w:right w:val="none" w:sz="0" w:space="0" w:color="auto"/>
          </w:divBdr>
        </w:div>
        <w:div w:id="61105978">
          <w:marLeft w:val="480"/>
          <w:marRight w:val="0"/>
          <w:marTop w:val="0"/>
          <w:marBottom w:val="0"/>
          <w:divBdr>
            <w:top w:val="none" w:sz="0" w:space="0" w:color="auto"/>
            <w:left w:val="none" w:sz="0" w:space="0" w:color="auto"/>
            <w:bottom w:val="none" w:sz="0" w:space="0" w:color="auto"/>
            <w:right w:val="none" w:sz="0" w:space="0" w:color="auto"/>
          </w:divBdr>
        </w:div>
        <w:div w:id="78408263">
          <w:marLeft w:val="480"/>
          <w:marRight w:val="0"/>
          <w:marTop w:val="0"/>
          <w:marBottom w:val="0"/>
          <w:divBdr>
            <w:top w:val="none" w:sz="0" w:space="0" w:color="auto"/>
            <w:left w:val="none" w:sz="0" w:space="0" w:color="auto"/>
            <w:bottom w:val="none" w:sz="0" w:space="0" w:color="auto"/>
            <w:right w:val="none" w:sz="0" w:space="0" w:color="auto"/>
          </w:divBdr>
        </w:div>
        <w:div w:id="105201808">
          <w:marLeft w:val="480"/>
          <w:marRight w:val="0"/>
          <w:marTop w:val="0"/>
          <w:marBottom w:val="0"/>
          <w:divBdr>
            <w:top w:val="none" w:sz="0" w:space="0" w:color="auto"/>
            <w:left w:val="none" w:sz="0" w:space="0" w:color="auto"/>
            <w:bottom w:val="none" w:sz="0" w:space="0" w:color="auto"/>
            <w:right w:val="none" w:sz="0" w:space="0" w:color="auto"/>
          </w:divBdr>
        </w:div>
        <w:div w:id="159976093">
          <w:marLeft w:val="480"/>
          <w:marRight w:val="0"/>
          <w:marTop w:val="0"/>
          <w:marBottom w:val="0"/>
          <w:divBdr>
            <w:top w:val="none" w:sz="0" w:space="0" w:color="auto"/>
            <w:left w:val="none" w:sz="0" w:space="0" w:color="auto"/>
            <w:bottom w:val="none" w:sz="0" w:space="0" w:color="auto"/>
            <w:right w:val="none" w:sz="0" w:space="0" w:color="auto"/>
          </w:divBdr>
        </w:div>
        <w:div w:id="214632280">
          <w:marLeft w:val="480"/>
          <w:marRight w:val="0"/>
          <w:marTop w:val="0"/>
          <w:marBottom w:val="0"/>
          <w:divBdr>
            <w:top w:val="none" w:sz="0" w:space="0" w:color="auto"/>
            <w:left w:val="none" w:sz="0" w:space="0" w:color="auto"/>
            <w:bottom w:val="none" w:sz="0" w:space="0" w:color="auto"/>
            <w:right w:val="none" w:sz="0" w:space="0" w:color="auto"/>
          </w:divBdr>
        </w:div>
        <w:div w:id="325714946">
          <w:marLeft w:val="480"/>
          <w:marRight w:val="0"/>
          <w:marTop w:val="0"/>
          <w:marBottom w:val="0"/>
          <w:divBdr>
            <w:top w:val="none" w:sz="0" w:space="0" w:color="auto"/>
            <w:left w:val="none" w:sz="0" w:space="0" w:color="auto"/>
            <w:bottom w:val="none" w:sz="0" w:space="0" w:color="auto"/>
            <w:right w:val="none" w:sz="0" w:space="0" w:color="auto"/>
          </w:divBdr>
        </w:div>
        <w:div w:id="341593906">
          <w:marLeft w:val="480"/>
          <w:marRight w:val="0"/>
          <w:marTop w:val="0"/>
          <w:marBottom w:val="0"/>
          <w:divBdr>
            <w:top w:val="none" w:sz="0" w:space="0" w:color="auto"/>
            <w:left w:val="none" w:sz="0" w:space="0" w:color="auto"/>
            <w:bottom w:val="none" w:sz="0" w:space="0" w:color="auto"/>
            <w:right w:val="none" w:sz="0" w:space="0" w:color="auto"/>
          </w:divBdr>
        </w:div>
        <w:div w:id="564150212">
          <w:marLeft w:val="480"/>
          <w:marRight w:val="0"/>
          <w:marTop w:val="0"/>
          <w:marBottom w:val="0"/>
          <w:divBdr>
            <w:top w:val="none" w:sz="0" w:space="0" w:color="auto"/>
            <w:left w:val="none" w:sz="0" w:space="0" w:color="auto"/>
            <w:bottom w:val="none" w:sz="0" w:space="0" w:color="auto"/>
            <w:right w:val="none" w:sz="0" w:space="0" w:color="auto"/>
          </w:divBdr>
        </w:div>
        <w:div w:id="618533749">
          <w:marLeft w:val="480"/>
          <w:marRight w:val="0"/>
          <w:marTop w:val="0"/>
          <w:marBottom w:val="0"/>
          <w:divBdr>
            <w:top w:val="none" w:sz="0" w:space="0" w:color="auto"/>
            <w:left w:val="none" w:sz="0" w:space="0" w:color="auto"/>
            <w:bottom w:val="none" w:sz="0" w:space="0" w:color="auto"/>
            <w:right w:val="none" w:sz="0" w:space="0" w:color="auto"/>
          </w:divBdr>
        </w:div>
        <w:div w:id="651327833">
          <w:marLeft w:val="480"/>
          <w:marRight w:val="0"/>
          <w:marTop w:val="0"/>
          <w:marBottom w:val="0"/>
          <w:divBdr>
            <w:top w:val="none" w:sz="0" w:space="0" w:color="auto"/>
            <w:left w:val="none" w:sz="0" w:space="0" w:color="auto"/>
            <w:bottom w:val="none" w:sz="0" w:space="0" w:color="auto"/>
            <w:right w:val="none" w:sz="0" w:space="0" w:color="auto"/>
          </w:divBdr>
        </w:div>
        <w:div w:id="659309537">
          <w:marLeft w:val="480"/>
          <w:marRight w:val="0"/>
          <w:marTop w:val="0"/>
          <w:marBottom w:val="0"/>
          <w:divBdr>
            <w:top w:val="none" w:sz="0" w:space="0" w:color="auto"/>
            <w:left w:val="none" w:sz="0" w:space="0" w:color="auto"/>
            <w:bottom w:val="none" w:sz="0" w:space="0" w:color="auto"/>
            <w:right w:val="none" w:sz="0" w:space="0" w:color="auto"/>
          </w:divBdr>
        </w:div>
        <w:div w:id="845677821">
          <w:marLeft w:val="480"/>
          <w:marRight w:val="0"/>
          <w:marTop w:val="0"/>
          <w:marBottom w:val="0"/>
          <w:divBdr>
            <w:top w:val="none" w:sz="0" w:space="0" w:color="auto"/>
            <w:left w:val="none" w:sz="0" w:space="0" w:color="auto"/>
            <w:bottom w:val="none" w:sz="0" w:space="0" w:color="auto"/>
            <w:right w:val="none" w:sz="0" w:space="0" w:color="auto"/>
          </w:divBdr>
        </w:div>
        <w:div w:id="878396885">
          <w:marLeft w:val="480"/>
          <w:marRight w:val="0"/>
          <w:marTop w:val="0"/>
          <w:marBottom w:val="0"/>
          <w:divBdr>
            <w:top w:val="none" w:sz="0" w:space="0" w:color="auto"/>
            <w:left w:val="none" w:sz="0" w:space="0" w:color="auto"/>
            <w:bottom w:val="none" w:sz="0" w:space="0" w:color="auto"/>
            <w:right w:val="none" w:sz="0" w:space="0" w:color="auto"/>
          </w:divBdr>
        </w:div>
        <w:div w:id="1040056928">
          <w:marLeft w:val="480"/>
          <w:marRight w:val="0"/>
          <w:marTop w:val="0"/>
          <w:marBottom w:val="0"/>
          <w:divBdr>
            <w:top w:val="none" w:sz="0" w:space="0" w:color="auto"/>
            <w:left w:val="none" w:sz="0" w:space="0" w:color="auto"/>
            <w:bottom w:val="none" w:sz="0" w:space="0" w:color="auto"/>
            <w:right w:val="none" w:sz="0" w:space="0" w:color="auto"/>
          </w:divBdr>
        </w:div>
        <w:div w:id="1054155783">
          <w:marLeft w:val="480"/>
          <w:marRight w:val="0"/>
          <w:marTop w:val="0"/>
          <w:marBottom w:val="0"/>
          <w:divBdr>
            <w:top w:val="none" w:sz="0" w:space="0" w:color="auto"/>
            <w:left w:val="none" w:sz="0" w:space="0" w:color="auto"/>
            <w:bottom w:val="none" w:sz="0" w:space="0" w:color="auto"/>
            <w:right w:val="none" w:sz="0" w:space="0" w:color="auto"/>
          </w:divBdr>
        </w:div>
        <w:div w:id="1221476190">
          <w:marLeft w:val="480"/>
          <w:marRight w:val="0"/>
          <w:marTop w:val="0"/>
          <w:marBottom w:val="0"/>
          <w:divBdr>
            <w:top w:val="none" w:sz="0" w:space="0" w:color="auto"/>
            <w:left w:val="none" w:sz="0" w:space="0" w:color="auto"/>
            <w:bottom w:val="none" w:sz="0" w:space="0" w:color="auto"/>
            <w:right w:val="none" w:sz="0" w:space="0" w:color="auto"/>
          </w:divBdr>
        </w:div>
        <w:div w:id="1332950441">
          <w:marLeft w:val="480"/>
          <w:marRight w:val="0"/>
          <w:marTop w:val="0"/>
          <w:marBottom w:val="0"/>
          <w:divBdr>
            <w:top w:val="none" w:sz="0" w:space="0" w:color="auto"/>
            <w:left w:val="none" w:sz="0" w:space="0" w:color="auto"/>
            <w:bottom w:val="none" w:sz="0" w:space="0" w:color="auto"/>
            <w:right w:val="none" w:sz="0" w:space="0" w:color="auto"/>
          </w:divBdr>
        </w:div>
        <w:div w:id="1392190304">
          <w:marLeft w:val="480"/>
          <w:marRight w:val="0"/>
          <w:marTop w:val="0"/>
          <w:marBottom w:val="0"/>
          <w:divBdr>
            <w:top w:val="none" w:sz="0" w:space="0" w:color="auto"/>
            <w:left w:val="none" w:sz="0" w:space="0" w:color="auto"/>
            <w:bottom w:val="none" w:sz="0" w:space="0" w:color="auto"/>
            <w:right w:val="none" w:sz="0" w:space="0" w:color="auto"/>
          </w:divBdr>
        </w:div>
        <w:div w:id="1455515206">
          <w:marLeft w:val="480"/>
          <w:marRight w:val="0"/>
          <w:marTop w:val="0"/>
          <w:marBottom w:val="0"/>
          <w:divBdr>
            <w:top w:val="none" w:sz="0" w:space="0" w:color="auto"/>
            <w:left w:val="none" w:sz="0" w:space="0" w:color="auto"/>
            <w:bottom w:val="none" w:sz="0" w:space="0" w:color="auto"/>
            <w:right w:val="none" w:sz="0" w:space="0" w:color="auto"/>
          </w:divBdr>
        </w:div>
        <w:div w:id="1490049527">
          <w:marLeft w:val="480"/>
          <w:marRight w:val="0"/>
          <w:marTop w:val="0"/>
          <w:marBottom w:val="0"/>
          <w:divBdr>
            <w:top w:val="none" w:sz="0" w:space="0" w:color="auto"/>
            <w:left w:val="none" w:sz="0" w:space="0" w:color="auto"/>
            <w:bottom w:val="none" w:sz="0" w:space="0" w:color="auto"/>
            <w:right w:val="none" w:sz="0" w:space="0" w:color="auto"/>
          </w:divBdr>
        </w:div>
        <w:div w:id="1511990575">
          <w:marLeft w:val="480"/>
          <w:marRight w:val="0"/>
          <w:marTop w:val="0"/>
          <w:marBottom w:val="0"/>
          <w:divBdr>
            <w:top w:val="none" w:sz="0" w:space="0" w:color="auto"/>
            <w:left w:val="none" w:sz="0" w:space="0" w:color="auto"/>
            <w:bottom w:val="none" w:sz="0" w:space="0" w:color="auto"/>
            <w:right w:val="none" w:sz="0" w:space="0" w:color="auto"/>
          </w:divBdr>
        </w:div>
        <w:div w:id="1601645416">
          <w:marLeft w:val="480"/>
          <w:marRight w:val="0"/>
          <w:marTop w:val="0"/>
          <w:marBottom w:val="0"/>
          <w:divBdr>
            <w:top w:val="none" w:sz="0" w:space="0" w:color="auto"/>
            <w:left w:val="none" w:sz="0" w:space="0" w:color="auto"/>
            <w:bottom w:val="none" w:sz="0" w:space="0" w:color="auto"/>
            <w:right w:val="none" w:sz="0" w:space="0" w:color="auto"/>
          </w:divBdr>
        </w:div>
        <w:div w:id="1945187527">
          <w:marLeft w:val="480"/>
          <w:marRight w:val="0"/>
          <w:marTop w:val="0"/>
          <w:marBottom w:val="0"/>
          <w:divBdr>
            <w:top w:val="none" w:sz="0" w:space="0" w:color="auto"/>
            <w:left w:val="none" w:sz="0" w:space="0" w:color="auto"/>
            <w:bottom w:val="none" w:sz="0" w:space="0" w:color="auto"/>
            <w:right w:val="none" w:sz="0" w:space="0" w:color="auto"/>
          </w:divBdr>
        </w:div>
        <w:div w:id="1969042840">
          <w:marLeft w:val="480"/>
          <w:marRight w:val="0"/>
          <w:marTop w:val="0"/>
          <w:marBottom w:val="0"/>
          <w:divBdr>
            <w:top w:val="none" w:sz="0" w:space="0" w:color="auto"/>
            <w:left w:val="none" w:sz="0" w:space="0" w:color="auto"/>
            <w:bottom w:val="none" w:sz="0" w:space="0" w:color="auto"/>
            <w:right w:val="none" w:sz="0" w:space="0" w:color="auto"/>
          </w:divBdr>
        </w:div>
        <w:div w:id="1986005685">
          <w:marLeft w:val="480"/>
          <w:marRight w:val="0"/>
          <w:marTop w:val="0"/>
          <w:marBottom w:val="0"/>
          <w:divBdr>
            <w:top w:val="none" w:sz="0" w:space="0" w:color="auto"/>
            <w:left w:val="none" w:sz="0" w:space="0" w:color="auto"/>
            <w:bottom w:val="none" w:sz="0" w:space="0" w:color="auto"/>
            <w:right w:val="none" w:sz="0" w:space="0" w:color="auto"/>
          </w:divBdr>
        </w:div>
        <w:div w:id="2079595937">
          <w:marLeft w:val="480"/>
          <w:marRight w:val="0"/>
          <w:marTop w:val="0"/>
          <w:marBottom w:val="0"/>
          <w:divBdr>
            <w:top w:val="none" w:sz="0" w:space="0" w:color="auto"/>
            <w:left w:val="none" w:sz="0" w:space="0" w:color="auto"/>
            <w:bottom w:val="none" w:sz="0" w:space="0" w:color="auto"/>
            <w:right w:val="none" w:sz="0" w:space="0" w:color="auto"/>
          </w:divBdr>
        </w:div>
        <w:div w:id="2131239434">
          <w:marLeft w:val="480"/>
          <w:marRight w:val="0"/>
          <w:marTop w:val="0"/>
          <w:marBottom w:val="0"/>
          <w:divBdr>
            <w:top w:val="none" w:sz="0" w:space="0" w:color="auto"/>
            <w:left w:val="none" w:sz="0" w:space="0" w:color="auto"/>
            <w:bottom w:val="none" w:sz="0" w:space="0" w:color="auto"/>
            <w:right w:val="none" w:sz="0" w:space="0" w:color="auto"/>
          </w:divBdr>
        </w:div>
      </w:divsChild>
    </w:div>
    <w:div w:id="1937325812">
      <w:bodyDiv w:val="1"/>
      <w:marLeft w:val="0"/>
      <w:marRight w:val="0"/>
      <w:marTop w:val="0"/>
      <w:marBottom w:val="0"/>
      <w:divBdr>
        <w:top w:val="none" w:sz="0" w:space="0" w:color="auto"/>
        <w:left w:val="none" w:sz="0" w:space="0" w:color="auto"/>
        <w:bottom w:val="none" w:sz="0" w:space="0" w:color="auto"/>
        <w:right w:val="none" w:sz="0" w:space="0" w:color="auto"/>
      </w:divBdr>
    </w:div>
    <w:div w:id="1938979348">
      <w:bodyDiv w:val="1"/>
      <w:marLeft w:val="0"/>
      <w:marRight w:val="0"/>
      <w:marTop w:val="0"/>
      <w:marBottom w:val="0"/>
      <w:divBdr>
        <w:top w:val="none" w:sz="0" w:space="0" w:color="auto"/>
        <w:left w:val="none" w:sz="0" w:space="0" w:color="auto"/>
        <w:bottom w:val="none" w:sz="0" w:space="0" w:color="auto"/>
        <w:right w:val="none" w:sz="0" w:space="0" w:color="auto"/>
      </w:divBdr>
    </w:div>
    <w:div w:id="1939872349">
      <w:bodyDiv w:val="1"/>
      <w:marLeft w:val="0"/>
      <w:marRight w:val="0"/>
      <w:marTop w:val="0"/>
      <w:marBottom w:val="0"/>
      <w:divBdr>
        <w:top w:val="none" w:sz="0" w:space="0" w:color="auto"/>
        <w:left w:val="none" w:sz="0" w:space="0" w:color="auto"/>
        <w:bottom w:val="none" w:sz="0" w:space="0" w:color="auto"/>
        <w:right w:val="none" w:sz="0" w:space="0" w:color="auto"/>
      </w:divBdr>
    </w:div>
    <w:div w:id="1939943196">
      <w:bodyDiv w:val="1"/>
      <w:marLeft w:val="0"/>
      <w:marRight w:val="0"/>
      <w:marTop w:val="0"/>
      <w:marBottom w:val="0"/>
      <w:divBdr>
        <w:top w:val="none" w:sz="0" w:space="0" w:color="auto"/>
        <w:left w:val="none" w:sz="0" w:space="0" w:color="auto"/>
        <w:bottom w:val="none" w:sz="0" w:space="0" w:color="auto"/>
        <w:right w:val="none" w:sz="0" w:space="0" w:color="auto"/>
      </w:divBdr>
      <w:divsChild>
        <w:div w:id="94402791">
          <w:marLeft w:val="480"/>
          <w:marRight w:val="0"/>
          <w:marTop w:val="0"/>
          <w:marBottom w:val="0"/>
          <w:divBdr>
            <w:top w:val="none" w:sz="0" w:space="0" w:color="auto"/>
            <w:left w:val="none" w:sz="0" w:space="0" w:color="auto"/>
            <w:bottom w:val="none" w:sz="0" w:space="0" w:color="auto"/>
            <w:right w:val="none" w:sz="0" w:space="0" w:color="auto"/>
          </w:divBdr>
        </w:div>
        <w:div w:id="124131039">
          <w:marLeft w:val="480"/>
          <w:marRight w:val="0"/>
          <w:marTop w:val="0"/>
          <w:marBottom w:val="0"/>
          <w:divBdr>
            <w:top w:val="none" w:sz="0" w:space="0" w:color="auto"/>
            <w:left w:val="none" w:sz="0" w:space="0" w:color="auto"/>
            <w:bottom w:val="none" w:sz="0" w:space="0" w:color="auto"/>
            <w:right w:val="none" w:sz="0" w:space="0" w:color="auto"/>
          </w:divBdr>
        </w:div>
        <w:div w:id="221062635">
          <w:marLeft w:val="480"/>
          <w:marRight w:val="0"/>
          <w:marTop w:val="0"/>
          <w:marBottom w:val="0"/>
          <w:divBdr>
            <w:top w:val="none" w:sz="0" w:space="0" w:color="auto"/>
            <w:left w:val="none" w:sz="0" w:space="0" w:color="auto"/>
            <w:bottom w:val="none" w:sz="0" w:space="0" w:color="auto"/>
            <w:right w:val="none" w:sz="0" w:space="0" w:color="auto"/>
          </w:divBdr>
        </w:div>
        <w:div w:id="274407582">
          <w:marLeft w:val="480"/>
          <w:marRight w:val="0"/>
          <w:marTop w:val="0"/>
          <w:marBottom w:val="0"/>
          <w:divBdr>
            <w:top w:val="none" w:sz="0" w:space="0" w:color="auto"/>
            <w:left w:val="none" w:sz="0" w:space="0" w:color="auto"/>
            <w:bottom w:val="none" w:sz="0" w:space="0" w:color="auto"/>
            <w:right w:val="none" w:sz="0" w:space="0" w:color="auto"/>
          </w:divBdr>
        </w:div>
        <w:div w:id="299966367">
          <w:marLeft w:val="480"/>
          <w:marRight w:val="0"/>
          <w:marTop w:val="0"/>
          <w:marBottom w:val="0"/>
          <w:divBdr>
            <w:top w:val="none" w:sz="0" w:space="0" w:color="auto"/>
            <w:left w:val="none" w:sz="0" w:space="0" w:color="auto"/>
            <w:bottom w:val="none" w:sz="0" w:space="0" w:color="auto"/>
            <w:right w:val="none" w:sz="0" w:space="0" w:color="auto"/>
          </w:divBdr>
        </w:div>
        <w:div w:id="405038332">
          <w:marLeft w:val="480"/>
          <w:marRight w:val="0"/>
          <w:marTop w:val="0"/>
          <w:marBottom w:val="0"/>
          <w:divBdr>
            <w:top w:val="none" w:sz="0" w:space="0" w:color="auto"/>
            <w:left w:val="none" w:sz="0" w:space="0" w:color="auto"/>
            <w:bottom w:val="none" w:sz="0" w:space="0" w:color="auto"/>
            <w:right w:val="none" w:sz="0" w:space="0" w:color="auto"/>
          </w:divBdr>
        </w:div>
        <w:div w:id="477572453">
          <w:marLeft w:val="480"/>
          <w:marRight w:val="0"/>
          <w:marTop w:val="0"/>
          <w:marBottom w:val="0"/>
          <w:divBdr>
            <w:top w:val="none" w:sz="0" w:space="0" w:color="auto"/>
            <w:left w:val="none" w:sz="0" w:space="0" w:color="auto"/>
            <w:bottom w:val="none" w:sz="0" w:space="0" w:color="auto"/>
            <w:right w:val="none" w:sz="0" w:space="0" w:color="auto"/>
          </w:divBdr>
        </w:div>
        <w:div w:id="622612506">
          <w:marLeft w:val="480"/>
          <w:marRight w:val="0"/>
          <w:marTop w:val="0"/>
          <w:marBottom w:val="0"/>
          <w:divBdr>
            <w:top w:val="none" w:sz="0" w:space="0" w:color="auto"/>
            <w:left w:val="none" w:sz="0" w:space="0" w:color="auto"/>
            <w:bottom w:val="none" w:sz="0" w:space="0" w:color="auto"/>
            <w:right w:val="none" w:sz="0" w:space="0" w:color="auto"/>
          </w:divBdr>
        </w:div>
        <w:div w:id="663706951">
          <w:marLeft w:val="480"/>
          <w:marRight w:val="0"/>
          <w:marTop w:val="0"/>
          <w:marBottom w:val="0"/>
          <w:divBdr>
            <w:top w:val="none" w:sz="0" w:space="0" w:color="auto"/>
            <w:left w:val="none" w:sz="0" w:space="0" w:color="auto"/>
            <w:bottom w:val="none" w:sz="0" w:space="0" w:color="auto"/>
            <w:right w:val="none" w:sz="0" w:space="0" w:color="auto"/>
          </w:divBdr>
        </w:div>
        <w:div w:id="702366894">
          <w:marLeft w:val="480"/>
          <w:marRight w:val="0"/>
          <w:marTop w:val="0"/>
          <w:marBottom w:val="0"/>
          <w:divBdr>
            <w:top w:val="none" w:sz="0" w:space="0" w:color="auto"/>
            <w:left w:val="none" w:sz="0" w:space="0" w:color="auto"/>
            <w:bottom w:val="none" w:sz="0" w:space="0" w:color="auto"/>
            <w:right w:val="none" w:sz="0" w:space="0" w:color="auto"/>
          </w:divBdr>
        </w:div>
        <w:div w:id="706609225">
          <w:marLeft w:val="480"/>
          <w:marRight w:val="0"/>
          <w:marTop w:val="0"/>
          <w:marBottom w:val="0"/>
          <w:divBdr>
            <w:top w:val="none" w:sz="0" w:space="0" w:color="auto"/>
            <w:left w:val="none" w:sz="0" w:space="0" w:color="auto"/>
            <w:bottom w:val="none" w:sz="0" w:space="0" w:color="auto"/>
            <w:right w:val="none" w:sz="0" w:space="0" w:color="auto"/>
          </w:divBdr>
        </w:div>
        <w:div w:id="713622284">
          <w:marLeft w:val="480"/>
          <w:marRight w:val="0"/>
          <w:marTop w:val="0"/>
          <w:marBottom w:val="0"/>
          <w:divBdr>
            <w:top w:val="none" w:sz="0" w:space="0" w:color="auto"/>
            <w:left w:val="none" w:sz="0" w:space="0" w:color="auto"/>
            <w:bottom w:val="none" w:sz="0" w:space="0" w:color="auto"/>
            <w:right w:val="none" w:sz="0" w:space="0" w:color="auto"/>
          </w:divBdr>
        </w:div>
        <w:div w:id="915094750">
          <w:marLeft w:val="480"/>
          <w:marRight w:val="0"/>
          <w:marTop w:val="0"/>
          <w:marBottom w:val="0"/>
          <w:divBdr>
            <w:top w:val="none" w:sz="0" w:space="0" w:color="auto"/>
            <w:left w:val="none" w:sz="0" w:space="0" w:color="auto"/>
            <w:bottom w:val="none" w:sz="0" w:space="0" w:color="auto"/>
            <w:right w:val="none" w:sz="0" w:space="0" w:color="auto"/>
          </w:divBdr>
        </w:div>
        <w:div w:id="919561990">
          <w:marLeft w:val="480"/>
          <w:marRight w:val="0"/>
          <w:marTop w:val="0"/>
          <w:marBottom w:val="0"/>
          <w:divBdr>
            <w:top w:val="none" w:sz="0" w:space="0" w:color="auto"/>
            <w:left w:val="none" w:sz="0" w:space="0" w:color="auto"/>
            <w:bottom w:val="none" w:sz="0" w:space="0" w:color="auto"/>
            <w:right w:val="none" w:sz="0" w:space="0" w:color="auto"/>
          </w:divBdr>
        </w:div>
        <w:div w:id="940263974">
          <w:marLeft w:val="480"/>
          <w:marRight w:val="0"/>
          <w:marTop w:val="0"/>
          <w:marBottom w:val="0"/>
          <w:divBdr>
            <w:top w:val="none" w:sz="0" w:space="0" w:color="auto"/>
            <w:left w:val="none" w:sz="0" w:space="0" w:color="auto"/>
            <w:bottom w:val="none" w:sz="0" w:space="0" w:color="auto"/>
            <w:right w:val="none" w:sz="0" w:space="0" w:color="auto"/>
          </w:divBdr>
        </w:div>
        <w:div w:id="991713153">
          <w:marLeft w:val="480"/>
          <w:marRight w:val="0"/>
          <w:marTop w:val="0"/>
          <w:marBottom w:val="0"/>
          <w:divBdr>
            <w:top w:val="none" w:sz="0" w:space="0" w:color="auto"/>
            <w:left w:val="none" w:sz="0" w:space="0" w:color="auto"/>
            <w:bottom w:val="none" w:sz="0" w:space="0" w:color="auto"/>
            <w:right w:val="none" w:sz="0" w:space="0" w:color="auto"/>
          </w:divBdr>
        </w:div>
        <w:div w:id="1006637189">
          <w:marLeft w:val="480"/>
          <w:marRight w:val="0"/>
          <w:marTop w:val="0"/>
          <w:marBottom w:val="0"/>
          <w:divBdr>
            <w:top w:val="none" w:sz="0" w:space="0" w:color="auto"/>
            <w:left w:val="none" w:sz="0" w:space="0" w:color="auto"/>
            <w:bottom w:val="none" w:sz="0" w:space="0" w:color="auto"/>
            <w:right w:val="none" w:sz="0" w:space="0" w:color="auto"/>
          </w:divBdr>
        </w:div>
        <w:div w:id="1092239948">
          <w:marLeft w:val="480"/>
          <w:marRight w:val="0"/>
          <w:marTop w:val="0"/>
          <w:marBottom w:val="0"/>
          <w:divBdr>
            <w:top w:val="none" w:sz="0" w:space="0" w:color="auto"/>
            <w:left w:val="none" w:sz="0" w:space="0" w:color="auto"/>
            <w:bottom w:val="none" w:sz="0" w:space="0" w:color="auto"/>
            <w:right w:val="none" w:sz="0" w:space="0" w:color="auto"/>
          </w:divBdr>
        </w:div>
        <w:div w:id="1193763914">
          <w:marLeft w:val="480"/>
          <w:marRight w:val="0"/>
          <w:marTop w:val="0"/>
          <w:marBottom w:val="0"/>
          <w:divBdr>
            <w:top w:val="none" w:sz="0" w:space="0" w:color="auto"/>
            <w:left w:val="none" w:sz="0" w:space="0" w:color="auto"/>
            <w:bottom w:val="none" w:sz="0" w:space="0" w:color="auto"/>
            <w:right w:val="none" w:sz="0" w:space="0" w:color="auto"/>
          </w:divBdr>
        </w:div>
        <w:div w:id="1241406020">
          <w:marLeft w:val="480"/>
          <w:marRight w:val="0"/>
          <w:marTop w:val="0"/>
          <w:marBottom w:val="0"/>
          <w:divBdr>
            <w:top w:val="none" w:sz="0" w:space="0" w:color="auto"/>
            <w:left w:val="none" w:sz="0" w:space="0" w:color="auto"/>
            <w:bottom w:val="none" w:sz="0" w:space="0" w:color="auto"/>
            <w:right w:val="none" w:sz="0" w:space="0" w:color="auto"/>
          </w:divBdr>
        </w:div>
        <w:div w:id="1390421747">
          <w:marLeft w:val="480"/>
          <w:marRight w:val="0"/>
          <w:marTop w:val="0"/>
          <w:marBottom w:val="0"/>
          <w:divBdr>
            <w:top w:val="none" w:sz="0" w:space="0" w:color="auto"/>
            <w:left w:val="none" w:sz="0" w:space="0" w:color="auto"/>
            <w:bottom w:val="none" w:sz="0" w:space="0" w:color="auto"/>
            <w:right w:val="none" w:sz="0" w:space="0" w:color="auto"/>
          </w:divBdr>
        </w:div>
        <w:div w:id="1481776139">
          <w:marLeft w:val="480"/>
          <w:marRight w:val="0"/>
          <w:marTop w:val="0"/>
          <w:marBottom w:val="0"/>
          <w:divBdr>
            <w:top w:val="none" w:sz="0" w:space="0" w:color="auto"/>
            <w:left w:val="none" w:sz="0" w:space="0" w:color="auto"/>
            <w:bottom w:val="none" w:sz="0" w:space="0" w:color="auto"/>
            <w:right w:val="none" w:sz="0" w:space="0" w:color="auto"/>
          </w:divBdr>
        </w:div>
        <w:div w:id="1523130170">
          <w:marLeft w:val="480"/>
          <w:marRight w:val="0"/>
          <w:marTop w:val="0"/>
          <w:marBottom w:val="0"/>
          <w:divBdr>
            <w:top w:val="none" w:sz="0" w:space="0" w:color="auto"/>
            <w:left w:val="none" w:sz="0" w:space="0" w:color="auto"/>
            <w:bottom w:val="none" w:sz="0" w:space="0" w:color="auto"/>
            <w:right w:val="none" w:sz="0" w:space="0" w:color="auto"/>
          </w:divBdr>
        </w:div>
        <w:div w:id="1598294314">
          <w:marLeft w:val="480"/>
          <w:marRight w:val="0"/>
          <w:marTop w:val="0"/>
          <w:marBottom w:val="0"/>
          <w:divBdr>
            <w:top w:val="none" w:sz="0" w:space="0" w:color="auto"/>
            <w:left w:val="none" w:sz="0" w:space="0" w:color="auto"/>
            <w:bottom w:val="none" w:sz="0" w:space="0" w:color="auto"/>
            <w:right w:val="none" w:sz="0" w:space="0" w:color="auto"/>
          </w:divBdr>
        </w:div>
        <w:div w:id="1603146595">
          <w:marLeft w:val="480"/>
          <w:marRight w:val="0"/>
          <w:marTop w:val="0"/>
          <w:marBottom w:val="0"/>
          <w:divBdr>
            <w:top w:val="none" w:sz="0" w:space="0" w:color="auto"/>
            <w:left w:val="none" w:sz="0" w:space="0" w:color="auto"/>
            <w:bottom w:val="none" w:sz="0" w:space="0" w:color="auto"/>
            <w:right w:val="none" w:sz="0" w:space="0" w:color="auto"/>
          </w:divBdr>
        </w:div>
        <w:div w:id="1647009654">
          <w:marLeft w:val="480"/>
          <w:marRight w:val="0"/>
          <w:marTop w:val="0"/>
          <w:marBottom w:val="0"/>
          <w:divBdr>
            <w:top w:val="none" w:sz="0" w:space="0" w:color="auto"/>
            <w:left w:val="none" w:sz="0" w:space="0" w:color="auto"/>
            <w:bottom w:val="none" w:sz="0" w:space="0" w:color="auto"/>
            <w:right w:val="none" w:sz="0" w:space="0" w:color="auto"/>
          </w:divBdr>
        </w:div>
        <w:div w:id="1819107247">
          <w:marLeft w:val="480"/>
          <w:marRight w:val="0"/>
          <w:marTop w:val="0"/>
          <w:marBottom w:val="0"/>
          <w:divBdr>
            <w:top w:val="none" w:sz="0" w:space="0" w:color="auto"/>
            <w:left w:val="none" w:sz="0" w:space="0" w:color="auto"/>
            <w:bottom w:val="none" w:sz="0" w:space="0" w:color="auto"/>
            <w:right w:val="none" w:sz="0" w:space="0" w:color="auto"/>
          </w:divBdr>
        </w:div>
        <w:div w:id="1892573266">
          <w:marLeft w:val="480"/>
          <w:marRight w:val="0"/>
          <w:marTop w:val="0"/>
          <w:marBottom w:val="0"/>
          <w:divBdr>
            <w:top w:val="none" w:sz="0" w:space="0" w:color="auto"/>
            <w:left w:val="none" w:sz="0" w:space="0" w:color="auto"/>
            <w:bottom w:val="none" w:sz="0" w:space="0" w:color="auto"/>
            <w:right w:val="none" w:sz="0" w:space="0" w:color="auto"/>
          </w:divBdr>
        </w:div>
        <w:div w:id="1997487172">
          <w:marLeft w:val="480"/>
          <w:marRight w:val="0"/>
          <w:marTop w:val="0"/>
          <w:marBottom w:val="0"/>
          <w:divBdr>
            <w:top w:val="none" w:sz="0" w:space="0" w:color="auto"/>
            <w:left w:val="none" w:sz="0" w:space="0" w:color="auto"/>
            <w:bottom w:val="none" w:sz="0" w:space="0" w:color="auto"/>
            <w:right w:val="none" w:sz="0" w:space="0" w:color="auto"/>
          </w:divBdr>
        </w:div>
        <w:div w:id="2000183385">
          <w:marLeft w:val="480"/>
          <w:marRight w:val="0"/>
          <w:marTop w:val="0"/>
          <w:marBottom w:val="0"/>
          <w:divBdr>
            <w:top w:val="none" w:sz="0" w:space="0" w:color="auto"/>
            <w:left w:val="none" w:sz="0" w:space="0" w:color="auto"/>
            <w:bottom w:val="none" w:sz="0" w:space="0" w:color="auto"/>
            <w:right w:val="none" w:sz="0" w:space="0" w:color="auto"/>
          </w:divBdr>
        </w:div>
        <w:div w:id="2041854700">
          <w:marLeft w:val="480"/>
          <w:marRight w:val="0"/>
          <w:marTop w:val="0"/>
          <w:marBottom w:val="0"/>
          <w:divBdr>
            <w:top w:val="none" w:sz="0" w:space="0" w:color="auto"/>
            <w:left w:val="none" w:sz="0" w:space="0" w:color="auto"/>
            <w:bottom w:val="none" w:sz="0" w:space="0" w:color="auto"/>
            <w:right w:val="none" w:sz="0" w:space="0" w:color="auto"/>
          </w:divBdr>
        </w:div>
        <w:div w:id="2097555687">
          <w:marLeft w:val="480"/>
          <w:marRight w:val="0"/>
          <w:marTop w:val="0"/>
          <w:marBottom w:val="0"/>
          <w:divBdr>
            <w:top w:val="none" w:sz="0" w:space="0" w:color="auto"/>
            <w:left w:val="none" w:sz="0" w:space="0" w:color="auto"/>
            <w:bottom w:val="none" w:sz="0" w:space="0" w:color="auto"/>
            <w:right w:val="none" w:sz="0" w:space="0" w:color="auto"/>
          </w:divBdr>
        </w:div>
      </w:divsChild>
    </w:div>
    <w:div w:id="1941140310">
      <w:bodyDiv w:val="1"/>
      <w:marLeft w:val="0"/>
      <w:marRight w:val="0"/>
      <w:marTop w:val="0"/>
      <w:marBottom w:val="0"/>
      <w:divBdr>
        <w:top w:val="none" w:sz="0" w:space="0" w:color="auto"/>
        <w:left w:val="none" w:sz="0" w:space="0" w:color="auto"/>
        <w:bottom w:val="none" w:sz="0" w:space="0" w:color="auto"/>
        <w:right w:val="none" w:sz="0" w:space="0" w:color="auto"/>
      </w:divBdr>
      <w:divsChild>
        <w:div w:id="347485193">
          <w:marLeft w:val="480"/>
          <w:marRight w:val="0"/>
          <w:marTop w:val="0"/>
          <w:marBottom w:val="0"/>
          <w:divBdr>
            <w:top w:val="none" w:sz="0" w:space="0" w:color="auto"/>
            <w:left w:val="none" w:sz="0" w:space="0" w:color="auto"/>
            <w:bottom w:val="none" w:sz="0" w:space="0" w:color="auto"/>
            <w:right w:val="none" w:sz="0" w:space="0" w:color="auto"/>
          </w:divBdr>
        </w:div>
        <w:div w:id="378627036">
          <w:marLeft w:val="480"/>
          <w:marRight w:val="0"/>
          <w:marTop w:val="0"/>
          <w:marBottom w:val="0"/>
          <w:divBdr>
            <w:top w:val="none" w:sz="0" w:space="0" w:color="auto"/>
            <w:left w:val="none" w:sz="0" w:space="0" w:color="auto"/>
            <w:bottom w:val="none" w:sz="0" w:space="0" w:color="auto"/>
            <w:right w:val="none" w:sz="0" w:space="0" w:color="auto"/>
          </w:divBdr>
        </w:div>
        <w:div w:id="443421661">
          <w:marLeft w:val="480"/>
          <w:marRight w:val="0"/>
          <w:marTop w:val="0"/>
          <w:marBottom w:val="0"/>
          <w:divBdr>
            <w:top w:val="none" w:sz="0" w:space="0" w:color="auto"/>
            <w:left w:val="none" w:sz="0" w:space="0" w:color="auto"/>
            <w:bottom w:val="none" w:sz="0" w:space="0" w:color="auto"/>
            <w:right w:val="none" w:sz="0" w:space="0" w:color="auto"/>
          </w:divBdr>
        </w:div>
        <w:div w:id="562063716">
          <w:marLeft w:val="480"/>
          <w:marRight w:val="0"/>
          <w:marTop w:val="0"/>
          <w:marBottom w:val="0"/>
          <w:divBdr>
            <w:top w:val="none" w:sz="0" w:space="0" w:color="auto"/>
            <w:left w:val="none" w:sz="0" w:space="0" w:color="auto"/>
            <w:bottom w:val="none" w:sz="0" w:space="0" w:color="auto"/>
            <w:right w:val="none" w:sz="0" w:space="0" w:color="auto"/>
          </w:divBdr>
        </w:div>
        <w:div w:id="606154475">
          <w:marLeft w:val="480"/>
          <w:marRight w:val="0"/>
          <w:marTop w:val="0"/>
          <w:marBottom w:val="0"/>
          <w:divBdr>
            <w:top w:val="none" w:sz="0" w:space="0" w:color="auto"/>
            <w:left w:val="none" w:sz="0" w:space="0" w:color="auto"/>
            <w:bottom w:val="none" w:sz="0" w:space="0" w:color="auto"/>
            <w:right w:val="none" w:sz="0" w:space="0" w:color="auto"/>
          </w:divBdr>
        </w:div>
        <w:div w:id="617839528">
          <w:marLeft w:val="480"/>
          <w:marRight w:val="0"/>
          <w:marTop w:val="0"/>
          <w:marBottom w:val="0"/>
          <w:divBdr>
            <w:top w:val="none" w:sz="0" w:space="0" w:color="auto"/>
            <w:left w:val="none" w:sz="0" w:space="0" w:color="auto"/>
            <w:bottom w:val="none" w:sz="0" w:space="0" w:color="auto"/>
            <w:right w:val="none" w:sz="0" w:space="0" w:color="auto"/>
          </w:divBdr>
        </w:div>
        <w:div w:id="639001811">
          <w:marLeft w:val="480"/>
          <w:marRight w:val="0"/>
          <w:marTop w:val="0"/>
          <w:marBottom w:val="0"/>
          <w:divBdr>
            <w:top w:val="none" w:sz="0" w:space="0" w:color="auto"/>
            <w:left w:val="none" w:sz="0" w:space="0" w:color="auto"/>
            <w:bottom w:val="none" w:sz="0" w:space="0" w:color="auto"/>
            <w:right w:val="none" w:sz="0" w:space="0" w:color="auto"/>
          </w:divBdr>
        </w:div>
        <w:div w:id="741174804">
          <w:marLeft w:val="480"/>
          <w:marRight w:val="0"/>
          <w:marTop w:val="0"/>
          <w:marBottom w:val="0"/>
          <w:divBdr>
            <w:top w:val="none" w:sz="0" w:space="0" w:color="auto"/>
            <w:left w:val="none" w:sz="0" w:space="0" w:color="auto"/>
            <w:bottom w:val="none" w:sz="0" w:space="0" w:color="auto"/>
            <w:right w:val="none" w:sz="0" w:space="0" w:color="auto"/>
          </w:divBdr>
        </w:div>
        <w:div w:id="872570823">
          <w:marLeft w:val="480"/>
          <w:marRight w:val="0"/>
          <w:marTop w:val="0"/>
          <w:marBottom w:val="0"/>
          <w:divBdr>
            <w:top w:val="none" w:sz="0" w:space="0" w:color="auto"/>
            <w:left w:val="none" w:sz="0" w:space="0" w:color="auto"/>
            <w:bottom w:val="none" w:sz="0" w:space="0" w:color="auto"/>
            <w:right w:val="none" w:sz="0" w:space="0" w:color="auto"/>
          </w:divBdr>
        </w:div>
        <w:div w:id="880171255">
          <w:marLeft w:val="480"/>
          <w:marRight w:val="0"/>
          <w:marTop w:val="0"/>
          <w:marBottom w:val="0"/>
          <w:divBdr>
            <w:top w:val="none" w:sz="0" w:space="0" w:color="auto"/>
            <w:left w:val="none" w:sz="0" w:space="0" w:color="auto"/>
            <w:bottom w:val="none" w:sz="0" w:space="0" w:color="auto"/>
            <w:right w:val="none" w:sz="0" w:space="0" w:color="auto"/>
          </w:divBdr>
        </w:div>
        <w:div w:id="1054088220">
          <w:marLeft w:val="480"/>
          <w:marRight w:val="0"/>
          <w:marTop w:val="0"/>
          <w:marBottom w:val="0"/>
          <w:divBdr>
            <w:top w:val="none" w:sz="0" w:space="0" w:color="auto"/>
            <w:left w:val="none" w:sz="0" w:space="0" w:color="auto"/>
            <w:bottom w:val="none" w:sz="0" w:space="0" w:color="auto"/>
            <w:right w:val="none" w:sz="0" w:space="0" w:color="auto"/>
          </w:divBdr>
        </w:div>
        <w:div w:id="1246763818">
          <w:marLeft w:val="480"/>
          <w:marRight w:val="0"/>
          <w:marTop w:val="0"/>
          <w:marBottom w:val="0"/>
          <w:divBdr>
            <w:top w:val="none" w:sz="0" w:space="0" w:color="auto"/>
            <w:left w:val="none" w:sz="0" w:space="0" w:color="auto"/>
            <w:bottom w:val="none" w:sz="0" w:space="0" w:color="auto"/>
            <w:right w:val="none" w:sz="0" w:space="0" w:color="auto"/>
          </w:divBdr>
        </w:div>
        <w:div w:id="1519083190">
          <w:marLeft w:val="480"/>
          <w:marRight w:val="0"/>
          <w:marTop w:val="0"/>
          <w:marBottom w:val="0"/>
          <w:divBdr>
            <w:top w:val="none" w:sz="0" w:space="0" w:color="auto"/>
            <w:left w:val="none" w:sz="0" w:space="0" w:color="auto"/>
            <w:bottom w:val="none" w:sz="0" w:space="0" w:color="auto"/>
            <w:right w:val="none" w:sz="0" w:space="0" w:color="auto"/>
          </w:divBdr>
        </w:div>
        <w:div w:id="1606032106">
          <w:marLeft w:val="480"/>
          <w:marRight w:val="0"/>
          <w:marTop w:val="0"/>
          <w:marBottom w:val="0"/>
          <w:divBdr>
            <w:top w:val="none" w:sz="0" w:space="0" w:color="auto"/>
            <w:left w:val="none" w:sz="0" w:space="0" w:color="auto"/>
            <w:bottom w:val="none" w:sz="0" w:space="0" w:color="auto"/>
            <w:right w:val="none" w:sz="0" w:space="0" w:color="auto"/>
          </w:divBdr>
        </w:div>
        <w:div w:id="1620142393">
          <w:marLeft w:val="480"/>
          <w:marRight w:val="0"/>
          <w:marTop w:val="0"/>
          <w:marBottom w:val="0"/>
          <w:divBdr>
            <w:top w:val="none" w:sz="0" w:space="0" w:color="auto"/>
            <w:left w:val="none" w:sz="0" w:space="0" w:color="auto"/>
            <w:bottom w:val="none" w:sz="0" w:space="0" w:color="auto"/>
            <w:right w:val="none" w:sz="0" w:space="0" w:color="auto"/>
          </w:divBdr>
        </w:div>
        <w:div w:id="1717966444">
          <w:marLeft w:val="480"/>
          <w:marRight w:val="0"/>
          <w:marTop w:val="0"/>
          <w:marBottom w:val="0"/>
          <w:divBdr>
            <w:top w:val="none" w:sz="0" w:space="0" w:color="auto"/>
            <w:left w:val="none" w:sz="0" w:space="0" w:color="auto"/>
            <w:bottom w:val="none" w:sz="0" w:space="0" w:color="auto"/>
            <w:right w:val="none" w:sz="0" w:space="0" w:color="auto"/>
          </w:divBdr>
        </w:div>
        <w:div w:id="1797992450">
          <w:marLeft w:val="480"/>
          <w:marRight w:val="0"/>
          <w:marTop w:val="0"/>
          <w:marBottom w:val="0"/>
          <w:divBdr>
            <w:top w:val="none" w:sz="0" w:space="0" w:color="auto"/>
            <w:left w:val="none" w:sz="0" w:space="0" w:color="auto"/>
            <w:bottom w:val="none" w:sz="0" w:space="0" w:color="auto"/>
            <w:right w:val="none" w:sz="0" w:space="0" w:color="auto"/>
          </w:divBdr>
        </w:div>
        <w:div w:id="1847203854">
          <w:marLeft w:val="480"/>
          <w:marRight w:val="0"/>
          <w:marTop w:val="0"/>
          <w:marBottom w:val="0"/>
          <w:divBdr>
            <w:top w:val="none" w:sz="0" w:space="0" w:color="auto"/>
            <w:left w:val="none" w:sz="0" w:space="0" w:color="auto"/>
            <w:bottom w:val="none" w:sz="0" w:space="0" w:color="auto"/>
            <w:right w:val="none" w:sz="0" w:space="0" w:color="auto"/>
          </w:divBdr>
        </w:div>
        <w:div w:id="1849521596">
          <w:marLeft w:val="480"/>
          <w:marRight w:val="0"/>
          <w:marTop w:val="0"/>
          <w:marBottom w:val="0"/>
          <w:divBdr>
            <w:top w:val="none" w:sz="0" w:space="0" w:color="auto"/>
            <w:left w:val="none" w:sz="0" w:space="0" w:color="auto"/>
            <w:bottom w:val="none" w:sz="0" w:space="0" w:color="auto"/>
            <w:right w:val="none" w:sz="0" w:space="0" w:color="auto"/>
          </w:divBdr>
        </w:div>
        <w:div w:id="1853760604">
          <w:marLeft w:val="480"/>
          <w:marRight w:val="0"/>
          <w:marTop w:val="0"/>
          <w:marBottom w:val="0"/>
          <w:divBdr>
            <w:top w:val="none" w:sz="0" w:space="0" w:color="auto"/>
            <w:left w:val="none" w:sz="0" w:space="0" w:color="auto"/>
            <w:bottom w:val="none" w:sz="0" w:space="0" w:color="auto"/>
            <w:right w:val="none" w:sz="0" w:space="0" w:color="auto"/>
          </w:divBdr>
        </w:div>
        <w:div w:id="1905336706">
          <w:marLeft w:val="480"/>
          <w:marRight w:val="0"/>
          <w:marTop w:val="0"/>
          <w:marBottom w:val="0"/>
          <w:divBdr>
            <w:top w:val="none" w:sz="0" w:space="0" w:color="auto"/>
            <w:left w:val="none" w:sz="0" w:space="0" w:color="auto"/>
            <w:bottom w:val="none" w:sz="0" w:space="0" w:color="auto"/>
            <w:right w:val="none" w:sz="0" w:space="0" w:color="auto"/>
          </w:divBdr>
        </w:div>
        <w:div w:id="1990132643">
          <w:marLeft w:val="480"/>
          <w:marRight w:val="0"/>
          <w:marTop w:val="0"/>
          <w:marBottom w:val="0"/>
          <w:divBdr>
            <w:top w:val="none" w:sz="0" w:space="0" w:color="auto"/>
            <w:left w:val="none" w:sz="0" w:space="0" w:color="auto"/>
            <w:bottom w:val="none" w:sz="0" w:space="0" w:color="auto"/>
            <w:right w:val="none" w:sz="0" w:space="0" w:color="auto"/>
          </w:divBdr>
        </w:div>
        <w:div w:id="1998260966">
          <w:marLeft w:val="480"/>
          <w:marRight w:val="0"/>
          <w:marTop w:val="0"/>
          <w:marBottom w:val="0"/>
          <w:divBdr>
            <w:top w:val="none" w:sz="0" w:space="0" w:color="auto"/>
            <w:left w:val="none" w:sz="0" w:space="0" w:color="auto"/>
            <w:bottom w:val="none" w:sz="0" w:space="0" w:color="auto"/>
            <w:right w:val="none" w:sz="0" w:space="0" w:color="auto"/>
          </w:divBdr>
        </w:div>
        <w:div w:id="2027244678">
          <w:marLeft w:val="480"/>
          <w:marRight w:val="0"/>
          <w:marTop w:val="0"/>
          <w:marBottom w:val="0"/>
          <w:divBdr>
            <w:top w:val="none" w:sz="0" w:space="0" w:color="auto"/>
            <w:left w:val="none" w:sz="0" w:space="0" w:color="auto"/>
            <w:bottom w:val="none" w:sz="0" w:space="0" w:color="auto"/>
            <w:right w:val="none" w:sz="0" w:space="0" w:color="auto"/>
          </w:divBdr>
        </w:div>
        <w:div w:id="2036029843">
          <w:marLeft w:val="480"/>
          <w:marRight w:val="0"/>
          <w:marTop w:val="0"/>
          <w:marBottom w:val="0"/>
          <w:divBdr>
            <w:top w:val="none" w:sz="0" w:space="0" w:color="auto"/>
            <w:left w:val="none" w:sz="0" w:space="0" w:color="auto"/>
            <w:bottom w:val="none" w:sz="0" w:space="0" w:color="auto"/>
            <w:right w:val="none" w:sz="0" w:space="0" w:color="auto"/>
          </w:divBdr>
        </w:div>
        <w:div w:id="2122407092">
          <w:marLeft w:val="480"/>
          <w:marRight w:val="0"/>
          <w:marTop w:val="0"/>
          <w:marBottom w:val="0"/>
          <w:divBdr>
            <w:top w:val="none" w:sz="0" w:space="0" w:color="auto"/>
            <w:left w:val="none" w:sz="0" w:space="0" w:color="auto"/>
            <w:bottom w:val="none" w:sz="0" w:space="0" w:color="auto"/>
            <w:right w:val="none" w:sz="0" w:space="0" w:color="auto"/>
          </w:divBdr>
        </w:div>
      </w:divsChild>
    </w:div>
    <w:div w:id="1941453511">
      <w:bodyDiv w:val="1"/>
      <w:marLeft w:val="0"/>
      <w:marRight w:val="0"/>
      <w:marTop w:val="0"/>
      <w:marBottom w:val="0"/>
      <w:divBdr>
        <w:top w:val="none" w:sz="0" w:space="0" w:color="auto"/>
        <w:left w:val="none" w:sz="0" w:space="0" w:color="auto"/>
        <w:bottom w:val="none" w:sz="0" w:space="0" w:color="auto"/>
        <w:right w:val="none" w:sz="0" w:space="0" w:color="auto"/>
      </w:divBdr>
    </w:div>
    <w:div w:id="1945727304">
      <w:bodyDiv w:val="1"/>
      <w:marLeft w:val="0"/>
      <w:marRight w:val="0"/>
      <w:marTop w:val="0"/>
      <w:marBottom w:val="0"/>
      <w:divBdr>
        <w:top w:val="none" w:sz="0" w:space="0" w:color="auto"/>
        <w:left w:val="none" w:sz="0" w:space="0" w:color="auto"/>
        <w:bottom w:val="none" w:sz="0" w:space="0" w:color="auto"/>
        <w:right w:val="none" w:sz="0" w:space="0" w:color="auto"/>
      </w:divBdr>
      <w:divsChild>
        <w:div w:id="91820422">
          <w:marLeft w:val="480"/>
          <w:marRight w:val="0"/>
          <w:marTop w:val="0"/>
          <w:marBottom w:val="0"/>
          <w:divBdr>
            <w:top w:val="none" w:sz="0" w:space="0" w:color="auto"/>
            <w:left w:val="none" w:sz="0" w:space="0" w:color="auto"/>
            <w:bottom w:val="none" w:sz="0" w:space="0" w:color="auto"/>
            <w:right w:val="none" w:sz="0" w:space="0" w:color="auto"/>
          </w:divBdr>
        </w:div>
        <w:div w:id="149685013">
          <w:marLeft w:val="480"/>
          <w:marRight w:val="0"/>
          <w:marTop w:val="0"/>
          <w:marBottom w:val="0"/>
          <w:divBdr>
            <w:top w:val="none" w:sz="0" w:space="0" w:color="auto"/>
            <w:left w:val="none" w:sz="0" w:space="0" w:color="auto"/>
            <w:bottom w:val="none" w:sz="0" w:space="0" w:color="auto"/>
            <w:right w:val="none" w:sz="0" w:space="0" w:color="auto"/>
          </w:divBdr>
        </w:div>
        <w:div w:id="187640182">
          <w:marLeft w:val="480"/>
          <w:marRight w:val="0"/>
          <w:marTop w:val="0"/>
          <w:marBottom w:val="0"/>
          <w:divBdr>
            <w:top w:val="none" w:sz="0" w:space="0" w:color="auto"/>
            <w:left w:val="none" w:sz="0" w:space="0" w:color="auto"/>
            <w:bottom w:val="none" w:sz="0" w:space="0" w:color="auto"/>
            <w:right w:val="none" w:sz="0" w:space="0" w:color="auto"/>
          </w:divBdr>
        </w:div>
        <w:div w:id="290594510">
          <w:marLeft w:val="480"/>
          <w:marRight w:val="0"/>
          <w:marTop w:val="0"/>
          <w:marBottom w:val="0"/>
          <w:divBdr>
            <w:top w:val="none" w:sz="0" w:space="0" w:color="auto"/>
            <w:left w:val="none" w:sz="0" w:space="0" w:color="auto"/>
            <w:bottom w:val="none" w:sz="0" w:space="0" w:color="auto"/>
            <w:right w:val="none" w:sz="0" w:space="0" w:color="auto"/>
          </w:divBdr>
        </w:div>
        <w:div w:id="340931159">
          <w:marLeft w:val="480"/>
          <w:marRight w:val="0"/>
          <w:marTop w:val="0"/>
          <w:marBottom w:val="0"/>
          <w:divBdr>
            <w:top w:val="none" w:sz="0" w:space="0" w:color="auto"/>
            <w:left w:val="none" w:sz="0" w:space="0" w:color="auto"/>
            <w:bottom w:val="none" w:sz="0" w:space="0" w:color="auto"/>
            <w:right w:val="none" w:sz="0" w:space="0" w:color="auto"/>
          </w:divBdr>
        </w:div>
        <w:div w:id="343559411">
          <w:marLeft w:val="480"/>
          <w:marRight w:val="0"/>
          <w:marTop w:val="0"/>
          <w:marBottom w:val="0"/>
          <w:divBdr>
            <w:top w:val="none" w:sz="0" w:space="0" w:color="auto"/>
            <w:left w:val="none" w:sz="0" w:space="0" w:color="auto"/>
            <w:bottom w:val="none" w:sz="0" w:space="0" w:color="auto"/>
            <w:right w:val="none" w:sz="0" w:space="0" w:color="auto"/>
          </w:divBdr>
        </w:div>
        <w:div w:id="381097987">
          <w:marLeft w:val="480"/>
          <w:marRight w:val="0"/>
          <w:marTop w:val="0"/>
          <w:marBottom w:val="0"/>
          <w:divBdr>
            <w:top w:val="none" w:sz="0" w:space="0" w:color="auto"/>
            <w:left w:val="none" w:sz="0" w:space="0" w:color="auto"/>
            <w:bottom w:val="none" w:sz="0" w:space="0" w:color="auto"/>
            <w:right w:val="none" w:sz="0" w:space="0" w:color="auto"/>
          </w:divBdr>
        </w:div>
        <w:div w:id="397872051">
          <w:marLeft w:val="480"/>
          <w:marRight w:val="0"/>
          <w:marTop w:val="0"/>
          <w:marBottom w:val="0"/>
          <w:divBdr>
            <w:top w:val="none" w:sz="0" w:space="0" w:color="auto"/>
            <w:left w:val="none" w:sz="0" w:space="0" w:color="auto"/>
            <w:bottom w:val="none" w:sz="0" w:space="0" w:color="auto"/>
            <w:right w:val="none" w:sz="0" w:space="0" w:color="auto"/>
          </w:divBdr>
        </w:div>
        <w:div w:id="525405519">
          <w:marLeft w:val="480"/>
          <w:marRight w:val="0"/>
          <w:marTop w:val="0"/>
          <w:marBottom w:val="0"/>
          <w:divBdr>
            <w:top w:val="none" w:sz="0" w:space="0" w:color="auto"/>
            <w:left w:val="none" w:sz="0" w:space="0" w:color="auto"/>
            <w:bottom w:val="none" w:sz="0" w:space="0" w:color="auto"/>
            <w:right w:val="none" w:sz="0" w:space="0" w:color="auto"/>
          </w:divBdr>
        </w:div>
        <w:div w:id="567879472">
          <w:marLeft w:val="480"/>
          <w:marRight w:val="0"/>
          <w:marTop w:val="0"/>
          <w:marBottom w:val="0"/>
          <w:divBdr>
            <w:top w:val="none" w:sz="0" w:space="0" w:color="auto"/>
            <w:left w:val="none" w:sz="0" w:space="0" w:color="auto"/>
            <w:bottom w:val="none" w:sz="0" w:space="0" w:color="auto"/>
            <w:right w:val="none" w:sz="0" w:space="0" w:color="auto"/>
          </w:divBdr>
        </w:div>
        <w:div w:id="782380061">
          <w:marLeft w:val="480"/>
          <w:marRight w:val="0"/>
          <w:marTop w:val="0"/>
          <w:marBottom w:val="0"/>
          <w:divBdr>
            <w:top w:val="none" w:sz="0" w:space="0" w:color="auto"/>
            <w:left w:val="none" w:sz="0" w:space="0" w:color="auto"/>
            <w:bottom w:val="none" w:sz="0" w:space="0" w:color="auto"/>
            <w:right w:val="none" w:sz="0" w:space="0" w:color="auto"/>
          </w:divBdr>
        </w:div>
        <w:div w:id="784426955">
          <w:marLeft w:val="480"/>
          <w:marRight w:val="0"/>
          <w:marTop w:val="0"/>
          <w:marBottom w:val="0"/>
          <w:divBdr>
            <w:top w:val="none" w:sz="0" w:space="0" w:color="auto"/>
            <w:left w:val="none" w:sz="0" w:space="0" w:color="auto"/>
            <w:bottom w:val="none" w:sz="0" w:space="0" w:color="auto"/>
            <w:right w:val="none" w:sz="0" w:space="0" w:color="auto"/>
          </w:divBdr>
        </w:div>
        <w:div w:id="809438181">
          <w:marLeft w:val="480"/>
          <w:marRight w:val="0"/>
          <w:marTop w:val="0"/>
          <w:marBottom w:val="0"/>
          <w:divBdr>
            <w:top w:val="none" w:sz="0" w:space="0" w:color="auto"/>
            <w:left w:val="none" w:sz="0" w:space="0" w:color="auto"/>
            <w:bottom w:val="none" w:sz="0" w:space="0" w:color="auto"/>
            <w:right w:val="none" w:sz="0" w:space="0" w:color="auto"/>
          </w:divBdr>
        </w:div>
        <w:div w:id="877007874">
          <w:marLeft w:val="480"/>
          <w:marRight w:val="0"/>
          <w:marTop w:val="0"/>
          <w:marBottom w:val="0"/>
          <w:divBdr>
            <w:top w:val="none" w:sz="0" w:space="0" w:color="auto"/>
            <w:left w:val="none" w:sz="0" w:space="0" w:color="auto"/>
            <w:bottom w:val="none" w:sz="0" w:space="0" w:color="auto"/>
            <w:right w:val="none" w:sz="0" w:space="0" w:color="auto"/>
          </w:divBdr>
        </w:div>
        <w:div w:id="914242982">
          <w:marLeft w:val="480"/>
          <w:marRight w:val="0"/>
          <w:marTop w:val="0"/>
          <w:marBottom w:val="0"/>
          <w:divBdr>
            <w:top w:val="none" w:sz="0" w:space="0" w:color="auto"/>
            <w:left w:val="none" w:sz="0" w:space="0" w:color="auto"/>
            <w:bottom w:val="none" w:sz="0" w:space="0" w:color="auto"/>
            <w:right w:val="none" w:sz="0" w:space="0" w:color="auto"/>
          </w:divBdr>
        </w:div>
        <w:div w:id="917592179">
          <w:marLeft w:val="480"/>
          <w:marRight w:val="0"/>
          <w:marTop w:val="0"/>
          <w:marBottom w:val="0"/>
          <w:divBdr>
            <w:top w:val="none" w:sz="0" w:space="0" w:color="auto"/>
            <w:left w:val="none" w:sz="0" w:space="0" w:color="auto"/>
            <w:bottom w:val="none" w:sz="0" w:space="0" w:color="auto"/>
            <w:right w:val="none" w:sz="0" w:space="0" w:color="auto"/>
          </w:divBdr>
        </w:div>
        <w:div w:id="931203144">
          <w:marLeft w:val="480"/>
          <w:marRight w:val="0"/>
          <w:marTop w:val="0"/>
          <w:marBottom w:val="0"/>
          <w:divBdr>
            <w:top w:val="none" w:sz="0" w:space="0" w:color="auto"/>
            <w:left w:val="none" w:sz="0" w:space="0" w:color="auto"/>
            <w:bottom w:val="none" w:sz="0" w:space="0" w:color="auto"/>
            <w:right w:val="none" w:sz="0" w:space="0" w:color="auto"/>
          </w:divBdr>
        </w:div>
        <w:div w:id="966426479">
          <w:marLeft w:val="480"/>
          <w:marRight w:val="0"/>
          <w:marTop w:val="0"/>
          <w:marBottom w:val="0"/>
          <w:divBdr>
            <w:top w:val="none" w:sz="0" w:space="0" w:color="auto"/>
            <w:left w:val="none" w:sz="0" w:space="0" w:color="auto"/>
            <w:bottom w:val="none" w:sz="0" w:space="0" w:color="auto"/>
            <w:right w:val="none" w:sz="0" w:space="0" w:color="auto"/>
          </w:divBdr>
        </w:div>
        <w:div w:id="1028994989">
          <w:marLeft w:val="480"/>
          <w:marRight w:val="0"/>
          <w:marTop w:val="0"/>
          <w:marBottom w:val="0"/>
          <w:divBdr>
            <w:top w:val="none" w:sz="0" w:space="0" w:color="auto"/>
            <w:left w:val="none" w:sz="0" w:space="0" w:color="auto"/>
            <w:bottom w:val="none" w:sz="0" w:space="0" w:color="auto"/>
            <w:right w:val="none" w:sz="0" w:space="0" w:color="auto"/>
          </w:divBdr>
        </w:div>
        <w:div w:id="1040476334">
          <w:marLeft w:val="480"/>
          <w:marRight w:val="0"/>
          <w:marTop w:val="0"/>
          <w:marBottom w:val="0"/>
          <w:divBdr>
            <w:top w:val="none" w:sz="0" w:space="0" w:color="auto"/>
            <w:left w:val="none" w:sz="0" w:space="0" w:color="auto"/>
            <w:bottom w:val="none" w:sz="0" w:space="0" w:color="auto"/>
            <w:right w:val="none" w:sz="0" w:space="0" w:color="auto"/>
          </w:divBdr>
        </w:div>
        <w:div w:id="1076904489">
          <w:marLeft w:val="480"/>
          <w:marRight w:val="0"/>
          <w:marTop w:val="0"/>
          <w:marBottom w:val="0"/>
          <w:divBdr>
            <w:top w:val="none" w:sz="0" w:space="0" w:color="auto"/>
            <w:left w:val="none" w:sz="0" w:space="0" w:color="auto"/>
            <w:bottom w:val="none" w:sz="0" w:space="0" w:color="auto"/>
            <w:right w:val="none" w:sz="0" w:space="0" w:color="auto"/>
          </w:divBdr>
        </w:div>
        <w:div w:id="1296912911">
          <w:marLeft w:val="480"/>
          <w:marRight w:val="0"/>
          <w:marTop w:val="0"/>
          <w:marBottom w:val="0"/>
          <w:divBdr>
            <w:top w:val="none" w:sz="0" w:space="0" w:color="auto"/>
            <w:left w:val="none" w:sz="0" w:space="0" w:color="auto"/>
            <w:bottom w:val="none" w:sz="0" w:space="0" w:color="auto"/>
            <w:right w:val="none" w:sz="0" w:space="0" w:color="auto"/>
          </w:divBdr>
        </w:div>
        <w:div w:id="1319922112">
          <w:marLeft w:val="480"/>
          <w:marRight w:val="0"/>
          <w:marTop w:val="0"/>
          <w:marBottom w:val="0"/>
          <w:divBdr>
            <w:top w:val="none" w:sz="0" w:space="0" w:color="auto"/>
            <w:left w:val="none" w:sz="0" w:space="0" w:color="auto"/>
            <w:bottom w:val="none" w:sz="0" w:space="0" w:color="auto"/>
            <w:right w:val="none" w:sz="0" w:space="0" w:color="auto"/>
          </w:divBdr>
        </w:div>
        <w:div w:id="1445877671">
          <w:marLeft w:val="480"/>
          <w:marRight w:val="0"/>
          <w:marTop w:val="0"/>
          <w:marBottom w:val="0"/>
          <w:divBdr>
            <w:top w:val="none" w:sz="0" w:space="0" w:color="auto"/>
            <w:left w:val="none" w:sz="0" w:space="0" w:color="auto"/>
            <w:bottom w:val="none" w:sz="0" w:space="0" w:color="auto"/>
            <w:right w:val="none" w:sz="0" w:space="0" w:color="auto"/>
          </w:divBdr>
        </w:div>
        <w:div w:id="1589264266">
          <w:marLeft w:val="480"/>
          <w:marRight w:val="0"/>
          <w:marTop w:val="0"/>
          <w:marBottom w:val="0"/>
          <w:divBdr>
            <w:top w:val="none" w:sz="0" w:space="0" w:color="auto"/>
            <w:left w:val="none" w:sz="0" w:space="0" w:color="auto"/>
            <w:bottom w:val="none" w:sz="0" w:space="0" w:color="auto"/>
            <w:right w:val="none" w:sz="0" w:space="0" w:color="auto"/>
          </w:divBdr>
        </w:div>
        <w:div w:id="1616523999">
          <w:marLeft w:val="480"/>
          <w:marRight w:val="0"/>
          <w:marTop w:val="0"/>
          <w:marBottom w:val="0"/>
          <w:divBdr>
            <w:top w:val="none" w:sz="0" w:space="0" w:color="auto"/>
            <w:left w:val="none" w:sz="0" w:space="0" w:color="auto"/>
            <w:bottom w:val="none" w:sz="0" w:space="0" w:color="auto"/>
            <w:right w:val="none" w:sz="0" w:space="0" w:color="auto"/>
          </w:divBdr>
        </w:div>
        <w:div w:id="1683581578">
          <w:marLeft w:val="480"/>
          <w:marRight w:val="0"/>
          <w:marTop w:val="0"/>
          <w:marBottom w:val="0"/>
          <w:divBdr>
            <w:top w:val="none" w:sz="0" w:space="0" w:color="auto"/>
            <w:left w:val="none" w:sz="0" w:space="0" w:color="auto"/>
            <w:bottom w:val="none" w:sz="0" w:space="0" w:color="auto"/>
            <w:right w:val="none" w:sz="0" w:space="0" w:color="auto"/>
          </w:divBdr>
        </w:div>
        <w:div w:id="1748726901">
          <w:marLeft w:val="480"/>
          <w:marRight w:val="0"/>
          <w:marTop w:val="0"/>
          <w:marBottom w:val="0"/>
          <w:divBdr>
            <w:top w:val="none" w:sz="0" w:space="0" w:color="auto"/>
            <w:left w:val="none" w:sz="0" w:space="0" w:color="auto"/>
            <w:bottom w:val="none" w:sz="0" w:space="0" w:color="auto"/>
            <w:right w:val="none" w:sz="0" w:space="0" w:color="auto"/>
          </w:divBdr>
        </w:div>
        <w:div w:id="1778982780">
          <w:marLeft w:val="480"/>
          <w:marRight w:val="0"/>
          <w:marTop w:val="0"/>
          <w:marBottom w:val="0"/>
          <w:divBdr>
            <w:top w:val="none" w:sz="0" w:space="0" w:color="auto"/>
            <w:left w:val="none" w:sz="0" w:space="0" w:color="auto"/>
            <w:bottom w:val="none" w:sz="0" w:space="0" w:color="auto"/>
            <w:right w:val="none" w:sz="0" w:space="0" w:color="auto"/>
          </w:divBdr>
        </w:div>
        <w:div w:id="1780368327">
          <w:marLeft w:val="480"/>
          <w:marRight w:val="0"/>
          <w:marTop w:val="0"/>
          <w:marBottom w:val="0"/>
          <w:divBdr>
            <w:top w:val="none" w:sz="0" w:space="0" w:color="auto"/>
            <w:left w:val="none" w:sz="0" w:space="0" w:color="auto"/>
            <w:bottom w:val="none" w:sz="0" w:space="0" w:color="auto"/>
            <w:right w:val="none" w:sz="0" w:space="0" w:color="auto"/>
          </w:divBdr>
        </w:div>
        <w:div w:id="1844778129">
          <w:marLeft w:val="480"/>
          <w:marRight w:val="0"/>
          <w:marTop w:val="0"/>
          <w:marBottom w:val="0"/>
          <w:divBdr>
            <w:top w:val="none" w:sz="0" w:space="0" w:color="auto"/>
            <w:left w:val="none" w:sz="0" w:space="0" w:color="auto"/>
            <w:bottom w:val="none" w:sz="0" w:space="0" w:color="auto"/>
            <w:right w:val="none" w:sz="0" w:space="0" w:color="auto"/>
          </w:divBdr>
        </w:div>
        <w:div w:id="1848522852">
          <w:marLeft w:val="480"/>
          <w:marRight w:val="0"/>
          <w:marTop w:val="0"/>
          <w:marBottom w:val="0"/>
          <w:divBdr>
            <w:top w:val="none" w:sz="0" w:space="0" w:color="auto"/>
            <w:left w:val="none" w:sz="0" w:space="0" w:color="auto"/>
            <w:bottom w:val="none" w:sz="0" w:space="0" w:color="auto"/>
            <w:right w:val="none" w:sz="0" w:space="0" w:color="auto"/>
          </w:divBdr>
        </w:div>
        <w:div w:id="1859737313">
          <w:marLeft w:val="480"/>
          <w:marRight w:val="0"/>
          <w:marTop w:val="0"/>
          <w:marBottom w:val="0"/>
          <w:divBdr>
            <w:top w:val="none" w:sz="0" w:space="0" w:color="auto"/>
            <w:left w:val="none" w:sz="0" w:space="0" w:color="auto"/>
            <w:bottom w:val="none" w:sz="0" w:space="0" w:color="auto"/>
            <w:right w:val="none" w:sz="0" w:space="0" w:color="auto"/>
          </w:divBdr>
        </w:div>
        <w:div w:id="2003074488">
          <w:marLeft w:val="480"/>
          <w:marRight w:val="0"/>
          <w:marTop w:val="0"/>
          <w:marBottom w:val="0"/>
          <w:divBdr>
            <w:top w:val="none" w:sz="0" w:space="0" w:color="auto"/>
            <w:left w:val="none" w:sz="0" w:space="0" w:color="auto"/>
            <w:bottom w:val="none" w:sz="0" w:space="0" w:color="auto"/>
            <w:right w:val="none" w:sz="0" w:space="0" w:color="auto"/>
          </w:divBdr>
        </w:div>
        <w:div w:id="2015063368">
          <w:marLeft w:val="480"/>
          <w:marRight w:val="0"/>
          <w:marTop w:val="0"/>
          <w:marBottom w:val="0"/>
          <w:divBdr>
            <w:top w:val="none" w:sz="0" w:space="0" w:color="auto"/>
            <w:left w:val="none" w:sz="0" w:space="0" w:color="auto"/>
            <w:bottom w:val="none" w:sz="0" w:space="0" w:color="auto"/>
            <w:right w:val="none" w:sz="0" w:space="0" w:color="auto"/>
          </w:divBdr>
        </w:div>
        <w:div w:id="2033452995">
          <w:marLeft w:val="480"/>
          <w:marRight w:val="0"/>
          <w:marTop w:val="0"/>
          <w:marBottom w:val="0"/>
          <w:divBdr>
            <w:top w:val="none" w:sz="0" w:space="0" w:color="auto"/>
            <w:left w:val="none" w:sz="0" w:space="0" w:color="auto"/>
            <w:bottom w:val="none" w:sz="0" w:space="0" w:color="auto"/>
            <w:right w:val="none" w:sz="0" w:space="0" w:color="auto"/>
          </w:divBdr>
        </w:div>
        <w:div w:id="2036348320">
          <w:marLeft w:val="480"/>
          <w:marRight w:val="0"/>
          <w:marTop w:val="0"/>
          <w:marBottom w:val="0"/>
          <w:divBdr>
            <w:top w:val="none" w:sz="0" w:space="0" w:color="auto"/>
            <w:left w:val="none" w:sz="0" w:space="0" w:color="auto"/>
            <w:bottom w:val="none" w:sz="0" w:space="0" w:color="auto"/>
            <w:right w:val="none" w:sz="0" w:space="0" w:color="auto"/>
          </w:divBdr>
        </w:div>
        <w:div w:id="2043630343">
          <w:marLeft w:val="480"/>
          <w:marRight w:val="0"/>
          <w:marTop w:val="0"/>
          <w:marBottom w:val="0"/>
          <w:divBdr>
            <w:top w:val="none" w:sz="0" w:space="0" w:color="auto"/>
            <w:left w:val="none" w:sz="0" w:space="0" w:color="auto"/>
            <w:bottom w:val="none" w:sz="0" w:space="0" w:color="auto"/>
            <w:right w:val="none" w:sz="0" w:space="0" w:color="auto"/>
          </w:divBdr>
        </w:div>
        <w:div w:id="2070568017">
          <w:marLeft w:val="480"/>
          <w:marRight w:val="0"/>
          <w:marTop w:val="0"/>
          <w:marBottom w:val="0"/>
          <w:divBdr>
            <w:top w:val="none" w:sz="0" w:space="0" w:color="auto"/>
            <w:left w:val="none" w:sz="0" w:space="0" w:color="auto"/>
            <w:bottom w:val="none" w:sz="0" w:space="0" w:color="auto"/>
            <w:right w:val="none" w:sz="0" w:space="0" w:color="auto"/>
          </w:divBdr>
        </w:div>
      </w:divsChild>
    </w:div>
    <w:div w:id="1946033765">
      <w:bodyDiv w:val="1"/>
      <w:marLeft w:val="0"/>
      <w:marRight w:val="0"/>
      <w:marTop w:val="0"/>
      <w:marBottom w:val="0"/>
      <w:divBdr>
        <w:top w:val="none" w:sz="0" w:space="0" w:color="auto"/>
        <w:left w:val="none" w:sz="0" w:space="0" w:color="auto"/>
        <w:bottom w:val="none" w:sz="0" w:space="0" w:color="auto"/>
        <w:right w:val="none" w:sz="0" w:space="0" w:color="auto"/>
      </w:divBdr>
      <w:divsChild>
        <w:div w:id="363866198">
          <w:marLeft w:val="480"/>
          <w:marRight w:val="0"/>
          <w:marTop w:val="0"/>
          <w:marBottom w:val="0"/>
          <w:divBdr>
            <w:top w:val="none" w:sz="0" w:space="0" w:color="auto"/>
            <w:left w:val="none" w:sz="0" w:space="0" w:color="auto"/>
            <w:bottom w:val="none" w:sz="0" w:space="0" w:color="auto"/>
            <w:right w:val="none" w:sz="0" w:space="0" w:color="auto"/>
          </w:divBdr>
        </w:div>
        <w:div w:id="365258268">
          <w:marLeft w:val="480"/>
          <w:marRight w:val="0"/>
          <w:marTop w:val="0"/>
          <w:marBottom w:val="0"/>
          <w:divBdr>
            <w:top w:val="none" w:sz="0" w:space="0" w:color="auto"/>
            <w:left w:val="none" w:sz="0" w:space="0" w:color="auto"/>
            <w:bottom w:val="none" w:sz="0" w:space="0" w:color="auto"/>
            <w:right w:val="none" w:sz="0" w:space="0" w:color="auto"/>
          </w:divBdr>
        </w:div>
        <w:div w:id="411002478">
          <w:marLeft w:val="480"/>
          <w:marRight w:val="0"/>
          <w:marTop w:val="0"/>
          <w:marBottom w:val="0"/>
          <w:divBdr>
            <w:top w:val="none" w:sz="0" w:space="0" w:color="auto"/>
            <w:left w:val="none" w:sz="0" w:space="0" w:color="auto"/>
            <w:bottom w:val="none" w:sz="0" w:space="0" w:color="auto"/>
            <w:right w:val="none" w:sz="0" w:space="0" w:color="auto"/>
          </w:divBdr>
        </w:div>
        <w:div w:id="462232134">
          <w:marLeft w:val="480"/>
          <w:marRight w:val="0"/>
          <w:marTop w:val="0"/>
          <w:marBottom w:val="0"/>
          <w:divBdr>
            <w:top w:val="none" w:sz="0" w:space="0" w:color="auto"/>
            <w:left w:val="none" w:sz="0" w:space="0" w:color="auto"/>
            <w:bottom w:val="none" w:sz="0" w:space="0" w:color="auto"/>
            <w:right w:val="none" w:sz="0" w:space="0" w:color="auto"/>
          </w:divBdr>
        </w:div>
        <w:div w:id="726882579">
          <w:marLeft w:val="480"/>
          <w:marRight w:val="0"/>
          <w:marTop w:val="0"/>
          <w:marBottom w:val="0"/>
          <w:divBdr>
            <w:top w:val="none" w:sz="0" w:space="0" w:color="auto"/>
            <w:left w:val="none" w:sz="0" w:space="0" w:color="auto"/>
            <w:bottom w:val="none" w:sz="0" w:space="0" w:color="auto"/>
            <w:right w:val="none" w:sz="0" w:space="0" w:color="auto"/>
          </w:divBdr>
        </w:div>
        <w:div w:id="834537847">
          <w:marLeft w:val="480"/>
          <w:marRight w:val="0"/>
          <w:marTop w:val="0"/>
          <w:marBottom w:val="0"/>
          <w:divBdr>
            <w:top w:val="none" w:sz="0" w:space="0" w:color="auto"/>
            <w:left w:val="none" w:sz="0" w:space="0" w:color="auto"/>
            <w:bottom w:val="none" w:sz="0" w:space="0" w:color="auto"/>
            <w:right w:val="none" w:sz="0" w:space="0" w:color="auto"/>
          </w:divBdr>
        </w:div>
        <w:div w:id="974138161">
          <w:marLeft w:val="480"/>
          <w:marRight w:val="0"/>
          <w:marTop w:val="0"/>
          <w:marBottom w:val="0"/>
          <w:divBdr>
            <w:top w:val="none" w:sz="0" w:space="0" w:color="auto"/>
            <w:left w:val="none" w:sz="0" w:space="0" w:color="auto"/>
            <w:bottom w:val="none" w:sz="0" w:space="0" w:color="auto"/>
            <w:right w:val="none" w:sz="0" w:space="0" w:color="auto"/>
          </w:divBdr>
        </w:div>
        <w:div w:id="1033968050">
          <w:marLeft w:val="480"/>
          <w:marRight w:val="0"/>
          <w:marTop w:val="0"/>
          <w:marBottom w:val="0"/>
          <w:divBdr>
            <w:top w:val="none" w:sz="0" w:space="0" w:color="auto"/>
            <w:left w:val="none" w:sz="0" w:space="0" w:color="auto"/>
            <w:bottom w:val="none" w:sz="0" w:space="0" w:color="auto"/>
            <w:right w:val="none" w:sz="0" w:space="0" w:color="auto"/>
          </w:divBdr>
        </w:div>
        <w:div w:id="1235507744">
          <w:marLeft w:val="480"/>
          <w:marRight w:val="0"/>
          <w:marTop w:val="0"/>
          <w:marBottom w:val="0"/>
          <w:divBdr>
            <w:top w:val="none" w:sz="0" w:space="0" w:color="auto"/>
            <w:left w:val="none" w:sz="0" w:space="0" w:color="auto"/>
            <w:bottom w:val="none" w:sz="0" w:space="0" w:color="auto"/>
            <w:right w:val="none" w:sz="0" w:space="0" w:color="auto"/>
          </w:divBdr>
        </w:div>
        <w:div w:id="1319767519">
          <w:marLeft w:val="480"/>
          <w:marRight w:val="0"/>
          <w:marTop w:val="0"/>
          <w:marBottom w:val="0"/>
          <w:divBdr>
            <w:top w:val="none" w:sz="0" w:space="0" w:color="auto"/>
            <w:left w:val="none" w:sz="0" w:space="0" w:color="auto"/>
            <w:bottom w:val="none" w:sz="0" w:space="0" w:color="auto"/>
            <w:right w:val="none" w:sz="0" w:space="0" w:color="auto"/>
          </w:divBdr>
        </w:div>
        <w:div w:id="1383210372">
          <w:marLeft w:val="480"/>
          <w:marRight w:val="0"/>
          <w:marTop w:val="0"/>
          <w:marBottom w:val="0"/>
          <w:divBdr>
            <w:top w:val="none" w:sz="0" w:space="0" w:color="auto"/>
            <w:left w:val="none" w:sz="0" w:space="0" w:color="auto"/>
            <w:bottom w:val="none" w:sz="0" w:space="0" w:color="auto"/>
            <w:right w:val="none" w:sz="0" w:space="0" w:color="auto"/>
          </w:divBdr>
        </w:div>
        <w:div w:id="1511287788">
          <w:marLeft w:val="480"/>
          <w:marRight w:val="0"/>
          <w:marTop w:val="0"/>
          <w:marBottom w:val="0"/>
          <w:divBdr>
            <w:top w:val="none" w:sz="0" w:space="0" w:color="auto"/>
            <w:left w:val="none" w:sz="0" w:space="0" w:color="auto"/>
            <w:bottom w:val="none" w:sz="0" w:space="0" w:color="auto"/>
            <w:right w:val="none" w:sz="0" w:space="0" w:color="auto"/>
          </w:divBdr>
        </w:div>
        <w:div w:id="1548882199">
          <w:marLeft w:val="480"/>
          <w:marRight w:val="0"/>
          <w:marTop w:val="0"/>
          <w:marBottom w:val="0"/>
          <w:divBdr>
            <w:top w:val="none" w:sz="0" w:space="0" w:color="auto"/>
            <w:left w:val="none" w:sz="0" w:space="0" w:color="auto"/>
            <w:bottom w:val="none" w:sz="0" w:space="0" w:color="auto"/>
            <w:right w:val="none" w:sz="0" w:space="0" w:color="auto"/>
          </w:divBdr>
        </w:div>
        <w:div w:id="1562710638">
          <w:marLeft w:val="480"/>
          <w:marRight w:val="0"/>
          <w:marTop w:val="0"/>
          <w:marBottom w:val="0"/>
          <w:divBdr>
            <w:top w:val="none" w:sz="0" w:space="0" w:color="auto"/>
            <w:left w:val="none" w:sz="0" w:space="0" w:color="auto"/>
            <w:bottom w:val="none" w:sz="0" w:space="0" w:color="auto"/>
            <w:right w:val="none" w:sz="0" w:space="0" w:color="auto"/>
          </w:divBdr>
        </w:div>
        <w:div w:id="1663509821">
          <w:marLeft w:val="480"/>
          <w:marRight w:val="0"/>
          <w:marTop w:val="0"/>
          <w:marBottom w:val="0"/>
          <w:divBdr>
            <w:top w:val="none" w:sz="0" w:space="0" w:color="auto"/>
            <w:left w:val="none" w:sz="0" w:space="0" w:color="auto"/>
            <w:bottom w:val="none" w:sz="0" w:space="0" w:color="auto"/>
            <w:right w:val="none" w:sz="0" w:space="0" w:color="auto"/>
          </w:divBdr>
        </w:div>
        <w:div w:id="1736472232">
          <w:marLeft w:val="480"/>
          <w:marRight w:val="0"/>
          <w:marTop w:val="0"/>
          <w:marBottom w:val="0"/>
          <w:divBdr>
            <w:top w:val="none" w:sz="0" w:space="0" w:color="auto"/>
            <w:left w:val="none" w:sz="0" w:space="0" w:color="auto"/>
            <w:bottom w:val="none" w:sz="0" w:space="0" w:color="auto"/>
            <w:right w:val="none" w:sz="0" w:space="0" w:color="auto"/>
          </w:divBdr>
        </w:div>
        <w:div w:id="1793090483">
          <w:marLeft w:val="480"/>
          <w:marRight w:val="0"/>
          <w:marTop w:val="0"/>
          <w:marBottom w:val="0"/>
          <w:divBdr>
            <w:top w:val="none" w:sz="0" w:space="0" w:color="auto"/>
            <w:left w:val="none" w:sz="0" w:space="0" w:color="auto"/>
            <w:bottom w:val="none" w:sz="0" w:space="0" w:color="auto"/>
            <w:right w:val="none" w:sz="0" w:space="0" w:color="auto"/>
          </w:divBdr>
        </w:div>
        <w:div w:id="1838812870">
          <w:marLeft w:val="480"/>
          <w:marRight w:val="0"/>
          <w:marTop w:val="0"/>
          <w:marBottom w:val="0"/>
          <w:divBdr>
            <w:top w:val="none" w:sz="0" w:space="0" w:color="auto"/>
            <w:left w:val="none" w:sz="0" w:space="0" w:color="auto"/>
            <w:bottom w:val="none" w:sz="0" w:space="0" w:color="auto"/>
            <w:right w:val="none" w:sz="0" w:space="0" w:color="auto"/>
          </w:divBdr>
        </w:div>
        <w:div w:id="1865174117">
          <w:marLeft w:val="480"/>
          <w:marRight w:val="0"/>
          <w:marTop w:val="0"/>
          <w:marBottom w:val="0"/>
          <w:divBdr>
            <w:top w:val="none" w:sz="0" w:space="0" w:color="auto"/>
            <w:left w:val="none" w:sz="0" w:space="0" w:color="auto"/>
            <w:bottom w:val="none" w:sz="0" w:space="0" w:color="auto"/>
            <w:right w:val="none" w:sz="0" w:space="0" w:color="auto"/>
          </w:divBdr>
        </w:div>
        <w:div w:id="1910073657">
          <w:marLeft w:val="480"/>
          <w:marRight w:val="0"/>
          <w:marTop w:val="0"/>
          <w:marBottom w:val="0"/>
          <w:divBdr>
            <w:top w:val="none" w:sz="0" w:space="0" w:color="auto"/>
            <w:left w:val="none" w:sz="0" w:space="0" w:color="auto"/>
            <w:bottom w:val="none" w:sz="0" w:space="0" w:color="auto"/>
            <w:right w:val="none" w:sz="0" w:space="0" w:color="auto"/>
          </w:divBdr>
        </w:div>
        <w:div w:id="2052994627">
          <w:marLeft w:val="480"/>
          <w:marRight w:val="0"/>
          <w:marTop w:val="0"/>
          <w:marBottom w:val="0"/>
          <w:divBdr>
            <w:top w:val="none" w:sz="0" w:space="0" w:color="auto"/>
            <w:left w:val="none" w:sz="0" w:space="0" w:color="auto"/>
            <w:bottom w:val="none" w:sz="0" w:space="0" w:color="auto"/>
            <w:right w:val="none" w:sz="0" w:space="0" w:color="auto"/>
          </w:divBdr>
        </w:div>
      </w:divsChild>
    </w:div>
    <w:div w:id="1946648429">
      <w:bodyDiv w:val="1"/>
      <w:marLeft w:val="0"/>
      <w:marRight w:val="0"/>
      <w:marTop w:val="0"/>
      <w:marBottom w:val="0"/>
      <w:divBdr>
        <w:top w:val="none" w:sz="0" w:space="0" w:color="auto"/>
        <w:left w:val="none" w:sz="0" w:space="0" w:color="auto"/>
        <w:bottom w:val="none" w:sz="0" w:space="0" w:color="auto"/>
        <w:right w:val="none" w:sz="0" w:space="0" w:color="auto"/>
      </w:divBdr>
    </w:div>
    <w:div w:id="1948272415">
      <w:bodyDiv w:val="1"/>
      <w:marLeft w:val="0"/>
      <w:marRight w:val="0"/>
      <w:marTop w:val="0"/>
      <w:marBottom w:val="0"/>
      <w:divBdr>
        <w:top w:val="none" w:sz="0" w:space="0" w:color="auto"/>
        <w:left w:val="none" w:sz="0" w:space="0" w:color="auto"/>
        <w:bottom w:val="none" w:sz="0" w:space="0" w:color="auto"/>
        <w:right w:val="none" w:sz="0" w:space="0" w:color="auto"/>
      </w:divBdr>
    </w:div>
    <w:div w:id="1948735761">
      <w:bodyDiv w:val="1"/>
      <w:marLeft w:val="0"/>
      <w:marRight w:val="0"/>
      <w:marTop w:val="0"/>
      <w:marBottom w:val="0"/>
      <w:divBdr>
        <w:top w:val="none" w:sz="0" w:space="0" w:color="auto"/>
        <w:left w:val="none" w:sz="0" w:space="0" w:color="auto"/>
        <w:bottom w:val="none" w:sz="0" w:space="0" w:color="auto"/>
        <w:right w:val="none" w:sz="0" w:space="0" w:color="auto"/>
      </w:divBdr>
    </w:div>
    <w:div w:id="1949580219">
      <w:bodyDiv w:val="1"/>
      <w:marLeft w:val="0"/>
      <w:marRight w:val="0"/>
      <w:marTop w:val="0"/>
      <w:marBottom w:val="0"/>
      <w:divBdr>
        <w:top w:val="none" w:sz="0" w:space="0" w:color="auto"/>
        <w:left w:val="none" w:sz="0" w:space="0" w:color="auto"/>
        <w:bottom w:val="none" w:sz="0" w:space="0" w:color="auto"/>
        <w:right w:val="none" w:sz="0" w:space="0" w:color="auto"/>
      </w:divBdr>
    </w:div>
    <w:div w:id="1950434035">
      <w:bodyDiv w:val="1"/>
      <w:marLeft w:val="0"/>
      <w:marRight w:val="0"/>
      <w:marTop w:val="0"/>
      <w:marBottom w:val="0"/>
      <w:divBdr>
        <w:top w:val="none" w:sz="0" w:space="0" w:color="auto"/>
        <w:left w:val="none" w:sz="0" w:space="0" w:color="auto"/>
        <w:bottom w:val="none" w:sz="0" w:space="0" w:color="auto"/>
        <w:right w:val="none" w:sz="0" w:space="0" w:color="auto"/>
      </w:divBdr>
    </w:div>
    <w:div w:id="1953321721">
      <w:bodyDiv w:val="1"/>
      <w:marLeft w:val="0"/>
      <w:marRight w:val="0"/>
      <w:marTop w:val="0"/>
      <w:marBottom w:val="0"/>
      <w:divBdr>
        <w:top w:val="none" w:sz="0" w:space="0" w:color="auto"/>
        <w:left w:val="none" w:sz="0" w:space="0" w:color="auto"/>
        <w:bottom w:val="none" w:sz="0" w:space="0" w:color="auto"/>
        <w:right w:val="none" w:sz="0" w:space="0" w:color="auto"/>
      </w:divBdr>
    </w:div>
    <w:div w:id="1956477686">
      <w:bodyDiv w:val="1"/>
      <w:marLeft w:val="0"/>
      <w:marRight w:val="0"/>
      <w:marTop w:val="0"/>
      <w:marBottom w:val="0"/>
      <w:divBdr>
        <w:top w:val="none" w:sz="0" w:space="0" w:color="auto"/>
        <w:left w:val="none" w:sz="0" w:space="0" w:color="auto"/>
        <w:bottom w:val="none" w:sz="0" w:space="0" w:color="auto"/>
        <w:right w:val="none" w:sz="0" w:space="0" w:color="auto"/>
      </w:divBdr>
      <w:divsChild>
        <w:div w:id="43915837">
          <w:marLeft w:val="480"/>
          <w:marRight w:val="0"/>
          <w:marTop w:val="0"/>
          <w:marBottom w:val="0"/>
          <w:divBdr>
            <w:top w:val="none" w:sz="0" w:space="0" w:color="auto"/>
            <w:left w:val="none" w:sz="0" w:space="0" w:color="auto"/>
            <w:bottom w:val="none" w:sz="0" w:space="0" w:color="auto"/>
            <w:right w:val="none" w:sz="0" w:space="0" w:color="auto"/>
          </w:divBdr>
        </w:div>
        <w:div w:id="110177130">
          <w:marLeft w:val="480"/>
          <w:marRight w:val="0"/>
          <w:marTop w:val="0"/>
          <w:marBottom w:val="0"/>
          <w:divBdr>
            <w:top w:val="none" w:sz="0" w:space="0" w:color="auto"/>
            <w:left w:val="none" w:sz="0" w:space="0" w:color="auto"/>
            <w:bottom w:val="none" w:sz="0" w:space="0" w:color="auto"/>
            <w:right w:val="none" w:sz="0" w:space="0" w:color="auto"/>
          </w:divBdr>
        </w:div>
        <w:div w:id="193885114">
          <w:marLeft w:val="480"/>
          <w:marRight w:val="0"/>
          <w:marTop w:val="0"/>
          <w:marBottom w:val="0"/>
          <w:divBdr>
            <w:top w:val="none" w:sz="0" w:space="0" w:color="auto"/>
            <w:left w:val="none" w:sz="0" w:space="0" w:color="auto"/>
            <w:bottom w:val="none" w:sz="0" w:space="0" w:color="auto"/>
            <w:right w:val="none" w:sz="0" w:space="0" w:color="auto"/>
          </w:divBdr>
        </w:div>
        <w:div w:id="240599984">
          <w:marLeft w:val="480"/>
          <w:marRight w:val="0"/>
          <w:marTop w:val="0"/>
          <w:marBottom w:val="0"/>
          <w:divBdr>
            <w:top w:val="none" w:sz="0" w:space="0" w:color="auto"/>
            <w:left w:val="none" w:sz="0" w:space="0" w:color="auto"/>
            <w:bottom w:val="none" w:sz="0" w:space="0" w:color="auto"/>
            <w:right w:val="none" w:sz="0" w:space="0" w:color="auto"/>
          </w:divBdr>
        </w:div>
        <w:div w:id="337193316">
          <w:marLeft w:val="480"/>
          <w:marRight w:val="0"/>
          <w:marTop w:val="0"/>
          <w:marBottom w:val="0"/>
          <w:divBdr>
            <w:top w:val="none" w:sz="0" w:space="0" w:color="auto"/>
            <w:left w:val="none" w:sz="0" w:space="0" w:color="auto"/>
            <w:bottom w:val="none" w:sz="0" w:space="0" w:color="auto"/>
            <w:right w:val="none" w:sz="0" w:space="0" w:color="auto"/>
          </w:divBdr>
        </w:div>
        <w:div w:id="414398552">
          <w:marLeft w:val="480"/>
          <w:marRight w:val="0"/>
          <w:marTop w:val="0"/>
          <w:marBottom w:val="0"/>
          <w:divBdr>
            <w:top w:val="none" w:sz="0" w:space="0" w:color="auto"/>
            <w:left w:val="none" w:sz="0" w:space="0" w:color="auto"/>
            <w:bottom w:val="none" w:sz="0" w:space="0" w:color="auto"/>
            <w:right w:val="none" w:sz="0" w:space="0" w:color="auto"/>
          </w:divBdr>
        </w:div>
        <w:div w:id="466316121">
          <w:marLeft w:val="480"/>
          <w:marRight w:val="0"/>
          <w:marTop w:val="0"/>
          <w:marBottom w:val="0"/>
          <w:divBdr>
            <w:top w:val="none" w:sz="0" w:space="0" w:color="auto"/>
            <w:left w:val="none" w:sz="0" w:space="0" w:color="auto"/>
            <w:bottom w:val="none" w:sz="0" w:space="0" w:color="auto"/>
            <w:right w:val="none" w:sz="0" w:space="0" w:color="auto"/>
          </w:divBdr>
        </w:div>
        <w:div w:id="560554142">
          <w:marLeft w:val="480"/>
          <w:marRight w:val="0"/>
          <w:marTop w:val="0"/>
          <w:marBottom w:val="0"/>
          <w:divBdr>
            <w:top w:val="none" w:sz="0" w:space="0" w:color="auto"/>
            <w:left w:val="none" w:sz="0" w:space="0" w:color="auto"/>
            <w:bottom w:val="none" w:sz="0" w:space="0" w:color="auto"/>
            <w:right w:val="none" w:sz="0" w:space="0" w:color="auto"/>
          </w:divBdr>
        </w:div>
        <w:div w:id="574752436">
          <w:marLeft w:val="480"/>
          <w:marRight w:val="0"/>
          <w:marTop w:val="0"/>
          <w:marBottom w:val="0"/>
          <w:divBdr>
            <w:top w:val="none" w:sz="0" w:space="0" w:color="auto"/>
            <w:left w:val="none" w:sz="0" w:space="0" w:color="auto"/>
            <w:bottom w:val="none" w:sz="0" w:space="0" w:color="auto"/>
            <w:right w:val="none" w:sz="0" w:space="0" w:color="auto"/>
          </w:divBdr>
        </w:div>
        <w:div w:id="692416379">
          <w:marLeft w:val="480"/>
          <w:marRight w:val="0"/>
          <w:marTop w:val="0"/>
          <w:marBottom w:val="0"/>
          <w:divBdr>
            <w:top w:val="none" w:sz="0" w:space="0" w:color="auto"/>
            <w:left w:val="none" w:sz="0" w:space="0" w:color="auto"/>
            <w:bottom w:val="none" w:sz="0" w:space="0" w:color="auto"/>
            <w:right w:val="none" w:sz="0" w:space="0" w:color="auto"/>
          </w:divBdr>
        </w:div>
        <w:div w:id="740906353">
          <w:marLeft w:val="480"/>
          <w:marRight w:val="0"/>
          <w:marTop w:val="0"/>
          <w:marBottom w:val="0"/>
          <w:divBdr>
            <w:top w:val="none" w:sz="0" w:space="0" w:color="auto"/>
            <w:left w:val="none" w:sz="0" w:space="0" w:color="auto"/>
            <w:bottom w:val="none" w:sz="0" w:space="0" w:color="auto"/>
            <w:right w:val="none" w:sz="0" w:space="0" w:color="auto"/>
          </w:divBdr>
        </w:div>
        <w:div w:id="866480614">
          <w:marLeft w:val="480"/>
          <w:marRight w:val="0"/>
          <w:marTop w:val="0"/>
          <w:marBottom w:val="0"/>
          <w:divBdr>
            <w:top w:val="none" w:sz="0" w:space="0" w:color="auto"/>
            <w:left w:val="none" w:sz="0" w:space="0" w:color="auto"/>
            <w:bottom w:val="none" w:sz="0" w:space="0" w:color="auto"/>
            <w:right w:val="none" w:sz="0" w:space="0" w:color="auto"/>
          </w:divBdr>
        </w:div>
        <w:div w:id="888227328">
          <w:marLeft w:val="480"/>
          <w:marRight w:val="0"/>
          <w:marTop w:val="0"/>
          <w:marBottom w:val="0"/>
          <w:divBdr>
            <w:top w:val="none" w:sz="0" w:space="0" w:color="auto"/>
            <w:left w:val="none" w:sz="0" w:space="0" w:color="auto"/>
            <w:bottom w:val="none" w:sz="0" w:space="0" w:color="auto"/>
            <w:right w:val="none" w:sz="0" w:space="0" w:color="auto"/>
          </w:divBdr>
        </w:div>
        <w:div w:id="924457251">
          <w:marLeft w:val="480"/>
          <w:marRight w:val="0"/>
          <w:marTop w:val="0"/>
          <w:marBottom w:val="0"/>
          <w:divBdr>
            <w:top w:val="none" w:sz="0" w:space="0" w:color="auto"/>
            <w:left w:val="none" w:sz="0" w:space="0" w:color="auto"/>
            <w:bottom w:val="none" w:sz="0" w:space="0" w:color="auto"/>
            <w:right w:val="none" w:sz="0" w:space="0" w:color="auto"/>
          </w:divBdr>
        </w:div>
        <w:div w:id="933586931">
          <w:marLeft w:val="480"/>
          <w:marRight w:val="0"/>
          <w:marTop w:val="0"/>
          <w:marBottom w:val="0"/>
          <w:divBdr>
            <w:top w:val="none" w:sz="0" w:space="0" w:color="auto"/>
            <w:left w:val="none" w:sz="0" w:space="0" w:color="auto"/>
            <w:bottom w:val="none" w:sz="0" w:space="0" w:color="auto"/>
            <w:right w:val="none" w:sz="0" w:space="0" w:color="auto"/>
          </w:divBdr>
        </w:div>
        <w:div w:id="935747520">
          <w:marLeft w:val="480"/>
          <w:marRight w:val="0"/>
          <w:marTop w:val="0"/>
          <w:marBottom w:val="0"/>
          <w:divBdr>
            <w:top w:val="none" w:sz="0" w:space="0" w:color="auto"/>
            <w:left w:val="none" w:sz="0" w:space="0" w:color="auto"/>
            <w:bottom w:val="none" w:sz="0" w:space="0" w:color="auto"/>
            <w:right w:val="none" w:sz="0" w:space="0" w:color="auto"/>
          </w:divBdr>
        </w:div>
        <w:div w:id="939722034">
          <w:marLeft w:val="480"/>
          <w:marRight w:val="0"/>
          <w:marTop w:val="0"/>
          <w:marBottom w:val="0"/>
          <w:divBdr>
            <w:top w:val="none" w:sz="0" w:space="0" w:color="auto"/>
            <w:left w:val="none" w:sz="0" w:space="0" w:color="auto"/>
            <w:bottom w:val="none" w:sz="0" w:space="0" w:color="auto"/>
            <w:right w:val="none" w:sz="0" w:space="0" w:color="auto"/>
          </w:divBdr>
        </w:div>
        <w:div w:id="968440333">
          <w:marLeft w:val="480"/>
          <w:marRight w:val="0"/>
          <w:marTop w:val="0"/>
          <w:marBottom w:val="0"/>
          <w:divBdr>
            <w:top w:val="none" w:sz="0" w:space="0" w:color="auto"/>
            <w:left w:val="none" w:sz="0" w:space="0" w:color="auto"/>
            <w:bottom w:val="none" w:sz="0" w:space="0" w:color="auto"/>
            <w:right w:val="none" w:sz="0" w:space="0" w:color="auto"/>
          </w:divBdr>
        </w:div>
        <w:div w:id="1252545487">
          <w:marLeft w:val="480"/>
          <w:marRight w:val="0"/>
          <w:marTop w:val="0"/>
          <w:marBottom w:val="0"/>
          <w:divBdr>
            <w:top w:val="none" w:sz="0" w:space="0" w:color="auto"/>
            <w:left w:val="none" w:sz="0" w:space="0" w:color="auto"/>
            <w:bottom w:val="none" w:sz="0" w:space="0" w:color="auto"/>
            <w:right w:val="none" w:sz="0" w:space="0" w:color="auto"/>
          </w:divBdr>
        </w:div>
        <w:div w:id="1409965415">
          <w:marLeft w:val="480"/>
          <w:marRight w:val="0"/>
          <w:marTop w:val="0"/>
          <w:marBottom w:val="0"/>
          <w:divBdr>
            <w:top w:val="none" w:sz="0" w:space="0" w:color="auto"/>
            <w:left w:val="none" w:sz="0" w:space="0" w:color="auto"/>
            <w:bottom w:val="none" w:sz="0" w:space="0" w:color="auto"/>
            <w:right w:val="none" w:sz="0" w:space="0" w:color="auto"/>
          </w:divBdr>
        </w:div>
        <w:div w:id="1450927151">
          <w:marLeft w:val="480"/>
          <w:marRight w:val="0"/>
          <w:marTop w:val="0"/>
          <w:marBottom w:val="0"/>
          <w:divBdr>
            <w:top w:val="none" w:sz="0" w:space="0" w:color="auto"/>
            <w:left w:val="none" w:sz="0" w:space="0" w:color="auto"/>
            <w:bottom w:val="none" w:sz="0" w:space="0" w:color="auto"/>
            <w:right w:val="none" w:sz="0" w:space="0" w:color="auto"/>
          </w:divBdr>
        </w:div>
        <w:div w:id="1464690813">
          <w:marLeft w:val="480"/>
          <w:marRight w:val="0"/>
          <w:marTop w:val="0"/>
          <w:marBottom w:val="0"/>
          <w:divBdr>
            <w:top w:val="none" w:sz="0" w:space="0" w:color="auto"/>
            <w:left w:val="none" w:sz="0" w:space="0" w:color="auto"/>
            <w:bottom w:val="none" w:sz="0" w:space="0" w:color="auto"/>
            <w:right w:val="none" w:sz="0" w:space="0" w:color="auto"/>
          </w:divBdr>
        </w:div>
        <w:div w:id="1536116162">
          <w:marLeft w:val="480"/>
          <w:marRight w:val="0"/>
          <w:marTop w:val="0"/>
          <w:marBottom w:val="0"/>
          <w:divBdr>
            <w:top w:val="none" w:sz="0" w:space="0" w:color="auto"/>
            <w:left w:val="none" w:sz="0" w:space="0" w:color="auto"/>
            <w:bottom w:val="none" w:sz="0" w:space="0" w:color="auto"/>
            <w:right w:val="none" w:sz="0" w:space="0" w:color="auto"/>
          </w:divBdr>
        </w:div>
        <w:div w:id="1727754569">
          <w:marLeft w:val="480"/>
          <w:marRight w:val="0"/>
          <w:marTop w:val="0"/>
          <w:marBottom w:val="0"/>
          <w:divBdr>
            <w:top w:val="none" w:sz="0" w:space="0" w:color="auto"/>
            <w:left w:val="none" w:sz="0" w:space="0" w:color="auto"/>
            <w:bottom w:val="none" w:sz="0" w:space="0" w:color="auto"/>
            <w:right w:val="none" w:sz="0" w:space="0" w:color="auto"/>
          </w:divBdr>
        </w:div>
        <w:div w:id="1755204356">
          <w:marLeft w:val="480"/>
          <w:marRight w:val="0"/>
          <w:marTop w:val="0"/>
          <w:marBottom w:val="0"/>
          <w:divBdr>
            <w:top w:val="none" w:sz="0" w:space="0" w:color="auto"/>
            <w:left w:val="none" w:sz="0" w:space="0" w:color="auto"/>
            <w:bottom w:val="none" w:sz="0" w:space="0" w:color="auto"/>
            <w:right w:val="none" w:sz="0" w:space="0" w:color="auto"/>
          </w:divBdr>
        </w:div>
        <w:div w:id="2059820072">
          <w:marLeft w:val="480"/>
          <w:marRight w:val="0"/>
          <w:marTop w:val="0"/>
          <w:marBottom w:val="0"/>
          <w:divBdr>
            <w:top w:val="none" w:sz="0" w:space="0" w:color="auto"/>
            <w:left w:val="none" w:sz="0" w:space="0" w:color="auto"/>
            <w:bottom w:val="none" w:sz="0" w:space="0" w:color="auto"/>
            <w:right w:val="none" w:sz="0" w:space="0" w:color="auto"/>
          </w:divBdr>
        </w:div>
        <w:div w:id="2101559170">
          <w:marLeft w:val="480"/>
          <w:marRight w:val="0"/>
          <w:marTop w:val="0"/>
          <w:marBottom w:val="0"/>
          <w:divBdr>
            <w:top w:val="none" w:sz="0" w:space="0" w:color="auto"/>
            <w:left w:val="none" w:sz="0" w:space="0" w:color="auto"/>
            <w:bottom w:val="none" w:sz="0" w:space="0" w:color="auto"/>
            <w:right w:val="none" w:sz="0" w:space="0" w:color="auto"/>
          </w:divBdr>
        </w:div>
      </w:divsChild>
    </w:div>
    <w:div w:id="1959874998">
      <w:bodyDiv w:val="1"/>
      <w:marLeft w:val="0"/>
      <w:marRight w:val="0"/>
      <w:marTop w:val="0"/>
      <w:marBottom w:val="0"/>
      <w:divBdr>
        <w:top w:val="none" w:sz="0" w:space="0" w:color="auto"/>
        <w:left w:val="none" w:sz="0" w:space="0" w:color="auto"/>
        <w:bottom w:val="none" w:sz="0" w:space="0" w:color="auto"/>
        <w:right w:val="none" w:sz="0" w:space="0" w:color="auto"/>
      </w:divBdr>
    </w:div>
    <w:div w:id="1962609109">
      <w:bodyDiv w:val="1"/>
      <w:marLeft w:val="0"/>
      <w:marRight w:val="0"/>
      <w:marTop w:val="0"/>
      <w:marBottom w:val="0"/>
      <w:divBdr>
        <w:top w:val="none" w:sz="0" w:space="0" w:color="auto"/>
        <w:left w:val="none" w:sz="0" w:space="0" w:color="auto"/>
        <w:bottom w:val="none" w:sz="0" w:space="0" w:color="auto"/>
        <w:right w:val="none" w:sz="0" w:space="0" w:color="auto"/>
      </w:divBdr>
    </w:div>
    <w:div w:id="1962884493">
      <w:bodyDiv w:val="1"/>
      <w:marLeft w:val="0"/>
      <w:marRight w:val="0"/>
      <w:marTop w:val="0"/>
      <w:marBottom w:val="0"/>
      <w:divBdr>
        <w:top w:val="none" w:sz="0" w:space="0" w:color="auto"/>
        <w:left w:val="none" w:sz="0" w:space="0" w:color="auto"/>
        <w:bottom w:val="none" w:sz="0" w:space="0" w:color="auto"/>
        <w:right w:val="none" w:sz="0" w:space="0" w:color="auto"/>
      </w:divBdr>
    </w:div>
    <w:div w:id="1964001285">
      <w:bodyDiv w:val="1"/>
      <w:marLeft w:val="0"/>
      <w:marRight w:val="0"/>
      <w:marTop w:val="0"/>
      <w:marBottom w:val="0"/>
      <w:divBdr>
        <w:top w:val="none" w:sz="0" w:space="0" w:color="auto"/>
        <w:left w:val="none" w:sz="0" w:space="0" w:color="auto"/>
        <w:bottom w:val="none" w:sz="0" w:space="0" w:color="auto"/>
        <w:right w:val="none" w:sz="0" w:space="0" w:color="auto"/>
      </w:divBdr>
    </w:div>
    <w:div w:id="1965381331">
      <w:bodyDiv w:val="1"/>
      <w:marLeft w:val="0"/>
      <w:marRight w:val="0"/>
      <w:marTop w:val="0"/>
      <w:marBottom w:val="0"/>
      <w:divBdr>
        <w:top w:val="none" w:sz="0" w:space="0" w:color="auto"/>
        <w:left w:val="none" w:sz="0" w:space="0" w:color="auto"/>
        <w:bottom w:val="none" w:sz="0" w:space="0" w:color="auto"/>
        <w:right w:val="none" w:sz="0" w:space="0" w:color="auto"/>
      </w:divBdr>
    </w:div>
    <w:div w:id="1967462791">
      <w:bodyDiv w:val="1"/>
      <w:marLeft w:val="0"/>
      <w:marRight w:val="0"/>
      <w:marTop w:val="0"/>
      <w:marBottom w:val="0"/>
      <w:divBdr>
        <w:top w:val="none" w:sz="0" w:space="0" w:color="auto"/>
        <w:left w:val="none" w:sz="0" w:space="0" w:color="auto"/>
        <w:bottom w:val="none" w:sz="0" w:space="0" w:color="auto"/>
        <w:right w:val="none" w:sz="0" w:space="0" w:color="auto"/>
      </w:divBdr>
    </w:div>
    <w:div w:id="1971740605">
      <w:bodyDiv w:val="1"/>
      <w:marLeft w:val="0"/>
      <w:marRight w:val="0"/>
      <w:marTop w:val="0"/>
      <w:marBottom w:val="0"/>
      <w:divBdr>
        <w:top w:val="none" w:sz="0" w:space="0" w:color="auto"/>
        <w:left w:val="none" w:sz="0" w:space="0" w:color="auto"/>
        <w:bottom w:val="none" w:sz="0" w:space="0" w:color="auto"/>
        <w:right w:val="none" w:sz="0" w:space="0" w:color="auto"/>
      </w:divBdr>
      <w:divsChild>
        <w:div w:id="97532132">
          <w:marLeft w:val="480"/>
          <w:marRight w:val="0"/>
          <w:marTop w:val="0"/>
          <w:marBottom w:val="0"/>
          <w:divBdr>
            <w:top w:val="none" w:sz="0" w:space="0" w:color="auto"/>
            <w:left w:val="none" w:sz="0" w:space="0" w:color="auto"/>
            <w:bottom w:val="none" w:sz="0" w:space="0" w:color="auto"/>
            <w:right w:val="none" w:sz="0" w:space="0" w:color="auto"/>
          </w:divBdr>
        </w:div>
        <w:div w:id="144782399">
          <w:marLeft w:val="480"/>
          <w:marRight w:val="0"/>
          <w:marTop w:val="0"/>
          <w:marBottom w:val="0"/>
          <w:divBdr>
            <w:top w:val="none" w:sz="0" w:space="0" w:color="auto"/>
            <w:left w:val="none" w:sz="0" w:space="0" w:color="auto"/>
            <w:bottom w:val="none" w:sz="0" w:space="0" w:color="auto"/>
            <w:right w:val="none" w:sz="0" w:space="0" w:color="auto"/>
          </w:divBdr>
        </w:div>
        <w:div w:id="180822547">
          <w:marLeft w:val="480"/>
          <w:marRight w:val="0"/>
          <w:marTop w:val="0"/>
          <w:marBottom w:val="0"/>
          <w:divBdr>
            <w:top w:val="none" w:sz="0" w:space="0" w:color="auto"/>
            <w:left w:val="none" w:sz="0" w:space="0" w:color="auto"/>
            <w:bottom w:val="none" w:sz="0" w:space="0" w:color="auto"/>
            <w:right w:val="none" w:sz="0" w:space="0" w:color="auto"/>
          </w:divBdr>
        </w:div>
        <w:div w:id="272787454">
          <w:marLeft w:val="480"/>
          <w:marRight w:val="0"/>
          <w:marTop w:val="0"/>
          <w:marBottom w:val="0"/>
          <w:divBdr>
            <w:top w:val="none" w:sz="0" w:space="0" w:color="auto"/>
            <w:left w:val="none" w:sz="0" w:space="0" w:color="auto"/>
            <w:bottom w:val="none" w:sz="0" w:space="0" w:color="auto"/>
            <w:right w:val="none" w:sz="0" w:space="0" w:color="auto"/>
          </w:divBdr>
        </w:div>
        <w:div w:id="329866603">
          <w:marLeft w:val="480"/>
          <w:marRight w:val="0"/>
          <w:marTop w:val="0"/>
          <w:marBottom w:val="0"/>
          <w:divBdr>
            <w:top w:val="none" w:sz="0" w:space="0" w:color="auto"/>
            <w:left w:val="none" w:sz="0" w:space="0" w:color="auto"/>
            <w:bottom w:val="none" w:sz="0" w:space="0" w:color="auto"/>
            <w:right w:val="none" w:sz="0" w:space="0" w:color="auto"/>
          </w:divBdr>
        </w:div>
        <w:div w:id="405078383">
          <w:marLeft w:val="480"/>
          <w:marRight w:val="0"/>
          <w:marTop w:val="0"/>
          <w:marBottom w:val="0"/>
          <w:divBdr>
            <w:top w:val="none" w:sz="0" w:space="0" w:color="auto"/>
            <w:left w:val="none" w:sz="0" w:space="0" w:color="auto"/>
            <w:bottom w:val="none" w:sz="0" w:space="0" w:color="auto"/>
            <w:right w:val="none" w:sz="0" w:space="0" w:color="auto"/>
          </w:divBdr>
        </w:div>
        <w:div w:id="417285837">
          <w:marLeft w:val="480"/>
          <w:marRight w:val="0"/>
          <w:marTop w:val="0"/>
          <w:marBottom w:val="0"/>
          <w:divBdr>
            <w:top w:val="none" w:sz="0" w:space="0" w:color="auto"/>
            <w:left w:val="none" w:sz="0" w:space="0" w:color="auto"/>
            <w:bottom w:val="none" w:sz="0" w:space="0" w:color="auto"/>
            <w:right w:val="none" w:sz="0" w:space="0" w:color="auto"/>
          </w:divBdr>
        </w:div>
        <w:div w:id="925847665">
          <w:marLeft w:val="480"/>
          <w:marRight w:val="0"/>
          <w:marTop w:val="0"/>
          <w:marBottom w:val="0"/>
          <w:divBdr>
            <w:top w:val="none" w:sz="0" w:space="0" w:color="auto"/>
            <w:left w:val="none" w:sz="0" w:space="0" w:color="auto"/>
            <w:bottom w:val="none" w:sz="0" w:space="0" w:color="auto"/>
            <w:right w:val="none" w:sz="0" w:space="0" w:color="auto"/>
          </w:divBdr>
        </w:div>
        <w:div w:id="1095631695">
          <w:marLeft w:val="480"/>
          <w:marRight w:val="0"/>
          <w:marTop w:val="0"/>
          <w:marBottom w:val="0"/>
          <w:divBdr>
            <w:top w:val="none" w:sz="0" w:space="0" w:color="auto"/>
            <w:left w:val="none" w:sz="0" w:space="0" w:color="auto"/>
            <w:bottom w:val="none" w:sz="0" w:space="0" w:color="auto"/>
            <w:right w:val="none" w:sz="0" w:space="0" w:color="auto"/>
          </w:divBdr>
        </w:div>
        <w:div w:id="1108886722">
          <w:marLeft w:val="480"/>
          <w:marRight w:val="0"/>
          <w:marTop w:val="0"/>
          <w:marBottom w:val="0"/>
          <w:divBdr>
            <w:top w:val="none" w:sz="0" w:space="0" w:color="auto"/>
            <w:left w:val="none" w:sz="0" w:space="0" w:color="auto"/>
            <w:bottom w:val="none" w:sz="0" w:space="0" w:color="auto"/>
            <w:right w:val="none" w:sz="0" w:space="0" w:color="auto"/>
          </w:divBdr>
        </w:div>
        <w:div w:id="1117523590">
          <w:marLeft w:val="480"/>
          <w:marRight w:val="0"/>
          <w:marTop w:val="0"/>
          <w:marBottom w:val="0"/>
          <w:divBdr>
            <w:top w:val="none" w:sz="0" w:space="0" w:color="auto"/>
            <w:left w:val="none" w:sz="0" w:space="0" w:color="auto"/>
            <w:bottom w:val="none" w:sz="0" w:space="0" w:color="auto"/>
            <w:right w:val="none" w:sz="0" w:space="0" w:color="auto"/>
          </w:divBdr>
        </w:div>
        <w:div w:id="1222015254">
          <w:marLeft w:val="480"/>
          <w:marRight w:val="0"/>
          <w:marTop w:val="0"/>
          <w:marBottom w:val="0"/>
          <w:divBdr>
            <w:top w:val="none" w:sz="0" w:space="0" w:color="auto"/>
            <w:left w:val="none" w:sz="0" w:space="0" w:color="auto"/>
            <w:bottom w:val="none" w:sz="0" w:space="0" w:color="auto"/>
            <w:right w:val="none" w:sz="0" w:space="0" w:color="auto"/>
          </w:divBdr>
        </w:div>
        <w:div w:id="1222979589">
          <w:marLeft w:val="480"/>
          <w:marRight w:val="0"/>
          <w:marTop w:val="0"/>
          <w:marBottom w:val="0"/>
          <w:divBdr>
            <w:top w:val="none" w:sz="0" w:space="0" w:color="auto"/>
            <w:left w:val="none" w:sz="0" w:space="0" w:color="auto"/>
            <w:bottom w:val="none" w:sz="0" w:space="0" w:color="auto"/>
            <w:right w:val="none" w:sz="0" w:space="0" w:color="auto"/>
          </w:divBdr>
        </w:div>
        <w:div w:id="1258827968">
          <w:marLeft w:val="480"/>
          <w:marRight w:val="0"/>
          <w:marTop w:val="0"/>
          <w:marBottom w:val="0"/>
          <w:divBdr>
            <w:top w:val="none" w:sz="0" w:space="0" w:color="auto"/>
            <w:left w:val="none" w:sz="0" w:space="0" w:color="auto"/>
            <w:bottom w:val="none" w:sz="0" w:space="0" w:color="auto"/>
            <w:right w:val="none" w:sz="0" w:space="0" w:color="auto"/>
          </w:divBdr>
        </w:div>
        <w:div w:id="1284341073">
          <w:marLeft w:val="480"/>
          <w:marRight w:val="0"/>
          <w:marTop w:val="0"/>
          <w:marBottom w:val="0"/>
          <w:divBdr>
            <w:top w:val="none" w:sz="0" w:space="0" w:color="auto"/>
            <w:left w:val="none" w:sz="0" w:space="0" w:color="auto"/>
            <w:bottom w:val="none" w:sz="0" w:space="0" w:color="auto"/>
            <w:right w:val="none" w:sz="0" w:space="0" w:color="auto"/>
          </w:divBdr>
        </w:div>
        <w:div w:id="1379472474">
          <w:marLeft w:val="480"/>
          <w:marRight w:val="0"/>
          <w:marTop w:val="0"/>
          <w:marBottom w:val="0"/>
          <w:divBdr>
            <w:top w:val="none" w:sz="0" w:space="0" w:color="auto"/>
            <w:left w:val="none" w:sz="0" w:space="0" w:color="auto"/>
            <w:bottom w:val="none" w:sz="0" w:space="0" w:color="auto"/>
            <w:right w:val="none" w:sz="0" w:space="0" w:color="auto"/>
          </w:divBdr>
        </w:div>
        <w:div w:id="1925138882">
          <w:marLeft w:val="480"/>
          <w:marRight w:val="0"/>
          <w:marTop w:val="0"/>
          <w:marBottom w:val="0"/>
          <w:divBdr>
            <w:top w:val="none" w:sz="0" w:space="0" w:color="auto"/>
            <w:left w:val="none" w:sz="0" w:space="0" w:color="auto"/>
            <w:bottom w:val="none" w:sz="0" w:space="0" w:color="auto"/>
            <w:right w:val="none" w:sz="0" w:space="0" w:color="auto"/>
          </w:divBdr>
        </w:div>
        <w:div w:id="2081322483">
          <w:marLeft w:val="480"/>
          <w:marRight w:val="0"/>
          <w:marTop w:val="0"/>
          <w:marBottom w:val="0"/>
          <w:divBdr>
            <w:top w:val="none" w:sz="0" w:space="0" w:color="auto"/>
            <w:left w:val="none" w:sz="0" w:space="0" w:color="auto"/>
            <w:bottom w:val="none" w:sz="0" w:space="0" w:color="auto"/>
            <w:right w:val="none" w:sz="0" w:space="0" w:color="auto"/>
          </w:divBdr>
        </w:div>
      </w:divsChild>
    </w:div>
    <w:div w:id="1972244156">
      <w:bodyDiv w:val="1"/>
      <w:marLeft w:val="0"/>
      <w:marRight w:val="0"/>
      <w:marTop w:val="0"/>
      <w:marBottom w:val="0"/>
      <w:divBdr>
        <w:top w:val="none" w:sz="0" w:space="0" w:color="auto"/>
        <w:left w:val="none" w:sz="0" w:space="0" w:color="auto"/>
        <w:bottom w:val="none" w:sz="0" w:space="0" w:color="auto"/>
        <w:right w:val="none" w:sz="0" w:space="0" w:color="auto"/>
      </w:divBdr>
    </w:div>
    <w:div w:id="1979525928">
      <w:bodyDiv w:val="1"/>
      <w:marLeft w:val="0"/>
      <w:marRight w:val="0"/>
      <w:marTop w:val="0"/>
      <w:marBottom w:val="0"/>
      <w:divBdr>
        <w:top w:val="none" w:sz="0" w:space="0" w:color="auto"/>
        <w:left w:val="none" w:sz="0" w:space="0" w:color="auto"/>
        <w:bottom w:val="none" w:sz="0" w:space="0" w:color="auto"/>
        <w:right w:val="none" w:sz="0" w:space="0" w:color="auto"/>
      </w:divBdr>
    </w:div>
    <w:div w:id="1980063742">
      <w:bodyDiv w:val="1"/>
      <w:marLeft w:val="0"/>
      <w:marRight w:val="0"/>
      <w:marTop w:val="0"/>
      <w:marBottom w:val="0"/>
      <w:divBdr>
        <w:top w:val="none" w:sz="0" w:space="0" w:color="auto"/>
        <w:left w:val="none" w:sz="0" w:space="0" w:color="auto"/>
        <w:bottom w:val="none" w:sz="0" w:space="0" w:color="auto"/>
        <w:right w:val="none" w:sz="0" w:space="0" w:color="auto"/>
      </w:divBdr>
    </w:div>
    <w:div w:id="1982227119">
      <w:bodyDiv w:val="1"/>
      <w:marLeft w:val="0"/>
      <w:marRight w:val="0"/>
      <w:marTop w:val="0"/>
      <w:marBottom w:val="0"/>
      <w:divBdr>
        <w:top w:val="none" w:sz="0" w:space="0" w:color="auto"/>
        <w:left w:val="none" w:sz="0" w:space="0" w:color="auto"/>
        <w:bottom w:val="none" w:sz="0" w:space="0" w:color="auto"/>
        <w:right w:val="none" w:sz="0" w:space="0" w:color="auto"/>
      </w:divBdr>
    </w:div>
    <w:div w:id="1982227189">
      <w:bodyDiv w:val="1"/>
      <w:marLeft w:val="0"/>
      <w:marRight w:val="0"/>
      <w:marTop w:val="0"/>
      <w:marBottom w:val="0"/>
      <w:divBdr>
        <w:top w:val="none" w:sz="0" w:space="0" w:color="auto"/>
        <w:left w:val="none" w:sz="0" w:space="0" w:color="auto"/>
        <w:bottom w:val="none" w:sz="0" w:space="0" w:color="auto"/>
        <w:right w:val="none" w:sz="0" w:space="0" w:color="auto"/>
      </w:divBdr>
    </w:div>
    <w:div w:id="1990477694">
      <w:bodyDiv w:val="1"/>
      <w:marLeft w:val="0"/>
      <w:marRight w:val="0"/>
      <w:marTop w:val="0"/>
      <w:marBottom w:val="0"/>
      <w:divBdr>
        <w:top w:val="none" w:sz="0" w:space="0" w:color="auto"/>
        <w:left w:val="none" w:sz="0" w:space="0" w:color="auto"/>
        <w:bottom w:val="none" w:sz="0" w:space="0" w:color="auto"/>
        <w:right w:val="none" w:sz="0" w:space="0" w:color="auto"/>
      </w:divBdr>
    </w:div>
    <w:div w:id="1990595655">
      <w:bodyDiv w:val="1"/>
      <w:marLeft w:val="0"/>
      <w:marRight w:val="0"/>
      <w:marTop w:val="0"/>
      <w:marBottom w:val="0"/>
      <w:divBdr>
        <w:top w:val="none" w:sz="0" w:space="0" w:color="auto"/>
        <w:left w:val="none" w:sz="0" w:space="0" w:color="auto"/>
        <w:bottom w:val="none" w:sz="0" w:space="0" w:color="auto"/>
        <w:right w:val="none" w:sz="0" w:space="0" w:color="auto"/>
      </w:divBdr>
    </w:div>
    <w:div w:id="1990673657">
      <w:bodyDiv w:val="1"/>
      <w:marLeft w:val="0"/>
      <w:marRight w:val="0"/>
      <w:marTop w:val="0"/>
      <w:marBottom w:val="0"/>
      <w:divBdr>
        <w:top w:val="none" w:sz="0" w:space="0" w:color="auto"/>
        <w:left w:val="none" w:sz="0" w:space="0" w:color="auto"/>
        <w:bottom w:val="none" w:sz="0" w:space="0" w:color="auto"/>
        <w:right w:val="none" w:sz="0" w:space="0" w:color="auto"/>
      </w:divBdr>
    </w:div>
    <w:div w:id="1991057446">
      <w:bodyDiv w:val="1"/>
      <w:marLeft w:val="0"/>
      <w:marRight w:val="0"/>
      <w:marTop w:val="0"/>
      <w:marBottom w:val="0"/>
      <w:divBdr>
        <w:top w:val="none" w:sz="0" w:space="0" w:color="auto"/>
        <w:left w:val="none" w:sz="0" w:space="0" w:color="auto"/>
        <w:bottom w:val="none" w:sz="0" w:space="0" w:color="auto"/>
        <w:right w:val="none" w:sz="0" w:space="0" w:color="auto"/>
      </w:divBdr>
    </w:div>
    <w:div w:id="1991592132">
      <w:bodyDiv w:val="1"/>
      <w:marLeft w:val="0"/>
      <w:marRight w:val="0"/>
      <w:marTop w:val="0"/>
      <w:marBottom w:val="0"/>
      <w:divBdr>
        <w:top w:val="none" w:sz="0" w:space="0" w:color="auto"/>
        <w:left w:val="none" w:sz="0" w:space="0" w:color="auto"/>
        <w:bottom w:val="none" w:sz="0" w:space="0" w:color="auto"/>
        <w:right w:val="none" w:sz="0" w:space="0" w:color="auto"/>
      </w:divBdr>
    </w:div>
    <w:div w:id="1993411628">
      <w:bodyDiv w:val="1"/>
      <w:marLeft w:val="0"/>
      <w:marRight w:val="0"/>
      <w:marTop w:val="0"/>
      <w:marBottom w:val="0"/>
      <w:divBdr>
        <w:top w:val="none" w:sz="0" w:space="0" w:color="auto"/>
        <w:left w:val="none" w:sz="0" w:space="0" w:color="auto"/>
        <w:bottom w:val="none" w:sz="0" w:space="0" w:color="auto"/>
        <w:right w:val="none" w:sz="0" w:space="0" w:color="auto"/>
      </w:divBdr>
      <w:divsChild>
        <w:div w:id="66920282">
          <w:marLeft w:val="480"/>
          <w:marRight w:val="0"/>
          <w:marTop w:val="0"/>
          <w:marBottom w:val="0"/>
          <w:divBdr>
            <w:top w:val="none" w:sz="0" w:space="0" w:color="auto"/>
            <w:left w:val="none" w:sz="0" w:space="0" w:color="auto"/>
            <w:bottom w:val="none" w:sz="0" w:space="0" w:color="auto"/>
            <w:right w:val="none" w:sz="0" w:space="0" w:color="auto"/>
          </w:divBdr>
        </w:div>
        <w:div w:id="241447433">
          <w:marLeft w:val="480"/>
          <w:marRight w:val="0"/>
          <w:marTop w:val="0"/>
          <w:marBottom w:val="0"/>
          <w:divBdr>
            <w:top w:val="none" w:sz="0" w:space="0" w:color="auto"/>
            <w:left w:val="none" w:sz="0" w:space="0" w:color="auto"/>
            <w:bottom w:val="none" w:sz="0" w:space="0" w:color="auto"/>
            <w:right w:val="none" w:sz="0" w:space="0" w:color="auto"/>
          </w:divBdr>
        </w:div>
        <w:div w:id="264076590">
          <w:marLeft w:val="480"/>
          <w:marRight w:val="0"/>
          <w:marTop w:val="0"/>
          <w:marBottom w:val="0"/>
          <w:divBdr>
            <w:top w:val="none" w:sz="0" w:space="0" w:color="auto"/>
            <w:left w:val="none" w:sz="0" w:space="0" w:color="auto"/>
            <w:bottom w:val="none" w:sz="0" w:space="0" w:color="auto"/>
            <w:right w:val="none" w:sz="0" w:space="0" w:color="auto"/>
          </w:divBdr>
        </w:div>
        <w:div w:id="264271491">
          <w:marLeft w:val="480"/>
          <w:marRight w:val="0"/>
          <w:marTop w:val="0"/>
          <w:marBottom w:val="0"/>
          <w:divBdr>
            <w:top w:val="none" w:sz="0" w:space="0" w:color="auto"/>
            <w:left w:val="none" w:sz="0" w:space="0" w:color="auto"/>
            <w:bottom w:val="none" w:sz="0" w:space="0" w:color="auto"/>
            <w:right w:val="none" w:sz="0" w:space="0" w:color="auto"/>
          </w:divBdr>
        </w:div>
        <w:div w:id="288978377">
          <w:marLeft w:val="480"/>
          <w:marRight w:val="0"/>
          <w:marTop w:val="0"/>
          <w:marBottom w:val="0"/>
          <w:divBdr>
            <w:top w:val="none" w:sz="0" w:space="0" w:color="auto"/>
            <w:left w:val="none" w:sz="0" w:space="0" w:color="auto"/>
            <w:bottom w:val="none" w:sz="0" w:space="0" w:color="auto"/>
            <w:right w:val="none" w:sz="0" w:space="0" w:color="auto"/>
          </w:divBdr>
        </w:div>
        <w:div w:id="383605153">
          <w:marLeft w:val="480"/>
          <w:marRight w:val="0"/>
          <w:marTop w:val="0"/>
          <w:marBottom w:val="0"/>
          <w:divBdr>
            <w:top w:val="none" w:sz="0" w:space="0" w:color="auto"/>
            <w:left w:val="none" w:sz="0" w:space="0" w:color="auto"/>
            <w:bottom w:val="none" w:sz="0" w:space="0" w:color="auto"/>
            <w:right w:val="none" w:sz="0" w:space="0" w:color="auto"/>
          </w:divBdr>
        </w:div>
        <w:div w:id="446393374">
          <w:marLeft w:val="480"/>
          <w:marRight w:val="0"/>
          <w:marTop w:val="0"/>
          <w:marBottom w:val="0"/>
          <w:divBdr>
            <w:top w:val="none" w:sz="0" w:space="0" w:color="auto"/>
            <w:left w:val="none" w:sz="0" w:space="0" w:color="auto"/>
            <w:bottom w:val="none" w:sz="0" w:space="0" w:color="auto"/>
            <w:right w:val="none" w:sz="0" w:space="0" w:color="auto"/>
          </w:divBdr>
        </w:div>
        <w:div w:id="503401224">
          <w:marLeft w:val="480"/>
          <w:marRight w:val="0"/>
          <w:marTop w:val="0"/>
          <w:marBottom w:val="0"/>
          <w:divBdr>
            <w:top w:val="none" w:sz="0" w:space="0" w:color="auto"/>
            <w:left w:val="none" w:sz="0" w:space="0" w:color="auto"/>
            <w:bottom w:val="none" w:sz="0" w:space="0" w:color="auto"/>
            <w:right w:val="none" w:sz="0" w:space="0" w:color="auto"/>
          </w:divBdr>
        </w:div>
        <w:div w:id="545995081">
          <w:marLeft w:val="480"/>
          <w:marRight w:val="0"/>
          <w:marTop w:val="0"/>
          <w:marBottom w:val="0"/>
          <w:divBdr>
            <w:top w:val="none" w:sz="0" w:space="0" w:color="auto"/>
            <w:left w:val="none" w:sz="0" w:space="0" w:color="auto"/>
            <w:bottom w:val="none" w:sz="0" w:space="0" w:color="auto"/>
            <w:right w:val="none" w:sz="0" w:space="0" w:color="auto"/>
          </w:divBdr>
        </w:div>
        <w:div w:id="562833190">
          <w:marLeft w:val="480"/>
          <w:marRight w:val="0"/>
          <w:marTop w:val="0"/>
          <w:marBottom w:val="0"/>
          <w:divBdr>
            <w:top w:val="none" w:sz="0" w:space="0" w:color="auto"/>
            <w:left w:val="none" w:sz="0" w:space="0" w:color="auto"/>
            <w:bottom w:val="none" w:sz="0" w:space="0" w:color="auto"/>
            <w:right w:val="none" w:sz="0" w:space="0" w:color="auto"/>
          </w:divBdr>
        </w:div>
        <w:div w:id="578053454">
          <w:marLeft w:val="480"/>
          <w:marRight w:val="0"/>
          <w:marTop w:val="0"/>
          <w:marBottom w:val="0"/>
          <w:divBdr>
            <w:top w:val="none" w:sz="0" w:space="0" w:color="auto"/>
            <w:left w:val="none" w:sz="0" w:space="0" w:color="auto"/>
            <w:bottom w:val="none" w:sz="0" w:space="0" w:color="auto"/>
            <w:right w:val="none" w:sz="0" w:space="0" w:color="auto"/>
          </w:divBdr>
        </w:div>
        <w:div w:id="608123387">
          <w:marLeft w:val="480"/>
          <w:marRight w:val="0"/>
          <w:marTop w:val="0"/>
          <w:marBottom w:val="0"/>
          <w:divBdr>
            <w:top w:val="none" w:sz="0" w:space="0" w:color="auto"/>
            <w:left w:val="none" w:sz="0" w:space="0" w:color="auto"/>
            <w:bottom w:val="none" w:sz="0" w:space="0" w:color="auto"/>
            <w:right w:val="none" w:sz="0" w:space="0" w:color="auto"/>
          </w:divBdr>
        </w:div>
        <w:div w:id="628390929">
          <w:marLeft w:val="480"/>
          <w:marRight w:val="0"/>
          <w:marTop w:val="0"/>
          <w:marBottom w:val="0"/>
          <w:divBdr>
            <w:top w:val="none" w:sz="0" w:space="0" w:color="auto"/>
            <w:left w:val="none" w:sz="0" w:space="0" w:color="auto"/>
            <w:bottom w:val="none" w:sz="0" w:space="0" w:color="auto"/>
            <w:right w:val="none" w:sz="0" w:space="0" w:color="auto"/>
          </w:divBdr>
        </w:div>
        <w:div w:id="736712152">
          <w:marLeft w:val="480"/>
          <w:marRight w:val="0"/>
          <w:marTop w:val="0"/>
          <w:marBottom w:val="0"/>
          <w:divBdr>
            <w:top w:val="none" w:sz="0" w:space="0" w:color="auto"/>
            <w:left w:val="none" w:sz="0" w:space="0" w:color="auto"/>
            <w:bottom w:val="none" w:sz="0" w:space="0" w:color="auto"/>
            <w:right w:val="none" w:sz="0" w:space="0" w:color="auto"/>
          </w:divBdr>
        </w:div>
        <w:div w:id="775487636">
          <w:marLeft w:val="480"/>
          <w:marRight w:val="0"/>
          <w:marTop w:val="0"/>
          <w:marBottom w:val="0"/>
          <w:divBdr>
            <w:top w:val="none" w:sz="0" w:space="0" w:color="auto"/>
            <w:left w:val="none" w:sz="0" w:space="0" w:color="auto"/>
            <w:bottom w:val="none" w:sz="0" w:space="0" w:color="auto"/>
            <w:right w:val="none" w:sz="0" w:space="0" w:color="auto"/>
          </w:divBdr>
        </w:div>
        <w:div w:id="839001338">
          <w:marLeft w:val="480"/>
          <w:marRight w:val="0"/>
          <w:marTop w:val="0"/>
          <w:marBottom w:val="0"/>
          <w:divBdr>
            <w:top w:val="none" w:sz="0" w:space="0" w:color="auto"/>
            <w:left w:val="none" w:sz="0" w:space="0" w:color="auto"/>
            <w:bottom w:val="none" w:sz="0" w:space="0" w:color="auto"/>
            <w:right w:val="none" w:sz="0" w:space="0" w:color="auto"/>
          </w:divBdr>
        </w:div>
        <w:div w:id="881401370">
          <w:marLeft w:val="480"/>
          <w:marRight w:val="0"/>
          <w:marTop w:val="0"/>
          <w:marBottom w:val="0"/>
          <w:divBdr>
            <w:top w:val="none" w:sz="0" w:space="0" w:color="auto"/>
            <w:left w:val="none" w:sz="0" w:space="0" w:color="auto"/>
            <w:bottom w:val="none" w:sz="0" w:space="0" w:color="auto"/>
            <w:right w:val="none" w:sz="0" w:space="0" w:color="auto"/>
          </w:divBdr>
        </w:div>
        <w:div w:id="922647800">
          <w:marLeft w:val="480"/>
          <w:marRight w:val="0"/>
          <w:marTop w:val="0"/>
          <w:marBottom w:val="0"/>
          <w:divBdr>
            <w:top w:val="none" w:sz="0" w:space="0" w:color="auto"/>
            <w:left w:val="none" w:sz="0" w:space="0" w:color="auto"/>
            <w:bottom w:val="none" w:sz="0" w:space="0" w:color="auto"/>
            <w:right w:val="none" w:sz="0" w:space="0" w:color="auto"/>
          </w:divBdr>
        </w:div>
        <w:div w:id="1026979656">
          <w:marLeft w:val="480"/>
          <w:marRight w:val="0"/>
          <w:marTop w:val="0"/>
          <w:marBottom w:val="0"/>
          <w:divBdr>
            <w:top w:val="none" w:sz="0" w:space="0" w:color="auto"/>
            <w:left w:val="none" w:sz="0" w:space="0" w:color="auto"/>
            <w:bottom w:val="none" w:sz="0" w:space="0" w:color="auto"/>
            <w:right w:val="none" w:sz="0" w:space="0" w:color="auto"/>
          </w:divBdr>
        </w:div>
        <w:div w:id="1096973425">
          <w:marLeft w:val="480"/>
          <w:marRight w:val="0"/>
          <w:marTop w:val="0"/>
          <w:marBottom w:val="0"/>
          <w:divBdr>
            <w:top w:val="none" w:sz="0" w:space="0" w:color="auto"/>
            <w:left w:val="none" w:sz="0" w:space="0" w:color="auto"/>
            <w:bottom w:val="none" w:sz="0" w:space="0" w:color="auto"/>
            <w:right w:val="none" w:sz="0" w:space="0" w:color="auto"/>
          </w:divBdr>
        </w:div>
        <w:div w:id="1116413381">
          <w:marLeft w:val="480"/>
          <w:marRight w:val="0"/>
          <w:marTop w:val="0"/>
          <w:marBottom w:val="0"/>
          <w:divBdr>
            <w:top w:val="none" w:sz="0" w:space="0" w:color="auto"/>
            <w:left w:val="none" w:sz="0" w:space="0" w:color="auto"/>
            <w:bottom w:val="none" w:sz="0" w:space="0" w:color="auto"/>
            <w:right w:val="none" w:sz="0" w:space="0" w:color="auto"/>
          </w:divBdr>
        </w:div>
        <w:div w:id="1392464245">
          <w:marLeft w:val="480"/>
          <w:marRight w:val="0"/>
          <w:marTop w:val="0"/>
          <w:marBottom w:val="0"/>
          <w:divBdr>
            <w:top w:val="none" w:sz="0" w:space="0" w:color="auto"/>
            <w:left w:val="none" w:sz="0" w:space="0" w:color="auto"/>
            <w:bottom w:val="none" w:sz="0" w:space="0" w:color="auto"/>
            <w:right w:val="none" w:sz="0" w:space="0" w:color="auto"/>
          </w:divBdr>
        </w:div>
        <w:div w:id="1498764471">
          <w:marLeft w:val="480"/>
          <w:marRight w:val="0"/>
          <w:marTop w:val="0"/>
          <w:marBottom w:val="0"/>
          <w:divBdr>
            <w:top w:val="none" w:sz="0" w:space="0" w:color="auto"/>
            <w:left w:val="none" w:sz="0" w:space="0" w:color="auto"/>
            <w:bottom w:val="none" w:sz="0" w:space="0" w:color="auto"/>
            <w:right w:val="none" w:sz="0" w:space="0" w:color="auto"/>
          </w:divBdr>
        </w:div>
        <w:div w:id="1548225029">
          <w:marLeft w:val="480"/>
          <w:marRight w:val="0"/>
          <w:marTop w:val="0"/>
          <w:marBottom w:val="0"/>
          <w:divBdr>
            <w:top w:val="none" w:sz="0" w:space="0" w:color="auto"/>
            <w:left w:val="none" w:sz="0" w:space="0" w:color="auto"/>
            <w:bottom w:val="none" w:sz="0" w:space="0" w:color="auto"/>
            <w:right w:val="none" w:sz="0" w:space="0" w:color="auto"/>
          </w:divBdr>
        </w:div>
        <w:div w:id="1558588267">
          <w:marLeft w:val="480"/>
          <w:marRight w:val="0"/>
          <w:marTop w:val="0"/>
          <w:marBottom w:val="0"/>
          <w:divBdr>
            <w:top w:val="none" w:sz="0" w:space="0" w:color="auto"/>
            <w:left w:val="none" w:sz="0" w:space="0" w:color="auto"/>
            <w:bottom w:val="none" w:sz="0" w:space="0" w:color="auto"/>
            <w:right w:val="none" w:sz="0" w:space="0" w:color="auto"/>
          </w:divBdr>
        </w:div>
        <w:div w:id="1561018944">
          <w:marLeft w:val="480"/>
          <w:marRight w:val="0"/>
          <w:marTop w:val="0"/>
          <w:marBottom w:val="0"/>
          <w:divBdr>
            <w:top w:val="none" w:sz="0" w:space="0" w:color="auto"/>
            <w:left w:val="none" w:sz="0" w:space="0" w:color="auto"/>
            <w:bottom w:val="none" w:sz="0" w:space="0" w:color="auto"/>
            <w:right w:val="none" w:sz="0" w:space="0" w:color="auto"/>
          </w:divBdr>
        </w:div>
        <w:div w:id="1621297581">
          <w:marLeft w:val="480"/>
          <w:marRight w:val="0"/>
          <w:marTop w:val="0"/>
          <w:marBottom w:val="0"/>
          <w:divBdr>
            <w:top w:val="none" w:sz="0" w:space="0" w:color="auto"/>
            <w:left w:val="none" w:sz="0" w:space="0" w:color="auto"/>
            <w:bottom w:val="none" w:sz="0" w:space="0" w:color="auto"/>
            <w:right w:val="none" w:sz="0" w:space="0" w:color="auto"/>
          </w:divBdr>
        </w:div>
        <w:div w:id="1656840508">
          <w:marLeft w:val="480"/>
          <w:marRight w:val="0"/>
          <w:marTop w:val="0"/>
          <w:marBottom w:val="0"/>
          <w:divBdr>
            <w:top w:val="none" w:sz="0" w:space="0" w:color="auto"/>
            <w:left w:val="none" w:sz="0" w:space="0" w:color="auto"/>
            <w:bottom w:val="none" w:sz="0" w:space="0" w:color="auto"/>
            <w:right w:val="none" w:sz="0" w:space="0" w:color="auto"/>
          </w:divBdr>
        </w:div>
        <w:div w:id="1723358726">
          <w:marLeft w:val="480"/>
          <w:marRight w:val="0"/>
          <w:marTop w:val="0"/>
          <w:marBottom w:val="0"/>
          <w:divBdr>
            <w:top w:val="none" w:sz="0" w:space="0" w:color="auto"/>
            <w:left w:val="none" w:sz="0" w:space="0" w:color="auto"/>
            <w:bottom w:val="none" w:sz="0" w:space="0" w:color="auto"/>
            <w:right w:val="none" w:sz="0" w:space="0" w:color="auto"/>
          </w:divBdr>
        </w:div>
        <w:div w:id="1725636948">
          <w:marLeft w:val="480"/>
          <w:marRight w:val="0"/>
          <w:marTop w:val="0"/>
          <w:marBottom w:val="0"/>
          <w:divBdr>
            <w:top w:val="none" w:sz="0" w:space="0" w:color="auto"/>
            <w:left w:val="none" w:sz="0" w:space="0" w:color="auto"/>
            <w:bottom w:val="none" w:sz="0" w:space="0" w:color="auto"/>
            <w:right w:val="none" w:sz="0" w:space="0" w:color="auto"/>
          </w:divBdr>
        </w:div>
        <w:div w:id="1732271413">
          <w:marLeft w:val="480"/>
          <w:marRight w:val="0"/>
          <w:marTop w:val="0"/>
          <w:marBottom w:val="0"/>
          <w:divBdr>
            <w:top w:val="none" w:sz="0" w:space="0" w:color="auto"/>
            <w:left w:val="none" w:sz="0" w:space="0" w:color="auto"/>
            <w:bottom w:val="none" w:sz="0" w:space="0" w:color="auto"/>
            <w:right w:val="none" w:sz="0" w:space="0" w:color="auto"/>
          </w:divBdr>
        </w:div>
        <w:div w:id="1826820099">
          <w:marLeft w:val="480"/>
          <w:marRight w:val="0"/>
          <w:marTop w:val="0"/>
          <w:marBottom w:val="0"/>
          <w:divBdr>
            <w:top w:val="none" w:sz="0" w:space="0" w:color="auto"/>
            <w:left w:val="none" w:sz="0" w:space="0" w:color="auto"/>
            <w:bottom w:val="none" w:sz="0" w:space="0" w:color="auto"/>
            <w:right w:val="none" w:sz="0" w:space="0" w:color="auto"/>
          </w:divBdr>
        </w:div>
        <w:div w:id="1847089475">
          <w:marLeft w:val="480"/>
          <w:marRight w:val="0"/>
          <w:marTop w:val="0"/>
          <w:marBottom w:val="0"/>
          <w:divBdr>
            <w:top w:val="none" w:sz="0" w:space="0" w:color="auto"/>
            <w:left w:val="none" w:sz="0" w:space="0" w:color="auto"/>
            <w:bottom w:val="none" w:sz="0" w:space="0" w:color="auto"/>
            <w:right w:val="none" w:sz="0" w:space="0" w:color="auto"/>
          </w:divBdr>
        </w:div>
        <w:div w:id="1884247538">
          <w:marLeft w:val="480"/>
          <w:marRight w:val="0"/>
          <w:marTop w:val="0"/>
          <w:marBottom w:val="0"/>
          <w:divBdr>
            <w:top w:val="none" w:sz="0" w:space="0" w:color="auto"/>
            <w:left w:val="none" w:sz="0" w:space="0" w:color="auto"/>
            <w:bottom w:val="none" w:sz="0" w:space="0" w:color="auto"/>
            <w:right w:val="none" w:sz="0" w:space="0" w:color="auto"/>
          </w:divBdr>
        </w:div>
        <w:div w:id="1898273544">
          <w:marLeft w:val="480"/>
          <w:marRight w:val="0"/>
          <w:marTop w:val="0"/>
          <w:marBottom w:val="0"/>
          <w:divBdr>
            <w:top w:val="none" w:sz="0" w:space="0" w:color="auto"/>
            <w:left w:val="none" w:sz="0" w:space="0" w:color="auto"/>
            <w:bottom w:val="none" w:sz="0" w:space="0" w:color="auto"/>
            <w:right w:val="none" w:sz="0" w:space="0" w:color="auto"/>
          </w:divBdr>
        </w:div>
        <w:div w:id="2033336452">
          <w:marLeft w:val="480"/>
          <w:marRight w:val="0"/>
          <w:marTop w:val="0"/>
          <w:marBottom w:val="0"/>
          <w:divBdr>
            <w:top w:val="none" w:sz="0" w:space="0" w:color="auto"/>
            <w:left w:val="none" w:sz="0" w:space="0" w:color="auto"/>
            <w:bottom w:val="none" w:sz="0" w:space="0" w:color="auto"/>
            <w:right w:val="none" w:sz="0" w:space="0" w:color="auto"/>
          </w:divBdr>
        </w:div>
        <w:div w:id="2094812337">
          <w:marLeft w:val="480"/>
          <w:marRight w:val="0"/>
          <w:marTop w:val="0"/>
          <w:marBottom w:val="0"/>
          <w:divBdr>
            <w:top w:val="none" w:sz="0" w:space="0" w:color="auto"/>
            <w:left w:val="none" w:sz="0" w:space="0" w:color="auto"/>
            <w:bottom w:val="none" w:sz="0" w:space="0" w:color="auto"/>
            <w:right w:val="none" w:sz="0" w:space="0" w:color="auto"/>
          </w:divBdr>
        </w:div>
      </w:divsChild>
    </w:div>
    <w:div w:id="1993483035">
      <w:bodyDiv w:val="1"/>
      <w:marLeft w:val="0"/>
      <w:marRight w:val="0"/>
      <w:marTop w:val="0"/>
      <w:marBottom w:val="0"/>
      <w:divBdr>
        <w:top w:val="none" w:sz="0" w:space="0" w:color="auto"/>
        <w:left w:val="none" w:sz="0" w:space="0" w:color="auto"/>
        <w:bottom w:val="none" w:sz="0" w:space="0" w:color="auto"/>
        <w:right w:val="none" w:sz="0" w:space="0" w:color="auto"/>
      </w:divBdr>
    </w:div>
    <w:div w:id="1993949940">
      <w:bodyDiv w:val="1"/>
      <w:marLeft w:val="0"/>
      <w:marRight w:val="0"/>
      <w:marTop w:val="0"/>
      <w:marBottom w:val="0"/>
      <w:divBdr>
        <w:top w:val="none" w:sz="0" w:space="0" w:color="auto"/>
        <w:left w:val="none" w:sz="0" w:space="0" w:color="auto"/>
        <w:bottom w:val="none" w:sz="0" w:space="0" w:color="auto"/>
        <w:right w:val="none" w:sz="0" w:space="0" w:color="auto"/>
      </w:divBdr>
    </w:div>
    <w:div w:id="1994675511">
      <w:bodyDiv w:val="1"/>
      <w:marLeft w:val="0"/>
      <w:marRight w:val="0"/>
      <w:marTop w:val="0"/>
      <w:marBottom w:val="0"/>
      <w:divBdr>
        <w:top w:val="none" w:sz="0" w:space="0" w:color="auto"/>
        <w:left w:val="none" w:sz="0" w:space="0" w:color="auto"/>
        <w:bottom w:val="none" w:sz="0" w:space="0" w:color="auto"/>
        <w:right w:val="none" w:sz="0" w:space="0" w:color="auto"/>
      </w:divBdr>
      <w:divsChild>
        <w:div w:id="84618508">
          <w:marLeft w:val="480"/>
          <w:marRight w:val="0"/>
          <w:marTop w:val="0"/>
          <w:marBottom w:val="0"/>
          <w:divBdr>
            <w:top w:val="none" w:sz="0" w:space="0" w:color="auto"/>
            <w:left w:val="none" w:sz="0" w:space="0" w:color="auto"/>
            <w:bottom w:val="none" w:sz="0" w:space="0" w:color="auto"/>
            <w:right w:val="none" w:sz="0" w:space="0" w:color="auto"/>
          </w:divBdr>
        </w:div>
        <w:div w:id="198980145">
          <w:marLeft w:val="480"/>
          <w:marRight w:val="0"/>
          <w:marTop w:val="0"/>
          <w:marBottom w:val="0"/>
          <w:divBdr>
            <w:top w:val="none" w:sz="0" w:space="0" w:color="auto"/>
            <w:left w:val="none" w:sz="0" w:space="0" w:color="auto"/>
            <w:bottom w:val="none" w:sz="0" w:space="0" w:color="auto"/>
            <w:right w:val="none" w:sz="0" w:space="0" w:color="auto"/>
          </w:divBdr>
        </w:div>
        <w:div w:id="264386522">
          <w:marLeft w:val="480"/>
          <w:marRight w:val="0"/>
          <w:marTop w:val="0"/>
          <w:marBottom w:val="0"/>
          <w:divBdr>
            <w:top w:val="none" w:sz="0" w:space="0" w:color="auto"/>
            <w:left w:val="none" w:sz="0" w:space="0" w:color="auto"/>
            <w:bottom w:val="none" w:sz="0" w:space="0" w:color="auto"/>
            <w:right w:val="none" w:sz="0" w:space="0" w:color="auto"/>
          </w:divBdr>
        </w:div>
        <w:div w:id="296495688">
          <w:marLeft w:val="480"/>
          <w:marRight w:val="0"/>
          <w:marTop w:val="0"/>
          <w:marBottom w:val="0"/>
          <w:divBdr>
            <w:top w:val="none" w:sz="0" w:space="0" w:color="auto"/>
            <w:left w:val="none" w:sz="0" w:space="0" w:color="auto"/>
            <w:bottom w:val="none" w:sz="0" w:space="0" w:color="auto"/>
            <w:right w:val="none" w:sz="0" w:space="0" w:color="auto"/>
          </w:divBdr>
        </w:div>
        <w:div w:id="630479918">
          <w:marLeft w:val="480"/>
          <w:marRight w:val="0"/>
          <w:marTop w:val="0"/>
          <w:marBottom w:val="0"/>
          <w:divBdr>
            <w:top w:val="none" w:sz="0" w:space="0" w:color="auto"/>
            <w:left w:val="none" w:sz="0" w:space="0" w:color="auto"/>
            <w:bottom w:val="none" w:sz="0" w:space="0" w:color="auto"/>
            <w:right w:val="none" w:sz="0" w:space="0" w:color="auto"/>
          </w:divBdr>
        </w:div>
        <w:div w:id="734163599">
          <w:marLeft w:val="480"/>
          <w:marRight w:val="0"/>
          <w:marTop w:val="0"/>
          <w:marBottom w:val="0"/>
          <w:divBdr>
            <w:top w:val="none" w:sz="0" w:space="0" w:color="auto"/>
            <w:left w:val="none" w:sz="0" w:space="0" w:color="auto"/>
            <w:bottom w:val="none" w:sz="0" w:space="0" w:color="auto"/>
            <w:right w:val="none" w:sz="0" w:space="0" w:color="auto"/>
          </w:divBdr>
        </w:div>
        <w:div w:id="771632957">
          <w:marLeft w:val="480"/>
          <w:marRight w:val="0"/>
          <w:marTop w:val="0"/>
          <w:marBottom w:val="0"/>
          <w:divBdr>
            <w:top w:val="none" w:sz="0" w:space="0" w:color="auto"/>
            <w:left w:val="none" w:sz="0" w:space="0" w:color="auto"/>
            <w:bottom w:val="none" w:sz="0" w:space="0" w:color="auto"/>
            <w:right w:val="none" w:sz="0" w:space="0" w:color="auto"/>
          </w:divBdr>
        </w:div>
        <w:div w:id="829059029">
          <w:marLeft w:val="480"/>
          <w:marRight w:val="0"/>
          <w:marTop w:val="0"/>
          <w:marBottom w:val="0"/>
          <w:divBdr>
            <w:top w:val="none" w:sz="0" w:space="0" w:color="auto"/>
            <w:left w:val="none" w:sz="0" w:space="0" w:color="auto"/>
            <w:bottom w:val="none" w:sz="0" w:space="0" w:color="auto"/>
            <w:right w:val="none" w:sz="0" w:space="0" w:color="auto"/>
          </w:divBdr>
        </w:div>
        <w:div w:id="1206982982">
          <w:marLeft w:val="480"/>
          <w:marRight w:val="0"/>
          <w:marTop w:val="0"/>
          <w:marBottom w:val="0"/>
          <w:divBdr>
            <w:top w:val="none" w:sz="0" w:space="0" w:color="auto"/>
            <w:left w:val="none" w:sz="0" w:space="0" w:color="auto"/>
            <w:bottom w:val="none" w:sz="0" w:space="0" w:color="auto"/>
            <w:right w:val="none" w:sz="0" w:space="0" w:color="auto"/>
          </w:divBdr>
        </w:div>
        <w:div w:id="1325013997">
          <w:marLeft w:val="480"/>
          <w:marRight w:val="0"/>
          <w:marTop w:val="0"/>
          <w:marBottom w:val="0"/>
          <w:divBdr>
            <w:top w:val="none" w:sz="0" w:space="0" w:color="auto"/>
            <w:left w:val="none" w:sz="0" w:space="0" w:color="auto"/>
            <w:bottom w:val="none" w:sz="0" w:space="0" w:color="auto"/>
            <w:right w:val="none" w:sz="0" w:space="0" w:color="auto"/>
          </w:divBdr>
        </w:div>
        <w:div w:id="1368724648">
          <w:marLeft w:val="480"/>
          <w:marRight w:val="0"/>
          <w:marTop w:val="0"/>
          <w:marBottom w:val="0"/>
          <w:divBdr>
            <w:top w:val="none" w:sz="0" w:space="0" w:color="auto"/>
            <w:left w:val="none" w:sz="0" w:space="0" w:color="auto"/>
            <w:bottom w:val="none" w:sz="0" w:space="0" w:color="auto"/>
            <w:right w:val="none" w:sz="0" w:space="0" w:color="auto"/>
          </w:divBdr>
        </w:div>
        <w:div w:id="1483501745">
          <w:marLeft w:val="480"/>
          <w:marRight w:val="0"/>
          <w:marTop w:val="0"/>
          <w:marBottom w:val="0"/>
          <w:divBdr>
            <w:top w:val="none" w:sz="0" w:space="0" w:color="auto"/>
            <w:left w:val="none" w:sz="0" w:space="0" w:color="auto"/>
            <w:bottom w:val="none" w:sz="0" w:space="0" w:color="auto"/>
            <w:right w:val="none" w:sz="0" w:space="0" w:color="auto"/>
          </w:divBdr>
        </w:div>
        <w:div w:id="1514685033">
          <w:marLeft w:val="480"/>
          <w:marRight w:val="0"/>
          <w:marTop w:val="0"/>
          <w:marBottom w:val="0"/>
          <w:divBdr>
            <w:top w:val="none" w:sz="0" w:space="0" w:color="auto"/>
            <w:left w:val="none" w:sz="0" w:space="0" w:color="auto"/>
            <w:bottom w:val="none" w:sz="0" w:space="0" w:color="auto"/>
            <w:right w:val="none" w:sz="0" w:space="0" w:color="auto"/>
          </w:divBdr>
        </w:div>
        <w:div w:id="2095782595">
          <w:marLeft w:val="480"/>
          <w:marRight w:val="0"/>
          <w:marTop w:val="0"/>
          <w:marBottom w:val="0"/>
          <w:divBdr>
            <w:top w:val="none" w:sz="0" w:space="0" w:color="auto"/>
            <w:left w:val="none" w:sz="0" w:space="0" w:color="auto"/>
            <w:bottom w:val="none" w:sz="0" w:space="0" w:color="auto"/>
            <w:right w:val="none" w:sz="0" w:space="0" w:color="auto"/>
          </w:divBdr>
        </w:div>
      </w:divsChild>
    </w:div>
    <w:div w:id="2001108748">
      <w:bodyDiv w:val="1"/>
      <w:marLeft w:val="0"/>
      <w:marRight w:val="0"/>
      <w:marTop w:val="0"/>
      <w:marBottom w:val="0"/>
      <w:divBdr>
        <w:top w:val="none" w:sz="0" w:space="0" w:color="auto"/>
        <w:left w:val="none" w:sz="0" w:space="0" w:color="auto"/>
        <w:bottom w:val="none" w:sz="0" w:space="0" w:color="auto"/>
        <w:right w:val="none" w:sz="0" w:space="0" w:color="auto"/>
      </w:divBdr>
    </w:div>
    <w:div w:id="2008049001">
      <w:bodyDiv w:val="1"/>
      <w:marLeft w:val="0"/>
      <w:marRight w:val="0"/>
      <w:marTop w:val="0"/>
      <w:marBottom w:val="0"/>
      <w:divBdr>
        <w:top w:val="none" w:sz="0" w:space="0" w:color="auto"/>
        <w:left w:val="none" w:sz="0" w:space="0" w:color="auto"/>
        <w:bottom w:val="none" w:sz="0" w:space="0" w:color="auto"/>
        <w:right w:val="none" w:sz="0" w:space="0" w:color="auto"/>
      </w:divBdr>
    </w:div>
    <w:div w:id="2008316387">
      <w:bodyDiv w:val="1"/>
      <w:marLeft w:val="0"/>
      <w:marRight w:val="0"/>
      <w:marTop w:val="0"/>
      <w:marBottom w:val="0"/>
      <w:divBdr>
        <w:top w:val="none" w:sz="0" w:space="0" w:color="auto"/>
        <w:left w:val="none" w:sz="0" w:space="0" w:color="auto"/>
        <w:bottom w:val="none" w:sz="0" w:space="0" w:color="auto"/>
        <w:right w:val="none" w:sz="0" w:space="0" w:color="auto"/>
      </w:divBdr>
    </w:div>
    <w:div w:id="2008485060">
      <w:bodyDiv w:val="1"/>
      <w:marLeft w:val="0"/>
      <w:marRight w:val="0"/>
      <w:marTop w:val="0"/>
      <w:marBottom w:val="0"/>
      <w:divBdr>
        <w:top w:val="none" w:sz="0" w:space="0" w:color="auto"/>
        <w:left w:val="none" w:sz="0" w:space="0" w:color="auto"/>
        <w:bottom w:val="none" w:sz="0" w:space="0" w:color="auto"/>
        <w:right w:val="none" w:sz="0" w:space="0" w:color="auto"/>
      </w:divBdr>
    </w:div>
    <w:div w:id="2008555130">
      <w:bodyDiv w:val="1"/>
      <w:marLeft w:val="0"/>
      <w:marRight w:val="0"/>
      <w:marTop w:val="0"/>
      <w:marBottom w:val="0"/>
      <w:divBdr>
        <w:top w:val="none" w:sz="0" w:space="0" w:color="auto"/>
        <w:left w:val="none" w:sz="0" w:space="0" w:color="auto"/>
        <w:bottom w:val="none" w:sz="0" w:space="0" w:color="auto"/>
        <w:right w:val="none" w:sz="0" w:space="0" w:color="auto"/>
      </w:divBdr>
      <w:divsChild>
        <w:div w:id="2321075">
          <w:marLeft w:val="480"/>
          <w:marRight w:val="0"/>
          <w:marTop w:val="0"/>
          <w:marBottom w:val="0"/>
          <w:divBdr>
            <w:top w:val="none" w:sz="0" w:space="0" w:color="auto"/>
            <w:left w:val="none" w:sz="0" w:space="0" w:color="auto"/>
            <w:bottom w:val="none" w:sz="0" w:space="0" w:color="auto"/>
            <w:right w:val="none" w:sz="0" w:space="0" w:color="auto"/>
          </w:divBdr>
        </w:div>
        <w:div w:id="85807259">
          <w:marLeft w:val="480"/>
          <w:marRight w:val="0"/>
          <w:marTop w:val="0"/>
          <w:marBottom w:val="0"/>
          <w:divBdr>
            <w:top w:val="none" w:sz="0" w:space="0" w:color="auto"/>
            <w:left w:val="none" w:sz="0" w:space="0" w:color="auto"/>
            <w:bottom w:val="none" w:sz="0" w:space="0" w:color="auto"/>
            <w:right w:val="none" w:sz="0" w:space="0" w:color="auto"/>
          </w:divBdr>
        </w:div>
        <w:div w:id="123356028">
          <w:marLeft w:val="480"/>
          <w:marRight w:val="0"/>
          <w:marTop w:val="0"/>
          <w:marBottom w:val="0"/>
          <w:divBdr>
            <w:top w:val="none" w:sz="0" w:space="0" w:color="auto"/>
            <w:left w:val="none" w:sz="0" w:space="0" w:color="auto"/>
            <w:bottom w:val="none" w:sz="0" w:space="0" w:color="auto"/>
            <w:right w:val="none" w:sz="0" w:space="0" w:color="auto"/>
          </w:divBdr>
        </w:div>
        <w:div w:id="143934028">
          <w:marLeft w:val="480"/>
          <w:marRight w:val="0"/>
          <w:marTop w:val="0"/>
          <w:marBottom w:val="0"/>
          <w:divBdr>
            <w:top w:val="none" w:sz="0" w:space="0" w:color="auto"/>
            <w:left w:val="none" w:sz="0" w:space="0" w:color="auto"/>
            <w:bottom w:val="none" w:sz="0" w:space="0" w:color="auto"/>
            <w:right w:val="none" w:sz="0" w:space="0" w:color="auto"/>
          </w:divBdr>
        </w:div>
        <w:div w:id="170071891">
          <w:marLeft w:val="480"/>
          <w:marRight w:val="0"/>
          <w:marTop w:val="0"/>
          <w:marBottom w:val="0"/>
          <w:divBdr>
            <w:top w:val="none" w:sz="0" w:space="0" w:color="auto"/>
            <w:left w:val="none" w:sz="0" w:space="0" w:color="auto"/>
            <w:bottom w:val="none" w:sz="0" w:space="0" w:color="auto"/>
            <w:right w:val="none" w:sz="0" w:space="0" w:color="auto"/>
          </w:divBdr>
        </w:div>
        <w:div w:id="235164247">
          <w:marLeft w:val="480"/>
          <w:marRight w:val="0"/>
          <w:marTop w:val="0"/>
          <w:marBottom w:val="0"/>
          <w:divBdr>
            <w:top w:val="none" w:sz="0" w:space="0" w:color="auto"/>
            <w:left w:val="none" w:sz="0" w:space="0" w:color="auto"/>
            <w:bottom w:val="none" w:sz="0" w:space="0" w:color="auto"/>
            <w:right w:val="none" w:sz="0" w:space="0" w:color="auto"/>
          </w:divBdr>
        </w:div>
        <w:div w:id="257099999">
          <w:marLeft w:val="480"/>
          <w:marRight w:val="0"/>
          <w:marTop w:val="0"/>
          <w:marBottom w:val="0"/>
          <w:divBdr>
            <w:top w:val="none" w:sz="0" w:space="0" w:color="auto"/>
            <w:left w:val="none" w:sz="0" w:space="0" w:color="auto"/>
            <w:bottom w:val="none" w:sz="0" w:space="0" w:color="auto"/>
            <w:right w:val="none" w:sz="0" w:space="0" w:color="auto"/>
          </w:divBdr>
        </w:div>
        <w:div w:id="280109467">
          <w:marLeft w:val="480"/>
          <w:marRight w:val="0"/>
          <w:marTop w:val="0"/>
          <w:marBottom w:val="0"/>
          <w:divBdr>
            <w:top w:val="none" w:sz="0" w:space="0" w:color="auto"/>
            <w:left w:val="none" w:sz="0" w:space="0" w:color="auto"/>
            <w:bottom w:val="none" w:sz="0" w:space="0" w:color="auto"/>
            <w:right w:val="none" w:sz="0" w:space="0" w:color="auto"/>
          </w:divBdr>
        </w:div>
        <w:div w:id="596914322">
          <w:marLeft w:val="480"/>
          <w:marRight w:val="0"/>
          <w:marTop w:val="0"/>
          <w:marBottom w:val="0"/>
          <w:divBdr>
            <w:top w:val="none" w:sz="0" w:space="0" w:color="auto"/>
            <w:left w:val="none" w:sz="0" w:space="0" w:color="auto"/>
            <w:bottom w:val="none" w:sz="0" w:space="0" w:color="auto"/>
            <w:right w:val="none" w:sz="0" w:space="0" w:color="auto"/>
          </w:divBdr>
        </w:div>
        <w:div w:id="740715998">
          <w:marLeft w:val="480"/>
          <w:marRight w:val="0"/>
          <w:marTop w:val="0"/>
          <w:marBottom w:val="0"/>
          <w:divBdr>
            <w:top w:val="none" w:sz="0" w:space="0" w:color="auto"/>
            <w:left w:val="none" w:sz="0" w:space="0" w:color="auto"/>
            <w:bottom w:val="none" w:sz="0" w:space="0" w:color="auto"/>
            <w:right w:val="none" w:sz="0" w:space="0" w:color="auto"/>
          </w:divBdr>
        </w:div>
        <w:div w:id="787118195">
          <w:marLeft w:val="480"/>
          <w:marRight w:val="0"/>
          <w:marTop w:val="0"/>
          <w:marBottom w:val="0"/>
          <w:divBdr>
            <w:top w:val="none" w:sz="0" w:space="0" w:color="auto"/>
            <w:left w:val="none" w:sz="0" w:space="0" w:color="auto"/>
            <w:bottom w:val="none" w:sz="0" w:space="0" w:color="auto"/>
            <w:right w:val="none" w:sz="0" w:space="0" w:color="auto"/>
          </w:divBdr>
        </w:div>
        <w:div w:id="917178913">
          <w:marLeft w:val="480"/>
          <w:marRight w:val="0"/>
          <w:marTop w:val="0"/>
          <w:marBottom w:val="0"/>
          <w:divBdr>
            <w:top w:val="none" w:sz="0" w:space="0" w:color="auto"/>
            <w:left w:val="none" w:sz="0" w:space="0" w:color="auto"/>
            <w:bottom w:val="none" w:sz="0" w:space="0" w:color="auto"/>
            <w:right w:val="none" w:sz="0" w:space="0" w:color="auto"/>
          </w:divBdr>
        </w:div>
        <w:div w:id="970205385">
          <w:marLeft w:val="480"/>
          <w:marRight w:val="0"/>
          <w:marTop w:val="0"/>
          <w:marBottom w:val="0"/>
          <w:divBdr>
            <w:top w:val="none" w:sz="0" w:space="0" w:color="auto"/>
            <w:left w:val="none" w:sz="0" w:space="0" w:color="auto"/>
            <w:bottom w:val="none" w:sz="0" w:space="0" w:color="auto"/>
            <w:right w:val="none" w:sz="0" w:space="0" w:color="auto"/>
          </w:divBdr>
        </w:div>
        <w:div w:id="1001349112">
          <w:marLeft w:val="480"/>
          <w:marRight w:val="0"/>
          <w:marTop w:val="0"/>
          <w:marBottom w:val="0"/>
          <w:divBdr>
            <w:top w:val="none" w:sz="0" w:space="0" w:color="auto"/>
            <w:left w:val="none" w:sz="0" w:space="0" w:color="auto"/>
            <w:bottom w:val="none" w:sz="0" w:space="0" w:color="auto"/>
            <w:right w:val="none" w:sz="0" w:space="0" w:color="auto"/>
          </w:divBdr>
        </w:div>
        <w:div w:id="1068261128">
          <w:marLeft w:val="480"/>
          <w:marRight w:val="0"/>
          <w:marTop w:val="0"/>
          <w:marBottom w:val="0"/>
          <w:divBdr>
            <w:top w:val="none" w:sz="0" w:space="0" w:color="auto"/>
            <w:left w:val="none" w:sz="0" w:space="0" w:color="auto"/>
            <w:bottom w:val="none" w:sz="0" w:space="0" w:color="auto"/>
            <w:right w:val="none" w:sz="0" w:space="0" w:color="auto"/>
          </w:divBdr>
        </w:div>
        <w:div w:id="1079985214">
          <w:marLeft w:val="480"/>
          <w:marRight w:val="0"/>
          <w:marTop w:val="0"/>
          <w:marBottom w:val="0"/>
          <w:divBdr>
            <w:top w:val="none" w:sz="0" w:space="0" w:color="auto"/>
            <w:left w:val="none" w:sz="0" w:space="0" w:color="auto"/>
            <w:bottom w:val="none" w:sz="0" w:space="0" w:color="auto"/>
            <w:right w:val="none" w:sz="0" w:space="0" w:color="auto"/>
          </w:divBdr>
        </w:div>
        <w:div w:id="1211303707">
          <w:marLeft w:val="480"/>
          <w:marRight w:val="0"/>
          <w:marTop w:val="0"/>
          <w:marBottom w:val="0"/>
          <w:divBdr>
            <w:top w:val="none" w:sz="0" w:space="0" w:color="auto"/>
            <w:left w:val="none" w:sz="0" w:space="0" w:color="auto"/>
            <w:bottom w:val="none" w:sz="0" w:space="0" w:color="auto"/>
            <w:right w:val="none" w:sz="0" w:space="0" w:color="auto"/>
          </w:divBdr>
        </w:div>
        <w:div w:id="1219173993">
          <w:marLeft w:val="480"/>
          <w:marRight w:val="0"/>
          <w:marTop w:val="0"/>
          <w:marBottom w:val="0"/>
          <w:divBdr>
            <w:top w:val="none" w:sz="0" w:space="0" w:color="auto"/>
            <w:left w:val="none" w:sz="0" w:space="0" w:color="auto"/>
            <w:bottom w:val="none" w:sz="0" w:space="0" w:color="auto"/>
            <w:right w:val="none" w:sz="0" w:space="0" w:color="auto"/>
          </w:divBdr>
        </w:div>
        <w:div w:id="1223953347">
          <w:marLeft w:val="480"/>
          <w:marRight w:val="0"/>
          <w:marTop w:val="0"/>
          <w:marBottom w:val="0"/>
          <w:divBdr>
            <w:top w:val="none" w:sz="0" w:space="0" w:color="auto"/>
            <w:left w:val="none" w:sz="0" w:space="0" w:color="auto"/>
            <w:bottom w:val="none" w:sz="0" w:space="0" w:color="auto"/>
            <w:right w:val="none" w:sz="0" w:space="0" w:color="auto"/>
          </w:divBdr>
        </w:div>
        <w:div w:id="1229851278">
          <w:marLeft w:val="480"/>
          <w:marRight w:val="0"/>
          <w:marTop w:val="0"/>
          <w:marBottom w:val="0"/>
          <w:divBdr>
            <w:top w:val="none" w:sz="0" w:space="0" w:color="auto"/>
            <w:left w:val="none" w:sz="0" w:space="0" w:color="auto"/>
            <w:bottom w:val="none" w:sz="0" w:space="0" w:color="auto"/>
            <w:right w:val="none" w:sz="0" w:space="0" w:color="auto"/>
          </w:divBdr>
        </w:div>
        <w:div w:id="1244215954">
          <w:marLeft w:val="480"/>
          <w:marRight w:val="0"/>
          <w:marTop w:val="0"/>
          <w:marBottom w:val="0"/>
          <w:divBdr>
            <w:top w:val="none" w:sz="0" w:space="0" w:color="auto"/>
            <w:left w:val="none" w:sz="0" w:space="0" w:color="auto"/>
            <w:bottom w:val="none" w:sz="0" w:space="0" w:color="auto"/>
            <w:right w:val="none" w:sz="0" w:space="0" w:color="auto"/>
          </w:divBdr>
        </w:div>
        <w:div w:id="1320616189">
          <w:marLeft w:val="480"/>
          <w:marRight w:val="0"/>
          <w:marTop w:val="0"/>
          <w:marBottom w:val="0"/>
          <w:divBdr>
            <w:top w:val="none" w:sz="0" w:space="0" w:color="auto"/>
            <w:left w:val="none" w:sz="0" w:space="0" w:color="auto"/>
            <w:bottom w:val="none" w:sz="0" w:space="0" w:color="auto"/>
            <w:right w:val="none" w:sz="0" w:space="0" w:color="auto"/>
          </w:divBdr>
        </w:div>
        <w:div w:id="1415053558">
          <w:marLeft w:val="480"/>
          <w:marRight w:val="0"/>
          <w:marTop w:val="0"/>
          <w:marBottom w:val="0"/>
          <w:divBdr>
            <w:top w:val="none" w:sz="0" w:space="0" w:color="auto"/>
            <w:left w:val="none" w:sz="0" w:space="0" w:color="auto"/>
            <w:bottom w:val="none" w:sz="0" w:space="0" w:color="auto"/>
            <w:right w:val="none" w:sz="0" w:space="0" w:color="auto"/>
          </w:divBdr>
        </w:div>
        <w:div w:id="1450011769">
          <w:marLeft w:val="480"/>
          <w:marRight w:val="0"/>
          <w:marTop w:val="0"/>
          <w:marBottom w:val="0"/>
          <w:divBdr>
            <w:top w:val="none" w:sz="0" w:space="0" w:color="auto"/>
            <w:left w:val="none" w:sz="0" w:space="0" w:color="auto"/>
            <w:bottom w:val="none" w:sz="0" w:space="0" w:color="auto"/>
            <w:right w:val="none" w:sz="0" w:space="0" w:color="auto"/>
          </w:divBdr>
        </w:div>
        <w:div w:id="1688869921">
          <w:marLeft w:val="480"/>
          <w:marRight w:val="0"/>
          <w:marTop w:val="0"/>
          <w:marBottom w:val="0"/>
          <w:divBdr>
            <w:top w:val="none" w:sz="0" w:space="0" w:color="auto"/>
            <w:left w:val="none" w:sz="0" w:space="0" w:color="auto"/>
            <w:bottom w:val="none" w:sz="0" w:space="0" w:color="auto"/>
            <w:right w:val="none" w:sz="0" w:space="0" w:color="auto"/>
          </w:divBdr>
        </w:div>
        <w:div w:id="1691177005">
          <w:marLeft w:val="480"/>
          <w:marRight w:val="0"/>
          <w:marTop w:val="0"/>
          <w:marBottom w:val="0"/>
          <w:divBdr>
            <w:top w:val="none" w:sz="0" w:space="0" w:color="auto"/>
            <w:left w:val="none" w:sz="0" w:space="0" w:color="auto"/>
            <w:bottom w:val="none" w:sz="0" w:space="0" w:color="auto"/>
            <w:right w:val="none" w:sz="0" w:space="0" w:color="auto"/>
          </w:divBdr>
        </w:div>
        <w:div w:id="1730224724">
          <w:marLeft w:val="480"/>
          <w:marRight w:val="0"/>
          <w:marTop w:val="0"/>
          <w:marBottom w:val="0"/>
          <w:divBdr>
            <w:top w:val="none" w:sz="0" w:space="0" w:color="auto"/>
            <w:left w:val="none" w:sz="0" w:space="0" w:color="auto"/>
            <w:bottom w:val="none" w:sz="0" w:space="0" w:color="auto"/>
            <w:right w:val="none" w:sz="0" w:space="0" w:color="auto"/>
          </w:divBdr>
        </w:div>
        <w:div w:id="1776486979">
          <w:marLeft w:val="480"/>
          <w:marRight w:val="0"/>
          <w:marTop w:val="0"/>
          <w:marBottom w:val="0"/>
          <w:divBdr>
            <w:top w:val="none" w:sz="0" w:space="0" w:color="auto"/>
            <w:left w:val="none" w:sz="0" w:space="0" w:color="auto"/>
            <w:bottom w:val="none" w:sz="0" w:space="0" w:color="auto"/>
            <w:right w:val="none" w:sz="0" w:space="0" w:color="auto"/>
          </w:divBdr>
        </w:div>
        <w:div w:id="1872840475">
          <w:marLeft w:val="480"/>
          <w:marRight w:val="0"/>
          <w:marTop w:val="0"/>
          <w:marBottom w:val="0"/>
          <w:divBdr>
            <w:top w:val="none" w:sz="0" w:space="0" w:color="auto"/>
            <w:left w:val="none" w:sz="0" w:space="0" w:color="auto"/>
            <w:bottom w:val="none" w:sz="0" w:space="0" w:color="auto"/>
            <w:right w:val="none" w:sz="0" w:space="0" w:color="auto"/>
          </w:divBdr>
        </w:div>
        <w:div w:id="1873884616">
          <w:marLeft w:val="480"/>
          <w:marRight w:val="0"/>
          <w:marTop w:val="0"/>
          <w:marBottom w:val="0"/>
          <w:divBdr>
            <w:top w:val="none" w:sz="0" w:space="0" w:color="auto"/>
            <w:left w:val="none" w:sz="0" w:space="0" w:color="auto"/>
            <w:bottom w:val="none" w:sz="0" w:space="0" w:color="auto"/>
            <w:right w:val="none" w:sz="0" w:space="0" w:color="auto"/>
          </w:divBdr>
        </w:div>
        <w:div w:id="1979261671">
          <w:marLeft w:val="480"/>
          <w:marRight w:val="0"/>
          <w:marTop w:val="0"/>
          <w:marBottom w:val="0"/>
          <w:divBdr>
            <w:top w:val="none" w:sz="0" w:space="0" w:color="auto"/>
            <w:left w:val="none" w:sz="0" w:space="0" w:color="auto"/>
            <w:bottom w:val="none" w:sz="0" w:space="0" w:color="auto"/>
            <w:right w:val="none" w:sz="0" w:space="0" w:color="auto"/>
          </w:divBdr>
        </w:div>
        <w:div w:id="2011835058">
          <w:marLeft w:val="480"/>
          <w:marRight w:val="0"/>
          <w:marTop w:val="0"/>
          <w:marBottom w:val="0"/>
          <w:divBdr>
            <w:top w:val="none" w:sz="0" w:space="0" w:color="auto"/>
            <w:left w:val="none" w:sz="0" w:space="0" w:color="auto"/>
            <w:bottom w:val="none" w:sz="0" w:space="0" w:color="auto"/>
            <w:right w:val="none" w:sz="0" w:space="0" w:color="auto"/>
          </w:divBdr>
        </w:div>
      </w:divsChild>
    </w:div>
    <w:div w:id="2011331900">
      <w:bodyDiv w:val="1"/>
      <w:marLeft w:val="0"/>
      <w:marRight w:val="0"/>
      <w:marTop w:val="0"/>
      <w:marBottom w:val="0"/>
      <w:divBdr>
        <w:top w:val="none" w:sz="0" w:space="0" w:color="auto"/>
        <w:left w:val="none" w:sz="0" w:space="0" w:color="auto"/>
        <w:bottom w:val="none" w:sz="0" w:space="0" w:color="auto"/>
        <w:right w:val="none" w:sz="0" w:space="0" w:color="auto"/>
      </w:divBdr>
    </w:div>
    <w:div w:id="2012759745">
      <w:bodyDiv w:val="1"/>
      <w:marLeft w:val="0"/>
      <w:marRight w:val="0"/>
      <w:marTop w:val="0"/>
      <w:marBottom w:val="0"/>
      <w:divBdr>
        <w:top w:val="none" w:sz="0" w:space="0" w:color="auto"/>
        <w:left w:val="none" w:sz="0" w:space="0" w:color="auto"/>
        <w:bottom w:val="none" w:sz="0" w:space="0" w:color="auto"/>
        <w:right w:val="none" w:sz="0" w:space="0" w:color="auto"/>
      </w:divBdr>
      <w:divsChild>
        <w:div w:id="60563279">
          <w:marLeft w:val="480"/>
          <w:marRight w:val="0"/>
          <w:marTop w:val="0"/>
          <w:marBottom w:val="0"/>
          <w:divBdr>
            <w:top w:val="none" w:sz="0" w:space="0" w:color="auto"/>
            <w:left w:val="none" w:sz="0" w:space="0" w:color="auto"/>
            <w:bottom w:val="none" w:sz="0" w:space="0" w:color="auto"/>
            <w:right w:val="none" w:sz="0" w:space="0" w:color="auto"/>
          </w:divBdr>
        </w:div>
        <w:div w:id="92017865">
          <w:marLeft w:val="480"/>
          <w:marRight w:val="0"/>
          <w:marTop w:val="0"/>
          <w:marBottom w:val="0"/>
          <w:divBdr>
            <w:top w:val="none" w:sz="0" w:space="0" w:color="auto"/>
            <w:left w:val="none" w:sz="0" w:space="0" w:color="auto"/>
            <w:bottom w:val="none" w:sz="0" w:space="0" w:color="auto"/>
            <w:right w:val="none" w:sz="0" w:space="0" w:color="auto"/>
          </w:divBdr>
        </w:div>
        <w:div w:id="93403922">
          <w:marLeft w:val="480"/>
          <w:marRight w:val="0"/>
          <w:marTop w:val="0"/>
          <w:marBottom w:val="0"/>
          <w:divBdr>
            <w:top w:val="none" w:sz="0" w:space="0" w:color="auto"/>
            <w:left w:val="none" w:sz="0" w:space="0" w:color="auto"/>
            <w:bottom w:val="none" w:sz="0" w:space="0" w:color="auto"/>
            <w:right w:val="none" w:sz="0" w:space="0" w:color="auto"/>
          </w:divBdr>
        </w:div>
        <w:div w:id="282807983">
          <w:marLeft w:val="480"/>
          <w:marRight w:val="0"/>
          <w:marTop w:val="0"/>
          <w:marBottom w:val="0"/>
          <w:divBdr>
            <w:top w:val="none" w:sz="0" w:space="0" w:color="auto"/>
            <w:left w:val="none" w:sz="0" w:space="0" w:color="auto"/>
            <w:bottom w:val="none" w:sz="0" w:space="0" w:color="auto"/>
            <w:right w:val="none" w:sz="0" w:space="0" w:color="auto"/>
          </w:divBdr>
        </w:div>
        <w:div w:id="359934774">
          <w:marLeft w:val="480"/>
          <w:marRight w:val="0"/>
          <w:marTop w:val="0"/>
          <w:marBottom w:val="0"/>
          <w:divBdr>
            <w:top w:val="none" w:sz="0" w:space="0" w:color="auto"/>
            <w:left w:val="none" w:sz="0" w:space="0" w:color="auto"/>
            <w:bottom w:val="none" w:sz="0" w:space="0" w:color="auto"/>
            <w:right w:val="none" w:sz="0" w:space="0" w:color="auto"/>
          </w:divBdr>
        </w:div>
        <w:div w:id="441802122">
          <w:marLeft w:val="480"/>
          <w:marRight w:val="0"/>
          <w:marTop w:val="0"/>
          <w:marBottom w:val="0"/>
          <w:divBdr>
            <w:top w:val="none" w:sz="0" w:space="0" w:color="auto"/>
            <w:left w:val="none" w:sz="0" w:space="0" w:color="auto"/>
            <w:bottom w:val="none" w:sz="0" w:space="0" w:color="auto"/>
            <w:right w:val="none" w:sz="0" w:space="0" w:color="auto"/>
          </w:divBdr>
        </w:div>
        <w:div w:id="462619488">
          <w:marLeft w:val="480"/>
          <w:marRight w:val="0"/>
          <w:marTop w:val="0"/>
          <w:marBottom w:val="0"/>
          <w:divBdr>
            <w:top w:val="none" w:sz="0" w:space="0" w:color="auto"/>
            <w:left w:val="none" w:sz="0" w:space="0" w:color="auto"/>
            <w:bottom w:val="none" w:sz="0" w:space="0" w:color="auto"/>
            <w:right w:val="none" w:sz="0" w:space="0" w:color="auto"/>
          </w:divBdr>
        </w:div>
        <w:div w:id="481120570">
          <w:marLeft w:val="480"/>
          <w:marRight w:val="0"/>
          <w:marTop w:val="0"/>
          <w:marBottom w:val="0"/>
          <w:divBdr>
            <w:top w:val="none" w:sz="0" w:space="0" w:color="auto"/>
            <w:left w:val="none" w:sz="0" w:space="0" w:color="auto"/>
            <w:bottom w:val="none" w:sz="0" w:space="0" w:color="auto"/>
            <w:right w:val="none" w:sz="0" w:space="0" w:color="auto"/>
          </w:divBdr>
        </w:div>
        <w:div w:id="502932616">
          <w:marLeft w:val="480"/>
          <w:marRight w:val="0"/>
          <w:marTop w:val="0"/>
          <w:marBottom w:val="0"/>
          <w:divBdr>
            <w:top w:val="none" w:sz="0" w:space="0" w:color="auto"/>
            <w:left w:val="none" w:sz="0" w:space="0" w:color="auto"/>
            <w:bottom w:val="none" w:sz="0" w:space="0" w:color="auto"/>
            <w:right w:val="none" w:sz="0" w:space="0" w:color="auto"/>
          </w:divBdr>
        </w:div>
        <w:div w:id="530144470">
          <w:marLeft w:val="480"/>
          <w:marRight w:val="0"/>
          <w:marTop w:val="0"/>
          <w:marBottom w:val="0"/>
          <w:divBdr>
            <w:top w:val="none" w:sz="0" w:space="0" w:color="auto"/>
            <w:left w:val="none" w:sz="0" w:space="0" w:color="auto"/>
            <w:bottom w:val="none" w:sz="0" w:space="0" w:color="auto"/>
            <w:right w:val="none" w:sz="0" w:space="0" w:color="auto"/>
          </w:divBdr>
        </w:div>
        <w:div w:id="596250683">
          <w:marLeft w:val="480"/>
          <w:marRight w:val="0"/>
          <w:marTop w:val="0"/>
          <w:marBottom w:val="0"/>
          <w:divBdr>
            <w:top w:val="none" w:sz="0" w:space="0" w:color="auto"/>
            <w:left w:val="none" w:sz="0" w:space="0" w:color="auto"/>
            <w:bottom w:val="none" w:sz="0" w:space="0" w:color="auto"/>
            <w:right w:val="none" w:sz="0" w:space="0" w:color="auto"/>
          </w:divBdr>
        </w:div>
        <w:div w:id="598295112">
          <w:marLeft w:val="480"/>
          <w:marRight w:val="0"/>
          <w:marTop w:val="0"/>
          <w:marBottom w:val="0"/>
          <w:divBdr>
            <w:top w:val="none" w:sz="0" w:space="0" w:color="auto"/>
            <w:left w:val="none" w:sz="0" w:space="0" w:color="auto"/>
            <w:bottom w:val="none" w:sz="0" w:space="0" w:color="auto"/>
            <w:right w:val="none" w:sz="0" w:space="0" w:color="auto"/>
          </w:divBdr>
        </w:div>
        <w:div w:id="603344730">
          <w:marLeft w:val="480"/>
          <w:marRight w:val="0"/>
          <w:marTop w:val="0"/>
          <w:marBottom w:val="0"/>
          <w:divBdr>
            <w:top w:val="none" w:sz="0" w:space="0" w:color="auto"/>
            <w:left w:val="none" w:sz="0" w:space="0" w:color="auto"/>
            <w:bottom w:val="none" w:sz="0" w:space="0" w:color="auto"/>
            <w:right w:val="none" w:sz="0" w:space="0" w:color="auto"/>
          </w:divBdr>
        </w:div>
        <w:div w:id="604848560">
          <w:marLeft w:val="480"/>
          <w:marRight w:val="0"/>
          <w:marTop w:val="0"/>
          <w:marBottom w:val="0"/>
          <w:divBdr>
            <w:top w:val="none" w:sz="0" w:space="0" w:color="auto"/>
            <w:left w:val="none" w:sz="0" w:space="0" w:color="auto"/>
            <w:bottom w:val="none" w:sz="0" w:space="0" w:color="auto"/>
            <w:right w:val="none" w:sz="0" w:space="0" w:color="auto"/>
          </w:divBdr>
        </w:div>
        <w:div w:id="676998410">
          <w:marLeft w:val="480"/>
          <w:marRight w:val="0"/>
          <w:marTop w:val="0"/>
          <w:marBottom w:val="0"/>
          <w:divBdr>
            <w:top w:val="none" w:sz="0" w:space="0" w:color="auto"/>
            <w:left w:val="none" w:sz="0" w:space="0" w:color="auto"/>
            <w:bottom w:val="none" w:sz="0" w:space="0" w:color="auto"/>
            <w:right w:val="none" w:sz="0" w:space="0" w:color="auto"/>
          </w:divBdr>
        </w:div>
        <w:div w:id="707070690">
          <w:marLeft w:val="480"/>
          <w:marRight w:val="0"/>
          <w:marTop w:val="0"/>
          <w:marBottom w:val="0"/>
          <w:divBdr>
            <w:top w:val="none" w:sz="0" w:space="0" w:color="auto"/>
            <w:left w:val="none" w:sz="0" w:space="0" w:color="auto"/>
            <w:bottom w:val="none" w:sz="0" w:space="0" w:color="auto"/>
            <w:right w:val="none" w:sz="0" w:space="0" w:color="auto"/>
          </w:divBdr>
        </w:div>
        <w:div w:id="815805305">
          <w:marLeft w:val="480"/>
          <w:marRight w:val="0"/>
          <w:marTop w:val="0"/>
          <w:marBottom w:val="0"/>
          <w:divBdr>
            <w:top w:val="none" w:sz="0" w:space="0" w:color="auto"/>
            <w:left w:val="none" w:sz="0" w:space="0" w:color="auto"/>
            <w:bottom w:val="none" w:sz="0" w:space="0" w:color="auto"/>
            <w:right w:val="none" w:sz="0" w:space="0" w:color="auto"/>
          </w:divBdr>
        </w:div>
        <w:div w:id="889609708">
          <w:marLeft w:val="480"/>
          <w:marRight w:val="0"/>
          <w:marTop w:val="0"/>
          <w:marBottom w:val="0"/>
          <w:divBdr>
            <w:top w:val="none" w:sz="0" w:space="0" w:color="auto"/>
            <w:left w:val="none" w:sz="0" w:space="0" w:color="auto"/>
            <w:bottom w:val="none" w:sz="0" w:space="0" w:color="auto"/>
            <w:right w:val="none" w:sz="0" w:space="0" w:color="auto"/>
          </w:divBdr>
        </w:div>
        <w:div w:id="1017275180">
          <w:marLeft w:val="480"/>
          <w:marRight w:val="0"/>
          <w:marTop w:val="0"/>
          <w:marBottom w:val="0"/>
          <w:divBdr>
            <w:top w:val="none" w:sz="0" w:space="0" w:color="auto"/>
            <w:left w:val="none" w:sz="0" w:space="0" w:color="auto"/>
            <w:bottom w:val="none" w:sz="0" w:space="0" w:color="auto"/>
            <w:right w:val="none" w:sz="0" w:space="0" w:color="auto"/>
          </w:divBdr>
        </w:div>
        <w:div w:id="1026709144">
          <w:marLeft w:val="480"/>
          <w:marRight w:val="0"/>
          <w:marTop w:val="0"/>
          <w:marBottom w:val="0"/>
          <w:divBdr>
            <w:top w:val="none" w:sz="0" w:space="0" w:color="auto"/>
            <w:left w:val="none" w:sz="0" w:space="0" w:color="auto"/>
            <w:bottom w:val="none" w:sz="0" w:space="0" w:color="auto"/>
            <w:right w:val="none" w:sz="0" w:space="0" w:color="auto"/>
          </w:divBdr>
        </w:div>
        <w:div w:id="1069768687">
          <w:marLeft w:val="480"/>
          <w:marRight w:val="0"/>
          <w:marTop w:val="0"/>
          <w:marBottom w:val="0"/>
          <w:divBdr>
            <w:top w:val="none" w:sz="0" w:space="0" w:color="auto"/>
            <w:left w:val="none" w:sz="0" w:space="0" w:color="auto"/>
            <w:bottom w:val="none" w:sz="0" w:space="0" w:color="auto"/>
            <w:right w:val="none" w:sz="0" w:space="0" w:color="auto"/>
          </w:divBdr>
        </w:div>
        <w:div w:id="1085496490">
          <w:marLeft w:val="480"/>
          <w:marRight w:val="0"/>
          <w:marTop w:val="0"/>
          <w:marBottom w:val="0"/>
          <w:divBdr>
            <w:top w:val="none" w:sz="0" w:space="0" w:color="auto"/>
            <w:left w:val="none" w:sz="0" w:space="0" w:color="auto"/>
            <w:bottom w:val="none" w:sz="0" w:space="0" w:color="auto"/>
            <w:right w:val="none" w:sz="0" w:space="0" w:color="auto"/>
          </w:divBdr>
        </w:div>
        <w:div w:id="1091588911">
          <w:marLeft w:val="480"/>
          <w:marRight w:val="0"/>
          <w:marTop w:val="0"/>
          <w:marBottom w:val="0"/>
          <w:divBdr>
            <w:top w:val="none" w:sz="0" w:space="0" w:color="auto"/>
            <w:left w:val="none" w:sz="0" w:space="0" w:color="auto"/>
            <w:bottom w:val="none" w:sz="0" w:space="0" w:color="auto"/>
            <w:right w:val="none" w:sz="0" w:space="0" w:color="auto"/>
          </w:divBdr>
        </w:div>
        <w:div w:id="1097016071">
          <w:marLeft w:val="480"/>
          <w:marRight w:val="0"/>
          <w:marTop w:val="0"/>
          <w:marBottom w:val="0"/>
          <w:divBdr>
            <w:top w:val="none" w:sz="0" w:space="0" w:color="auto"/>
            <w:left w:val="none" w:sz="0" w:space="0" w:color="auto"/>
            <w:bottom w:val="none" w:sz="0" w:space="0" w:color="auto"/>
            <w:right w:val="none" w:sz="0" w:space="0" w:color="auto"/>
          </w:divBdr>
        </w:div>
        <w:div w:id="1102409016">
          <w:marLeft w:val="480"/>
          <w:marRight w:val="0"/>
          <w:marTop w:val="0"/>
          <w:marBottom w:val="0"/>
          <w:divBdr>
            <w:top w:val="none" w:sz="0" w:space="0" w:color="auto"/>
            <w:left w:val="none" w:sz="0" w:space="0" w:color="auto"/>
            <w:bottom w:val="none" w:sz="0" w:space="0" w:color="auto"/>
            <w:right w:val="none" w:sz="0" w:space="0" w:color="auto"/>
          </w:divBdr>
        </w:div>
        <w:div w:id="1142574942">
          <w:marLeft w:val="480"/>
          <w:marRight w:val="0"/>
          <w:marTop w:val="0"/>
          <w:marBottom w:val="0"/>
          <w:divBdr>
            <w:top w:val="none" w:sz="0" w:space="0" w:color="auto"/>
            <w:left w:val="none" w:sz="0" w:space="0" w:color="auto"/>
            <w:bottom w:val="none" w:sz="0" w:space="0" w:color="auto"/>
            <w:right w:val="none" w:sz="0" w:space="0" w:color="auto"/>
          </w:divBdr>
        </w:div>
        <w:div w:id="1277178639">
          <w:marLeft w:val="480"/>
          <w:marRight w:val="0"/>
          <w:marTop w:val="0"/>
          <w:marBottom w:val="0"/>
          <w:divBdr>
            <w:top w:val="none" w:sz="0" w:space="0" w:color="auto"/>
            <w:left w:val="none" w:sz="0" w:space="0" w:color="auto"/>
            <w:bottom w:val="none" w:sz="0" w:space="0" w:color="auto"/>
            <w:right w:val="none" w:sz="0" w:space="0" w:color="auto"/>
          </w:divBdr>
        </w:div>
        <w:div w:id="1414858328">
          <w:marLeft w:val="480"/>
          <w:marRight w:val="0"/>
          <w:marTop w:val="0"/>
          <w:marBottom w:val="0"/>
          <w:divBdr>
            <w:top w:val="none" w:sz="0" w:space="0" w:color="auto"/>
            <w:left w:val="none" w:sz="0" w:space="0" w:color="auto"/>
            <w:bottom w:val="none" w:sz="0" w:space="0" w:color="auto"/>
            <w:right w:val="none" w:sz="0" w:space="0" w:color="auto"/>
          </w:divBdr>
        </w:div>
        <w:div w:id="1448432295">
          <w:marLeft w:val="480"/>
          <w:marRight w:val="0"/>
          <w:marTop w:val="0"/>
          <w:marBottom w:val="0"/>
          <w:divBdr>
            <w:top w:val="none" w:sz="0" w:space="0" w:color="auto"/>
            <w:left w:val="none" w:sz="0" w:space="0" w:color="auto"/>
            <w:bottom w:val="none" w:sz="0" w:space="0" w:color="auto"/>
            <w:right w:val="none" w:sz="0" w:space="0" w:color="auto"/>
          </w:divBdr>
        </w:div>
        <w:div w:id="1460225505">
          <w:marLeft w:val="480"/>
          <w:marRight w:val="0"/>
          <w:marTop w:val="0"/>
          <w:marBottom w:val="0"/>
          <w:divBdr>
            <w:top w:val="none" w:sz="0" w:space="0" w:color="auto"/>
            <w:left w:val="none" w:sz="0" w:space="0" w:color="auto"/>
            <w:bottom w:val="none" w:sz="0" w:space="0" w:color="auto"/>
            <w:right w:val="none" w:sz="0" w:space="0" w:color="auto"/>
          </w:divBdr>
        </w:div>
        <w:div w:id="1517228051">
          <w:marLeft w:val="480"/>
          <w:marRight w:val="0"/>
          <w:marTop w:val="0"/>
          <w:marBottom w:val="0"/>
          <w:divBdr>
            <w:top w:val="none" w:sz="0" w:space="0" w:color="auto"/>
            <w:left w:val="none" w:sz="0" w:space="0" w:color="auto"/>
            <w:bottom w:val="none" w:sz="0" w:space="0" w:color="auto"/>
            <w:right w:val="none" w:sz="0" w:space="0" w:color="auto"/>
          </w:divBdr>
        </w:div>
        <w:div w:id="1616063315">
          <w:marLeft w:val="480"/>
          <w:marRight w:val="0"/>
          <w:marTop w:val="0"/>
          <w:marBottom w:val="0"/>
          <w:divBdr>
            <w:top w:val="none" w:sz="0" w:space="0" w:color="auto"/>
            <w:left w:val="none" w:sz="0" w:space="0" w:color="auto"/>
            <w:bottom w:val="none" w:sz="0" w:space="0" w:color="auto"/>
            <w:right w:val="none" w:sz="0" w:space="0" w:color="auto"/>
          </w:divBdr>
        </w:div>
        <w:div w:id="1649165465">
          <w:marLeft w:val="480"/>
          <w:marRight w:val="0"/>
          <w:marTop w:val="0"/>
          <w:marBottom w:val="0"/>
          <w:divBdr>
            <w:top w:val="none" w:sz="0" w:space="0" w:color="auto"/>
            <w:left w:val="none" w:sz="0" w:space="0" w:color="auto"/>
            <w:bottom w:val="none" w:sz="0" w:space="0" w:color="auto"/>
            <w:right w:val="none" w:sz="0" w:space="0" w:color="auto"/>
          </w:divBdr>
        </w:div>
        <w:div w:id="1695155037">
          <w:marLeft w:val="480"/>
          <w:marRight w:val="0"/>
          <w:marTop w:val="0"/>
          <w:marBottom w:val="0"/>
          <w:divBdr>
            <w:top w:val="none" w:sz="0" w:space="0" w:color="auto"/>
            <w:left w:val="none" w:sz="0" w:space="0" w:color="auto"/>
            <w:bottom w:val="none" w:sz="0" w:space="0" w:color="auto"/>
            <w:right w:val="none" w:sz="0" w:space="0" w:color="auto"/>
          </w:divBdr>
        </w:div>
        <w:div w:id="1763643264">
          <w:marLeft w:val="480"/>
          <w:marRight w:val="0"/>
          <w:marTop w:val="0"/>
          <w:marBottom w:val="0"/>
          <w:divBdr>
            <w:top w:val="none" w:sz="0" w:space="0" w:color="auto"/>
            <w:left w:val="none" w:sz="0" w:space="0" w:color="auto"/>
            <w:bottom w:val="none" w:sz="0" w:space="0" w:color="auto"/>
            <w:right w:val="none" w:sz="0" w:space="0" w:color="auto"/>
          </w:divBdr>
        </w:div>
        <w:div w:id="1810514459">
          <w:marLeft w:val="480"/>
          <w:marRight w:val="0"/>
          <w:marTop w:val="0"/>
          <w:marBottom w:val="0"/>
          <w:divBdr>
            <w:top w:val="none" w:sz="0" w:space="0" w:color="auto"/>
            <w:left w:val="none" w:sz="0" w:space="0" w:color="auto"/>
            <w:bottom w:val="none" w:sz="0" w:space="0" w:color="auto"/>
            <w:right w:val="none" w:sz="0" w:space="0" w:color="auto"/>
          </w:divBdr>
        </w:div>
        <w:div w:id="1836875239">
          <w:marLeft w:val="480"/>
          <w:marRight w:val="0"/>
          <w:marTop w:val="0"/>
          <w:marBottom w:val="0"/>
          <w:divBdr>
            <w:top w:val="none" w:sz="0" w:space="0" w:color="auto"/>
            <w:left w:val="none" w:sz="0" w:space="0" w:color="auto"/>
            <w:bottom w:val="none" w:sz="0" w:space="0" w:color="auto"/>
            <w:right w:val="none" w:sz="0" w:space="0" w:color="auto"/>
          </w:divBdr>
        </w:div>
        <w:div w:id="1950579952">
          <w:marLeft w:val="480"/>
          <w:marRight w:val="0"/>
          <w:marTop w:val="0"/>
          <w:marBottom w:val="0"/>
          <w:divBdr>
            <w:top w:val="none" w:sz="0" w:space="0" w:color="auto"/>
            <w:left w:val="none" w:sz="0" w:space="0" w:color="auto"/>
            <w:bottom w:val="none" w:sz="0" w:space="0" w:color="auto"/>
            <w:right w:val="none" w:sz="0" w:space="0" w:color="auto"/>
          </w:divBdr>
        </w:div>
        <w:div w:id="1987127797">
          <w:marLeft w:val="480"/>
          <w:marRight w:val="0"/>
          <w:marTop w:val="0"/>
          <w:marBottom w:val="0"/>
          <w:divBdr>
            <w:top w:val="none" w:sz="0" w:space="0" w:color="auto"/>
            <w:left w:val="none" w:sz="0" w:space="0" w:color="auto"/>
            <w:bottom w:val="none" w:sz="0" w:space="0" w:color="auto"/>
            <w:right w:val="none" w:sz="0" w:space="0" w:color="auto"/>
          </w:divBdr>
        </w:div>
        <w:div w:id="2003268655">
          <w:marLeft w:val="480"/>
          <w:marRight w:val="0"/>
          <w:marTop w:val="0"/>
          <w:marBottom w:val="0"/>
          <w:divBdr>
            <w:top w:val="none" w:sz="0" w:space="0" w:color="auto"/>
            <w:left w:val="none" w:sz="0" w:space="0" w:color="auto"/>
            <w:bottom w:val="none" w:sz="0" w:space="0" w:color="auto"/>
            <w:right w:val="none" w:sz="0" w:space="0" w:color="auto"/>
          </w:divBdr>
        </w:div>
        <w:div w:id="2023238666">
          <w:marLeft w:val="480"/>
          <w:marRight w:val="0"/>
          <w:marTop w:val="0"/>
          <w:marBottom w:val="0"/>
          <w:divBdr>
            <w:top w:val="none" w:sz="0" w:space="0" w:color="auto"/>
            <w:left w:val="none" w:sz="0" w:space="0" w:color="auto"/>
            <w:bottom w:val="none" w:sz="0" w:space="0" w:color="auto"/>
            <w:right w:val="none" w:sz="0" w:space="0" w:color="auto"/>
          </w:divBdr>
        </w:div>
      </w:divsChild>
    </w:div>
    <w:div w:id="2013682845">
      <w:bodyDiv w:val="1"/>
      <w:marLeft w:val="0"/>
      <w:marRight w:val="0"/>
      <w:marTop w:val="0"/>
      <w:marBottom w:val="0"/>
      <w:divBdr>
        <w:top w:val="none" w:sz="0" w:space="0" w:color="auto"/>
        <w:left w:val="none" w:sz="0" w:space="0" w:color="auto"/>
        <w:bottom w:val="none" w:sz="0" w:space="0" w:color="auto"/>
        <w:right w:val="none" w:sz="0" w:space="0" w:color="auto"/>
      </w:divBdr>
    </w:div>
    <w:div w:id="2017920176">
      <w:bodyDiv w:val="1"/>
      <w:marLeft w:val="0"/>
      <w:marRight w:val="0"/>
      <w:marTop w:val="0"/>
      <w:marBottom w:val="0"/>
      <w:divBdr>
        <w:top w:val="none" w:sz="0" w:space="0" w:color="auto"/>
        <w:left w:val="none" w:sz="0" w:space="0" w:color="auto"/>
        <w:bottom w:val="none" w:sz="0" w:space="0" w:color="auto"/>
        <w:right w:val="none" w:sz="0" w:space="0" w:color="auto"/>
      </w:divBdr>
    </w:div>
    <w:div w:id="2017926703">
      <w:bodyDiv w:val="1"/>
      <w:marLeft w:val="0"/>
      <w:marRight w:val="0"/>
      <w:marTop w:val="0"/>
      <w:marBottom w:val="0"/>
      <w:divBdr>
        <w:top w:val="none" w:sz="0" w:space="0" w:color="auto"/>
        <w:left w:val="none" w:sz="0" w:space="0" w:color="auto"/>
        <w:bottom w:val="none" w:sz="0" w:space="0" w:color="auto"/>
        <w:right w:val="none" w:sz="0" w:space="0" w:color="auto"/>
      </w:divBdr>
    </w:div>
    <w:div w:id="2018190114">
      <w:bodyDiv w:val="1"/>
      <w:marLeft w:val="0"/>
      <w:marRight w:val="0"/>
      <w:marTop w:val="0"/>
      <w:marBottom w:val="0"/>
      <w:divBdr>
        <w:top w:val="none" w:sz="0" w:space="0" w:color="auto"/>
        <w:left w:val="none" w:sz="0" w:space="0" w:color="auto"/>
        <w:bottom w:val="none" w:sz="0" w:space="0" w:color="auto"/>
        <w:right w:val="none" w:sz="0" w:space="0" w:color="auto"/>
      </w:divBdr>
      <w:divsChild>
        <w:div w:id="62068438">
          <w:marLeft w:val="480"/>
          <w:marRight w:val="0"/>
          <w:marTop w:val="0"/>
          <w:marBottom w:val="0"/>
          <w:divBdr>
            <w:top w:val="none" w:sz="0" w:space="0" w:color="auto"/>
            <w:left w:val="none" w:sz="0" w:space="0" w:color="auto"/>
            <w:bottom w:val="none" w:sz="0" w:space="0" w:color="auto"/>
            <w:right w:val="none" w:sz="0" w:space="0" w:color="auto"/>
          </w:divBdr>
        </w:div>
        <w:div w:id="73284895">
          <w:marLeft w:val="480"/>
          <w:marRight w:val="0"/>
          <w:marTop w:val="0"/>
          <w:marBottom w:val="0"/>
          <w:divBdr>
            <w:top w:val="none" w:sz="0" w:space="0" w:color="auto"/>
            <w:left w:val="none" w:sz="0" w:space="0" w:color="auto"/>
            <w:bottom w:val="none" w:sz="0" w:space="0" w:color="auto"/>
            <w:right w:val="none" w:sz="0" w:space="0" w:color="auto"/>
          </w:divBdr>
        </w:div>
        <w:div w:id="147326127">
          <w:marLeft w:val="480"/>
          <w:marRight w:val="0"/>
          <w:marTop w:val="0"/>
          <w:marBottom w:val="0"/>
          <w:divBdr>
            <w:top w:val="none" w:sz="0" w:space="0" w:color="auto"/>
            <w:left w:val="none" w:sz="0" w:space="0" w:color="auto"/>
            <w:bottom w:val="none" w:sz="0" w:space="0" w:color="auto"/>
            <w:right w:val="none" w:sz="0" w:space="0" w:color="auto"/>
          </w:divBdr>
        </w:div>
        <w:div w:id="270282377">
          <w:marLeft w:val="480"/>
          <w:marRight w:val="0"/>
          <w:marTop w:val="0"/>
          <w:marBottom w:val="0"/>
          <w:divBdr>
            <w:top w:val="none" w:sz="0" w:space="0" w:color="auto"/>
            <w:left w:val="none" w:sz="0" w:space="0" w:color="auto"/>
            <w:bottom w:val="none" w:sz="0" w:space="0" w:color="auto"/>
            <w:right w:val="none" w:sz="0" w:space="0" w:color="auto"/>
          </w:divBdr>
        </w:div>
        <w:div w:id="449008005">
          <w:marLeft w:val="480"/>
          <w:marRight w:val="0"/>
          <w:marTop w:val="0"/>
          <w:marBottom w:val="0"/>
          <w:divBdr>
            <w:top w:val="none" w:sz="0" w:space="0" w:color="auto"/>
            <w:left w:val="none" w:sz="0" w:space="0" w:color="auto"/>
            <w:bottom w:val="none" w:sz="0" w:space="0" w:color="auto"/>
            <w:right w:val="none" w:sz="0" w:space="0" w:color="auto"/>
          </w:divBdr>
        </w:div>
        <w:div w:id="465857135">
          <w:marLeft w:val="480"/>
          <w:marRight w:val="0"/>
          <w:marTop w:val="0"/>
          <w:marBottom w:val="0"/>
          <w:divBdr>
            <w:top w:val="none" w:sz="0" w:space="0" w:color="auto"/>
            <w:left w:val="none" w:sz="0" w:space="0" w:color="auto"/>
            <w:bottom w:val="none" w:sz="0" w:space="0" w:color="auto"/>
            <w:right w:val="none" w:sz="0" w:space="0" w:color="auto"/>
          </w:divBdr>
        </w:div>
        <w:div w:id="467211614">
          <w:marLeft w:val="480"/>
          <w:marRight w:val="0"/>
          <w:marTop w:val="0"/>
          <w:marBottom w:val="0"/>
          <w:divBdr>
            <w:top w:val="none" w:sz="0" w:space="0" w:color="auto"/>
            <w:left w:val="none" w:sz="0" w:space="0" w:color="auto"/>
            <w:bottom w:val="none" w:sz="0" w:space="0" w:color="auto"/>
            <w:right w:val="none" w:sz="0" w:space="0" w:color="auto"/>
          </w:divBdr>
        </w:div>
        <w:div w:id="472405330">
          <w:marLeft w:val="480"/>
          <w:marRight w:val="0"/>
          <w:marTop w:val="0"/>
          <w:marBottom w:val="0"/>
          <w:divBdr>
            <w:top w:val="none" w:sz="0" w:space="0" w:color="auto"/>
            <w:left w:val="none" w:sz="0" w:space="0" w:color="auto"/>
            <w:bottom w:val="none" w:sz="0" w:space="0" w:color="auto"/>
            <w:right w:val="none" w:sz="0" w:space="0" w:color="auto"/>
          </w:divBdr>
        </w:div>
        <w:div w:id="510875010">
          <w:marLeft w:val="480"/>
          <w:marRight w:val="0"/>
          <w:marTop w:val="0"/>
          <w:marBottom w:val="0"/>
          <w:divBdr>
            <w:top w:val="none" w:sz="0" w:space="0" w:color="auto"/>
            <w:left w:val="none" w:sz="0" w:space="0" w:color="auto"/>
            <w:bottom w:val="none" w:sz="0" w:space="0" w:color="auto"/>
            <w:right w:val="none" w:sz="0" w:space="0" w:color="auto"/>
          </w:divBdr>
        </w:div>
        <w:div w:id="663436002">
          <w:marLeft w:val="480"/>
          <w:marRight w:val="0"/>
          <w:marTop w:val="0"/>
          <w:marBottom w:val="0"/>
          <w:divBdr>
            <w:top w:val="none" w:sz="0" w:space="0" w:color="auto"/>
            <w:left w:val="none" w:sz="0" w:space="0" w:color="auto"/>
            <w:bottom w:val="none" w:sz="0" w:space="0" w:color="auto"/>
            <w:right w:val="none" w:sz="0" w:space="0" w:color="auto"/>
          </w:divBdr>
        </w:div>
        <w:div w:id="706754318">
          <w:marLeft w:val="480"/>
          <w:marRight w:val="0"/>
          <w:marTop w:val="0"/>
          <w:marBottom w:val="0"/>
          <w:divBdr>
            <w:top w:val="none" w:sz="0" w:space="0" w:color="auto"/>
            <w:left w:val="none" w:sz="0" w:space="0" w:color="auto"/>
            <w:bottom w:val="none" w:sz="0" w:space="0" w:color="auto"/>
            <w:right w:val="none" w:sz="0" w:space="0" w:color="auto"/>
          </w:divBdr>
        </w:div>
        <w:div w:id="721900685">
          <w:marLeft w:val="480"/>
          <w:marRight w:val="0"/>
          <w:marTop w:val="0"/>
          <w:marBottom w:val="0"/>
          <w:divBdr>
            <w:top w:val="none" w:sz="0" w:space="0" w:color="auto"/>
            <w:left w:val="none" w:sz="0" w:space="0" w:color="auto"/>
            <w:bottom w:val="none" w:sz="0" w:space="0" w:color="auto"/>
            <w:right w:val="none" w:sz="0" w:space="0" w:color="auto"/>
          </w:divBdr>
        </w:div>
        <w:div w:id="737826459">
          <w:marLeft w:val="480"/>
          <w:marRight w:val="0"/>
          <w:marTop w:val="0"/>
          <w:marBottom w:val="0"/>
          <w:divBdr>
            <w:top w:val="none" w:sz="0" w:space="0" w:color="auto"/>
            <w:left w:val="none" w:sz="0" w:space="0" w:color="auto"/>
            <w:bottom w:val="none" w:sz="0" w:space="0" w:color="auto"/>
            <w:right w:val="none" w:sz="0" w:space="0" w:color="auto"/>
          </w:divBdr>
        </w:div>
        <w:div w:id="776481694">
          <w:marLeft w:val="480"/>
          <w:marRight w:val="0"/>
          <w:marTop w:val="0"/>
          <w:marBottom w:val="0"/>
          <w:divBdr>
            <w:top w:val="none" w:sz="0" w:space="0" w:color="auto"/>
            <w:left w:val="none" w:sz="0" w:space="0" w:color="auto"/>
            <w:bottom w:val="none" w:sz="0" w:space="0" w:color="auto"/>
            <w:right w:val="none" w:sz="0" w:space="0" w:color="auto"/>
          </w:divBdr>
        </w:div>
        <w:div w:id="870262716">
          <w:marLeft w:val="480"/>
          <w:marRight w:val="0"/>
          <w:marTop w:val="0"/>
          <w:marBottom w:val="0"/>
          <w:divBdr>
            <w:top w:val="none" w:sz="0" w:space="0" w:color="auto"/>
            <w:left w:val="none" w:sz="0" w:space="0" w:color="auto"/>
            <w:bottom w:val="none" w:sz="0" w:space="0" w:color="auto"/>
            <w:right w:val="none" w:sz="0" w:space="0" w:color="auto"/>
          </w:divBdr>
        </w:div>
        <w:div w:id="987514418">
          <w:marLeft w:val="480"/>
          <w:marRight w:val="0"/>
          <w:marTop w:val="0"/>
          <w:marBottom w:val="0"/>
          <w:divBdr>
            <w:top w:val="none" w:sz="0" w:space="0" w:color="auto"/>
            <w:left w:val="none" w:sz="0" w:space="0" w:color="auto"/>
            <w:bottom w:val="none" w:sz="0" w:space="0" w:color="auto"/>
            <w:right w:val="none" w:sz="0" w:space="0" w:color="auto"/>
          </w:divBdr>
        </w:div>
        <w:div w:id="1032269476">
          <w:marLeft w:val="480"/>
          <w:marRight w:val="0"/>
          <w:marTop w:val="0"/>
          <w:marBottom w:val="0"/>
          <w:divBdr>
            <w:top w:val="none" w:sz="0" w:space="0" w:color="auto"/>
            <w:left w:val="none" w:sz="0" w:space="0" w:color="auto"/>
            <w:bottom w:val="none" w:sz="0" w:space="0" w:color="auto"/>
            <w:right w:val="none" w:sz="0" w:space="0" w:color="auto"/>
          </w:divBdr>
        </w:div>
        <w:div w:id="1070661960">
          <w:marLeft w:val="480"/>
          <w:marRight w:val="0"/>
          <w:marTop w:val="0"/>
          <w:marBottom w:val="0"/>
          <w:divBdr>
            <w:top w:val="none" w:sz="0" w:space="0" w:color="auto"/>
            <w:left w:val="none" w:sz="0" w:space="0" w:color="auto"/>
            <w:bottom w:val="none" w:sz="0" w:space="0" w:color="auto"/>
            <w:right w:val="none" w:sz="0" w:space="0" w:color="auto"/>
          </w:divBdr>
        </w:div>
        <w:div w:id="1090009581">
          <w:marLeft w:val="480"/>
          <w:marRight w:val="0"/>
          <w:marTop w:val="0"/>
          <w:marBottom w:val="0"/>
          <w:divBdr>
            <w:top w:val="none" w:sz="0" w:space="0" w:color="auto"/>
            <w:left w:val="none" w:sz="0" w:space="0" w:color="auto"/>
            <w:bottom w:val="none" w:sz="0" w:space="0" w:color="auto"/>
            <w:right w:val="none" w:sz="0" w:space="0" w:color="auto"/>
          </w:divBdr>
        </w:div>
        <w:div w:id="1197423662">
          <w:marLeft w:val="480"/>
          <w:marRight w:val="0"/>
          <w:marTop w:val="0"/>
          <w:marBottom w:val="0"/>
          <w:divBdr>
            <w:top w:val="none" w:sz="0" w:space="0" w:color="auto"/>
            <w:left w:val="none" w:sz="0" w:space="0" w:color="auto"/>
            <w:bottom w:val="none" w:sz="0" w:space="0" w:color="auto"/>
            <w:right w:val="none" w:sz="0" w:space="0" w:color="auto"/>
          </w:divBdr>
        </w:div>
        <w:div w:id="1294679231">
          <w:marLeft w:val="480"/>
          <w:marRight w:val="0"/>
          <w:marTop w:val="0"/>
          <w:marBottom w:val="0"/>
          <w:divBdr>
            <w:top w:val="none" w:sz="0" w:space="0" w:color="auto"/>
            <w:left w:val="none" w:sz="0" w:space="0" w:color="auto"/>
            <w:bottom w:val="none" w:sz="0" w:space="0" w:color="auto"/>
            <w:right w:val="none" w:sz="0" w:space="0" w:color="auto"/>
          </w:divBdr>
        </w:div>
        <w:div w:id="1341809245">
          <w:marLeft w:val="480"/>
          <w:marRight w:val="0"/>
          <w:marTop w:val="0"/>
          <w:marBottom w:val="0"/>
          <w:divBdr>
            <w:top w:val="none" w:sz="0" w:space="0" w:color="auto"/>
            <w:left w:val="none" w:sz="0" w:space="0" w:color="auto"/>
            <w:bottom w:val="none" w:sz="0" w:space="0" w:color="auto"/>
            <w:right w:val="none" w:sz="0" w:space="0" w:color="auto"/>
          </w:divBdr>
        </w:div>
        <w:div w:id="1384792630">
          <w:marLeft w:val="480"/>
          <w:marRight w:val="0"/>
          <w:marTop w:val="0"/>
          <w:marBottom w:val="0"/>
          <w:divBdr>
            <w:top w:val="none" w:sz="0" w:space="0" w:color="auto"/>
            <w:left w:val="none" w:sz="0" w:space="0" w:color="auto"/>
            <w:bottom w:val="none" w:sz="0" w:space="0" w:color="auto"/>
            <w:right w:val="none" w:sz="0" w:space="0" w:color="auto"/>
          </w:divBdr>
        </w:div>
        <w:div w:id="1442458968">
          <w:marLeft w:val="480"/>
          <w:marRight w:val="0"/>
          <w:marTop w:val="0"/>
          <w:marBottom w:val="0"/>
          <w:divBdr>
            <w:top w:val="none" w:sz="0" w:space="0" w:color="auto"/>
            <w:left w:val="none" w:sz="0" w:space="0" w:color="auto"/>
            <w:bottom w:val="none" w:sz="0" w:space="0" w:color="auto"/>
            <w:right w:val="none" w:sz="0" w:space="0" w:color="auto"/>
          </w:divBdr>
        </w:div>
        <w:div w:id="1446845199">
          <w:marLeft w:val="480"/>
          <w:marRight w:val="0"/>
          <w:marTop w:val="0"/>
          <w:marBottom w:val="0"/>
          <w:divBdr>
            <w:top w:val="none" w:sz="0" w:space="0" w:color="auto"/>
            <w:left w:val="none" w:sz="0" w:space="0" w:color="auto"/>
            <w:bottom w:val="none" w:sz="0" w:space="0" w:color="auto"/>
            <w:right w:val="none" w:sz="0" w:space="0" w:color="auto"/>
          </w:divBdr>
        </w:div>
        <w:div w:id="1685092029">
          <w:marLeft w:val="480"/>
          <w:marRight w:val="0"/>
          <w:marTop w:val="0"/>
          <w:marBottom w:val="0"/>
          <w:divBdr>
            <w:top w:val="none" w:sz="0" w:space="0" w:color="auto"/>
            <w:left w:val="none" w:sz="0" w:space="0" w:color="auto"/>
            <w:bottom w:val="none" w:sz="0" w:space="0" w:color="auto"/>
            <w:right w:val="none" w:sz="0" w:space="0" w:color="auto"/>
          </w:divBdr>
        </w:div>
        <w:div w:id="1809009495">
          <w:marLeft w:val="480"/>
          <w:marRight w:val="0"/>
          <w:marTop w:val="0"/>
          <w:marBottom w:val="0"/>
          <w:divBdr>
            <w:top w:val="none" w:sz="0" w:space="0" w:color="auto"/>
            <w:left w:val="none" w:sz="0" w:space="0" w:color="auto"/>
            <w:bottom w:val="none" w:sz="0" w:space="0" w:color="auto"/>
            <w:right w:val="none" w:sz="0" w:space="0" w:color="auto"/>
          </w:divBdr>
        </w:div>
        <w:div w:id="1835295303">
          <w:marLeft w:val="480"/>
          <w:marRight w:val="0"/>
          <w:marTop w:val="0"/>
          <w:marBottom w:val="0"/>
          <w:divBdr>
            <w:top w:val="none" w:sz="0" w:space="0" w:color="auto"/>
            <w:left w:val="none" w:sz="0" w:space="0" w:color="auto"/>
            <w:bottom w:val="none" w:sz="0" w:space="0" w:color="auto"/>
            <w:right w:val="none" w:sz="0" w:space="0" w:color="auto"/>
          </w:divBdr>
        </w:div>
        <w:div w:id="1856383603">
          <w:marLeft w:val="480"/>
          <w:marRight w:val="0"/>
          <w:marTop w:val="0"/>
          <w:marBottom w:val="0"/>
          <w:divBdr>
            <w:top w:val="none" w:sz="0" w:space="0" w:color="auto"/>
            <w:left w:val="none" w:sz="0" w:space="0" w:color="auto"/>
            <w:bottom w:val="none" w:sz="0" w:space="0" w:color="auto"/>
            <w:right w:val="none" w:sz="0" w:space="0" w:color="auto"/>
          </w:divBdr>
        </w:div>
        <w:div w:id="1865291623">
          <w:marLeft w:val="480"/>
          <w:marRight w:val="0"/>
          <w:marTop w:val="0"/>
          <w:marBottom w:val="0"/>
          <w:divBdr>
            <w:top w:val="none" w:sz="0" w:space="0" w:color="auto"/>
            <w:left w:val="none" w:sz="0" w:space="0" w:color="auto"/>
            <w:bottom w:val="none" w:sz="0" w:space="0" w:color="auto"/>
            <w:right w:val="none" w:sz="0" w:space="0" w:color="auto"/>
          </w:divBdr>
        </w:div>
        <w:div w:id="1979652082">
          <w:marLeft w:val="480"/>
          <w:marRight w:val="0"/>
          <w:marTop w:val="0"/>
          <w:marBottom w:val="0"/>
          <w:divBdr>
            <w:top w:val="none" w:sz="0" w:space="0" w:color="auto"/>
            <w:left w:val="none" w:sz="0" w:space="0" w:color="auto"/>
            <w:bottom w:val="none" w:sz="0" w:space="0" w:color="auto"/>
            <w:right w:val="none" w:sz="0" w:space="0" w:color="auto"/>
          </w:divBdr>
        </w:div>
        <w:div w:id="2039157196">
          <w:marLeft w:val="480"/>
          <w:marRight w:val="0"/>
          <w:marTop w:val="0"/>
          <w:marBottom w:val="0"/>
          <w:divBdr>
            <w:top w:val="none" w:sz="0" w:space="0" w:color="auto"/>
            <w:left w:val="none" w:sz="0" w:space="0" w:color="auto"/>
            <w:bottom w:val="none" w:sz="0" w:space="0" w:color="auto"/>
            <w:right w:val="none" w:sz="0" w:space="0" w:color="auto"/>
          </w:divBdr>
        </w:div>
      </w:divsChild>
    </w:div>
    <w:div w:id="2018996670">
      <w:bodyDiv w:val="1"/>
      <w:marLeft w:val="0"/>
      <w:marRight w:val="0"/>
      <w:marTop w:val="0"/>
      <w:marBottom w:val="0"/>
      <w:divBdr>
        <w:top w:val="none" w:sz="0" w:space="0" w:color="auto"/>
        <w:left w:val="none" w:sz="0" w:space="0" w:color="auto"/>
        <w:bottom w:val="none" w:sz="0" w:space="0" w:color="auto"/>
        <w:right w:val="none" w:sz="0" w:space="0" w:color="auto"/>
      </w:divBdr>
      <w:divsChild>
        <w:div w:id="114913160">
          <w:marLeft w:val="480"/>
          <w:marRight w:val="0"/>
          <w:marTop w:val="0"/>
          <w:marBottom w:val="0"/>
          <w:divBdr>
            <w:top w:val="none" w:sz="0" w:space="0" w:color="auto"/>
            <w:left w:val="none" w:sz="0" w:space="0" w:color="auto"/>
            <w:bottom w:val="none" w:sz="0" w:space="0" w:color="auto"/>
            <w:right w:val="none" w:sz="0" w:space="0" w:color="auto"/>
          </w:divBdr>
        </w:div>
        <w:div w:id="371000647">
          <w:marLeft w:val="480"/>
          <w:marRight w:val="0"/>
          <w:marTop w:val="0"/>
          <w:marBottom w:val="0"/>
          <w:divBdr>
            <w:top w:val="none" w:sz="0" w:space="0" w:color="auto"/>
            <w:left w:val="none" w:sz="0" w:space="0" w:color="auto"/>
            <w:bottom w:val="none" w:sz="0" w:space="0" w:color="auto"/>
            <w:right w:val="none" w:sz="0" w:space="0" w:color="auto"/>
          </w:divBdr>
        </w:div>
        <w:div w:id="431586885">
          <w:marLeft w:val="480"/>
          <w:marRight w:val="0"/>
          <w:marTop w:val="0"/>
          <w:marBottom w:val="0"/>
          <w:divBdr>
            <w:top w:val="none" w:sz="0" w:space="0" w:color="auto"/>
            <w:left w:val="none" w:sz="0" w:space="0" w:color="auto"/>
            <w:bottom w:val="none" w:sz="0" w:space="0" w:color="auto"/>
            <w:right w:val="none" w:sz="0" w:space="0" w:color="auto"/>
          </w:divBdr>
        </w:div>
        <w:div w:id="731469270">
          <w:marLeft w:val="480"/>
          <w:marRight w:val="0"/>
          <w:marTop w:val="0"/>
          <w:marBottom w:val="0"/>
          <w:divBdr>
            <w:top w:val="none" w:sz="0" w:space="0" w:color="auto"/>
            <w:left w:val="none" w:sz="0" w:space="0" w:color="auto"/>
            <w:bottom w:val="none" w:sz="0" w:space="0" w:color="auto"/>
            <w:right w:val="none" w:sz="0" w:space="0" w:color="auto"/>
          </w:divBdr>
        </w:div>
        <w:div w:id="919292027">
          <w:marLeft w:val="480"/>
          <w:marRight w:val="0"/>
          <w:marTop w:val="0"/>
          <w:marBottom w:val="0"/>
          <w:divBdr>
            <w:top w:val="none" w:sz="0" w:space="0" w:color="auto"/>
            <w:left w:val="none" w:sz="0" w:space="0" w:color="auto"/>
            <w:bottom w:val="none" w:sz="0" w:space="0" w:color="auto"/>
            <w:right w:val="none" w:sz="0" w:space="0" w:color="auto"/>
          </w:divBdr>
        </w:div>
        <w:div w:id="943075541">
          <w:marLeft w:val="480"/>
          <w:marRight w:val="0"/>
          <w:marTop w:val="0"/>
          <w:marBottom w:val="0"/>
          <w:divBdr>
            <w:top w:val="none" w:sz="0" w:space="0" w:color="auto"/>
            <w:left w:val="none" w:sz="0" w:space="0" w:color="auto"/>
            <w:bottom w:val="none" w:sz="0" w:space="0" w:color="auto"/>
            <w:right w:val="none" w:sz="0" w:space="0" w:color="auto"/>
          </w:divBdr>
        </w:div>
        <w:div w:id="985740950">
          <w:marLeft w:val="480"/>
          <w:marRight w:val="0"/>
          <w:marTop w:val="0"/>
          <w:marBottom w:val="0"/>
          <w:divBdr>
            <w:top w:val="none" w:sz="0" w:space="0" w:color="auto"/>
            <w:left w:val="none" w:sz="0" w:space="0" w:color="auto"/>
            <w:bottom w:val="none" w:sz="0" w:space="0" w:color="auto"/>
            <w:right w:val="none" w:sz="0" w:space="0" w:color="auto"/>
          </w:divBdr>
        </w:div>
        <w:div w:id="1173374827">
          <w:marLeft w:val="480"/>
          <w:marRight w:val="0"/>
          <w:marTop w:val="0"/>
          <w:marBottom w:val="0"/>
          <w:divBdr>
            <w:top w:val="none" w:sz="0" w:space="0" w:color="auto"/>
            <w:left w:val="none" w:sz="0" w:space="0" w:color="auto"/>
            <w:bottom w:val="none" w:sz="0" w:space="0" w:color="auto"/>
            <w:right w:val="none" w:sz="0" w:space="0" w:color="auto"/>
          </w:divBdr>
        </w:div>
        <w:div w:id="1415666017">
          <w:marLeft w:val="480"/>
          <w:marRight w:val="0"/>
          <w:marTop w:val="0"/>
          <w:marBottom w:val="0"/>
          <w:divBdr>
            <w:top w:val="none" w:sz="0" w:space="0" w:color="auto"/>
            <w:left w:val="none" w:sz="0" w:space="0" w:color="auto"/>
            <w:bottom w:val="none" w:sz="0" w:space="0" w:color="auto"/>
            <w:right w:val="none" w:sz="0" w:space="0" w:color="auto"/>
          </w:divBdr>
        </w:div>
      </w:divsChild>
    </w:div>
    <w:div w:id="2019231835">
      <w:bodyDiv w:val="1"/>
      <w:marLeft w:val="0"/>
      <w:marRight w:val="0"/>
      <w:marTop w:val="0"/>
      <w:marBottom w:val="0"/>
      <w:divBdr>
        <w:top w:val="none" w:sz="0" w:space="0" w:color="auto"/>
        <w:left w:val="none" w:sz="0" w:space="0" w:color="auto"/>
        <w:bottom w:val="none" w:sz="0" w:space="0" w:color="auto"/>
        <w:right w:val="none" w:sz="0" w:space="0" w:color="auto"/>
      </w:divBdr>
    </w:div>
    <w:div w:id="2020547076">
      <w:bodyDiv w:val="1"/>
      <w:marLeft w:val="0"/>
      <w:marRight w:val="0"/>
      <w:marTop w:val="0"/>
      <w:marBottom w:val="0"/>
      <w:divBdr>
        <w:top w:val="none" w:sz="0" w:space="0" w:color="auto"/>
        <w:left w:val="none" w:sz="0" w:space="0" w:color="auto"/>
        <w:bottom w:val="none" w:sz="0" w:space="0" w:color="auto"/>
        <w:right w:val="none" w:sz="0" w:space="0" w:color="auto"/>
      </w:divBdr>
    </w:div>
    <w:div w:id="2021420870">
      <w:bodyDiv w:val="1"/>
      <w:marLeft w:val="0"/>
      <w:marRight w:val="0"/>
      <w:marTop w:val="0"/>
      <w:marBottom w:val="0"/>
      <w:divBdr>
        <w:top w:val="none" w:sz="0" w:space="0" w:color="auto"/>
        <w:left w:val="none" w:sz="0" w:space="0" w:color="auto"/>
        <w:bottom w:val="none" w:sz="0" w:space="0" w:color="auto"/>
        <w:right w:val="none" w:sz="0" w:space="0" w:color="auto"/>
      </w:divBdr>
    </w:div>
    <w:div w:id="2023434202">
      <w:bodyDiv w:val="1"/>
      <w:marLeft w:val="0"/>
      <w:marRight w:val="0"/>
      <w:marTop w:val="0"/>
      <w:marBottom w:val="0"/>
      <w:divBdr>
        <w:top w:val="none" w:sz="0" w:space="0" w:color="auto"/>
        <w:left w:val="none" w:sz="0" w:space="0" w:color="auto"/>
        <w:bottom w:val="none" w:sz="0" w:space="0" w:color="auto"/>
        <w:right w:val="none" w:sz="0" w:space="0" w:color="auto"/>
      </w:divBdr>
    </w:div>
    <w:div w:id="2025013937">
      <w:bodyDiv w:val="1"/>
      <w:marLeft w:val="0"/>
      <w:marRight w:val="0"/>
      <w:marTop w:val="0"/>
      <w:marBottom w:val="0"/>
      <w:divBdr>
        <w:top w:val="none" w:sz="0" w:space="0" w:color="auto"/>
        <w:left w:val="none" w:sz="0" w:space="0" w:color="auto"/>
        <w:bottom w:val="none" w:sz="0" w:space="0" w:color="auto"/>
        <w:right w:val="none" w:sz="0" w:space="0" w:color="auto"/>
      </w:divBdr>
      <w:divsChild>
        <w:div w:id="14176">
          <w:marLeft w:val="480"/>
          <w:marRight w:val="0"/>
          <w:marTop w:val="0"/>
          <w:marBottom w:val="0"/>
          <w:divBdr>
            <w:top w:val="none" w:sz="0" w:space="0" w:color="auto"/>
            <w:left w:val="none" w:sz="0" w:space="0" w:color="auto"/>
            <w:bottom w:val="none" w:sz="0" w:space="0" w:color="auto"/>
            <w:right w:val="none" w:sz="0" w:space="0" w:color="auto"/>
          </w:divBdr>
        </w:div>
        <w:div w:id="8408407">
          <w:marLeft w:val="480"/>
          <w:marRight w:val="0"/>
          <w:marTop w:val="0"/>
          <w:marBottom w:val="0"/>
          <w:divBdr>
            <w:top w:val="none" w:sz="0" w:space="0" w:color="auto"/>
            <w:left w:val="none" w:sz="0" w:space="0" w:color="auto"/>
            <w:bottom w:val="none" w:sz="0" w:space="0" w:color="auto"/>
            <w:right w:val="none" w:sz="0" w:space="0" w:color="auto"/>
          </w:divBdr>
        </w:div>
        <w:div w:id="8723869">
          <w:marLeft w:val="480"/>
          <w:marRight w:val="0"/>
          <w:marTop w:val="0"/>
          <w:marBottom w:val="0"/>
          <w:divBdr>
            <w:top w:val="none" w:sz="0" w:space="0" w:color="auto"/>
            <w:left w:val="none" w:sz="0" w:space="0" w:color="auto"/>
            <w:bottom w:val="none" w:sz="0" w:space="0" w:color="auto"/>
            <w:right w:val="none" w:sz="0" w:space="0" w:color="auto"/>
          </w:divBdr>
        </w:div>
        <w:div w:id="32729887">
          <w:marLeft w:val="480"/>
          <w:marRight w:val="0"/>
          <w:marTop w:val="0"/>
          <w:marBottom w:val="0"/>
          <w:divBdr>
            <w:top w:val="none" w:sz="0" w:space="0" w:color="auto"/>
            <w:left w:val="none" w:sz="0" w:space="0" w:color="auto"/>
            <w:bottom w:val="none" w:sz="0" w:space="0" w:color="auto"/>
            <w:right w:val="none" w:sz="0" w:space="0" w:color="auto"/>
          </w:divBdr>
        </w:div>
        <w:div w:id="114754478">
          <w:marLeft w:val="480"/>
          <w:marRight w:val="0"/>
          <w:marTop w:val="0"/>
          <w:marBottom w:val="0"/>
          <w:divBdr>
            <w:top w:val="none" w:sz="0" w:space="0" w:color="auto"/>
            <w:left w:val="none" w:sz="0" w:space="0" w:color="auto"/>
            <w:bottom w:val="none" w:sz="0" w:space="0" w:color="auto"/>
            <w:right w:val="none" w:sz="0" w:space="0" w:color="auto"/>
          </w:divBdr>
        </w:div>
        <w:div w:id="135268751">
          <w:marLeft w:val="480"/>
          <w:marRight w:val="0"/>
          <w:marTop w:val="0"/>
          <w:marBottom w:val="0"/>
          <w:divBdr>
            <w:top w:val="none" w:sz="0" w:space="0" w:color="auto"/>
            <w:left w:val="none" w:sz="0" w:space="0" w:color="auto"/>
            <w:bottom w:val="none" w:sz="0" w:space="0" w:color="auto"/>
            <w:right w:val="none" w:sz="0" w:space="0" w:color="auto"/>
          </w:divBdr>
        </w:div>
        <w:div w:id="141507337">
          <w:marLeft w:val="480"/>
          <w:marRight w:val="0"/>
          <w:marTop w:val="0"/>
          <w:marBottom w:val="0"/>
          <w:divBdr>
            <w:top w:val="none" w:sz="0" w:space="0" w:color="auto"/>
            <w:left w:val="none" w:sz="0" w:space="0" w:color="auto"/>
            <w:bottom w:val="none" w:sz="0" w:space="0" w:color="auto"/>
            <w:right w:val="none" w:sz="0" w:space="0" w:color="auto"/>
          </w:divBdr>
        </w:div>
        <w:div w:id="143468437">
          <w:marLeft w:val="480"/>
          <w:marRight w:val="0"/>
          <w:marTop w:val="0"/>
          <w:marBottom w:val="0"/>
          <w:divBdr>
            <w:top w:val="none" w:sz="0" w:space="0" w:color="auto"/>
            <w:left w:val="none" w:sz="0" w:space="0" w:color="auto"/>
            <w:bottom w:val="none" w:sz="0" w:space="0" w:color="auto"/>
            <w:right w:val="none" w:sz="0" w:space="0" w:color="auto"/>
          </w:divBdr>
        </w:div>
        <w:div w:id="343169677">
          <w:marLeft w:val="480"/>
          <w:marRight w:val="0"/>
          <w:marTop w:val="0"/>
          <w:marBottom w:val="0"/>
          <w:divBdr>
            <w:top w:val="none" w:sz="0" w:space="0" w:color="auto"/>
            <w:left w:val="none" w:sz="0" w:space="0" w:color="auto"/>
            <w:bottom w:val="none" w:sz="0" w:space="0" w:color="auto"/>
            <w:right w:val="none" w:sz="0" w:space="0" w:color="auto"/>
          </w:divBdr>
        </w:div>
        <w:div w:id="368454062">
          <w:marLeft w:val="480"/>
          <w:marRight w:val="0"/>
          <w:marTop w:val="0"/>
          <w:marBottom w:val="0"/>
          <w:divBdr>
            <w:top w:val="none" w:sz="0" w:space="0" w:color="auto"/>
            <w:left w:val="none" w:sz="0" w:space="0" w:color="auto"/>
            <w:bottom w:val="none" w:sz="0" w:space="0" w:color="auto"/>
            <w:right w:val="none" w:sz="0" w:space="0" w:color="auto"/>
          </w:divBdr>
        </w:div>
        <w:div w:id="447551429">
          <w:marLeft w:val="480"/>
          <w:marRight w:val="0"/>
          <w:marTop w:val="0"/>
          <w:marBottom w:val="0"/>
          <w:divBdr>
            <w:top w:val="none" w:sz="0" w:space="0" w:color="auto"/>
            <w:left w:val="none" w:sz="0" w:space="0" w:color="auto"/>
            <w:bottom w:val="none" w:sz="0" w:space="0" w:color="auto"/>
            <w:right w:val="none" w:sz="0" w:space="0" w:color="auto"/>
          </w:divBdr>
        </w:div>
        <w:div w:id="704601931">
          <w:marLeft w:val="480"/>
          <w:marRight w:val="0"/>
          <w:marTop w:val="0"/>
          <w:marBottom w:val="0"/>
          <w:divBdr>
            <w:top w:val="none" w:sz="0" w:space="0" w:color="auto"/>
            <w:left w:val="none" w:sz="0" w:space="0" w:color="auto"/>
            <w:bottom w:val="none" w:sz="0" w:space="0" w:color="auto"/>
            <w:right w:val="none" w:sz="0" w:space="0" w:color="auto"/>
          </w:divBdr>
        </w:div>
        <w:div w:id="937102379">
          <w:marLeft w:val="480"/>
          <w:marRight w:val="0"/>
          <w:marTop w:val="0"/>
          <w:marBottom w:val="0"/>
          <w:divBdr>
            <w:top w:val="none" w:sz="0" w:space="0" w:color="auto"/>
            <w:left w:val="none" w:sz="0" w:space="0" w:color="auto"/>
            <w:bottom w:val="none" w:sz="0" w:space="0" w:color="auto"/>
            <w:right w:val="none" w:sz="0" w:space="0" w:color="auto"/>
          </w:divBdr>
        </w:div>
        <w:div w:id="962685784">
          <w:marLeft w:val="480"/>
          <w:marRight w:val="0"/>
          <w:marTop w:val="0"/>
          <w:marBottom w:val="0"/>
          <w:divBdr>
            <w:top w:val="none" w:sz="0" w:space="0" w:color="auto"/>
            <w:left w:val="none" w:sz="0" w:space="0" w:color="auto"/>
            <w:bottom w:val="none" w:sz="0" w:space="0" w:color="auto"/>
            <w:right w:val="none" w:sz="0" w:space="0" w:color="auto"/>
          </w:divBdr>
        </w:div>
        <w:div w:id="963585189">
          <w:marLeft w:val="480"/>
          <w:marRight w:val="0"/>
          <w:marTop w:val="0"/>
          <w:marBottom w:val="0"/>
          <w:divBdr>
            <w:top w:val="none" w:sz="0" w:space="0" w:color="auto"/>
            <w:left w:val="none" w:sz="0" w:space="0" w:color="auto"/>
            <w:bottom w:val="none" w:sz="0" w:space="0" w:color="auto"/>
            <w:right w:val="none" w:sz="0" w:space="0" w:color="auto"/>
          </w:divBdr>
        </w:div>
        <w:div w:id="1031763663">
          <w:marLeft w:val="480"/>
          <w:marRight w:val="0"/>
          <w:marTop w:val="0"/>
          <w:marBottom w:val="0"/>
          <w:divBdr>
            <w:top w:val="none" w:sz="0" w:space="0" w:color="auto"/>
            <w:left w:val="none" w:sz="0" w:space="0" w:color="auto"/>
            <w:bottom w:val="none" w:sz="0" w:space="0" w:color="auto"/>
            <w:right w:val="none" w:sz="0" w:space="0" w:color="auto"/>
          </w:divBdr>
        </w:div>
        <w:div w:id="1062213784">
          <w:marLeft w:val="480"/>
          <w:marRight w:val="0"/>
          <w:marTop w:val="0"/>
          <w:marBottom w:val="0"/>
          <w:divBdr>
            <w:top w:val="none" w:sz="0" w:space="0" w:color="auto"/>
            <w:left w:val="none" w:sz="0" w:space="0" w:color="auto"/>
            <w:bottom w:val="none" w:sz="0" w:space="0" w:color="auto"/>
            <w:right w:val="none" w:sz="0" w:space="0" w:color="auto"/>
          </w:divBdr>
        </w:div>
        <w:div w:id="1122310815">
          <w:marLeft w:val="480"/>
          <w:marRight w:val="0"/>
          <w:marTop w:val="0"/>
          <w:marBottom w:val="0"/>
          <w:divBdr>
            <w:top w:val="none" w:sz="0" w:space="0" w:color="auto"/>
            <w:left w:val="none" w:sz="0" w:space="0" w:color="auto"/>
            <w:bottom w:val="none" w:sz="0" w:space="0" w:color="auto"/>
            <w:right w:val="none" w:sz="0" w:space="0" w:color="auto"/>
          </w:divBdr>
        </w:div>
        <w:div w:id="1128008438">
          <w:marLeft w:val="480"/>
          <w:marRight w:val="0"/>
          <w:marTop w:val="0"/>
          <w:marBottom w:val="0"/>
          <w:divBdr>
            <w:top w:val="none" w:sz="0" w:space="0" w:color="auto"/>
            <w:left w:val="none" w:sz="0" w:space="0" w:color="auto"/>
            <w:bottom w:val="none" w:sz="0" w:space="0" w:color="auto"/>
            <w:right w:val="none" w:sz="0" w:space="0" w:color="auto"/>
          </w:divBdr>
        </w:div>
        <w:div w:id="1128277734">
          <w:marLeft w:val="480"/>
          <w:marRight w:val="0"/>
          <w:marTop w:val="0"/>
          <w:marBottom w:val="0"/>
          <w:divBdr>
            <w:top w:val="none" w:sz="0" w:space="0" w:color="auto"/>
            <w:left w:val="none" w:sz="0" w:space="0" w:color="auto"/>
            <w:bottom w:val="none" w:sz="0" w:space="0" w:color="auto"/>
            <w:right w:val="none" w:sz="0" w:space="0" w:color="auto"/>
          </w:divBdr>
        </w:div>
        <w:div w:id="1193347357">
          <w:marLeft w:val="480"/>
          <w:marRight w:val="0"/>
          <w:marTop w:val="0"/>
          <w:marBottom w:val="0"/>
          <w:divBdr>
            <w:top w:val="none" w:sz="0" w:space="0" w:color="auto"/>
            <w:left w:val="none" w:sz="0" w:space="0" w:color="auto"/>
            <w:bottom w:val="none" w:sz="0" w:space="0" w:color="auto"/>
            <w:right w:val="none" w:sz="0" w:space="0" w:color="auto"/>
          </w:divBdr>
        </w:div>
        <w:div w:id="1223442679">
          <w:marLeft w:val="480"/>
          <w:marRight w:val="0"/>
          <w:marTop w:val="0"/>
          <w:marBottom w:val="0"/>
          <w:divBdr>
            <w:top w:val="none" w:sz="0" w:space="0" w:color="auto"/>
            <w:left w:val="none" w:sz="0" w:space="0" w:color="auto"/>
            <w:bottom w:val="none" w:sz="0" w:space="0" w:color="auto"/>
            <w:right w:val="none" w:sz="0" w:space="0" w:color="auto"/>
          </w:divBdr>
        </w:div>
        <w:div w:id="1266034620">
          <w:marLeft w:val="480"/>
          <w:marRight w:val="0"/>
          <w:marTop w:val="0"/>
          <w:marBottom w:val="0"/>
          <w:divBdr>
            <w:top w:val="none" w:sz="0" w:space="0" w:color="auto"/>
            <w:left w:val="none" w:sz="0" w:space="0" w:color="auto"/>
            <w:bottom w:val="none" w:sz="0" w:space="0" w:color="auto"/>
            <w:right w:val="none" w:sz="0" w:space="0" w:color="auto"/>
          </w:divBdr>
        </w:div>
        <w:div w:id="1279872631">
          <w:marLeft w:val="480"/>
          <w:marRight w:val="0"/>
          <w:marTop w:val="0"/>
          <w:marBottom w:val="0"/>
          <w:divBdr>
            <w:top w:val="none" w:sz="0" w:space="0" w:color="auto"/>
            <w:left w:val="none" w:sz="0" w:space="0" w:color="auto"/>
            <w:bottom w:val="none" w:sz="0" w:space="0" w:color="auto"/>
            <w:right w:val="none" w:sz="0" w:space="0" w:color="auto"/>
          </w:divBdr>
        </w:div>
        <w:div w:id="1281643324">
          <w:marLeft w:val="480"/>
          <w:marRight w:val="0"/>
          <w:marTop w:val="0"/>
          <w:marBottom w:val="0"/>
          <w:divBdr>
            <w:top w:val="none" w:sz="0" w:space="0" w:color="auto"/>
            <w:left w:val="none" w:sz="0" w:space="0" w:color="auto"/>
            <w:bottom w:val="none" w:sz="0" w:space="0" w:color="auto"/>
            <w:right w:val="none" w:sz="0" w:space="0" w:color="auto"/>
          </w:divBdr>
        </w:div>
        <w:div w:id="1434011211">
          <w:marLeft w:val="480"/>
          <w:marRight w:val="0"/>
          <w:marTop w:val="0"/>
          <w:marBottom w:val="0"/>
          <w:divBdr>
            <w:top w:val="none" w:sz="0" w:space="0" w:color="auto"/>
            <w:left w:val="none" w:sz="0" w:space="0" w:color="auto"/>
            <w:bottom w:val="none" w:sz="0" w:space="0" w:color="auto"/>
            <w:right w:val="none" w:sz="0" w:space="0" w:color="auto"/>
          </w:divBdr>
        </w:div>
        <w:div w:id="1445467406">
          <w:marLeft w:val="480"/>
          <w:marRight w:val="0"/>
          <w:marTop w:val="0"/>
          <w:marBottom w:val="0"/>
          <w:divBdr>
            <w:top w:val="none" w:sz="0" w:space="0" w:color="auto"/>
            <w:left w:val="none" w:sz="0" w:space="0" w:color="auto"/>
            <w:bottom w:val="none" w:sz="0" w:space="0" w:color="auto"/>
            <w:right w:val="none" w:sz="0" w:space="0" w:color="auto"/>
          </w:divBdr>
        </w:div>
        <w:div w:id="1520853955">
          <w:marLeft w:val="480"/>
          <w:marRight w:val="0"/>
          <w:marTop w:val="0"/>
          <w:marBottom w:val="0"/>
          <w:divBdr>
            <w:top w:val="none" w:sz="0" w:space="0" w:color="auto"/>
            <w:left w:val="none" w:sz="0" w:space="0" w:color="auto"/>
            <w:bottom w:val="none" w:sz="0" w:space="0" w:color="auto"/>
            <w:right w:val="none" w:sz="0" w:space="0" w:color="auto"/>
          </w:divBdr>
        </w:div>
        <w:div w:id="1565413039">
          <w:marLeft w:val="480"/>
          <w:marRight w:val="0"/>
          <w:marTop w:val="0"/>
          <w:marBottom w:val="0"/>
          <w:divBdr>
            <w:top w:val="none" w:sz="0" w:space="0" w:color="auto"/>
            <w:left w:val="none" w:sz="0" w:space="0" w:color="auto"/>
            <w:bottom w:val="none" w:sz="0" w:space="0" w:color="auto"/>
            <w:right w:val="none" w:sz="0" w:space="0" w:color="auto"/>
          </w:divBdr>
        </w:div>
        <w:div w:id="1626621199">
          <w:marLeft w:val="480"/>
          <w:marRight w:val="0"/>
          <w:marTop w:val="0"/>
          <w:marBottom w:val="0"/>
          <w:divBdr>
            <w:top w:val="none" w:sz="0" w:space="0" w:color="auto"/>
            <w:left w:val="none" w:sz="0" w:space="0" w:color="auto"/>
            <w:bottom w:val="none" w:sz="0" w:space="0" w:color="auto"/>
            <w:right w:val="none" w:sz="0" w:space="0" w:color="auto"/>
          </w:divBdr>
        </w:div>
        <w:div w:id="1732996608">
          <w:marLeft w:val="480"/>
          <w:marRight w:val="0"/>
          <w:marTop w:val="0"/>
          <w:marBottom w:val="0"/>
          <w:divBdr>
            <w:top w:val="none" w:sz="0" w:space="0" w:color="auto"/>
            <w:left w:val="none" w:sz="0" w:space="0" w:color="auto"/>
            <w:bottom w:val="none" w:sz="0" w:space="0" w:color="auto"/>
            <w:right w:val="none" w:sz="0" w:space="0" w:color="auto"/>
          </w:divBdr>
        </w:div>
        <w:div w:id="1736968929">
          <w:marLeft w:val="480"/>
          <w:marRight w:val="0"/>
          <w:marTop w:val="0"/>
          <w:marBottom w:val="0"/>
          <w:divBdr>
            <w:top w:val="none" w:sz="0" w:space="0" w:color="auto"/>
            <w:left w:val="none" w:sz="0" w:space="0" w:color="auto"/>
            <w:bottom w:val="none" w:sz="0" w:space="0" w:color="auto"/>
            <w:right w:val="none" w:sz="0" w:space="0" w:color="auto"/>
          </w:divBdr>
        </w:div>
        <w:div w:id="1788356897">
          <w:marLeft w:val="480"/>
          <w:marRight w:val="0"/>
          <w:marTop w:val="0"/>
          <w:marBottom w:val="0"/>
          <w:divBdr>
            <w:top w:val="none" w:sz="0" w:space="0" w:color="auto"/>
            <w:left w:val="none" w:sz="0" w:space="0" w:color="auto"/>
            <w:bottom w:val="none" w:sz="0" w:space="0" w:color="auto"/>
            <w:right w:val="none" w:sz="0" w:space="0" w:color="auto"/>
          </w:divBdr>
        </w:div>
        <w:div w:id="1808552641">
          <w:marLeft w:val="480"/>
          <w:marRight w:val="0"/>
          <w:marTop w:val="0"/>
          <w:marBottom w:val="0"/>
          <w:divBdr>
            <w:top w:val="none" w:sz="0" w:space="0" w:color="auto"/>
            <w:left w:val="none" w:sz="0" w:space="0" w:color="auto"/>
            <w:bottom w:val="none" w:sz="0" w:space="0" w:color="auto"/>
            <w:right w:val="none" w:sz="0" w:space="0" w:color="auto"/>
          </w:divBdr>
        </w:div>
        <w:div w:id="1851752079">
          <w:marLeft w:val="480"/>
          <w:marRight w:val="0"/>
          <w:marTop w:val="0"/>
          <w:marBottom w:val="0"/>
          <w:divBdr>
            <w:top w:val="none" w:sz="0" w:space="0" w:color="auto"/>
            <w:left w:val="none" w:sz="0" w:space="0" w:color="auto"/>
            <w:bottom w:val="none" w:sz="0" w:space="0" w:color="auto"/>
            <w:right w:val="none" w:sz="0" w:space="0" w:color="auto"/>
          </w:divBdr>
        </w:div>
        <w:div w:id="1864174335">
          <w:marLeft w:val="480"/>
          <w:marRight w:val="0"/>
          <w:marTop w:val="0"/>
          <w:marBottom w:val="0"/>
          <w:divBdr>
            <w:top w:val="none" w:sz="0" w:space="0" w:color="auto"/>
            <w:left w:val="none" w:sz="0" w:space="0" w:color="auto"/>
            <w:bottom w:val="none" w:sz="0" w:space="0" w:color="auto"/>
            <w:right w:val="none" w:sz="0" w:space="0" w:color="auto"/>
          </w:divBdr>
        </w:div>
        <w:div w:id="2007050527">
          <w:marLeft w:val="480"/>
          <w:marRight w:val="0"/>
          <w:marTop w:val="0"/>
          <w:marBottom w:val="0"/>
          <w:divBdr>
            <w:top w:val="none" w:sz="0" w:space="0" w:color="auto"/>
            <w:left w:val="none" w:sz="0" w:space="0" w:color="auto"/>
            <w:bottom w:val="none" w:sz="0" w:space="0" w:color="auto"/>
            <w:right w:val="none" w:sz="0" w:space="0" w:color="auto"/>
          </w:divBdr>
        </w:div>
        <w:div w:id="2028291387">
          <w:marLeft w:val="480"/>
          <w:marRight w:val="0"/>
          <w:marTop w:val="0"/>
          <w:marBottom w:val="0"/>
          <w:divBdr>
            <w:top w:val="none" w:sz="0" w:space="0" w:color="auto"/>
            <w:left w:val="none" w:sz="0" w:space="0" w:color="auto"/>
            <w:bottom w:val="none" w:sz="0" w:space="0" w:color="auto"/>
            <w:right w:val="none" w:sz="0" w:space="0" w:color="auto"/>
          </w:divBdr>
        </w:div>
        <w:div w:id="2092577942">
          <w:marLeft w:val="480"/>
          <w:marRight w:val="0"/>
          <w:marTop w:val="0"/>
          <w:marBottom w:val="0"/>
          <w:divBdr>
            <w:top w:val="none" w:sz="0" w:space="0" w:color="auto"/>
            <w:left w:val="none" w:sz="0" w:space="0" w:color="auto"/>
            <w:bottom w:val="none" w:sz="0" w:space="0" w:color="auto"/>
            <w:right w:val="none" w:sz="0" w:space="0" w:color="auto"/>
          </w:divBdr>
        </w:div>
        <w:div w:id="2109233000">
          <w:marLeft w:val="480"/>
          <w:marRight w:val="0"/>
          <w:marTop w:val="0"/>
          <w:marBottom w:val="0"/>
          <w:divBdr>
            <w:top w:val="none" w:sz="0" w:space="0" w:color="auto"/>
            <w:left w:val="none" w:sz="0" w:space="0" w:color="auto"/>
            <w:bottom w:val="none" w:sz="0" w:space="0" w:color="auto"/>
            <w:right w:val="none" w:sz="0" w:space="0" w:color="auto"/>
          </w:divBdr>
        </w:div>
      </w:divsChild>
    </w:div>
    <w:div w:id="2026780294">
      <w:bodyDiv w:val="1"/>
      <w:marLeft w:val="0"/>
      <w:marRight w:val="0"/>
      <w:marTop w:val="0"/>
      <w:marBottom w:val="0"/>
      <w:divBdr>
        <w:top w:val="none" w:sz="0" w:space="0" w:color="auto"/>
        <w:left w:val="none" w:sz="0" w:space="0" w:color="auto"/>
        <w:bottom w:val="none" w:sz="0" w:space="0" w:color="auto"/>
        <w:right w:val="none" w:sz="0" w:space="0" w:color="auto"/>
      </w:divBdr>
      <w:divsChild>
        <w:div w:id="114713896">
          <w:marLeft w:val="480"/>
          <w:marRight w:val="0"/>
          <w:marTop w:val="0"/>
          <w:marBottom w:val="0"/>
          <w:divBdr>
            <w:top w:val="none" w:sz="0" w:space="0" w:color="auto"/>
            <w:left w:val="none" w:sz="0" w:space="0" w:color="auto"/>
            <w:bottom w:val="none" w:sz="0" w:space="0" w:color="auto"/>
            <w:right w:val="none" w:sz="0" w:space="0" w:color="auto"/>
          </w:divBdr>
        </w:div>
        <w:div w:id="154103721">
          <w:marLeft w:val="480"/>
          <w:marRight w:val="0"/>
          <w:marTop w:val="0"/>
          <w:marBottom w:val="0"/>
          <w:divBdr>
            <w:top w:val="none" w:sz="0" w:space="0" w:color="auto"/>
            <w:left w:val="none" w:sz="0" w:space="0" w:color="auto"/>
            <w:bottom w:val="none" w:sz="0" w:space="0" w:color="auto"/>
            <w:right w:val="none" w:sz="0" w:space="0" w:color="auto"/>
          </w:divBdr>
        </w:div>
        <w:div w:id="170994871">
          <w:marLeft w:val="480"/>
          <w:marRight w:val="0"/>
          <w:marTop w:val="0"/>
          <w:marBottom w:val="0"/>
          <w:divBdr>
            <w:top w:val="none" w:sz="0" w:space="0" w:color="auto"/>
            <w:left w:val="none" w:sz="0" w:space="0" w:color="auto"/>
            <w:bottom w:val="none" w:sz="0" w:space="0" w:color="auto"/>
            <w:right w:val="none" w:sz="0" w:space="0" w:color="auto"/>
          </w:divBdr>
        </w:div>
        <w:div w:id="245530090">
          <w:marLeft w:val="480"/>
          <w:marRight w:val="0"/>
          <w:marTop w:val="0"/>
          <w:marBottom w:val="0"/>
          <w:divBdr>
            <w:top w:val="none" w:sz="0" w:space="0" w:color="auto"/>
            <w:left w:val="none" w:sz="0" w:space="0" w:color="auto"/>
            <w:bottom w:val="none" w:sz="0" w:space="0" w:color="auto"/>
            <w:right w:val="none" w:sz="0" w:space="0" w:color="auto"/>
          </w:divBdr>
        </w:div>
        <w:div w:id="295331744">
          <w:marLeft w:val="480"/>
          <w:marRight w:val="0"/>
          <w:marTop w:val="0"/>
          <w:marBottom w:val="0"/>
          <w:divBdr>
            <w:top w:val="none" w:sz="0" w:space="0" w:color="auto"/>
            <w:left w:val="none" w:sz="0" w:space="0" w:color="auto"/>
            <w:bottom w:val="none" w:sz="0" w:space="0" w:color="auto"/>
            <w:right w:val="none" w:sz="0" w:space="0" w:color="auto"/>
          </w:divBdr>
        </w:div>
        <w:div w:id="301542867">
          <w:marLeft w:val="480"/>
          <w:marRight w:val="0"/>
          <w:marTop w:val="0"/>
          <w:marBottom w:val="0"/>
          <w:divBdr>
            <w:top w:val="none" w:sz="0" w:space="0" w:color="auto"/>
            <w:left w:val="none" w:sz="0" w:space="0" w:color="auto"/>
            <w:bottom w:val="none" w:sz="0" w:space="0" w:color="auto"/>
            <w:right w:val="none" w:sz="0" w:space="0" w:color="auto"/>
          </w:divBdr>
        </w:div>
        <w:div w:id="383606347">
          <w:marLeft w:val="480"/>
          <w:marRight w:val="0"/>
          <w:marTop w:val="0"/>
          <w:marBottom w:val="0"/>
          <w:divBdr>
            <w:top w:val="none" w:sz="0" w:space="0" w:color="auto"/>
            <w:left w:val="none" w:sz="0" w:space="0" w:color="auto"/>
            <w:bottom w:val="none" w:sz="0" w:space="0" w:color="auto"/>
            <w:right w:val="none" w:sz="0" w:space="0" w:color="auto"/>
          </w:divBdr>
        </w:div>
        <w:div w:id="549733756">
          <w:marLeft w:val="480"/>
          <w:marRight w:val="0"/>
          <w:marTop w:val="0"/>
          <w:marBottom w:val="0"/>
          <w:divBdr>
            <w:top w:val="none" w:sz="0" w:space="0" w:color="auto"/>
            <w:left w:val="none" w:sz="0" w:space="0" w:color="auto"/>
            <w:bottom w:val="none" w:sz="0" w:space="0" w:color="auto"/>
            <w:right w:val="none" w:sz="0" w:space="0" w:color="auto"/>
          </w:divBdr>
        </w:div>
        <w:div w:id="599606041">
          <w:marLeft w:val="480"/>
          <w:marRight w:val="0"/>
          <w:marTop w:val="0"/>
          <w:marBottom w:val="0"/>
          <w:divBdr>
            <w:top w:val="none" w:sz="0" w:space="0" w:color="auto"/>
            <w:left w:val="none" w:sz="0" w:space="0" w:color="auto"/>
            <w:bottom w:val="none" w:sz="0" w:space="0" w:color="auto"/>
            <w:right w:val="none" w:sz="0" w:space="0" w:color="auto"/>
          </w:divBdr>
        </w:div>
        <w:div w:id="649142229">
          <w:marLeft w:val="480"/>
          <w:marRight w:val="0"/>
          <w:marTop w:val="0"/>
          <w:marBottom w:val="0"/>
          <w:divBdr>
            <w:top w:val="none" w:sz="0" w:space="0" w:color="auto"/>
            <w:left w:val="none" w:sz="0" w:space="0" w:color="auto"/>
            <w:bottom w:val="none" w:sz="0" w:space="0" w:color="auto"/>
            <w:right w:val="none" w:sz="0" w:space="0" w:color="auto"/>
          </w:divBdr>
        </w:div>
        <w:div w:id="677540101">
          <w:marLeft w:val="480"/>
          <w:marRight w:val="0"/>
          <w:marTop w:val="0"/>
          <w:marBottom w:val="0"/>
          <w:divBdr>
            <w:top w:val="none" w:sz="0" w:space="0" w:color="auto"/>
            <w:left w:val="none" w:sz="0" w:space="0" w:color="auto"/>
            <w:bottom w:val="none" w:sz="0" w:space="0" w:color="auto"/>
            <w:right w:val="none" w:sz="0" w:space="0" w:color="auto"/>
          </w:divBdr>
        </w:div>
        <w:div w:id="714743314">
          <w:marLeft w:val="480"/>
          <w:marRight w:val="0"/>
          <w:marTop w:val="0"/>
          <w:marBottom w:val="0"/>
          <w:divBdr>
            <w:top w:val="none" w:sz="0" w:space="0" w:color="auto"/>
            <w:left w:val="none" w:sz="0" w:space="0" w:color="auto"/>
            <w:bottom w:val="none" w:sz="0" w:space="0" w:color="auto"/>
            <w:right w:val="none" w:sz="0" w:space="0" w:color="auto"/>
          </w:divBdr>
        </w:div>
        <w:div w:id="812479148">
          <w:marLeft w:val="480"/>
          <w:marRight w:val="0"/>
          <w:marTop w:val="0"/>
          <w:marBottom w:val="0"/>
          <w:divBdr>
            <w:top w:val="none" w:sz="0" w:space="0" w:color="auto"/>
            <w:left w:val="none" w:sz="0" w:space="0" w:color="auto"/>
            <w:bottom w:val="none" w:sz="0" w:space="0" w:color="auto"/>
            <w:right w:val="none" w:sz="0" w:space="0" w:color="auto"/>
          </w:divBdr>
        </w:div>
        <w:div w:id="837042894">
          <w:marLeft w:val="480"/>
          <w:marRight w:val="0"/>
          <w:marTop w:val="0"/>
          <w:marBottom w:val="0"/>
          <w:divBdr>
            <w:top w:val="none" w:sz="0" w:space="0" w:color="auto"/>
            <w:left w:val="none" w:sz="0" w:space="0" w:color="auto"/>
            <w:bottom w:val="none" w:sz="0" w:space="0" w:color="auto"/>
            <w:right w:val="none" w:sz="0" w:space="0" w:color="auto"/>
          </w:divBdr>
        </w:div>
        <w:div w:id="894970265">
          <w:marLeft w:val="480"/>
          <w:marRight w:val="0"/>
          <w:marTop w:val="0"/>
          <w:marBottom w:val="0"/>
          <w:divBdr>
            <w:top w:val="none" w:sz="0" w:space="0" w:color="auto"/>
            <w:left w:val="none" w:sz="0" w:space="0" w:color="auto"/>
            <w:bottom w:val="none" w:sz="0" w:space="0" w:color="auto"/>
            <w:right w:val="none" w:sz="0" w:space="0" w:color="auto"/>
          </w:divBdr>
        </w:div>
        <w:div w:id="914439868">
          <w:marLeft w:val="480"/>
          <w:marRight w:val="0"/>
          <w:marTop w:val="0"/>
          <w:marBottom w:val="0"/>
          <w:divBdr>
            <w:top w:val="none" w:sz="0" w:space="0" w:color="auto"/>
            <w:left w:val="none" w:sz="0" w:space="0" w:color="auto"/>
            <w:bottom w:val="none" w:sz="0" w:space="0" w:color="auto"/>
            <w:right w:val="none" w:sz="0" w:space="0" w:color="auto"/>
          </w:divBdr>
        </w:div>
        <w:div w:id="1155759486">
          <w:marLeft w:val="480"/>
          <w:marRight w:val="0"/>
          <w:marTop w:val="0"/>
          <w:marBottom w:val="0"/>
          <w:divBdr>
            <w:top w:val="none" w:sz="0" w:space="0" w:color="auto"/>
            <w:left w:val="none" w:sz="0" w:space="0" w:color="auto"/>
            <w:bottom w:val="none" w:sz="0" w:space="0" w:color="auto"/>
            <w:right w:val="none" w:sz="0" w:space="0" w:color="auto"/>
          </w:divBdr>
        </w:div>
        <w:div w:id="1288051259">
          <w:marLeft w:val="480"/>
          <w:marRight w:val="0"/>
          <w:marTop w:val="0"/>
          <w:marBottom w:val="0"/>
          <w:divBdr>
            <w:top w:val="none" w:sz="0" w:space="0" w:color="auto"/>
            <w:left w:val="none" w:sz="0" w:space="0" w:color="auto"/>
            <w:bottom w:val="none" w:sz="0" w:space="0" w:color="auto"/>
            <w:right w:val="none" w:sz="0" w:space="0" w:color="auto"/>
          </w:divBdr>
        </w:div>
        <w:div w:id="1353919476">
          <w:marLeft w:val="480"/>
          <w:marRight w:val="0"/>
          <w:marTop w:val="0"/>
          <w:marBottom w:val="0"/>
          <w:divBdr>
            <w:top w:val="none" w:sz="0" w:space="0" w:color="auto"/>
            <w:left w:val="none" w:sz="0" w:space="0" w:color="auto"/>
            <w:bottom w:val="none" w:sz="0" w:space="0" w:color="auto"/>
            <w:right w:val="none" w:sz="0" w:space="0" w:color="auto"/>
          </w:divBdr>
        </w:div>
        <w:div w:id="1440183084">
          <w:marLeft w:val="480"/>
          <w:marRight w:val="0"/>
          <w:marTop w:val="0"/>
          <w:marBottom w:val="0"/>
          <w:divBdr>
            <w:top w:val="none" w:sz="0" w:space="0" w:color="auto"/>
            <w:left w:val="none" w:sz="0" w:space="0" w:color="auto"/>
            <w:bottom w:val="none" w:sz="0" w:space="0" w:color="auto"/>
            <w:right w:val="none" w:sz="0" w:space="0" w:color="auto"/>
          </w:divBdr>
        </w:div>
        <w:div w:id="1480536477">
          <w:marLeft w:val="480"/>
          <w:marRight w:val="0"/>
          <w:marTop w:val="0"/>
          <w:marBottom w:val="0"/>
          <w:divBdr>
            <w:top w:val="none" w:sz="0" w:space="0" w:color="auto"/>
            <w:left w:val="none" w:sz="0" w:space="0" w:color="auto"/>
            <w:bottom w:val="none" w:sz="0" w:space="0" w:color="auto"/>
            <w:right w:val="none" w:sz="0" w:space="0" w:color="auto"/>
          </w:divBdr>
        </w:div>
        <w:div w:id="1481385360">
          <w:marLeft w:val="480"/>
          <w:marRight w:val="0"/>
          <w:marTop w:val="0"/>
          <w:marBottom w:val="0"/>
          <w:divBdr>
            <w:top w:val="none" w:sz="0" w:space="0" w:color="auto"/>
            <w:left w:val="none" w:sz="0" w:space="0" w:color="auto"/>
            <w:bottom w:val="none" w:sz="0" w:space="0" w:color="auto"/>
            <w:right w:val="none" w:sz="0" w:space="0" w:color="auto"/>
          </w:divBdr>
        </w:div>
        <w:div w:id="1562672600">
          <w:marLeft w:val="480"/>
          <w:marRight w:val="0"/>
          <w:marTop w:val="0"/>
          <w:marBottom w:val="0"/>
          <w:divBdr>
            <w:top w:val="none" w:sz="0" w:space="0" w:color="auto"/>
            <w:left w:val="none" w:sz="0" w:space="0" w:color="auto"/>
            <w:bottom w:val="none" w:sz="0" w:space="0" w:color="auto"/>
            <w:right w:val="none" w:sz="0" w:space="0" w:color="auto"/>
          </w:divBdr>
        </w:div>
        <w:div w:id="1565216692">
          <w:marLeft w:val="480"/>
          <w:marRight w:val="0"/>
          <w:marTop w:val="0"/>
          <w:marBottom w:val="0"/>
          <w:divBdr>
            <w:top w:val="none" w:sz="0" w:space="0" w:color="auto"/>
            <w:left w:val="none" w:sz="0" w:space="0" w:color="auto"/>
            <w:bottom w:val="none" w:sz="0" w:space="0" w:color="auto"/>
            <w:right w:val="none" w:sz="0" w:space="0" w:color="auto"/>
          </w:divBdr>
        </w:div>
        <w:div w:id="1829325777">
          <w:marLeft w:val="480"/>
          <w:marRight w:val="0"/>
          <w:marTop w:val="0"/>
          <w:marBottom w:val="0"/>
          <w:divBdr>
            <w:top w:val="none" w:sz="0" w:space="0" w:color="auto"/>
            <w:left w:val="none" w:sz="0" w:space="0" w:color="auto"/>
            <w:bottom w:val="none" w:sz="0" w:space="0" w:color="auto"/>
            <w:right w:val="none" w:sz="0" w:space="0" w:color="auto"/>
          </w:divBdr>
        </w:div>
        <w:div w:id="1843425706">
          <w:marLeft w:val="480"/>
          <w:marRight w:val="0"/>
          <w:marTop w:val="0"/>
          <w:marBottom w:val="0"/>
          <w:divBdr>
            <w:top w:val="none" w:sz="0" w:space="0" w:color="auto"/>
            <w:left w:val="none" w:sz="0" w:space="0" w:color="auto"/>
            <w:bottom w:val="none" w:sz="0" w:space="0" w:color="auto"/>
            <w:right w:val="none" w:sz="0" w:space="0" w:color="auto"/>
          </w:divBdr>
        </w:div>
        <w:div w:id="1869220145">
          <w:marLeft w:val="480"/>
          <w:marRight w:val="0"/>
          <w:marTop w:val="0"/>
          <w:marBottom w:val="0"/>
          <w:divBdr>
            <w:top w:val="none" w:sz="0" w:space="0" w:color="auto"/>
            <w:left w:val="none" w:sz="0" w:space="0" w:color="auto"/>
            <w:bottom w:val="none" w:sz="0" w:space="0" w:color="auto"/>
            <w:right w:val="none" w:sz="0" w:space="0" w:color="auto"/>
          </w:divBdr>
        </w:div>
        <w:div w:id="2032337512">
          <w:marLeft w:val="480"/>
          <w:marRight w:val="0"/>
          <w:marTop w:val="0"/>
          <w:marBottom w:val="0"/>
          <w:divBdr>
            <w:top w:val="none" w:sz="0" w:space="0" w:color="auto"/>
            <w:left w:val="none" w:sz="0" w:space="0" w:color="auto"/>
            <w:bottom w:val="none" w:sz="0" w:space="0" w:color="auto"/>
            <w:right w:val="none" w:sz="0" w:space="0" w:color="auto"/>
          </w:divBdr>
        </w:div>
      </w:divsChild>
    </w:div>
    <w:div w:id="2027244887">
      <w:bodyDiv w:val="1"/>
      <w:marLeft w:val="0"/>
      <w:marRight w:val="0"/>
      <w:marTop w:val="0"/>
      <w:marBottom w:val="0"/>
      <w:divBdr>
        <w:top w:val="none" w:sz="0" w:space="0" w:color="auto"/>
        <w:left w:val="none" w:sz="0" w:space="0" w:color="auto"/>
        <w:bottom w:val="none" w:sz="0" w:space="0" w:color="auto"/>
        <w:right w:val="none" w:sz="0" w:space="0" w:color="auto"/>
      </w:divBdr>
    </w:div>
    <w:div w:id="2028097215">
      <w:bodyDiv w:val="1"/>
      <w:marLeft w:val="0"/>
      <w:marRight w:val="0"/>
      <w:marTop w:val="0"/>
      <w:marBottom w:val="0"/>
      <w:divBdr>
        <w:top w:val="none" w:sz="0" w:space="0" w:color="auto"/>
        <w:left w:val="none" w:sz="0" w:space="0" w:color="auto"/>
        <w:bottom w:val="none" w:sz="0" w:space="0" w:color="auto"/>
        <w:right w:val="none" w:sz="0" w:space="0" w:color="auto"/>
      </w:divBdr>
    </w:div>
    <w:div w:id="2029060160">
      <w:bodyDiv w:val="1"/>
      <w:marLeft w:val="0"/>
      <w:marRight w:val="0"/>
      <w:marTop w:val="0"/>
      <w:marBottom w:val="0"/>
      <w:divBdr>
        <w:top w:val="none" w:sz="0" w:space="0" w:color="auto"/>
        <w:left w:val="none" w:sz="0" w:space="0" w:color="auto"/>
        <w:bottom w:val="none" w:sz="0" w:space="0" w:color="auto"/>
        <w:right w:val="none" w:sz="0" w:space="0" w:color="auto"/>
      </w:divBdr>
    </w:div>
    <w:div w:id="2030134737">
      <w:bodyDiv w:val="1"/>
      <w:marLeft w:val="0"/>
      <w:marRight w:val="0"/>
      <w:marTop w:val="0"/>
      <w:marBottom w:val="0"/>
      <w:divBdr>
        <w:top w:val="none" w:sz="0" w:space="0" w:color="auto"/>
        <w:left w:val="none" w:sz="0" w:space="0" w:color="auto"/>
        <w:bottom w:val="none" w:sz="0" w:space="0" w:color="auto"/>
        <w:right w:val="none" w:sz="0" w:space="0" w:color="auto"/>
      </w:divBdr>
    </w:div>
    <w:div w:id="2032799794">
      <w:bodyDiv w:val="1"/>
      <w:marLeft w:val="0"/>
      <w:marRight w:val="0"/>
      <w:marTop w:val="0"/>
      <w:marBottom w:val="0"/>
      <w:divBdr>
        <w:top w:val="none" w:sz="0" w:space="0" w:color="auto"/>
        <w:left w:val="none" w:sz="0" w:space="0" w:color="auto"/>
        <w:bottom w:val="none" w:sz="0" w:space="0" w:color="auto"/>
        <w:right w:val="none" w:sz="0" w:space="0" w:color="auto"/>
      </w:divBdr>
    </w:div>
    <w:div w:id="2033678055">
      <w:bodyDiv w:val="1"/>
      <w:marLeft w:val="0"/>
      <w:marRight w:val="0"/>
      <w:marTop w:val="0"/>
      <w:marBottom w:val="0"/>
      <w:divBdr>
        <w:top w:val="none" w:sz="0" w:space="0" w:color="auto"/>
        <w:left w:val="none" w:sz="0" w:space="0" w:color="auto"/>
        <w:bottom w:val="none" w:sz="0" w:space="0" w:color="auto"/>
        <w:right w:val="none" w:sz="0" w:space="0" w:color="auto"/>
      </w:divBdr>
    </w:div>
    <w:div w:id="2034450372">
      <w:bodyDiv w:val="1"/>
      <w:marLeft w:val="0"/>
      <w:marRight w:val="0"/>
      <w:marTop w:val="0"/>
      <w:marBottom w:val="0"/>
      <w:divBdr>
        <w:top w:val="none" w:sz="0" w:space="0" w:color="auto"/>
        <w:left w:val="none" w:sz="0" w:space="0" w:color="auto"/>
        <w:bottom w:val="none" w:sz="0" w:space="0" w:color="auto"/>
        <w:right w:val="none" w:sz="0" w:space="0" w:color="auto"/>
      </w:divBdr>
    </w:div>
    <w:div w:id="2035039320">
      <w:bodyDiv w:val="1"/>
      <w:marLeft w:val="0"/>
      <w:marRight w:val="0"/>
      <w:marTop w:val="0"/>
      <w:marBottom w:val="0"/>
      <w:divBdr>
        <w:top w:val="none" w:sz="0" w:space="0" w:color="auto"/>
        <w:left w:val="none" w:sz="0" w:space="0" w:color="auto"/>
        <w:bottom w:val="none" w:sz="0" w:space="0" w:color="auto"/>
        <w:right w:val="none" w:sz="0" w:space="0" w:color="auto"/>
      </w:divBdr>
    </w:div>
    <w:div w:id="2036491927">
      <w:bodyDiv w:val="1"/>
      <w:marLeft w:val="0"/>
      <w:marRight w:val="0"/>
      <w:marTop w:val="0"/>
      <w:marBottom w:val="0"/>
      <w:divBdr>
        <w:top w:val="none" w:sz="0" w:space="0" w:color="auto"/>
        <w:left w:val="none" w:sz="0" w:space="0" w:color="auto"/>
        <w:bottom w:val="none" w:sz="0" w:space="0" w:color="auto"/>
        <w:right w:val="none" w:sz="0" w:space="0" w:color="auto"/>
      </w:divBdr>
    </w:div>
    <w:div w:id="2036802586">
      <w:bodyDiv w:val="1"/>
      <w:marLeft w:val="0"/>
      <w:marRight w:val="0"/>
      <w:marTop w:val="0"/>
      <w:marBottom w:val="0"/>
      <w:divBdr>
        <w:top w:val="none" w:sz="0" w:space="0" w:color="auto"/>
        <w:left w:val="none" w:sz="0" w:space="0" w:color="auto"/>
        <w:bottom w:val="none" w:sz="0" w:space="0" w:color="auto"/>
        <w:right w:val="none" w:sz="0" w:space="0" w:color="auto"/>
      </w:divBdr>
      <w:divsChild>
        <w:div w:id="16277604">
          <w:marLeft w:val="480"/>
          <w:marRight w:val="0"/>
          <w:marTop w:val="0"/>
          <w:marBottom w:val="0"/>
          <w:divBdr>
            <w:top w:val="none" w:sz="0" w:space="0" w:color="auto"/>
            <w:left w:val="none" w:sz="0" w:space="0" w:color="auto"/>
            <w:bottom w:val="none" w:sz="0" w:space="0" w:color="auto"/>
            <w:right w:val="none" w:sz="0" w:space="0" w:color="auto"/>
          </w:divBdr>
        </w:div>
        <w:div w:id="129979709">
          <w:marLeft w:val="480"/>
          <w:marRight w:val="0"/>
          <w:marTop w:val="0"/>
          <w:marBottom w:val="0"/>
          <w:divBdr>
            <w:top w:val="none" w:sz="0" w:space="0" w:color="auto"/>
            <w:left w:val="none" w:sz="0" w:space="0" w:color="auto"/>
            <w:bottom w:val="none" w:sz="0" w:space="0" w:color="auto"/>
            <w:right w:val="none" w:sz="0" w:space="0" w:color="auto"/>
          </w:divBdr>
        </w:div>
        <w:div w:id="309021233">
          <w:marLeft w:val="480"/>
          <w:marRight w:val="0"/>
          <w:marTop w:val="0"/>
          <w:marBottom w:val="0"/>
          <w:divBdr>
            <w:top w:val="none" w:sz="0" w:space="0" w:color="auto"/>
            <w:left w:val="none" w:sz="0" w:space="0" w:color="auto"/>
            <w:bottom w:val="none" w:sz="0" w:space="0" w:color="auto"/>
            <w:right w:val="none" w:sz="0" w:space="0" w:color="auto"/>
          </w:divBdr>
        </w:div>
        <w:div w:id="329870123">
          <w:marLeft w:val="480"/>
          <w:marRight w:val="0"/>
          <w:marTop w:val="0"/>
          <w:marBottom w:val="0"/>
          <w:divBdr>
            <w:top w:val="none" w:sz="0" w:space="0" w:color="auto"/>
            <w:left w:val="none" w:sz="0" w:space="0" w:color="auto"/>
            <w:bottom w:val="none" w:sz="0" w:space="0" w:color="auto"/>
            <w:right w:val="none" w:sz="0" w:space="0" w:color="auto"/>
          </w:divBdr>
        </w:div>
        <w:div w:id="527254613">
          <w:marLeft w:val="480"/>
          <w:marRight w:val="0"/>
          <w:marTop w:val="0"/>
          <w:marBottom w:val="0"/>
          <w:divBdr>
            <w:top w:val="none" w:sz="0" w:space="0" w:color="auto"/>
            <w:left w:val="none" w:sz="0" w:space="0" w:color="auto"/>
            <w:bottom w:val="none" w:sz="0" w:space="0" w:color="auto"/>
            <w:right w:val="none" w:sz="0" w:space="0" w:color="auto"/>
          </w:divBdr>
        </w:div>
        <w:div w:id="622930159">
          <w:marLeft w:val="480"/>
          <w:marRight w:val="0"/>
          <w:marTop w:val="0"/>
          <w:marBottom w:val="0"/>
          <w:divBdr>
            <w:top w:val="none" w:sz="0" w:space="0" w:color="auto"/>
            <w:left w:val="none" w:sz="0" w:space="0" w:color="auto"/>
            <w:bottom w:val="none" w:sz="0" w:space="0" w:color="auto"/>
            <w:right w:val="none" w:sz="0" w:space="0" w:color="auto"/>
          </w:divBdr>
        </w:div>
        <w:div w:id="694035374">
          <w:marLeft w:val="480"/>
          <w:marRight w:val="0"/>
          <w:marTop w:val="0"/>
          <w:marBottom w:val="0"/>
          <w:divBdr>
            <w:top w:val="none" w:sz="0" w:space="0" w:color="auto"/>
            <w:left w:val="none" w:sz="0" w:space="0" w:color="auto"/>
            <w:bottom w:val="none" w:sz="0" w:space="0" w:color="auto"/>
            <w:right w:val="none" w:sz="0" w:space="0" w:color="auto"/>
          </w:divBdr>
        </w:div>
        <w:div w:id="732241055">
          <w:marLeft w:val="480"/>
          <w:marRight w:val="0"/>
          <w:marTop w:val="0"/>
          <w:marBottom w:val="0"/>
          <w:divBdr>
            <w:top w:val="none" w:sz="0" w:space="0" w:color="auto"/>
            <w:left w:val="none" w:sz="0" w:space="0" w:color="auto"/>
            <w:bottom w:val="none" w:sz="0" w:space="0" w:color="auto"/>
            <w:right w:val="none" w:sz="0" w:space="0" w:color="auto"/>
          </w:divBdr>
        </w:div>
        <w:div w:id="776603122">
          <w:marLeft w:val="480"/>
          <w:marRight w:val="0"/>
          <w:marTop w:val="0"/>
          <w:marBottom w:val="0"/>
          <w:divBdr>
            <w:top w:val="none" w:sz="0" w:space="0" w:color="auto"/>
            <w:left w:val="none" w:sz="0" w:space="0" w:color="auto"/>
            <w:bottom w:val="none" w:sz="0" w:space="0" w:color="auto"/>
            <w:right w:val="none" w:sz="0" w:space="0" w:color="auto"/>
          </w:divBdr>
        </w:div>
        <w:div w:id="868877248">
          <w:marLeft w:val="480"/>
          <w:marRight w:val="0"/>
          <w:marTop w:val="0"/>
          <w:marBottom w:val="0"/>
          <w:divBdr>
            <w:top w:val="none" w:sz="0" w:space="0" w:color="auto"/>
            <w:left w:val="none" w:sz="0" w:space="0" w:color="auto"/>
            <w:bottom w:val="none" w:sz="0" w:space="0" w:color="auto"/>
            <w:right w:val="none" w:sz="0" w:space="0" w:color="auto"/>
          </w:divBdr>
        </w:div>
        <w:div w:id="986474483">
          <w:marLeft w:val="480"/>
          <w:marRight w:val="0"/>
          <w:marTop w:val="0"/>
          <w:marBottom w:val="0"/>
          <w:divBdr>
            <w:top w:val="none" w:sz="0" w:space="0" w:color="auto"/>
            <w:left w:val="none" w:sz="0" w:space="0" w:color="auto"/>
            <w:bottom w:val="none" w:sz="0" w:space="0" w:color="auto"/>
            <w:right w:val="none" w:sz="0" w:space="0" w:color="auto"/>
          </w:divBdr>
        </w:div>
        <w:div w:id="1195802014">
          <w:marLeft w:val="480"/>
          <w:marRight w:val="0"/>
          <w:marTop w:val="0"/>
          <w:marBottom w:val="0"/>
          <w:divBdr>
            <w:top w:val="none" w:sz="0" w:space="0" w:color="auto"/>
            <w:left w:val="none" w:sz="0" w:space="0" w:color="auto"/>
            <w:bottom w:val="none" w:sz="0" w:space="0" w:color="auto"/>
            <w:right w:val="none" w:sz="0" w:space="0" w:color="auto"/>
          </w:divBdr>
        </w:div>
        <w:div w:id="1252473577">
          <w:marLeft w:val="480"/>
          <w:marRight w:val="0"/>
          <w:marTop w:val="0"/>
          <w:marBottom w:val="0"/>
          <w:divBdr>
            <w:top w:val="none" w:sz="0" w:space="0" w:color="auto"/>
            <w:left w:val="none" w:sz="0" w:space="0" w:color="auto"/>
            <w:bottom w:val="none" w:sz="0" w:space="0" w:color="auto"/>
            <w:right w:val="none" w:sz="0" w:space="0" w:color="auto"/>
          </w:divBdr>
        </w:div>
        <w:div w:id="1284921538">
          <w:marLeft w:val="480"/>
          <w:marRight w:val="0"/>
          <w:marTop w:val="0"/>
          <w:marBottom w:val="0"/>
          <w:divBdr>
            <w:top w:val="none" w:sz="0" w:space="0" w:color="auto"/>
            <w:left w:val="none" w:sz="0" w:space="0" w:color="auto"/>
            <w:bottom w:val="none" w:sz="0" w:space="0" w:color="auto"/>
            <w:right w:val="none" w:sz="0" w:space="0" w:color="auto"/>
          </w:divBdr>
        </w:div>
        <w:div w:id="1531994359">
          <w:marLeft w:val="480"/>
          <w:marRight w:val="0"/>
          <w:marTop w:val="0"/>
          <w:marBottom w:val="0"/>
          <w:divBdr>
            <w:top w:val="none" w:sz="0" w:space="0" w:color="auto"/>
            <w:left w:val="none" w:sz="0" w:space="0" w:color="auto"/>
            <w:bottom w:val="none" w:sz="0" w:space="0" w:color="auto"/>
            <w:right w:val="none" w:sz="0" w:space="0" w:color="auto"/>
          </w:divBdr>
        </w:div>
        <w:div w:id="1534803900">
          <w:marLeft w:val="480"/>
          <w:marRight w:val="0"/>
          <w:marTop w:val="0"/>
          <w:marBottom w:val="0"/>
          <w:divBdr>
            <w:top w:val="none" w:sz="0" w:space="0" w:color="auto"/>
            <w:left w:val="none" w:sz="0" w:space="0" w:color="auto"/>
            <w:bottom w:val="none" w:sz="0" w:space="0" w:color="auto"/>
            <w:right w:val="none" w:sz="0" w:space="0" w:color="auto"/>
          </w:divBdr>
        </w:div>
        <w:div w:id="1557888245">
          <w:marLeft w:val="480"/>
          <w:marRight w:val="0"/>
          <w:marTop w:val="0"/>
          <w:marBottom w:val="0"/>
          <w:divBdr>
            <w:top w:val="none" w:sz="0" w:space="0" w:color="auto"/>
            <w:left w:val="none" w:sz="0" w:space="0" w:color="auto"/>
            <w:bottom w:val="none" w:sz="0" w:space="0" w:color="auto"/>
            <w:right w:val="none" w:sz="0" w:space="0" w:color="auto"/>
          </w:divBdr>
        </w:div>
        <w:div w:id="1672681186">
          <w:marLeft w:val="480"/>
          <w:marRight w:val="0"/>
          <w:marTop w:val="0"/>
          <w:marBottom w:val="0"/>
          <w:divBdr>
            <w:top w:val="none" w:sz="0" w:space="0" w:color="auto"/>
            <w:left w:val="none" w:sz="0" w:space="0" w:color="auto"/>
            <w:bottom w:val="none" w:sz="0" w:space="0" w:color="auto"/>
            <w:right w:val="none" w:sz="0" w:space="0" w:color="auto"/>
          </w:divBdr>
        </w:div>
        <w:div w:id="1763184762">
          <w:marLeft w:val="480"/>
          <w:marRight w:val="0"/>
          <w:marTop w:val="0"/>
          <w:marBottom w:val="0"/>
          <w:divBdr>
            <w:top w:val="none" w:sz="0" w:space="0" w:color="auto"/>
            <w:left w:val="none" w:sz="0" w:space="0" w:color="auto"/>
            <w:bottom w:val="none" w:sz="0" w:space="0" w:color="auto"/>
            <w:right w:val="none" w:sz="0" w:space="0" w:color="auto"/>
          </w:divBdr>
        </w:div>
        <w:div w:id="1824807349">
          <w:marLeft w:val="480"/>
          <w:marRight w:val="0"/>
          <w:marTop w:val="0"/>
          <w:marBottom w:val="0"/>
          <w:divBdr>
            <w:top w:val="none" w:sz="0" w:space="0" w:color="auto"/>
            <w:left w:val="none" w:sz="0" w:space="0" w:color="auto"/>
            <w:bottom w:val="none" w:sz="0" w:space="0" w:color="auto"/>
            <w:right w:val="none" w:sz="0" w:space="0" w:color="auto"/>
          </w:divBdr>
        </w:div>
        <w:div w:id="1861968987">
          <w:marLeft w:val="480"/>
          <w:marRight w:val="0"/>
          <w:marTop w:val="0"/>
          <w:marBottom w:val="0"/>
          <w:divBdr>
            <w:top w:val="none" w:sz="0" w:space="0" w:color="auto"/>
            <w:left w:val="none" w:sz="0" w:space="0" w:color="auto"/>
            <w:bottom w:val="none" w:sz="0" w:space="0" w:color="auto"/>
            <w:right w:val="none" w:sz="0" w:space="0" w:color="auto"/>
          </w:divBdr>
        </w:div>
        <w:div w:id="1864442463">
          <w:marLeft w:val="480"/>
          <w:marRight w:val="0"/>
          <w:marTop w:val="0"/>
          <w:marBottom w:val="0"/>
          <w:divBdr>
            <w:top w:val="none" w:sz="0" w:space="0" w:color="auto"/>
            <w:left w:val="none" w:sz="0" w:space="0" w:color="auto"/>
            <w:bottom w:val="none" w:sz="0" w:space="0" w:color="auto"/>
            <w:right w:val="none" w:sz="0" w:space="0" w:color="auto"/>
          </w:divBdr>
        </w:div>
        <w:div w:id="1974604347">
          <w:marLeft w:val="480"/>
          <w:marRight w:val="0"/>
          <w:marTop w:val="0"/>
          <w:marBottom w:val="0"/>
          <w:divBdr>
            <w:top w:val="none" w:sz="0" w:space="0" w:color="auto"/>
            <w:left w:val="none" w:sz="0" w:space="0" w:color="auto"/>
            <w:bottom w:val="none" w:sz="0" w:space="0" w:color="auto"/>
            <w:right w:val="none" w:sz="0" w:space="0" w:color="auto"/>
          </w:divBdr>
        </w:div>
      </w:divsChild>
    </w:div>
    <w:div w:id="2037193394">
      <w:bodyDiv w:val="1"/>
      <w:marLeft w:val="0"/>
      <w:marRight w:val="0"/>
      <w:marTop w:val="0"/>
      <w:marBottom w:val="0"/>
      <w:divBdr>
        <w:top w:val="none" w:sz="0" w:space="0" w:color="auto"/>
        <w:left w:val="none" w:sz="0" w:space="0" w:color="auto"/>
        <w:bottom w:val="none" w:sz="0" w:space="0" w:color="auto"/>
        <w:right w:val="none" w:sz="0" w:space="0" w:color="auto"/>
      </w:divBdr>
    </w:div>
    <w:div w:id="2044354947">
      <w:bodyDiv w:val="1"/>
      <w:marLeft w:val="0"/>
      <w:marRight w:val="0"/>
      <w:marTop w:val="0"/>
      <w:marBottom w:val="0"/>
      <w:divBdr>
        <w:top w:val="none" w:sz="0" w:space="0" w:color="auto"/>
        <w:left w:val="none" w:sz="0" w:space="0" w:color="auto"/>
        <w:bottom w:val="none" w:sz="0" w:space="0" w:color="auto"/>
        <w:right w:val="none" w:sz="0" w:space="0" w:color="auto"/>
      </w:divBdr>
    </w:div>
    <w:div w:id="2046055376">
      <w:bodyDiv w:val="1"/>
      <w:marLeft w:val="0"/>
      <w:marRight w:val="0"/>
      <w:marTop w:val="0"/>
      <w:marBottom w:val="0"/>
      <w:divBdr>
        <w:top w:val="none" w:sz="0" w:space="0" w:color="auto"/>
        <w:left w:val="none" w:sz="0" w:space="0" w:color="auto"/>
        <w:bottom w:val="none" w:sz="0" w:space="0" w:color="auto"/>
        <w:right w:val="none" w:sz="0" w:space="0" w:color="auto"/>
      </w:divBdr>
    </w:div>
    <w:div w:id="2048791578">
      <w:bodyDiv w:val="1"/>
      <w:marLeft w:val="0"/>
      <w:marRight w:val="0"/>
      <w:marTop w:val="0"/>
      <w:marBottom w:val="0"/>
      <w:divBdr>
        <w:top w:val="none" w:sz="0" w:space="0" w:color="auto"/>
        <w:left w:val="none" w:sz="0" w:space="0" w:color="auto"/>
        <w:bottom w:val="none" w:sz="0" w:space="0" w:color="auto"/>
        <w:right w:val="none" w:sz="0" w:space="0" w:color="auto"/>
      </w:divBdr>
    </w:div>
    <w:div w:id="2049140667">
      <w:bodyDiv w:val="1"/>
      <w:marLeft w:val="0"/>
      <w:marRight w:val="0"/>
      <w:marTop w:val="0"/>
      <w:marBottom w:val="0"/>
      <w:divBdr>
        <w:top w:val="none" w:sz="0" w:space="0" w:color="auto"/>
        <w:left w:val="none" w:sz="0" w:space="0" w:color="auto"/>
        <w:bottom w:val="none" w:sz="0" w:space="0" w:color="auto"/>
        <w:right w:val="none" w:sz="0" w:space="0" w:color="auto"/>
      </w:divBdr>
    </w:div>
    <w:div w:id="2051297321">
      <w:bodyDiv w:val="1"/>
      <w:marLeft w:val="0"/>
      <w:marRight w:val="0"/>
      <w:marTop w:val="0"/>
      <w:marBottom w:val="0"/>
      <w:divBdr>
        <w:top w:val="none" w:sz="0" w:space="0" w:color="auto"/>
        <w:left w:val="none" w:sz="0" w:space="0" w:color="auto"/>
        <w:bottom w:val="none" w:sz="0" w:space="0" w:color="auto"/>
        <w:right w:val="none" w:sz="0" w:space="0" w:color="auto"/>
      </w:divBdr>
    </w:div>
    <w:div w:id="2051414749">
      <w:bodyDiv w:val="1"/>
      <w:marLeft w:val="0"/>
      <w:marRight w:val="0"/>
      <w:marTop w:val="0"/>
      <w:marBottom w:val="0"/>
      <w:divBdr>
        <w:top w:val="none" w:sz="0" w:space="0" w:color="auto"/>
        <w:left w:val="none" w:sz="0" w:space="0" w:color="auto"/>
        <w:bottom w:val="none" w:sz="0" w:space="0" w:color="auto"/>
        <w:right w:val="none" w:sz="0" w:space="0" w:color="auto"/>
      </w:divBdr>
    </w:div>
    <w:div w:id="2052070215">
      <w:bodyDiv w:val="1"/>
      <w:marLeft w:val="0"/>
      <w:marRight w:val="0"/>
      <w:marTop w:val="0"/>
      <w:marBottom w:val="0"/>
      <w:divBdr>
        <w:top w:val="none" w:sz="0" w:space="0" w:color="auto"/>
        <w:left w:val="none" w:sz="0" w:space="0" w:color="auto"/>
        <w:bottom w:val="none" w:sz="0" w:space="0" w:color="auto"/>
        <w:right w:val="none" w:sz="0" w:space="0" w:color="auto"/>
      </w:divBdr>
    </w:div>
    <w:div w:id="2052344876">
      <w:bodyDiv w:val="1"/>
      <w:marLeft w:val="0"/>
      <w:marRight w:val="0"/>
      <w:marTop w:val="0"/>
      <w:marBottom w:val="0"/>
      <w:divBdr>
        <w:top w:val="none" w:sz="0" w:space="0" w:color="auto"/>
        <w:left w:val="none" w:sz="0" w:space="0" w:color="auto"/>
        <w:bottom w:val="none" w:sz="0" w:space="0" w:color="auto"/>
        <w:right w:val="none" w:sz="0" w:space="0" w:color="auto"/>
      </w:divBdr>
    </w:div>
    <w:div w:id="2054964536">
      <w:bodyDiv w:val="1"/>
      <w:marLeft w:val="0"/>
      <w:marRight w:val="0"/>
      <w:marTop w:val="0"/>
      <w:marBottom w:val="0"/>
      <w:divBdr>
        <w:top w:val="none" w:sz="0" w:space="0" w:color="auto"/>
        <w:left w:val="none" w:sz="0" w:space="0" w:color="auto"/>
        <w:bottom w:val="none" w:sz="0" w:space="0" w:color="auto"/>
        <w:right w:val="none" w:sz="0" w:space="0" w:color="auto"/>
      </w:divBdr>
    </w:div>
    <w:div w:id="2055346049">
      <w:bodyDiv w:val="1"/>
      <w:marLeft w:val="0"/>
      <w:marRight w:val="0"/>
      <w:marTop w:val="0"/>
      <w:marBottom w:val="0"/>
      <w:divBdr>
        <w:top w:val="none" w:sz="0" w:space="0" w:color="auto"/>
        <w:left w:val="none" w:sz="0" w:space="0" w:color="auto"/>
        <w:bottom w:val="none" w:sz="0" w:space="0" w:color="auto"/>
        <w:right w:val="none" w:sz="0" w:space="0" w:color="auto"/>
      </w:divBdr>
    </w:div>
    <w:div w:id="2055614859">
      <w:bodyDiv w:val="1"/>
      <w:marLeft w:val="0"/>
      <w:marRight w:val="0"/>
      <w:marTop w:val="0"/>
      <w:marBottom w:val="0"/>
      <w:divBdr>
        <w:top w:val="none" w:sz="0" w:space="0" w:color="auto"/>
        <w:left w:val="none" w:sz="0" w:space="0" w:color="auto"/>
        <w:bottom w:val="none" w:sz="0" w:space="0" w:color="auto"/>
        <w:right w:val="none" w:sz="0" w:space="0" w:color="auto"/>
      </w:divBdr>
    </w:div>
    <w:div w:id="2056274555">
      <w:bodyDiv w:val="1"/>
      <w:marLeft w:val="0"/>
      <w:marRight w:val="0"/>
      <w:marTop w:val="0"/>
      <w:marBottom w:val="0"/>
      <w:divBdr>
        <w:top w:val="none" w:sz="0" w:space="0" w:color="auto"/>
        <w:left w:val="none" w:sz="0" w:space="0" w:color="auto"/>
        <w:bottom w:val="none" w:sz="0" w:space="0" w:color="auto"/>
        <w:right w:val="none" w:sz="0" w:space="0" w:color="auto"/>
      </w:divBdr>
    </w:div>
    <w:div w:id="2058970080">
      <w:bodyDiv w:val="1"/>
      <w:marLeft w:val="0"/>
      <w:marRight w:val="0"/>
      <w:marTop w:val="0"/>
      <w:marBottom w:val="0"/>
      <w:divBdr>
        <w:top w:val="none" w:sz="0" w:space="0" w:color="auto"/>
        <w:left w:val="none" w:sz="0" w:space="0" w:color="auto"/>
        <w:bottom w:val="none" w:sz="0" w:space="0" w:color="auto"/>
        <w:right w:val="none" w:sz="0" w:space="0" w:color="auto"/>
      </w:divBdr>
    </w:div>
    <w:div w:id="2059426485">
      <w:bodyDiv w:val="1"/>
      <w:marLeft w:val="0"/>
      <w:marRight w:val="0"/>
      <w:marTop w:val="0"/>
      <w:marBottom w:val="0"/>
      <w:divBdr>
        <w:top w:val="none" w:sz="0" w:space="0" w:color="auto"/>
        <w:left w:val="none" w:sz="0" w:space="0" w:color="auto"/>
        <w:bottom w:val="none" w:sz="0" w:space="0" w:color="auto"/>
        <w:right w:val="none" w:sz="0" w:space="0" w:color="auto"/>
      </w:divBdr>
    </w:div>
    <w:div w:id="2062242802">
      <w:bodyDiv w:val="1"/>
      <w:marLeft w:val="0"/>
      <w:marRight w:val="0"/>
      <w:marTop w:val="0"/>
      <w:marBottom w:val="0"/>
      <w:divBdr>
        <w:top w:val="none" w:sz="0" w:space="0" w:color="auto"/>
        <w:left w:val="none" w:sz="0" w:space="0" w:color="auto"/>
        <w:bottom w:val="none" w:sz="0" w:space="0" w:color="auto"/>
        <w:right w:val="none" w:sz="0" w:space="0" w:color="auto"/>
      </w:divBdr>
    </w:div>
    <w:div w:id="2063405483">
      <w:bodyDiv w:val="1"/>
      <w:marLeft w:val="0"/>
      <w:marRight w:val="0"/>
      <w:marTop w:val="0"/>
      <w:marBottom w:val="0"/>
      <w:divBdr>
        <w:top w:val="none" w:sz="0" w:space="0" w:color="auto"/>
        <w:left w:val="none" w:sz="0" w:space="0" w:color="auto"/>
        <w:bottom w:val="none" w:sz="0" w:space="0" w:color="auto"/>
        <w:right w:val="none" w:sz="0" w:space="0" w:color="auto"/>
      </w:divBdr>
    </w:div>
    <w:div w:id="2066173293">
      <w:bodyDiv w:val="1"/>
      <w:marLeft w:val="0"/>
      <w:marRight w:val="0"/>
      <w:marTop w:val="0"/>
      <w:marBottom w:val="0"/>
      <w:divBdr>
        <w:top w:val="none" w:sz="0" w:space="0" w:color="auto"/>
        <w:left w:val="none" w:sz="0" w:space="0" w:color="auto"/>
        <w:bottom w:val="none" w:sz="0" w:space="0" w:color="auto"/>
        <w:right w:val="none" w:sz="0" w:space="0" w:color="auto"/>
      </w:divBdr>
      <w:divsChild>
        <w:div w:id="97987968">
          <w:marLeft w:val="480"/>
          <w:marRight w:val="0"/>
          <w:marTop w:val="0"/>
          <w:marBottom w:val="0"/>
          <w:divBdr>
            <w:top w:val="none" w:sz="0" w:space="0" w:color="auto"/>
            <w:left w:val="none" w:sz="0" w:space="0" w:color="auto"/>
            <w:bottom w:val="none" w:sz="0" w:space="0" w:color="auto"/>
            <w:right w:val="none" w:sz="0" w:space="0" w:color="auto"/>
          </w:divBdr>
        </w:div>
        <w:div w:id="207882679">
          <w:marLeft w:val="480"/>
          <w:marRight w:val="0"/>
          <w:marTop w:val="0"/>
          <w:marBottom w:val="0"/>
          <w:divBdr>
            <w:top w:val="none" w:sz="0" w:space="0" w:color="auto"/>
            <w:left w:val="none" w:sz="0" w:space="0" w:color="auto"/>
            <w:bottom w:val="none" w:sz="0" w:space="0" w:color="auto"/>
            <w:right w:val="none" w:sz="0" w:space="0" w:color="auto"/>
          </w:divBdr>
        </w:div>
        <w:div w:id="269823705">
          <w:marLeft w:val="480"/>
          <w:marRight w:val="0"/>
          <w:marTop w:val="0"/>
          <w:marBottom w:val="0"/>
          <w:divBdr>
            <w:top w:val="none" w:sz="0" w:space="0" w:color="auto"/>
            <w:left w:val="none" w:sz="0" w:space="0" w:color="auto"/>
            <w:bottom w:val="none" w:sz="0" w:space="0" w:color="auto"/>
            <w:right w:val="none" w:sz="0" w:space="0" w:color="auto"/>
          </w:divBdr>
        </w:div>
        <w:div w:id="302807529">
          <w:marLeft w:val="480"/>
          <w:marRight w:val="0"/>
          <w:marTop w:val="0"/>
          <w:marBottom w:val="0"/>
          <w:divBdr>
            <w:top w:val="none" w:sz="0" w:space="0" w:color="auto"/>
            <w:left w:val="none" w:sz="0" w:space="0" w:color="auto"/>
            <w:bottom w:val="none" w:sz="0" w:space="0" w:color="auto"/>
            <w:right w:val="none" w:sz="0" w:space="0" w:color="auto"/>
          </w:divBdr>
        </w:div>
        <w:div w:id="313534845">
          <w:marLeft w:val="480"/>
          <w:marRight w:val="0"/>
          <w:marTop w:val="0"/>
          <w:marBottom w:val="0"/>
          <w:divBdr>
            <w:top w:val="none" w:sz="0" w:space="0" w:color="auto"/>
            <w:left w:val="none" w:sz="0" w:space="0" w:color="auto"/>
            <w:bottom w:val="none" w:sz="0" w:space="0" w:color="auto"/>
            <w:right w:val="none" w:sz="0" w:space="0" w:color="auto"/>
          </w:divBdr>
        </w:div>
        <w:div w:id="416094963">
          <w:marLeft w:val="480"/>
          <w:marRight w:val="0"/>
          <w:marTop w:val="0"/>
          <w:marBottom w:val="0"/>
          <w:divBdr>
            <w:top w:val="none" w:sz="0" w:space="0" w:color="auto"/>
            <w:left w:val="none" w:sz="0" w:space="0" w:color="auto"/>
            <w:bottom w:val="none" w:sz="0" w:space="0" w:color="auto"/>
            <w:right w:val="none" w:sz="0" w:space="0" w:color="auto"/>
          </w:divBdr>
        </w:div>
        <w:div w:id="424309780">
          <w:marLeft w:val="480"/>
          <w:marRight w:val="0"/>
          <w:marTop w:val="0"/>
          <w:marBottom w:val="0"/>
          <w:divBdr>
            <w:top w:val="none" w:sz="0" w:space="0" w:color="auto"/>
            <w:left w:val="none" w:sz="0" w:space="0" w:color="auto"/>
            <w:bottom w:val="none" w:sz="0" w:space="0" w:color="auto"/>
            <w:right w:val="none" w:sz="0" w:space="0" w:color="auto"/>
          </w:divBdr>
        </w:div>
        <w:div w:id="536622838">
          <w:marLeft w:val="480"/>
          <w:marRight w:val="0"/>
          <w:marTop w:val="0"/>
          <w:marBottom w:val="0"/>
          <w:divBdr>
            <w:top w:val="none" w:sz="0" w:space="0" w:color="auto"/>
            <w:left w:val="none" w:sz="0" w:space="0" w:color="auto"/>
            <w:bottom w:val="none" w:sz="0" w:space="0" w:color="auto"/>
            <w:right w:val="none" w:sz="0" w:space="0" w:color="auto"/>
          </w:divBdr>
        </w:div>
        <w:div w:id="579944410">
          <w:marLeft w:val="480"/>
          <w:marRight w:val="0"/>
          <w:marTop w:val="0"/>
          <w:marBottom w:val="0"/>
          <w:divBdr>
            <w:top w:val="none" w:sz="0" w:space="0" w:color="auto"/>
            <w:left w:val="none" w:sz="0" w:space="0" w:color="auto"/>
            <w:bottom w:val="none" w:sz="0" w:space="0" w:color="auto"/>
            <w:right w:val="none" w:sz="0" w:space="0" w:color="auto"/>
          </w:divBdr>
        </w:div>
        <w:div w:id="649796767">
          <w:marLeft w:val="480"/>
          <w:marRight w:val="0"/>
          <w:marTop w:val="0"/>
          <w:marBottom w:val="0"/>
          <w:divBdr>
            <w:top w:val="none" w:sz="0" w:space="0" w:color="auto"/>
            <w:left w:val="none" w:sz="0" w:space="0" w:color="auto"/>
            <w:bottom w:val="none" w:sz="0" w:space="0" w:color="auto"/>
            <w:right w:val="none" w:sz="0" w:space="0" w:color="auto"/>
          </w:divBdr>
        </w:div>
        <w:div w:id="652291760">
          <w:marLeft w:val="480"/>
          <w:marRight w:val="0"/>
          <w:marTop w:val="0"/>
          <w:marBottom w:val="0"/>
          <w:divBdr>
            <w:top w:val="none" w:sz="0" w:space="0" w:color="auto"/>
            <w:left w:val="none" w:sz="0" w:space="0" w:color="auto"/>
            <w:bottom w:val="none" w:sz="0" w:space="0" w:color="auto"/>
            <w:right w:val="none" w:sz="0" w:space="0" w:color="auto"/>
          </w:divBdr>
        </w:div>
        <w:div w:id="801968467">
          <w:marLeft w:val="480"/>
          <w:marRight w:val="0"/>
          <w:marTop w:val="0"/>
          <w:marBottom w:val="0"/>
          <w:divBdr>
            <w:top w:val="none" w:sz="0" w:space="0" w:color="auto"/>
            <w:left w:val="none" w:sz="0" w:space="0" w:color="auto"/>
            <w:bottom w:val="none" w:sz="0" w:space="0" w:color="auto"/>
            <w:right w:val="none" w:sz="0" w:space="0" w:color="auto"/>
          </w:divBdr>
        </w:div>
        <w:div w:id="839738057">
          <w:marLeft w:val="480"/>
          <w:marRight w:val="0"/>
          <w:marTop w:val="0"/>
          <w:marBottom w:val="0"/>
          <w:divBdr>
            <w:top w:val="none" w:sz="0" w:space="0" w:color="auto"/>
            <w:left w:val="none" w:sz="0" w:space="0" w:color="auto"/>
            <w:bottom w:val="none" w:sz="0" w:space="0" w:color="auto"/>
            <w:right w:val="none" w:sz="0" w:space="0" w:color="auto"/>
          </w:divBdr>
        </w:div>
        <w:div w:id="853157252">
          <w:marLeft w:val="480"/>
          <w:marRight w:val="0"/>
          <w:marTop w:val="0"/>
          <w:marBottom w:val="0"/>
          <w:divBdr>
            <w:top w:val="none" w:sz="0" w:space="0" w:color="auto"/>
            <w:left w:val="none" w:sz="0" w:space="0" w:color="auto"/>
            <w:bottom w:val="none" w:sz="0" w:space="0" w:color="auto"/>
            <w:right w:val="none" w:sz="0" w:space="0" w:color="auto"/>
          </w:divBdr>
        </w:div>
        <w:div w:id="944389910">
          <w:marLeft w:val="480"/>
          <w:marRight w:val="0"/>
          <w:marTop w:val="0"/>
          <w:marBottom w:val="0"/>
          <w:divBdr>
            <w:top w:val="none" w:sz="0" w:space="0" w:color="auto"/>
            <w:left w:val="none" w:sz="0" w:space="0" w:color="auto"/>
            <w:bottom w:val="none" w:sz="0" w:space="0" w:color="auto"/>
            <w:right w:val="none" w:sz="0" w:space="0" w:color="auto"/>
          </w:divBdr>
        </w:div>
        <w:div w:id="952904696">
          <w:marLeft w:val="480"/>
          <w:marRight w:val="0"/>
          <w:marTop w:val="0"/>
          <w:marBottom w:val="0"/>
          <w:divBdr>
            <w:top w:val="none" w:sz="0" w:space="0" w:color="auto"/>
            <w:left w:val="none" w:sz="0" w:space="0" w:color="auto"/>
            <w:bottom w:val="none" w:sz="0" w:space="0" w:color="auto"/>
            <w:right w:val="none" w:sz="0" w:space="0" w:color="auto"/>
          </w:divBdr>
        </w:div>
        <w:div w:id="987052490">
          <w:marLeft w:val="480"/>
          <w:marRight w:val="0"/>
          <w:marTop w:val="0"/>
          <w:marBottom w:val="0"/>
          <w:divBdr>
            <w:top w:val="none" w:sz="0" w:space="0" w:color="auto"/>
            <w:left w:val="none" w:sz="0" w:space="0" w:color="auto"/>
            <w:bottom w:val="none" w:sz="0" w:space="0" w:color="auto"/>
            <w:right w:val="none" w:sz="0" w:space="0" w:color="auto"/>
          </w:divBdr>
        </w:div>
        <w:div w:id="1036007081">
          <w:marLeft w:val="480"/>
          <w:marRight w:val="0"/>
          <w:marTop w:val="0"/>
          <w:marBottom w:val="0"/>
          <w:divBdr>
            <w:top w:val="none" w:sz="0" w:space="0" w:color="auto"/>
            <w:left w:val="none" w:sz="0" w:space="0" w:color="auto"/>
            <w:bottom w:val="none" w:sz="0" w:space="0" w:color="auto"/>
            <w:right w:val="none" w:sz="0" w:space="0" w:color="auto"/>
          </w:divBdr>
        </w:div>
        <w:div w:id="1096483716">
          <w:marLeft w:val="480"/>
          <w:marRight w:val="0"/>
          <w:marTop w:val="0"/>
          <w:marBottom w:val="0"/>
          <w:divBdr>
            <w:top w:val="none" w:sz="0" w:space="0" w:color="auto"/>
            <w:left w:val="none" w:sz="0" w:space="0" w:color="auto"/>
            <w:bottom w:val="none" w:sz="0" w:space="0" w:color="auto"/>
            <w:right w:val="none" w:sz="0" w:space="0" w:color="auto"/>
          </w:divBdr>
        </w:div>
        <w:div w:id="1152210579">
          <w:marLeft w:val="480"/>
          <w:marRight w:val="0"/>
          <w:marTop w:val="0"/>
          <w:marBottom w:val="0"/>
          <w:divBdr>
            <w:top w:val="none" w:sz="0" w:space="0" w:color="auto"/>
            <w:left w:val="none" w:sz="0" w:space="0" w:color="auto"/>
            <w:bottom w:val="none" w:sz="0" w:space="0" w:color="auto"/>
            <w:right w:val="none" w:sz="0" w:space="0" w:color="auto"/>
          </w:divBdr>
        </w:div>
        <w:div w:id="1197737564">
          <w:marLeft w:val="480"/>
          <w:marRight w:val="0"/>
          <w:marTop w:val="0"/>
          <w:marBottom w:val="0"/>
          <w:divBdr>
            <w:top w:val="none" w:sz="0" w:space="0" w:color="auto"/>
            <w:left w:val="none" w:sz="0" w:space="0" w:color="auto"/>
            <w:bottom w:val="none" w:sz="0" w:space="0" w:color="auto"/>
            <w:right w:val="none" w:sz="0" w:space="0" w:color="auto"/>
          </w:divBdr>
        </w:div>
        <w:div w:id="1221870521">
          <w:marLeft w:val="480"/>
          <w:marRight w:val="0"/>
          <w:marTop w:val="0"/>
          <w:marBottom w:val="0"/>
          <w:divBdr>
            <w:top w:val="none" w:sz="0" w:space="0" w:color="auto"/>
            <w:left w:val="none" w:sz="0" w:space="0" w:color="auto"/>
            <w:bottom w:val="none" w:sz="0" w:space="0" w:color="auto"/>
            <w:right w:val="none" w:sz="0" w:space="0" w:color="auto"/>
          </w:divBdr>
        </w:div>
        <w:div w:id="1461531590">
          <w:marLeft w:val="480"/>
          <w:marRight w:val="0"/>
          <w:marTop w:val="0"/>
          <w:marBottom w:val="0"/>
          <w:divBdr>
            <w:top w:val="none" w:sz="0" w:space="0" w:color="auto"/>
            <w:left w:val="none" w:sz="0" w:space="0" w:color="auto"/>
            <w:bottom w:val="none" w:sz="0" w:space="0" w:color="auto"/>
            <w:right w:val="none" w:sz="0" w:space="0" w:color="auto"/>
          </w:divBdr>
        </w:div>
        <w:div w:id="1618098749">
          <w:marLeft w:val="480"/>
          <w:marRight w:val="0"/>
          <w:marTop w:val="0"/>
          <w:marBottom w:val="0"/>
          <w:divBdr>
            <w:top w:val="none" w:sz="0" w:space="0" w:color="auto"/>
            <w:left w:val="none" w:sz="0" w:space="0" w:color="auto"/>
            <w:bottom w:val="none" w:sz="0" w:space="0" w:color="auto"/>
            <w:right w:val="none" w:sz="0" w:space="0" w:color="auto"/>
          </w:divBdr>
        </w:div>
        <w:div w:id="1671718163">
          <w:marLeft w:val="480"/>
          <w:marRight w:val="0"/>
          <w:marTop w:val="0"/>
          <w:marBottom w:val="0"/>
          <w:divBdr>
            <w:top w:val="none" w:sz="0" w:space="0" w:color="auto"/>
            <w:left w:val="none" w:sz="0" w:space="0" w:color="auto"/>
            <w:bottom w:val="none" w:sz="0" w:space="0" w:color="auto"/>
            <w:right w:val="none" w:sz="0" w:space="0" w:color="auto"/>
          </w:divBdr>
        </w:div>
        <w:div w:id="1723478469">
          <w:marLeft w:val="480"/>
          <w:marRight w:val="0"/>
          <w:marTop w:val="0"/>
          <w:marBottom w:val="0"/>
          <w:divBdr>
            <w:top w:val="none" w:sz="0" w:space="0" w:color="auto"/>
            <w:left w:val="none" w:sz="0" w:space="0" w:color="auto"/>
            <w:bottom w:val="none" w:sz="0" w:space="0" w:color="auto"/>
            <w:right w:val="none" w:sz="0" w:space="0" w:color="auto"/>
          </w:divBdr>
        </w:div>
        <w:div w:id="1757433777">
          <w:marLeft w:val="480"/>
          <w:marRight w:val="0"/>
          <w:marTop w:val="0"/>
          <w:marBottom w:val="0"/>
          <w:divBdr>
            <w:top w:val="none" w:sz="0" w:space="0" w:color="auto"/>
            <w:left w:val="none" w:sz="0" w:space="0" w:color="auto"/>
            <w:bottom w:val="none" w:sz="0" w:space="0" w:color="auto"/>
            <w:right w:val="none" w:sz="0" w:space="0" w:color="auto"/>
          </w:divBdr>
        </w:div>
        <w:div w:id="1773818474">
          <w:marLeft w:val="480"/>
          <w:marRight w:val="0"/>
          <w:marTop w:val="0"/>
          <w:marBottom w:val="0"/>
          <w:divBdr>
            <w:top w:val="none" w:sz="0" w:space="0" w:color="auto"/>
            <w:left w:val="none" w:sz="0" w:space="0" w:color="auto"/>
            <w:bottom w:val="none" w:sz="0" w:space="0" w:color="auto"/>
            <w:right w:val="none" w:sz="0" w:space="0" w:color="auto"/>
          </w:divBdr>
        </w:div>
        <w:div w:id="1904946736">
          <w:marLeft w:val="480"/>
          <w:marRight w:val="0"/>
          <w:marTop w:val="0"/>
          <w:marBottom w:val="0"/>
          <w:divBdr>
            <w:top w:val="none" w:sz="0" w:space="0" w:color="auto"/>
            <w:left w:val="none" w:sz="0" w:space="0" w:color="auto"/>
            <w:bottom w:val="none" w:sz="0" w:space="0" w:color="auto"/>
            <w:right w:val="none" w:sz="0" w:space="0" w:color="auto"/>
          </w:divBdr>
        </w:div>
        <w:div w:id="1917519040">
          <w:marLeft w:val="480"/>
          <w:marRight w:val="0"/>
          <w:marTop w:val="0"/>
          <w:marBottom w:val="0"/>
          <w:divBdr>
            <w:top w:val="none" w:sz="0" w:space="0" w:color="auto"/>
            <w:left w:val="none" w:sz="0" w:space="0" w:color="auto"/>
            <w:bottom w:val="none" w:sz="0" w:space="0" w:color="auto"/>
            <w:right w:val="none" w:sz="0" w:space="0" w:color="auto"/>
          </w:divBdr>
        </w:div>
        <w:div w:id="2004048402">
          <w:marLeft w:val="480"/>
          <w:marRight w:val="0"/>
          <w:marTop w:val="0"/>
          <w:marBottom w:val="0"/>
          <w:divBdr>
            <w:top w:val="none" w:sz="0" w:space="0" w:color="auto"/>
            <w:left w:val="none" w:sz="0" w:space="0" w:color="auto"/>
            <w:bottom w:val="none" w:sz="0" w:space="0" w:color="auto"/>
            <w:right w:val="none" w:sz="0" w:space="0" w:color="auto"/>
          </w:divBdr>
        </w:div>
        <w:div w:id="2044939733">
          <w:marLeft w:val="480"/>
          <w:marRight w:val="0"/>
          <w:marTop w:val="0"/>
          <w:marBottom w:val="0"/>
          <w:divBdr>
            <w:top w:val="none" w:sz="0" w:space="0" w:color="auto"/>
            <w:left w:val="none" w:sz="0" w:space="0" w:color="auto"/>
            <w:bottom w:val="none" w:sz="0" w:space="0" w:color="auto"/>
            <w:right w:val="none" w:sz="0" w:space="0" w:color="auto"/>
          </w:divBdr>
        </w:div>
        <w:div w:id="2047485902">
          <w:marLeft w:val="480"/>
          <w:marRight w:val="0"/>
          <w:marTop w:val="0"/>
          <w:marBottom w:val="0"/>
          <w:divBdr>
            <w:top w:val="none" w:sz="0" w:space="0" w:color="auto"/>
            <w:left w:val="none" w:sz="0" w:space="0" w:color="auto"/>
            <w:bottom w:val="none" w:sz="0" w:space="0" w:color="auto"/>
            <w:right w:val="none" w:sz="0" w:space="0" w:color="auto"/>
          </w:divBdr>
        </w:div>
        <w:div w:id="2076318624">
          <w:marLeft w:val="480"/>
          <w:marRight w:val="0"/>
          <w:marTop w:val="0"/>
          <w:marBottom w:val="0"/>
          <w:divBdr>
            <w:top w:val="none" w:sz="0" w:space="0" w:color="auto"/>
            <w:left w:val="none" w:sz="0" w:space="0" w:color="auto"/>
            <w:bottom w:val="none" w:sz="0" w:space="0" w:color="auto"/>
            <w:right w:val="none" w:sz="0" w:space="0" w:color="auto"/>
          </w:divBdr>
        </w:div>
        <w:div w:id="2115206524">
          <w:marLeft w:val="480"/>
          <w:marRight w:val="0"/>
          <w:marTop w:val="0"/>
          <w:marBottom w:val="0"/>
          <w:divBdr>
            <w:top w:val="none" w:sz="0" w:space="0" w:color="auto"/>
            <w:left w:val="none" w:sz="0" w:space="0" w:color="auto"/>
            <w:bottom w:val="none" w:sz="0" w:space="0" w:color="auto"/>
            <w:right w:val="none" w:sz="0" w:space="0" w:color="auto"/>
          </w:divBdr>
        </w:div>
        <w:div w:id="2115585807">
          <w:marLeft w:val="480"/>
          <w:marRight w:val="0"/>
          <w:marTop w:val="0"/>
          <w:marBottom w:val="0"/>
          <w:divBdr>
            <w:top w:val="none" w:sz="0" w:space="0" w:color="auto"/>
            <w:left w:val="none" w:sz="0" w:space="0" w:color="auto"/>
            <w:bottom w:val="none" w:sz="0" w:space="0" w:color="auto"/>
            <w:right w:val="none" w:sz="0" w:space="0" w:color="auto"/>
          </w:divBdr>
        </w:div>
        <w:div w:id="2122727079">
          <w:marLeft w:val="480"/>
          <w:marRight w:val="0"/>
          <w:marTop w:val="0"/>
          <w:marBottom w:val="0"/>
          <w:divBdr>
            <w:top w:val="none" w:sz="0" w:space="0" w:color="auto"/>
            <w:left w:val="none" w:sz="0" w:space="0" w:color="auto"/>
            <w:bottom w:val="none" w:sz="0" w:space="0" w:color="auto"/>
            <w:right w:val="none" w:sz="0" w:space="0" w:color="auto"/>
          </w:divBdr>
        </w:div>
      </w:divsChild>
    </w:div>
    <w:div w:id="2067145010">
      <w:bodyDiv w:val="1"/>
      <w:marLeft w:val="0"/>
      <w:marRight w:val="0"/>
      <w:marTop w:val="0"/>
      <w:marBottom w:val="0"/>
      <w:divBdr>
        <w:top w:val="none" w:sz="0" w:space="0" w:color="auto"/>
        <w:left w:val="none" w:sz="0" w:space="0" w:color="auto"/>
        <w:bottom w:val="none" w:sz="0" w:space="0" w:color="auto"/>
        <w:right w:val="none" w:sz="0" w:space="0" w:color="auto"/>
      </w:divBdr>
    </w:div>
    <w:div w:id="2070492193">
      <w:bodyDiv w:val="1"/>
      <w:marLeft w:val="0"/>
      <w:marRight w:val="0"/>
      <w:marTop w:val="0"/>
      <w:marBottom w:val="0"/>
      <w:divBdr>
        <w:top w:val="none" w:sz="0" w:space="0" w:color="auto"/>
        <w:left w:val="none" w:sz="0" w:space="0" w:color="auto"/>
        <w:bottom w:val="none" w:sz="0" w:space="0" w:color="auto"/>
        <w:right w:val="none" w:sz="0" w:space="0" w:color="auto"/>
      </w:divBdr>
      <w:divsChild>
        <w:div w:id="3439209">
          <w:marLeft w:val="480"/>
          <w:marRight w:val="0"/>
          <w:marTop w:val="0"/>
          <w:marBottom w:val="0"/>
          <w:divBdr>
            <w:top w:val="none" w:sz="0" w:space="0" w:color="auto"/>
            <w:left w:val="none" w:sz="0" w:space="0" w:color="auto"/>
            <w:bottom w:val="none" w:sz="0" w:space="0" w:color="auto"/>
            <w:right w:val="none" w:sz="0" w:space="0" w:color="auto"/>
          </w:divBdr>
        </w:div>
        <w:div w:id="68961176">
          <w:marLeft w:val="480"/>
          <w:marRight w:val="0"/>
          <w:marTop w:val="0"/>
          <w:marBottom w:val="0"/>
          <w:divBdr>
            <w:top w:val="none" w:sz="0" w:space="0" w:color="auto"/>
            <w:left w:val="none" w:sz="0" w:space="0" w:color="auto"/>
            <w:bottom w:val="none" w:sz="0" w:space="0" w:color="auto"/>
            <w:right w:val="none" w:sz="0" w:space="0" w:color="auto"/>
          </w:divBdr>
        </w:div>
        <w:div w:id="229118941">
          <w:marLeft w:val="480"/>
          <w:marRight w:val="0"/>
          <w:marTop w:val="0"/>
          <w:marBottom w:val="0"/>
          <w:divBdr>
            <w:top w:val="none" w:sz="0" w:space="0" w:color="auto"/>
            <w:left w:val="none" w:sz="0" w:space="0" w:color="auto"/>
            <w:bottom w:val="none" w:sz="0" w:space="0" w:color="auto"/>
            <w:right w:val="none" w:sz="0" w:space="0" w:color="auto"/>
          </w:divBdr>
        </w:div>
        <w:div w:id="313216113">
          <w:marLeft w:val="480"/>
          <w:marRight w:val="0"/>
          <w:marTop w:val="0"/>
          <w:marBottom w:val="0"/>
          <w:divBdr>
            <w:top w:val="none" w:sz="0" w:space="0" w:color="auto"/>
            <w:left w:val="none" w:sz="0" w:space="0" w:color="auto"/>
            <w:bottom w:val="none" w:sz="0" w:space="0" w:color="auto"/>
            <w:right w:val="none" w:sz="0" w:space="0" w:color="auto"/>
          </w:divBdr>
        </w:div>
        <w:div w:id="398286280">
          <w:marLeft w:val="480"/>
          <w:marRight w:val="0"/>
          <w:marTop w:val="0"/>
          <w:marBottom w:val="0"/>
          <w:divBdr>
            <w:top w:val="none" w:sz="0" w:space="0" w:color="auto"/>
            <w:left w:val="none" w:sz="0" w:space="0" w:color="auto"/>
            <w:bottom w:val="none" w:sz="0" w:space="0" w:color="auto"/>
            <w:right w:val="none" w:sz="0" w:space="0" w:color="auto"/>
          </w:divBdr>
        </w:div>
        <w:div w:id="449787058">
          <w:marLeft w:val="480"/>
          <w:marRight w:val="0"/>
          <w:marTop w:val="0"/>
          <w:marBottom w:val="0"/>
          <w:divBdr>
            <w:top w:val="none" w:sz="0" w:space="0" w:color="auto"/>
            <w:left w:val="none" w:sz="0" w:space="0" w:color="auto"/>
            <w:bottom w:val="none" w:sz="0" w:space="0" w:color="auto"/>
            <w:right w:val="none" w:sz="0" w:space="0" w:color="auto"/>
          </w:divBdr>
        </w:div>
        <w:div w:id="469707652">
          <w:marLeft w:val="480"/>
          <w:marRight w:val="0"/>
          <w:marTop w:val="0"/>
          <w:marBottom w:val="0"/>
          <w:divBdr>
            <w:top w:val="none" w:sz="0" w:space="0" w:color="auto"/>
            <w:left w:val="none" w:sz="0" w:space="0" w:color="auto"/>
            <w:bottom w:val="none" w:sz="0" w:space="0" w:color="auto"/>
            <w:right w:val="none" w:sz="0" w:space="0" w:color="auto"/>
          </w:divBdr>
        </w:div>
        <w:div w:id="481696921">
          <w:marLeft w:val="480"/>
          <w:marRight w:val="0"/>
          <w:marTop w:val="0"/>
          <w:marBottom w:val="0"/>
          <w:divBdr>
            <w:top w:val="none" w:sz="0" w:space="0" w:color="auto"/>
            <w:left w:val="none" w:sz="0" w:space="0" w:color="auto"/>
            <w:bottom w:val="none" w:sz="0" w:space="0" w:color="auto"/>
            <w:right w:val="none" w:sz="0" w:space="0" w:color="auto"/>
          </w:divBdr>
        </w:div>
        <w:div w:id="537623015">
          <w:marLeft w:val="480"/>
          <w:marRight w:val="0"/>
          <w:marTop w:val="0"/>
          <w:marBottom w:val="0"/>
          <w:divBdr>
            <w:top w:val="none" w:sz="0" w:space="0" w:color="auto"/>
            <w:left w:val="none" w:sz="0" w:space="0" w:color="auto"/>
            <w:bottom w:val="none" w:sz="0" w:space="0" w:color="auto"/>
            <w:right w:val="none" w:sz="0" w:space="0" w:color="auto"/>
          </w:divBdr>
        </w:div>
        <w:div w:id="556474608">
          <w:marLeft w:val="480"/>
          <w:marRight w:val="0"/>
          <w:marTop w:val="0"/>
          <w:marBottom w:val="0"/>
          <w:divBdr>
            <w:top w:val="none" w:sz="0" w:space="0" w:color="auto"/>
            <w:left w:val="none" w:sz="0" w:space="0" w:color="auto"/>
            <w:bottom w:val="none" w:sz="0" w:space="0" w:color="auto"/>
            <w:right w:val="none" w:sz="0" w:space="0" w:color="auto"/>
          </w:divBdr>
        </w:div>
        <w:div w:id="616639107">
          <w:marLeft w:val="480"/>
          <w:marRight w:val="0"/>
          <w:marTop w:val="0"/>
          <w:marBottom w:val="0"/>
          <w:divBdr>
            <w:top w:val="none" w:sz="0" w:space="0" w:color="auto"/>
            <w:left w:val="none" w:sz="0" w:space="0" w:color="auto"/>
            <w:bottom w:val="none" w:sz="0" w:space="0" w:color="auto"/>
            <w:right w:val="none" w:sz="0" w:space="0" w:color="auto"/>
          </w:divBdr>
        </w:div>
        <w:div w:id="750932341">
          <w:marLeft w:val="480"/>
          <w:marRight w:val="0"/>
          <w:marTop w:val="0"/>
          <w:marBottom w:val="0"/>
          <w:divBdr>
            <w:top w:val="none" w:sz="0" w:space="0" w:color="auto"/>
            <w:left w:val="none" w:sz="0" w:space="0" w:color="auto"/>
            <w:bottom w:val="none" w:sz="0" w:space="0" w:color="auto"/>
            <w:right w:val="none" w:sz="0" w:space="0" w:color="auto"/>
          </w:divBdr>
        </w:div>
        <w:div w:id="881284574">
          <w:marLeft w:val="480"/>
          <w:marRight w:val="0"/>
          <w:marTop w:val="0"/>
          <w:marBottom w:val="0"/>
          <w:divBdr>
            <w:top w:val="none" w:sz="0" w:space="0" w:color="auto"/>
            <w:left w:val="none" w:sz="0" w:space="0" w:color="auto"/>
            <w:bottom w:val="none" w:sz="0" w:space="0" w:color="auto"/>
            <w:right w:val="none" w:sz="0" w:space="0" w:color="auto"/>
          </w:divBdr>
        </w:div>
        <w:div w:id="902830359">
          <w:marLeft w:val="480"/>
          <w:marRight w:val="0"/>
          <w:marTop w:val="0"/>
          <w:marBottom w:val="0"/>
          <w:divBdr>
            <w:top w:val="none" w:sz="0" w:space="0" w:color="auto"/>
            <w:left w:val="none" w:sz="0" w:space="0" w:color="auto"/>
            <w:bottom w:val="none" w:sz="0" w:space="0" w:color="auto"/>
            <w:right w:val="none" w:sz="0" w:space="0" w:color="auto"/>
          </w:divBdr>
        </w:div>
        <w:div w:id="1065683464">
          <w:marLeft w:val="480"/>
          <w:marRight w:val="0"/>
          <w:marTop w:val="0"/>
          <w:marBottom w:val="0"/>
          <w:divBdr>
            <w:top w:val="none" w:sz="0" w:space="0" w:color="auto"/>
            <w:left w:val="none" w:sz="0" w:space="0" w:color="auto"/>
            <w:bottom w:val="none" w:sz="0" w:space="0" w:color="auto"/>
            <w:right w:val="none" w:sz="0" w:space="0" w:color="auto"/>
          </w:divBdr>
        </w:div>
        <w:div w:id="1160192749">
          <w:marLeft w:val="480"/>
          <w:marRight w:val="0"/>
          <w:marTop w:val="0"/>
          <w:marBottom w:val="0"/>
          <w:divBdr>
            <w:top w:val="none" w:sz="0" w:space="0" w:color="auto"/>
            <w:left w:val="none" w:sz="0" w:space="0" w:color="auto"/>
            <w:bottom w:val="none" w:sz="0" w:space="0" w:color="auto"/>
            <w:right w:val="none" w:sz="0" w:space="0" w:color="auto"/>
          </w:divBdr>
        </w:div>
        <w:div w:id="1169103690">
          <w:marLeft w:val="480"/>
          <w:marRight w:val="0"/>
          <w:marTop w:val="0"/>
          <w:marBottom w:val="0"/>
          <w:divBdr>
            <w:top w:val="none" w:sz="0" w:space="0" w:color="auto"/>
            <w:left w:val="none" w:sz="0" w:space="0" w:color="auto"/>
            <w:bottom w:val="none" w:sz="0" w:space="0" w:color="auto"/>
            <w:right w:val="none" w:sz="0" w:space="0" w:color="auto"/>
          </w:divBdr>
        </w:div>
        <w:div w:id="1178034919">
          <w:marLeft w:val="480"/>
          <w:marRight w:val="0"/>
          <w:marTop w:val="0"/>
          <w:marBottom w:val="0"/>
          <w:divBdr>
            <w:top w:val="none" w:sz="0" w:space="0" w:color="auto"/>
            <w:left w:val="none" w:sz="0" w:space="0" w:color="auto"/>
            <w:bottom w:val="none" w:sz="0" w:space="0" w:color="auto"/>
            <w:right w:val="none" w:sz="0" w:space="0" w:color="auto"/>
          </w:divBdr>
        </w:div>
        <w:div w:id="1207375215">
          <w:marLeft w:val="480"/>
          <w:marRight w:val="0"/>
          <w:marTop w:val="0"/>
          <w:marBottom w:val="0"/>
          <w:divBdr>
            <w:top w:val="none" w:sz="0" w:space="0" w:color="auto"/>
            <w:left w:val="none" w:sz="0" w:space="0" w:color="auto"/>
            <w:bottom w:val="none" w:sz="0" w:space="0" w:color="auto"/>
            <w:right w:val="none" w:sz="0" w:space="0" w:color="auto"/>
          </w:divBdr>
        </w:div>
        <w:div w:id="1213543824">
          <w:marLeft w:val="480"/>
          <w:marRight w:val="0"/>
          <w:marTop w:val="0"/>
          <w:marBottom w:val="0"/>
          <w:divBdr>
            <w:top w:val="none" w:sz="0" w:space="0" w:color="auto"/>
            <w:left w:val="none" w:sz="0" w:space="0" w:color="auto"/>
            <w:bottom w:val="none" w:sz="0" w:space="0" w:color="auto"/>
            <w:right w:val="none" w:sz="0" w:space="0" w:color="auto"/>
          </w:divBdr>
        </w:div>
        <w:div w:id="1224833634">
          <w:marLeft w:val="480"/>
          <w:marRight w:val="0"/>
          <w:marTop w:val="0"/>
          <w:marBottom w:val="0"/>
          <w:divBdr>
            <w:top w:val="none" w:sz="0" w:space="0" w:color="auto"/>
            <w:left w:val="none" w:sz="0" w:space="0" w:color="auto"/>
            <w:bottom w:val="none" w:sz="0" w:space="0" w:color="auto"/>
            <w:right w:val="none" w:sz="0" w:space="0" w:color="auto"/>
          </w:divBdr>
        </w:div>
        <w:div w:id="1318916557">
          <w:marLeft w:val="480"/>
          <w:marRight w:val="0"/>
          <w:marTop w:val="0"/>
          <w:marBottom w:val="0"/>
          <w:divBdr>
            <w:top w:val="none" w:sz="0" w:space="0" w:color="auto"/>
            <w:left w:val="none" w:sz="0" w:space="0" w:color="auto"/>
            <w:bottom w:val="none" w:sz="0" w:space="0" w:color="auto"/>
            <w:right w:val="none" w:sz="0" w:space="0" w:color="auto"/>
          </w:divBdr>
        </w:div>
        <w:div w:id="1333879012">
          <w:marLeft w:val="480"/>
          <w:marRight w:val="0"/>
          <w:marTop w:val="0"/>
          <w:marBottom w:val="0"/>
          <w:divBdr>
            <w:top w:val="none" w:sz="0" w:space="0" w:color="auto"/>
            <w:left w:val="none" w:sz="0" w:space="0" w:color="auto"/>
            <w:bottom w:val="none" w:sz="0" w:space="0" w:color="auto"/>
            <w:right w:val="none" w:sz="0" w:space="0" w:color="auto"/>
          </w:divBdr>
        </w:div>
        <w:div w:id="1349910832">
          <w:marLeft w:val="480"/>
          <w:marRight w:val="0"/>
          <w:marTop w:val="0"/>
          <w:marBottom w:val="0"/>
          <w:divBdr>
            <w:top w:val="none" w:sz="0" w:space="0" w:color="auto"/>
            <w:left w:val="none" w:sz="0" w:space="0" w:color="auto"/>
            <w:bottom w:val="none" w:sz="0" w:space="0" w:color="auto"/>
            <w:right w:val="none" w:sz="0" w:space="0" w:color="auto"/>
          </w:divBdr>
        </w:div>
        <w:div w:id="1361860259">
          <w:marLeft w:val="480"/>
          <w:marRight w:val="0"/>
          <w:marTop w:val="0"/>
          <w:marBottom w:val="0"/>
          <w:divBdr>
            <w:top w:val="none" w:sz="0" w:space="0" w:color="auto"/>
            <w:left w:val="none" w:sz="0" w:space="0" w:color="auto"/>
            <w:bottom w:val="none" w:sz="0" w:space="0" w:color="auto"/>
            <w:right w:val="none" w:sz="0" w:space="0" w:color="auto"/>
          </w:divBdr>
        </w:div>
        <w:div w:id="1400520249">
          <w:marLeft w:val="480"/>
          <w:marRight w:val="0"/>
          <w:marTop w:val="0"/>
          <w:marBottom w:val="0"/>
          <w:divBdr>
            <w:top w:val="none" w:sz="0" w:space="0" w:color="auto"/>
            <w:left w:val="none" w:sz="0" w:space="0" w:color="auto"/>
            <w:bottom w:val="none" w:sz="0" w:space="0" w:color="auto"/>
            <w:right w:val="none" w:sz="0" w:space="0" w:color="auto"/>
          </w:divBdr>
        </w:div>
        <w:div w:id="1431655169">
          <w:marLeft w:val="480"/>
          <w:marRight w:val="0"/>
          <w:marTop w:val="0"/>
          <w:marBottom w:val="0"/>
          <w:divBdr>
            <w:top w:val="none" w:sz="0" w:space="0" w:color="auto"/>
            <w:left w:val="none" w:sz="0" w:space="0" w:color="auto"/>
            <w:bottom w:val="none" w:sz="0" w:space="0" w:color="auto"/>
            <w:right w:val="none" w:sz="0" w:space="0" w:color="auto"/>
          </w:divBdr>
        </w:div>
        <w:div w:id="1463694950">
          <w:marLeft w:val="480"/>
          <w:marRight w:val="0"/>
          <w:marTop w:val="0"/>
          <w:marBottom w:val="0"/>
          <w:divBdr>
            <w:top w:val="none" w:sz="0" w:space="0" w:color="auto"/>
            <w:left w:val="none" w:sz="0" w:space="0" w:color="auto"/>
            <w:bottom w:val="none" w:sz="0" w:space="0" w:color="auto"/>
            <w:right w:val="none" w:sz="0" w:space="0" w:color="auto"/>
          </w:divBdr>
        </w:div>
        <w:div w:id="1790081472">
          <w:marLeft w:val="480"/>
          <w:marRight w:val="0"/>
          <w:marTop w:val="0"/>
          <w:marBottom w:val="0"/>
          <w:divBdr>
            <w:top w:val="none" w:sz="0" w:space="0" w:color="auto"/>
            <w:left w:val="none" w:sz="0" w:space="0" w:color="auto"/>
            <w:bottom w:val="none" w:sz="0" w:space="0" w:color="auto"/>
            <w:right w:val="none" w:sz="0" w:space="0" w:color="auto"/>
          </w:divBdr>
        </w:div>
        <w:div w:id="2043088678">
          <w:marLeft w:val="480"/>
          <w:marRight w:val="0"/>
          <w:marTop w:val="0"/>
          <w:marBottom w:val="0"/>
          <w:divBdr>
            <w:top w:val="none" w:sz="0" w:space="0" w:color="auto"/>
            <w:left w:val="none" w:sz="0" w:space="0" w:color="auto"/>
            <w:bottom w:val="none" w:sz="0" w:space="0" w:color="auto"/>
            <w:right w:val="none" w:sz="0" w:space="0" w:color="auto"/>
          </w:divBdr>
        </w:div>
        <w:div w:id="2084717991">
          <w:marLeft w:val="480"/>
          <w:marRight w:val="0"/>
          <w:marTop w:val="0"/>
          <w:marBottom w:val="0"/>
          <w:divBdr>
            <w:top w:val="none" w:sz="0" w:space="0" w:color="auto"/>
            <w:left w:val="none" w:sz="0" w:space="0" w:color="auto"/>
            <w:bottom w:val="none" w:sz="0" w:space="0" w:color="auto"/>
            <w:right w:val="none" w:sz="0" w:space="0" w:color="auto"/>
          </w:divBdr>
        </w:div>
        <w:div w:id="2086799329">
          <w:marLeft w:val="480"/>
          <w:marRight w:val="0"/>
          <w:marTop w:val="0"/>
          <w:marBottom w:val="0"/>
          <w:divBdr>
            <w:top w:val="none" w:sz="0" w:space="0" w:color="auto"/>
            <w:left w:val="none" w:sz="0" w:space="0" w:color="auto"/>
            <w:bottom w:val="none" w:sz="0" w:space="0" w:color="auto"/>
            <w:right w:val="none" w:sz="0" w:space="0" w:color="auto"/>
          </w:divBdr>
        </w:div>
        <w:div w:id="2145388699">
          <w:marLeft w:val="480"/>
          <w:marRight w:val="0"/>
          <w:marTop w:val="0"/>
          <w:marBottom w:val="0"/>
          <w:divBdr>
            <w:top w:val="none" w:sz="0" w:space="0" w:color="auto"/>
            <w:left w:val="none" w:sz="0" w:space="0" w:color="auto"/>
            <w:bottom w:val="none" w:sz="0" w:space="0" w:color="auto"/>
            <w:right w:val="none" w:sz="0" w:space="0" w:color="auto"/>
          </w:divBdr>
        </w:div>
      </w:divsChild>
    </w:div>
    <w:div w:id="2074235624">
      <w:bodyDiv w:val="1"/>
      <w:marLeft w:val="0"/>
      <w:marRight w:val="0"/>
      <w:marTop w:val="0"/>
      <w:marBottom w:val="0"/>
      <w:divBdr>
        <w:top w:val="none" w:sz="0" w:space="0" w:color="auto"/>
        <w:left w:val="none" w:sz="0" w:space="0" w:color="auto"/>
        <w:bottom w:val="none" w:sz="0" w:space="0" w:color="auto"/>
        <w:right w:val="none" w:sz="0" w:space="0" w:color="auto"/>
      </w:divBdr>
    </w:div>
    <w:div w:id="2074310246">
      <w:bodyDiv w:val="1"/>
      <w:marLeft w:val="0"/>
      <w:marRight w:val="0"/>
      <w:marTop w:val="0"/>
      <w:marBottom w:val="0"/>
      <w:divBdr>
        <w:top w:val="none" w:sz="0" w:space="0" w:color="auto"/>
        <w:left w:val="none" w:sz="0" w:space="0" w:color="auto"/>
        <w:bottom w:val="none" w:sz="0" w:space="0" w:color="auto"/>
        <w:right w:val="none" w:sz="0" w:space="0" w:color="auto"/>
      </w:divBdr>
    </w:div>
    <w:div w:id="2077319108">
      <w:bodyDiv w:val="1"/>
      <w:marLeft w:val="0"/>
      <w:marRight w:val="0"/>
      <w:marTop w:val="0"/>
      <w:marBottom w:val="0"/>
      <w:divBdr>
        <w:top w:val="none" w:sz="0" w:space="0" w:color="auto"/>
        <w:left w:val="none" w:sz="0" w:space="0" w:color="auto"/>
        <w:bottom w:val="none" w:sz="0" w:space="0" w:color="auto"/>
        <w:right w:val="none" w:sz="0" w:space="0" w:color="auto"/>
      </w:divBdr>
    </w:div>
    <w:div w:id="2077630812">
      <w:bodyDiv w:val="1"/>
      <w:marLeft w:val="0"/>
      <w:marRight w:val="0"/>
      <w:marTop w:val="0"/>
      <w:marBottom w:val="0"/>
      <w:divBdr>
        <w:top w:val="none" w:sz="0" w:space="0" w:color="auto"/>
        <w:left w:val="none" w:sz="0" w:space="0" w:color="auto"/>
        <w:bottom w:val="none" w:sz="0" w:space="0" w:color="auto"/>
        <w:right w:val="none" w:sz="0" w:space="0" w:color="auto"/>
      </w:divBdr>
    </w:div>
    <w:div w:id="2078239627">
      <w:bodyDiv w:val="1"/>
      <w:marLeft w:val="0"/>
      <w:marRight w:val="0"/>
      <w:marTop w:val="0"/>
      <w:marBottom w:val="0"/>
      <w:divBdr>
        <w:top w:val="none" w:sz="0" w:space="0" w:color="auto"/>
        <w:left w:val="none" w:sz="0" w:space="0" w:color="auto"/>
        <w:bottom w:val="none" w:sz="0" w:space="0" w:color="auto"/>
        <w:right w:val="none" w:sz="0" w:space="0" w:color="auto"/>
      </w:divBdr>
    </w:div>
    <w:div w:id="2079277814">
      <w:bodyDiv w:val="1"/>
      <w:marLeft w:val="0"/>
      <w:marRight w:val="0"/>
      <w:marTop w:val="0"/>
      <w:marBottom w:val="0"/>
      <w:divBdr>
        <w:top w:val="none" w:sz="0" w:space="0" w:color="auto"/>
        <w:left w:val="none" w:sz="0" w:space="0" w:color="auto"/>
        <w:bottom w:val="none" w:sz="0" w:space="0" w:color="auto"/>
        <w:right w:val="none" w:sz="0" w:space="0" w:color="auto"/>
      </w:divBdr>
    </w:div>
    <w:div w:id="2085099248">
      <w:bodyDiv w:val="1"/>
      <w:marLeft w:val="0"/>
      <w:marRight w:val="0"/>
      <w:marTop w:val="0"/>
      <w:marBottom w:val="0"/>
      <w:divBdr>
        <w:top w:val="none" w:sz="0" w:space="0" w:color="auto"/>
        <w:left w:val="none" w:sz="0" w:space="0" w:color="auto"/>
        <w:bottom w:val="none" w:sz="0" w:space="0" w:color="auto"/>
        <w:right w:val="none" w:sz="0" w:space="0" w:color="auto"/>
      </w:divBdr>
      <w:divsChild>
        <w:div w:id="118106314">
          <w:marLeft w:val="480"/>
          <w:marRight w:val="0"/>
          <w:marTop w:val="0"/>
          <w:marBottom w:val="0"/>
          <w:divBdr>
            <w:top w:val="none" w:sz="0" w:space="0" w:color="auto"/>
            <w:left w:val="none" w:sz="0" w:space="0" w:color="auto"/>
            <w:bottom w:val="none" w:sz="0" w:space="0" w:color="auto"/>
            <w:right w:val="none" w:sz="0" w:space="0" w:color="auto"/>
          </w:divBdr>
        </w:div>
        <w:div w:id="164168809">
          <w:marLeft w:val="480"/>
          <w:marRight w:val="0"/>
          <w:marTop w:val="0"/>
          <w:marBottom w:val="0"/>
          <w:divBdr>
            <w:top w:val="none" w:sz="0" w:space="0" w:color="auto"/>
            <w:left w:val="none" w:sz="0" w:space="0" w:color="auto"/>
            <w:bottom w:val="none" w:sz="0" w:space="0" w:color="auto"/>
            <w:right w:val="none" w:sz="0" w:space="0" w:color="auto"/>
          </w:divBdr>
        </w:div>
        <w:div w:id="285042400">
          <w:marLeft w:val="480"/>
          <w:marRight w:val="0"/>
          <w:marTop w:val="0"/>
          <w:marBottom w:val="0"/>
          <w:divBdr>
            <w:top w:val="none" w:sz="0" w:space="0" w:color="auto"/>
            <w:left w:val="none" w:sz="0" w:space="0" w:color="auto"/>
            <w:bottom w:val="none" w:sz="0" w:space="0" w:color="auto"/>
            <w:right w:val="none" w:sz="0" w:space="0" w:color="auto"/>
          </w:divBdr>
        </w:div>
        <w:div w:id="286817339">
          <w:marLeft w:val="480"/>
          <w:marRight w:val="0"/>
          <w:marTop w:val="0"/>
          <w:marBottom w:val="0"/>
          <w:divBdr>
            <w:top w:val="none" w:sz="0" w:space="0" w:color="auto"/>
            <w:left w:val="none" w:sz="0" w:space="0" w:color="auto"/>
            <w:bottom w:val="none" w:sz="0" w:space="0" w:color="auto"/>
            <w:right w:val="none" w:sz="0" w:space="0" w:color="auto"/>
          </w:divBdr>
        </w:div>
        <w:div w:id="386539006">
          <w:marLeft w:val="480"/>
          <w:marRight w:val="0"/>
          <w:marTop w:val="0"/>
          <w:marBottom w:val="0"/>
          <w:divBdr>
            <w:top w:val="none" w:sz="0" w:space="0" w:color="auto"/>
            <w:left w:val="none" w:sz="0" w:space="0" w:color="auto"/>
            <w:bottom w:val="none" w:sz="0" w:space="0" w:color="auto"/>
            <w:right w:val="none" w:sz="0" w:space="0" w:color="auto"/>
          </w:divBdr>
        </w:div>
        <w:div w:id="453016630">
          <w:marLeft w:val="480"/>
          <w:marRight w:val="0"/>
          <w:marTop w:val="0"/>
          <w:marBottom w:val="0"/>
          <w:divBdr>
            <w:top w:val="none" w:sz="0" w:space="0" w:color="auto"/>
            <w:left w:val="none" w:sz="0" w:space="0" w:color="auto"/>
            <w:bottom w:val="none" w:sz="0" w:space="0" w:color="auto"/>
            <w:right w:val="none" w:sz="0" w:space="0" w:color="auto"/>
          </w:divBdr>
        </w:div>
        <w:div w:id="465247653">
          <w:marLeft w:val="480"/>
          <w:marRight w:val="0"/>
          <w:marTop w:val="0"/>
          <w:marBottom w:val="0"/>
          <w:divBdr>
            <w:top w:val="none" w:sz="0" w:space="0" w:color="auto"/>
            <w:left w:val="none" w:sz="0" w:space="0" w:color="auto"/>
            <w:bottom w:val="none" w:sz="0" w:space="0" w:color="auto"/>
            <w:right w:val="none" w:sz="0" w:space="0" w:color="auto"/>
          </w:divBdr>
        </w:div>
        <w:div w:id="533806284">
          <w:marLeft w:val="480"/>
          <w:marRight w:val="0"/>
          <w:marTop w:val="0"/>
          <w:marBottom w:val="0"/>
          <w:divBdr>
            <w:top w:val="none" w:sz="0" w:space="0" w:color="auto"/>
            <w:left w:val="none" w:sz="0" w:space="0" w:color="auto"/>
            <w:bottom w:val="none" w:sz="0" w:space="0" w:color="auto"/>
            <w:right w:val="none" w:sz="0" w:space="0" w:color="auto"/>
          </w:divBdr>
        </w:div>
        <w:div w:id="574976021">
          <w:marLeft w:val="480"/>
          <w:marRight w:val="0"/>
          <w:marTop w:val="0"/>
          <w:marBottom w:val="0"/>
          <w:divBdr>
            <w:top w:val="none" w:sz="0" w:space="0" w:color="auto"/>
            <w:left w:val="none" w:sz="0" w:space="0" w:color="auto"/>
            <w:bottom w:val="none" w:sz="0" w:space="0" w:color="auto"/>
            <w:right w:val="none" w:sz="0" w:space="0" w:color="auto"/>
          </w:divBdr>
        </w:div>
        <w:div w:id="577177160">
          <w:marLeft w:val="480"/>
          <w:marRight w:val="0"/>
          <w:marTop w:val="0"/>
          <w:marBottom w:val="0"/>
          <w:divBdr>
            <w:top w:val="none" w:sz="0" w:space="0" w:color="auto"/>
            <w:left w:val="none" w:sz="0" w:space="0" w:color="auto"/>
            <w:bottom w:val="none" w:sz="0" w:space="0" w:color="auto"/>
            <w:right w:val="none" w:sz="0" w:space="0" w:color="auto"/>
          </w:divBdr>
        </w:div>
        <w:div w:id="626006945">
          <w:marLeft w:val="480"/>
          <w:marRight w:val="0"/>
          <w:marTop w:val="0"/>
          <w:marBottom w:val="0"/>
          <w:divBdr>
            <w:top w:val="none" w:sz="0" w:space="0" w:color="auto"/>
            <w:left w:val="none" w:sz="0" w:space="0" w:color="auto"/>
            <w:bottom w:val="none" w:sz="0" w:space="0" w:color="auto"/>
            <w:right w:val="none" w:sz="0" w:space="0" w:color="auto"/>
          </w:divBdr>
        </w:div>
        <w:div w:id="646740965">
          <w:marLeft w:val="480"/>
          <w:marRight w:val="0"/>
          <w:marTop w:val="0"/>
          <w:marBottom w:val="0"/>
          <w:divBdr>
            <w:top w:val="none" w:sz="0" w:space="0" w:color="auto"/>
            <w:left w:val="none" w:sz="0" w:space="0" w:color="auto"/>
            <w:bottom w:val="none" w:sz="0" w:space="0" w:color="auto"/>
            <w:right w:val="none" w:sz="0" w:space="0" w:color="auto"/>
          </w:divBdr>
        </w:div>
        <w:div w:id="662971969">
          <w:marLeft w:val="480"/>
          <w:marRight w:val="0"/>
          <w:marTop w:val="0"/>
          <w:marBottom w:val="0"/>
          <w:divBdr>
            <w:top w:val="none" w:sz="0" w:space="0" w:color="auto"/>
            <w:left w:val="none" w:sz="0" w:space="0" w:color="auto"/>
            <w:bottom w:val="none" w:sz="0" w:space="0" w:color="auto"/>
            <w:right w:val="none" w:sz="0" w:space="0" w:color="auto"/>
          </w:divBdr>
        </w:div>
        <w:div w:id="792794565">
          <w:marLeft w:val="480"/>
          <w:marRight w:val="0"/>
          <w:marTop w:val="0"/>
          <w:marBottom w:val="0"/>
          <w:divBdr>
            <w:top w:val="none" w:sz="0" w:space="0" w:color="auto"/>
            <w:left w:val="none" w:sz="0" w:space="0" w:color="auto"/>
            <w:bottom w:val="none" w:sz="0" w:space="0" w:color="auto"/>
            <w:right w:val="none" w:sz="0" w:space="0" w:color="auto"/>
          </w:divBdr>
        </w:div>
        <w:div w:id="832254903">
          <w:marLeft w:val="480"/>
          <w:marRight w:val="0"/>
          <w:marTop w:val="0"/>
          <w:marBottom w:val="0"/>
          <w:divBdr>
            <w:top w:val="none" w:sz="0" w:space="0" w:color="auto"/>
            <w:left w:val="none" w:sz="0" w:space="0" w:color="auto"/>
            <w:bottom w:val="none" w:sz="0" w:space="0" w:color="auto"/>
            <w:right w:val="none" w:sz="0" w:space="0" w:color="auto"/>
          </w:divBdr>
        </w:div>
        <w:div w:id="912854235">
          <w:marLeft w:val="480"/>
          <w:marRight w:val="0"/>
          <w:marTop w:val="0"/>
          <w:marBottom w:val="0"/>
          <w:divBdr>
            <w:top w:val="none" w:sz="0" w:space="0" w:color="auto"/>
            <w:left w:val="none" w:sz="0" w:space="0" w:color="auto"/>
            <w:bottom w:val="none" w:sz="0" w:space="0" w:color="auto"/>
            <w:right w:val="none" w:sz="0" w:space="0" w:color="auto"/>
          </w:divBdr>
        </w:div>
        <w:div w:id="918172139">
          <w:marLeft w:val="480"/>
          <w:marRight w:val="0"/>
          <w:marTop w:val="0"/>
          <w:marBottom w:val="0"/>
          <w:divBdr>
            <w:top w:val="none" w:sz="0" w:space="0" w:color="auto"/>
            <w:left w:val="none" w:sz="0" w:space="0" w:color="auto"/>
            <w:bottom w:val="none" w:sz="0" w:space="0" w:color="auto"/>
            <w:right w:val="none" w:sz="0" w:space="0" w:color="auto"/>
          </w:divBdr>
        </w:div>
        <w:div w:id="1017731010">
          <w:marLeft w:val="480"/>
          <w:marRight w:val="0"/>
          <w:marTop w:val="0"/>
          <w:marBottom w:val="0"/>
          <w:divBdr>
            <w:top w:val="none" w:sz="0" w:space="0" w:color="auto"/>
            <w:left w:val="none" w:sz="0" w:space="0" w:color="auto"/>
            <w:bottom w:val="none" w:sz="0" w:space="0" w:color="auto"/>
            <w:right w:val="none" w:sz="0" w:space="0" w:color="auto"/>
          </w:divBdr>
        </w:div>
        <w:div w:id="1055666095">
          <w:marLeft w:val="480"/>
          <w:marRight w:val="0"/>
          <w:marTop w:val="0"/>
          <w:marBottom w:val="0"/>
          <w:divBdr>
            <w:top w:val="none" w:sz="0" w:space="0" w:color="auto"/>
            <w:left w:val="none" w:sz="0" w:space="0" w:color="auto"/>
            <w:bottom w:val="none" w:sz="0" w:space="0" w:color="auto"/>
            <w:right w:val="none" w:sz="0" w:space="0" w:color="auto"/>
          </w:divBdr>
        </w:div>
        <w:div w:id="1091707155">
          <w:marLeft w:val="480"/>
          <w:marRight w:val="0"/>
          <w:marTop w:val="0"/>
          <w:marBottom w:val="0"/>
          <w:divBdr>
            <w:top w:val="none" w:sz="0" w:space="0" w:color="auto"/>
            <w:left w:val="none" w:sz="0" w:space="0" w:color="auto"/>
            <w:bottom w:val="none" w:sz="0" w:space="0" w:color="auto"/>
            <w:right w:val="none" w:sz="0" w:space="0" w:color="auto"/>
          </w:divBdr>
        </w:div>
        <w:div w:id="1094088868">
          <w:marLeft w:val="480"/>
          <w:marRight w:val="0"/>
          <w:marTop w:val="0"/>
          <w:marBottom w:val="0"/>
          <w:divBdr>
            <w:top w:val="none" w:sz="0" w:space="0" w:color="auto"/>
            <w:left w:val="none" w:sz="0" w:space="0" w:color="auto"/>
            <w:bottom w:val="none" w:sz="0" w:space="0" w:color="auto"/>
            <w:right w:val="none" w:sz="0" w:space="0" w:color="auto"/>
          </w:divBdr>
        </w:div>
        <w:div w:id="1141118915">
          <w:marLeft w:val="480"/>
          <w:marRight w:val="0"/>
          <w:marTop w:val="0"/>
          <w:marBottom w:val="0"/>
          <w:divBdr>
            <w:top w:val="none" w:sz="0" w:space="0" w:color="auto"/>
            <w:left w:val="none" w:sz="0" w:space="0" w:color="auto"/>
            <w:bottom w:val="none" w:sz="0" w:space="0" w:color="auto"/>
            <w:right w:val="none" w:sz="0" w:space="0" w:color="auto"/>
          </w:divBdr>
        </w:div>
        <w:div w:id="1142885335">
          <w:marLeft w:val="480"/>
          <w:marRight w:val="0"/>
          <w:marTop w:val="0"/>
          <w:marBottom w:val="0"/>
          <w:divBdr>
            <w:top w:val="none" w:sz="0" w:space="0" w:color="auto"/>
            <w:left w:val="none" w:sz="0" w:space="0" w:color="auto"/>
            <w:bottom w:val="none" w:sz="0" w:space="0" w:color="auto"/>
            <w:right w:val="none" w:sz="0" w:space="0" w:color="auto"/>
          </w:divBdr>
        </w:div>
        <w:div w:id="1176186108">
          <w:marLeft w:val="480"/>
          <w:marRight w:val="0"/>
          <w:marTop w:val="0"/>
          <w:marBottom w:val="0"/>
          <w:divBdr>
            <w:top w:val="none" w:sz="0" w:space="0" w:color="auto"/>
            <w:left w:val="none" w:sz="0" w:space="0" w:color="auto"/>
            <w:bottom w:val="none" w:sz="0" w:space="0" w:color="auto"/>
            <w:right w:val="none" w:sz="0" w:space="0" w:color="auto"/>
          </w:divBdr>
        </w:div>
        <w:div w:id="1377967629">
          <w:marLeft w:val="480"/>
          <w:marRight w:val="0"/>
          <w:marTop w:val="0"/>
          <w:marBottom w:val="0"/>
          <w:divBdr>
            <w:top w:val="none" w:sz="0" w:space="0" w:color="auto"/>
            <w:left w:val="none" w:sz="0" w:space="0" w:color="auto"/>
            <w:bottom w:val="none" w:sz="0" w:space="0" w:color="auto"/>
            <w:right w:val="none" w:sz="0" w:space="0" w:color="auto"/>
          </w:divBdr>
        </w:div>
        <w:div w:id="1433670922">
          <w:marLeft w:val="480"/>
          <w:marRight w:val="0"/>
          <w:marTop w:val="0"/>
          <w:marBottom w:val="0"/>
          <w:divBdr>
            <w:top w:val="none" w:sz="0" w:space="0" w:color="auto"/>
            <w:left w:val="none" w:sz="0" w:space="0" w:color="auto"/>
            <w:bottom w:val="none" w:sz="0" w:space="0" w:color="auto"/>
            <w:right w:val="none" w:sz="0" w:space="0" w:color="auto"/>
          </w:divBdr>
        </w:div>
        <w:div w:id="1457722219">
          <w:marLeft w:val="480"/>
          <w:marRight w:val="0"/>
          <w:marTop w:val="0"/>
          <w:marBottom w:val="0"/>
          <w:divBdr>
            <w:top w:val="none" w:sz="0" w:space="0" w:color="auto"/>
            <w:left w:val="none" w:sz="0" w:space="0" w:color="auto"/>
            <w:bottom w:val="none" w:sz="0" w:space="0" w:color="auto"/>
            <w:right w:val="none" w:sz="0" w:space="0" w:color="auto"/>
          </w:divBdr>
        </w:div>
        <w:div w:id="1482888813">
          <w:marLeft w:val="480"/>
          <w:marRight w:val="0"/>
          <w:marTop w:val="0"/>
          <w:marBottom w:val="0"/>
          <w:divBdr>
            <w:top w:val="none" w:sz="0" w:space="0" w:color="auto"/>
            <w:left w:val="none" w:sz="0" w:space="0" w:color="auto"/>
            <w:bottom w:val="none" w:sz="0" w:space="0" w:color="auto"/>
            <w:right w:val="none" w:sz="0" w:space="0" w:color="auto"/>
          </w:divBdr>
        </w:div>
        <w:div w:id="1491630136">
          <w:marLeft w:val="480"/>
          <w:marRight w:val="0"/>
          <w:marTop w:val="0"/>
          <w:marBottom w:val="0"/>
          <w:divBdr>
            <w:top w:val="none" w:sz="0" w:space="0" w:color="auto"/>
            <w:left w:val="none" w:sz="0" w:space="0" w:color="auto"/>
            <w:bottom w:val="none" w:sz="0" w:space="0" w:color="auto"/>
            <w:right w:val="none" w:sz="0" w:space="0" w:color="auto"/>
          </w:divBdr>
        </w:div>
        <w:div w:id="1494640674">
          <w:marLeft w:val="480"/>
          <w:marRight w:val="0"/>
          <w:marTop w:val="0"/>
          <w:marBottom w:val="0"/>
          <w:divBdr>
            <w:top w:val="none" w:sz="0" w:space="0" w:color="auto"/>
            <w:left w:val="none" w:sz="0" w:space="0" w:color="auto"/>
            <w:bottom w:val="none" w:sz="0" w:space="0" w:color="auto"/>
            <w:right w:val="none" w:sz="0" w:space="0" w:color="auto"/>
          </w:divBdr>
        </w:div>
        <w:div w:id="1506704862">
          <w:marLeft w:val="480"/>
          <w:marRight w:val="0"/>
          <w:marTop w:val="0"/>
          <w:marBottom w:val="0"/>
          <w:divBdr>
            <w:top w:val="none" w:sz="0" w:space="0" w:color="auto"/>
            <w:left w:val="none" w:sz="0" w:space="0" w:color="auto"/>
            <w:bottom w:val="none" w:sz="0" w:space="0" w:color="auto"/>
            <w:right w:val="none" w:sz="0" w:space="0" w:color="auto"/>
          </w:divBdr>
        </w:div>
        <w:div w:id="1518154577">
          <w:marLeft w:val="480"/>
          <w:marRight w:val="0"/>
          <w:marTop w:val="0"/>
          <w:marBottom w:val="0"/>
          <w:divBdr>
            <w:top w:val="none" w:sz="0" w:space="0" w:color="auto"/>
            <w:left w:val="none" w:sz="0" w:space="0" w:color="auto"/>
            <w:bottom w:val="none" w:sz="0" w:space="0" w:color="auto"/>
            <w:right w:val="none" w:sz="0" w:space="0" w:color="auto"/>
          </w:divBdr>
        </w:div>
        <w:div w:id="1571427606">
          <w:marLeft w:val="480"/>
          <w:marRight w:val="0"/>
          <w:marTop w:val="0"/>
          <w:marBottom w:val="0"/>
          <w:divBdr>
            <w:top w:val="none" w:sz="0" w:space="0" w:color="auto"/>
            <w:left w:val="none" w:sz="0" w:space="0" w:color="auto"/>
            <w:bottom w:val="none" w:sz="0" w:space="0" w:color="auto"/>
            <w:right w:val="none" w:sz="0" w:space="0" w:color="auto"/>
          </w:divBdr>
        </w:div>
        <w:div w:id="1642537286">
          <w:marLeft w:val="480"/>
          <w:marRight w:val="0"/>
          <w:marTop w:val="0"/>
          <w:marBottom w:val="0"/>
          <w:divBdr>
            <w:top w:val="none" w:sz="0" w:space="0" w:color="auto"/>
            <w:left w:val="none" w:sz="0" w:space="0" w:color="auto"/>
            <w:bottom w:val="none" w:sz="0" w:space="0" w:color="auto"/>
            <w:right w:val="none" w:sz="0" w:space="0" w:color="auto"/>
          </w:divBdr>
        </w:div>
        <w:div w:id="1657876953">
          <w:marLeft w:val="480"/>
          <w:marRight w:val="0"/>
          <w:marTop w:val="0"/>
          <w:marBottom w:val="0"/>
          <w:divBdr>
            <w:top w:val="none" w:sz="0" w:space="0" w:color="auto"/>
            <w:left w:val="none" w:sz="0" w:space="0" w:color="auto"/>
            <w:bottom w:val="none" w:sz="0" w:space="0" w:color="auto"/>
            <w:right w:val="none" w:sz="0" w:space="0" w:color="auto"/>
          </w:divBdr>
        </w:div>
        <w:div w:id="1703553523">
          <w:marLeft w:val="480"/>
          <w:marRight w:val="0"/>
          <w:marTop w:val="0"/>
          <w:marBottom w:val="0"/>
          <w:divBdr>
            <w:top w:val="none" w:sz="0" w:space="0" w:color="auto"/>
            <w:left w:val="none" w:sz="0" w:space="0" w:color="auto"/>
            <w:bottom w:val="none" w:sz="0" w:space="0" w:color="auto"/>
            <w:right w:val="none" w:sz="0" w:space="0" w:color="auto"/>
          </w:divBdr>
        </w:div>
        <w:div w:id="1817987184">
          <w:marLeft w:val="480"/>
          <w:marRight w:val="0"/>
          <w:marTop w:val="0"/>
          <w:marBottom w:val="0"/>
          <w:divBdr>
            <w:top w:val="none" w:sz="0" w:space="0" w:color="auto"/>
            <w:left w:val="none" w:sz="0" w:space="0" w:color="auto"/>
            <w:bottom w:val="none" w:sz="0" w:space="0" w:color="auto"/>
            <w:right w:val="none" w:sz="0" w:space="0" w:color="auto"/>
          </w:divBdr>
        </w:div>
        <w:div w:id="1821000660">
          <w:marLeft w:val="480"/>
          <w:marRight w:val="0"/>
          <w:marTop w:val="0"/>
          <w:marBottom w:val="0"/>
          <w:divBdr>
            <w:top w:val="none" w:sz="0" w:space="0" w:color="auto"/>
            <w:left w:val="none" w:sz="0" w:space="0" w:color="auto"/>
            <w:bottom w:val="none" w:sz="0" w:space="0" w:color="auto"/>
            <w:right w:val="none" w:sz="0" w:space="0" w:color="auto"/>
          </w:divBdr>
        </w:div>
        <w:div w:id="1833909562">
          <w:marLeft w:val="480"/>
          <w:marRight w:val="0"/>
          <w:marTop w:val="0"/>
          <w:marBottom w:val="0"/>
          <w:divBdr>
            <w:top w:val="none" w:sz="0" w:space="0" w:color="auto"/>
            <w:left w:val="none" w:sz="0" w:space="0" w:color="auto"/>
            <w:bottom w:val="none" w:sz="0" w:space="0" w:color="auto"/>
            <w:right w:val="none" w:sz="0" w:space="0" w:color="auto"/>
          </w:divBdr>
        </w:div>
        <w:div w:id="2010594413">
          <w:marLeft w:val="480"/>
          <w:marRight w:val="0"/>
          <w:marTop w:val="0"/>
          <w:marBottom w:val="0"/>
          <w:divBdr>
            <w:top w:val="none" w:sz="0" w:space="0" w:color="auto"/>
            <w:left w:val="none" w:sz="0" w:space="0" w:color="auto"/>
            <w:bottom w:val="none" w:sz="0" w:space="0" w:color="auto"/>
            <w:right w:val="none" w:sz="0" w:space="0" w:color="auto"/>
          </w:divBdr>
        </w:div>
        <w:div w:id="2047439787">
          <w:marLeft w:val="480"/>
          <w:marRight w:val="0"/>
          <w:marTop w:val="0"/>
          <w:marBottom w:val="0"/>
          <w:divBdr>
            <w:top w:val="none" w:sz="0" w:space="0" w:color="auto"/>
            <w:left w:val="none" w:sz="0" w:space="0" w:color="auto"/>
            <w:bottom w:val="none" w:sz="0" w:space="0" w:color="auto"/>
            <w:right w:val="none" w:sz="0" w:space="0" w:color="auto"/>
          </w:divBdr>
        </w:div>
        <w:div w:id="2069955756">
          <w:marLeft w:val="480"/>
          <w:marRight w:val="0"/>
          <w:marTop w:val="0"/>
          <w:marBottom w:val="0"/>
          <w:divBdr>
            <w:top w:val="none" w:sz="0" w:space="0" w:color="auto"/>
            <w:left w:val="none" w:sz="0" w:space="0" w:color="auto"/>
            <w:bottom w:val="none" w:sz="0" w:space="0" w:color="auto"/>
            <w:right w:val="none" w:sz="0" w:space="0" w:color="auto"/>
          </w:divBdr>
        </w:div>
        <w:div w:id="2104950886">
          <w:marLeft w:val="480"/>
          <w:marRight w:val="0"/>
          <w:marTop w:val="0"/>
          <w:marBottom w:val="0"/>
          <w:divBdr>
            <w:top w:val="none" w:sz="0" w:space="0" w:color="auto"/>
            <w:left w:val="none" w:sz="0" w:space="0" w:color="auto"/>
            <w:bottom w:val="none" w:sz="0" w:space="0" w:color="auto"/>
            <w:right w:val="none" w:sz="0" w:space="0" w:color="auto"/>
          </w:divBdr>
        </w:div>
      </w:divsChild>
    </w:div>
    <w:div w:id="2086760970">
      <w:bodyDiv w:val="1"/>
      <w:marLeft w:val="0"/>
      <w:marRight w:val="0"/>
      <w:marTop w:val="0"/>
      <w:marBottom w:val="0"/>
      <w:divBdr>
        <w:top w:val="none" w:sz="0" w:space="0" w:color="auto"/>
        <w:left w:val="none" w:sz="0" w:space="0" w:color="auto"/>
        <w:bottom w:val="none" w:sz="0" w:space="0" w:color="auto"/>
        <w:right w:val="none" w:sz="0" w:space="0" w:color="auto"/>
      </w:divBdr>
    </w:div>
    <w:div w:id="2087726669">
      <w:bodyDiv w:val="1"/>
      <w:marLeft w:val="0"/>
      <w:marRight w:val="0"/>
      <w:marTop w:val="0"/>
      <w:marBottom w:val="0"/>
      <w:divBdr>
        <w:top w:val="none" w:sz="0" w:space="0" w:color="auto"/>
        <w:left w:val="none" w:sz="0" w:space="0" w:color="auto"/>
        <w:bottom w:val="none" w:sz="0" w:space="0" w:color="auto"/>
        <w:right w:val="none" w:sz="0" w:space="0" w:color="auto"/>
      </w:divBdr>
    </w:div>
    <w:div w:id="2089307114">
      <w:bodyDiv w:val="1"/>
      <w:marLeft w:val="0"/>
      <w:marRight w:val="0"/>
      <w:marTop w:val="0"/>
      <w:marBottom w:val="0"/>
      <w:divBdr>
        <w:top w:val="none" w:sz="0" w:space="0" w:color="auto"/>
        <w:left w:val="none" w:sz="0" w:space="0" w:color="auto"/>
        <w:bottom w:val="none" w:sz="0" w:space="0" w:color="auto"/>
        <w:right w:val="none" w:sz="0" w:space="0" w:color="auto"/>
      </w:divBdr>
    </w:div>
    <w:div w:id="2089374770">
      <w:bodyDiv w:val="1"/>
      <w:marLeft w:val="0"/>
      <w:marRight w:val="0"/>
      <w:marTop w:val="0"/>
      <w:marBottom w:val="0"/>
      <w:divBdr>
        <w:top w:val="none" w:sz="0" w:space="0" w:color="auto"/>
        <w:left w:val="none" w:sz="0" w:space="0" w:color="auto"/>
        <w:bottom w:val="none" w:sz="0" w:space="0" w:color="auto"/>
        <w:right w:val="none" w:sz="0" w:space="0" w:color="auto"/>
      </w:divBdr>
    </w:div>
    <w:div w:id="2093620582">
      <w:bodyDiv w:val="1"/>
      <w:marLeft w:val="0"/>
      <w:marRight w:val="0"/>
      <w:marTop w:val="0"/>
      <w:marBottom w:val="0"/>
      <w:divBdr>
        <w:top w:val="none" w:sz="0" w:space="0" w:color="auto"/>
        <w:left w:val="none" w:sz="0" w:space="0" w:color="auto"/>
        <w:bottom w:val="none" w:sz="0" w:space="0" w:color="auto"/>
        <w:right w:val="none" w:sz="0" w:space="0" w:color="auto"/>
      </w:divBdr>
    </w:div>
    <w:div w:id="2095589066">
      <w:bodyDiv w:val="1"/>
      <w:marLeft w:val="0"/>
      <w:marRight w:val="0"/>
      <w:marTop w:val="0"/>
      <w:marBottom w:val="0"/>
      <w:divBdr>
        <w:top w:val="none" w:sz="0" w:space="0" w:color="auto"/>
        <w:left w:val="none" w:sz="0" w:space="0" w:color="auto"/>
        <w:bottom w:val="none" w:sz="0" w:space="0" w:color="auto"/>
        <w:right w:val="none" w:sz="0" w:space="0" w:color="auto"/>
      </w:divBdr>
    </w:div>
    <w:div w:id="2096903423">
      <w:bodyDiv w:val="1"/>
      <w:marLeft w:val="0"/>
      <w:marRight w:val="0"/>
      <w:marTop w:val="0"/>
      <w:marBottom w:val="0"/>
      <w:divBdr>
        <w:top w:val="none" w:sz="0" w:space="0" w:color="auto"/>
        <w:left w:val="none" w:sz="0" w:space="0" w:color="auto"/>
        <w:bottom w:val="none" w:sz="0" w:space="0" w:color="auto"/>
        <w:right w:val="none" w:sz="0" w:space="0" w:color="auto"/>
      </w:divBdr>
    </w:div>
    <w:div w:id="2099137309">
      <w:bodyDiv w:val="1"/>
      <w:marLeft w:val="0"/>
      <w:marRight w:val="0"/>
      <w:marTop w:val="0"/>
      <w:marBottom w:val="0"/>
      <w:divBdr>
        <w:top w:val="none" w:sz="0" w:space="0" w:color="auto"/>
        <w:left w:val="none" w:sz="0" w:space="0" w:color="auto"/>
        <w:bottom w:val="none" w:sz="0" w:space="0" w:color="auto"/>
        <w:right w:val="none" w:sz="0" w:space="0" w:color="auto"/>
      </w:divBdr>
    </w:div>
    <w:div w:id="2099977258">
      <w:bodyDiv w:val="1"/>
      <w:marLeft w:val="0"/>
      <w:marRight w:val="0"/>
      <w:marTop w:val="0"/>
      <w:marBottom w:val="0"/>
      <w:divBdr>
        <w:top w:val="none" w:sz="0" w:space="0" w:color="auto"/>
        <w:left w:val="none" w:sz="0" w:space="0" w:color="auto"/>
        <w:bottom w:val="none" w:sz="0" w:space="0" w:color="auto"/>
        <w:right w:val="none" w:sz="0" w:space="0" w:color="auto"/>
      </w:divBdr>
    </w:div>
    <w:div w:id="2102142301">
      <w:bodyDiv w:val="1"/>
      <w:marLeft w:val="0"/>
      <w:marRight w:val="0"/>
      <w:marTop w:val="0"/>
      <w:marBottom w:val="0"/>
      <w:divBdr>
        <w:top w:val="none" w:sz="0" w:space="0" w:color="auto"/>
        <w:left w:val="none" w:sz="0" w:space="0" w:color="auto"/>
        <w:bottom w:val="none" w:sz="0" w:space="0" w:color="auto"/>
        <w:right w:val="none" w:sz="0" w:space="0" w:color="auto"/>
      </w:divBdr>
      <w:divsChild>
        <w:div w:id="111360394">
          <w:marLeft w:val="480"/>
          <w:marRight w:val="0"/>
          <w:marTop w:val="0"/>
          <w:marBottom w:val="0"/>
          <w:divBdr>
            <w:top w:val="none" w:sz="0" w:space="0" w:color="auto"/>
            <w:left w:val="none" w:sz="0" w:space="0" w:color="auto"/>
            <w:bottom w:val="none" w:sz="0" w:space="0" w:color="auto"/>
            <w:right w:val="none" w:sz="0" w:space="0" w:color="auto"/>
          </w:divBdr>
        </w:div>
        <w:div w:id="219558394">
          <w:marLeft w:val="480"/>
          <w:marRight w:val="0"/>
          <w:marTop w:val="0"/>
          <w:marBottom w:val="0"/>
          <w:divBdr>
            <w:top w:val="none" w:sz="0" w:space="0" w:color="auto"/>
            <w:left w:val="none" w:sz="0" w:space="0" w:color="auto"/>
            <w:bottom w:val="none" w:sz="0" w:space="0" w:color="auto"/>
            <w:right w:val="none" w:sz="0" w:space="0" w:color="auto"/>
          </w:divBdr>
        </w:div>
        <w:div w:id="263347324">
          <w:marLeft w:val="480"/>
          <w:marRight w:val="0"/>
          <w:marTop w:val="0"/>
          <w:marBottom w:val="0"/>
          <w:divBdr>
            <w:top w:val="none" w:sz="0" w:space="0" w:color="auto"/>
            <w:left w:val="none" w:sz="0" w:space="0" w:color="auto"/>
            <w:bottom w:val="none" w:sz="0" w:space="0" w:color="auto"/>
            <w:right w:val="none" w:sz="0" w:space="0" w:color="auto"/>
          </w:divBdr>
        </w:div>
        <w:div w:id="336737999">
          <w:marLeft w:val="480"/>
          <w:marRight w:val="0"/>
          <w:marTop w:val="0"/>
          <w:marBottom w:val="0"/>
          <w:divBdr>
            <w:top w:val="none" w:sz="0" w:space="0" w:color="auto"/>
            <w:left w:val="none" w:sz="0" w:space="0" w:color="auto"/>
            <w:bottom w:val="none" w:sz="0" w:space="0" w:color="auto"/>
            <w:right w:val="none" w:sz="0" w:space="0" w:color="auto"/>
          </w:divBdr>
        </w:div>
        <w:div w:id="366412913">
          <w:marLeft w:val="480"/>
          <w:marRight w:val="0"/>
          <w:marTop w:val="0"/>
          <w:marBottom w:val="0"/>
          <w:divBdr>
            <w:top w:val="none" w:sz="0" w:space="0" w:color="auto"/>
            <w:left w:val="none" w:sz="0" w:space="0" w:color="auto"/>
            <w:bottom w:val="none" w:sz="0" w:space="0" w:color="auto"/>
            <w:right w:val="none" w:sz="0" w:space="0" w:color="auto"/>
          </w:divBdr>
        </w:div>
        <w:div w:id="567034199">
          <w:marLeft w:val="480"/>
          <w:marRight w:val="0"/>
          <w:marTop w:val="0"/>
          <w:marBottom w:val="0"/>
          <w:divBdr>
            <w:top w:val="none" w:sz="0" w:space="0" w:color="auto"/>
            <w:left w:val="none" w:sz="0" w:space="0" w:color="auto"/>
            <w:bottom w:val="none" w:sz="0" w:space="0" w:color="auto"/>
            <w:right w:val="none" w:sz="0" w:space="0" w:color="auto"/>
          </w:divBdr>
        </w:div>
        <w:div w:id="572619063">
          <w:marLeft w:val="480"/>
          <w:marRight w:val="0"/>
          <w:marTop w:val="0"/>
          <w:marBottom w:val="0"/>
          <w:divBdr>
            <w:top w:val="none" w:sz="0" w:space="0" w:color="auto"/>
            <w:left w:val="none" w:sz="0" w:space="0" w:color="auto"/>
            <w:bottom w:val="none" w:sz="0" w:space="0" w:color="auto"/>
            <w:right w:val="none" w:sz="0" w:space="0" w:color="auto"/>
          </w:divBdr>
        </w:div>
        <w:div w:id="613173985">
          <w:marLeft w:val="480"/>
          <w:marRight w:val="0"/>
          <w:marTop w:val="0"/>
          <w:marBottom w:val="0"/>
          <w:divBdr>
            <w:top w:val="none" w:sz="0" w:space="0" w:color="auto"/>
            <w:left w:val="none" w:sz="0" w:space="0" w:color="auto"/>
            <w:bottom w:val="none" w:sz="0" w:space="0" w:color="auto"/>
            <w:right w:val="none" w:sz="0" w:space="0" w:color="auto"/>
          </w:divBdr>
        </w:div>
        <w:div w:id="631522466">
          <w:marLeft w:val="480"/>
          <w:marRight w:val="0"/>
          <w:marTop w:val="0"/>
          <w:marBottom w:val="0"/>
          <w:divBdr>
            <w:top w:val="none" w:sz="0" w:space="0" w:color="auto"/>
            <w:left w:val="none" w:sz="0" w:space="0" w:color="auto"/>
            <w:bottom w:val="none" w:sz="0" w:space="0" w:color="auto"/>
            <w:right w:val="none" w:sz="0" w:space="0" w:color="auto"/>
          </w:divBdr>
        </w:div>
        <w:div w:id="661003721">
          <w:marLeft w:val="480"/>
          <w:marRight w:val="0"/>
          <w:marTop w:val="0"/>
          <w:marBottom w:val="0"/>
          <w:divBdr>
            <w:top w:val="none" w:sz="0" w:space="0" w:color="auto"/>
            <w:left w:val="none" w:sz="0" w:space="0" w:color="auto"/>
            <w:bottom w:val="none" w:sz="0" w:space="0" w:color="auto"/>
            <w:right w:val="none" w:sz="0" w:space="0" w:color="auto"/>
          </w:divBdr>
        </w:div>
        <w:div w:id="786854764">
          <w:marLeft w:val="480"/>
          <w:marRight w:val="0"/>
          <w:marTop w:val="0"/>
          <w:marBottom w:val="0"/>
          <w:divBdr>
            <w:top w:val="none" w:sz="0" w:space="0" w:color="auto"/>
            <w:left w:val="none" w:sz="0" w:space="0" w:color="auto"/>
            <w:bottom w:val="none" w:sz="0" w:space="0" w:color="auto"/>
            <w:right w:val="none" w:sz="0" w:space="0" w:color="auto"/>
          </w:divBdr>
        </w:div>
        <w:div w:id="865674210">
          <w:marLeft w:val="480"/>
          <w:marRight w:val="0"/>
          <w:marTop w:val="0"/>
          <w:marBottom w:val="0"/>
          <w:divBdr>
            <w:top w:val="none" w:sz="0" w:space="0" w:color="auto"/>
            <w:left w:val="none" w:sz="0" w:space="0" w:color="auto"/>
            <w:bottom w:val="none" w:sz="0" w:space="0" w:color="auto"/>
            <w:right w:val="none" w:sz="0" w:space="0" w:color="auto"/>
          </w:divBdr>
        </w:div>
        <w:div w:id="887647058">
          <w:marLeft w:val="480"/>
          <w:marRight w:val="0"/>
          <w:marTop w:val="0"/>
          <w:marBottom w:val="0"/>
          <w:divBdr>
            <w:top w:val="none" w:sz="0" w:space="0" w:color="auto"/>
            <w:left w:val="none" w:sz="0" w:space="0" w:color="auto"/>
            <w:bottom w:val="none" w:sz="0" w:space="0" w:color="auto"/>
            <w:right w:val="none" w:sz="0" w:space="0" w:color="auto"/>
          </w:divBdr>
        </w:div>
        <w:div w:id="956987404">
          <w:marLeft w:val="480"/>
          <w:marRight w:val="0"/>
          <w:marTop w:val="0"/>
          <w:marBottom w:val="0"/>
          <w:divBdr>
            <w:top w:val="none" w:sz="0" w:space="0" w:color="auto"/>
            <w:left w:val="none" w:sz="0" w:space="0" w:color="auto"/>
            <w:bottom w:val="none" w:sz="0" w:space="0" w:color="auto"/>
            <w:right w:val="none" w:sz="0" w:space="0" w:color="auto"/>
          </w:divBdr>
        </w:div>
        <w:div w:id="1177116833">
          <w:marLeft w:val="480"/>
          <w:marRight w:val="0"/>
          <w:marTop w:val="0"/>
          <w:marBottom w:val="0"/>
          <w:divBdr>
            <w:top w:val="none" w:sz="0" w:space="0" w:color="auto"/>
            <w:left w:val="none" w:sz="0" w:space="0" w:color="auto"/>
            <w:bottom w:val="none" w:sz="0" w:space="0" w:color="auto"/>
            <w:right w:val="none" w:sz="0" w:space="0" w:color="auto"/>
          </w:divBdr>
        </w:div>
        <w:div w:id="1279920304">
          <w:marLeft w:val="480"/>
          <w:marRight w:val="0"/>
          <w:marTop w:val="0"/>
          <w:marBottom w:val="0"/>
          <w:divBdr>
            <w:top w:val="none" w:sz="0" w:space="0" w:color="auto"/>
            <w:left w:val="none" w:sz="0" w:space="0" w:color="auto"/>
            <w:bottom w:val="none" w:sz="0" w:space="0" w:color="auto"/>
            <w:right w:val="none" w:sz="0" w:space="0" w:color="auto"/>
          </w:divBdr>
        </w:div>
        <w:div w:id="1298753603">
          <w:marLeft w:val="480"/>
          <w:marRight w:val="0"/>
          <w:marTop w:val="0"/>
          <w:marBottom w:val="0"/>
          <w:divBdr>
            <w:top w:val="none" w:sz="0" w:space="0" w:color="auto"/>
            <w:left w:val="none" w:sz="0" w:space="0" w:color="auto"/>
            <w:bottom w:val="none" w:sz="0" w:space="0" w:color="auto"/>
            <w:right w:val="none" w:sz="0" w:space="0" w:color="auto"/>
          </w:divBdr>
        </w:div>
        <w:div w:id="1370691933">
          <w:marLeft w:val="480"/>
          <w:marRight w:val="0"/>
          <w:marTop w:val="0"/>
          <w:marBottom w:val="0"/>
          <w:divBdr>
            <w:top w:val="none" w:sz="0" w:space="0" w:color="auto"/>
            <w:left w:val="none" w:sz="0" w:space="0" w:color="auto"/>
            <w:bottom w:val="none" w:sz="0" w:space="0" w:color="auto"/>
            <w:right w:val="none" w:sz="0" w:space="0" w:color="auto"/>
          </w:divBdr>
        </w:div>
        <w:div w:id="1405644001">
          <w:marLeft w:val="480"/>
          <w:marRight w:val="0"/>
          <w:marTop w:val="0"/>
          <w:marBottom w:val="0"/>
          <w:divBdr>
            <w:top w:val="none" w:sz="0" w:space="0" w:color="auto"/>
            <w:left w:val="none" w:sz="0" w:space="0" w:color="auto"/>
            <w:bottom w:val="none" w:sz="0" w:space="0" w:color="auto"/>
            <w:right w:val="none" w:sz="0" w:space="0" w:color="auto"/>
          </w:divBdr>
        </w:div>
        <w:div w:id="1432622795">
          <w:marLeft w:val="480"/>
          <w:marRight w:val="0"/>
          <w:marTop w:val="0"/>
          <w:marBottom w:val="0"/>
          <w:divBdr>
            <w:top w:val="none" w:sz="0" w:space="0" w:color="auto"/>
            <w:left w:val="none" w:sz="0" w:space="0" w:color="auto"/>
            <w:bottom w:val="none" w:sz="0" w:space="0" w:color="auto"/>
            <w:right w:val="none" w:sz="0" w:space="0" w:color="auto"/>
          </w:divBdr>
        </w:div>
        <w:div w:id="1477137964">
          <w:marLeft w:val="480"/>
          <w:marRight w:val="0"/>
          <w:marTop w:val="0"/>
          <w:marBottom w:val="0"/>
          <w:divBdr>
            <w:top w:val="none" w:sz="0" w:space="0" w:color="auto"/>
            <w:left w:val="none" w:sz="0" w:space="0" w:color="auto"/>
            <w:bottom w:val="none" w:sz="0" w:space="0" w:color="auto"/>
            <w:right w:val="none" w:sz="0" w:space="0" w:color="auto"/>
          </w:divBdr>
        </w:div>
        <w:div w:id="1529371730">
          <w:marLeft w:val="480"/>
          <w:marRight w:val="0"/>
          <w:marTop w:val="0"/>
          <w:marBottom w:val="0"/>
          <w:divBdr>
            <w:top w:val="none" w:sz="0" w:space="0" w:color="auto"/>
            <w:left w:val="none" w:sz="0" w:space="0" w:color="auto"/>
            <w:bottom w:val="none" w:sz="0" w:space="0" w:color="auto"/>
            <w:right w:val="none" w:sz="0" w:space="0" w:color="auto"/>
          </w:divBdr>
        </w:div>
        <w:div w:id="1545828876">
          <w:marLeft w:val="480"/>
          <w:marRight w:val="0"/>
          <w:marTop w:val="0"/>
          <w:marBottom w:val="0"/>
          <w:divBdr>
            <w:top w:val="none" w:sz="0" w:space="0" w:color="auto"/>
            <w:left w:val="none" w:sz="0" w:space="0" w:color="auto"/>
            <w:bottom w:val="none" w:sz="0" w:space="0" w:color="auto"/>
            <w:right w:val="none" w:sz="0" w:space="0" w:color="auto"/>
          </w:divBdr>
        </w:div>
        <w:div w:id="1559240518">
          <w:marLeft w:val="480"/>
          <w:marRight w:val="0"/>
          <w:marTop w:val="0"/>
          <w:marBottom w:val="0"/>
          <w:divBdr>
            <w:top w:val="none" w:sz="0" w:space="0" w:color="auto"/>
            <w:left w:val="none" w:sz="0" w:space="0" w:color="auto"/>
            <w:bottom w:val="none" w:sz="0" w:space="0" w:color="auto"/>
            <w:right w:val="none" w:sz="0" w:space="0" w:color="auto"/>
          </w:divBdr>
        </w:div>
        <w:div w:id="1559779505">
          <w:marLeft w:val="480"/>
          <w:marRight w:val="0"/>
          <w:marTop w:val="0"/>
          <w:marBottom w:val="0"/>
          <w:divBdr>
            <w:top w:val="none" w:sz="0" w:space="0" w:color="auto"/>
            <w:left w:val="none" w:sz="0" w:space="0" w:color="auto"/>
            <w:bottom w:val="none" w:sz="0" w:space="0" w:color="auto"/>
            <w:right w:val="none" w:sz="0" w:space="0" w:color="auto"/>
          </w:divBdr>
        </w:div>
        <w:div w:id="1562910298">
          <w:marLeft w:val="480"/>
          <w:marRight w:val="0"/>
          <w:marTop w:val="0"/>
          <w:marBottom w:val="0"/>
          <w:divBdr>
            <w:top w:val="none" w:sz="0" w:space="0" w:color="auto"/>
            <w:left w:val="none" w:sz="0" w:space="0" w:color="auto"/>
            <w:bottom w:val="none" w:sz="0" w:space="0" w:color="auto"/>
            <w:right w:val="none" w:sz="0" w:space="0" w:color="auto"/>
          </w:divBdr>
        </w:div>
        <w:div w:id="1573613392">
          <w:marLeft w:val="480"/>
          <w:marRight w:val="0"/>
          <w:marTop w:val="0"/>
          <w:marBottom w:val="0"/>
          <w:divBdr>
            <w:top w:val="none" w:sz="0" w:space="0" w:color="auto"/>
            <w:left w:val="none" w:sz="0" w:space="0" w:color="auto"/>
            <w:bottom w:val="none" w:sz="0" w:space="0" w:color="auto"/>
            <w:right w:val="none" w:sz="0" w:space="0" w:color="auto"/>
          </w:divBdr>
        </w:div>
        <w:div w:id="1593855561">
          <w:marLeft w:val="480"/>
          <w:marRight w:val="0"/>
          <w:marTop w:val="0"/>
          <w:marBottom w:val="0"/>
          <w:divBdr>
            <w:top w:val="none" w:sz="0" w:space="0" w:color="auto"/>
            <w:left w:val="none" w:sz="0" w:space="0" w:color="auto"/>
            <w:bottom w:val="none" w:sz="0" w:space="0" w:color="auto"/>
            <w:right w:val="none" w:sz="0" w:space="0" w:color="auto"/>
          </w:divBdr>
        </w:div>
        <w:div w:id="1603801245">
          <w:marLeft w:val="480"/>
          <w:marRight w:val="0"/>
          <w:marTop w:val="0"/>
          <w:marBottom w:val="0"/>
          <w:divBdr>
            <w:top w:val="none" w:sz="0" w:space="0" w:color="auto"/>
            <w:left w:val="none" w:sz="0" w:space="0" w:color="auto"/>
            <w:bottom w:val="none" w:sz="0" w:space="0" w:color="auto"/>
            <w:right w:val="none" w:sz="0" w:space="0" w:color="auto"/>
          </w:divBdr>
        </w:div>
        <w:div w:id="1673609068">
          <w:marLeft w:val="480"/>
          <w:marRight w:val="0"/>
          <w:marTop w:val="0"/>
          <w:marBottom w:val="0"/>
          <w:divBdr>
            <w:top w:val="none" w:sz="0" w:space="0" w:color="auto"/>
            <w:left w:val="none" w:sz="0" w:space="0" w:color="auto"/>
            <w:bottom w:val="none" w:sz="0" w:space="0" w:color="auto"/>
            <w:right w:val="none" w:sz="0" w:space="0" w:color="auto"/>
          </w:divBdr>
        </w:div>
        <w:div w:id="1676684275">
          <w:marLeft w:val="480"/>
          <w:marRight w:val="0"/>
          <w:marTop w:val="0"/>
          <w:marBottom w:val="0"/>
          <w:divBdr>
            <w:top w:val="none" w:sz="0" w:space="0" w:color="auto"/>
            <w:left w:val="none" w:sz="0" w:space="0" w:color="auto"/>
            <w:bottom w:val="none" w:sz="0" w:space="0" w:color="auto"/>
            <w:right w:val="none" w:sz="0" w:space="0" w:color="auto"/>
          </w:divBdr>
        </w:div>
        <w:div w:id="1700468136">
          <w:marLeft w:val="480"/>
          <w:marRight w:val="0"/>
          <w:marTop w:val="0"/>
          <w:marBottom w:val="0"/>
          <w:divBdr>
            <w:top w:val="none" w:sz="0" w:space="0" w:color="auto"/>
            <w:left w:val="none" w:sz="0" w:space="0" w:color="auto"/>
            <w:bottom w:val="none" w:sz="0" w:space="0" w:color="auto"/>
            <w:right w:val="none" w:sz="0" w:space="0" w:color="auto"/>
          </w:divBdr>
        </w:div>
        <w:div w:id="1759516616">
          <w:marLeft w:val="480"/>
          <w:marRight w:val="0"/>
          <w:marTop w:val="0"/>
          <w:marBottom w:val="0"/>
          <w:divBdr>
            <w:top w:val="none" w:sz="0" w:space="0" w:color="auto"/>
            <w:left w:val="none" w:sz="0" w:space="0" w:color="auto"/>
            <w:bottom w:val="none" w:sz="0" w:space="0" w:color="auto"/>
            <w:right w:val="none" w:sz="0" w:space="0" w:color="auto"/>
          </w:divBdr>
        </w:div>
        <w:div w:id="1792360116">
          <w:marLeft w:val="480"/>
          <w:marRight w:val="0"/>
          <w:marTop w:val="0"/>
          <w:marBottom w:val="0"/>
          <w:divBdr>
            <w:top w:val="none" w:sz="0" w:space="0" w:color="auto"/>
            <w:left w:val="none" w:sz="0" w:space="0" w:color="auto"/>
            <w:bottom w:val="none" w:sz="0" w:space="0" w:color="auto"/>
            <w:right w:val="none" w:sz="0" w:space="0" w:color="auto"/>
          </w:divBdr>
        </w:div>
        <w:div w:id="1794326370">
          <w:marLeft w:val="480"/>
          <w:marRight w:val="0"/>
          <w:marTop w:val="0"/>
          <w:marBottom w:val="0"/>
          <w:divBdr>
            <w:top w:val="none" w:sz="0" w:space="0" w:color="auto"/>
            <w:left w:val="none" w:sz="0" w:space="0" w:color="auto"/>
            <w:bottom w:val="none" w:sz="0" w:space="0" w:color="auto"/>
            <w:right w:val="none" w:sz="0" w:space="0" w:color="auto"/>
          </w:divBdr>
        </w:div>
        <w:div w:id="1948852294">
          <w:marLeft w:val="480"/>
          <w:marRight w:val="0"/>
          <w:marTop w:val="0"/>
          <w:marBottom w:val="0"/>
          <w:divBdr>
            <w:top w:val="none" w:sz="0" w:space="0" w:color="auto"/>
            <w:left w:val="none" w:sz="0" w:space="0" w:color="auto"/>
            <w:bottom w:val="none" w:sz="0" w:space="0" w:color="auto"/>
            <w:right w:val="none" w:sz="0" w:space="0" w:color="auto"/>
          </w:divBdr>
        </w:div>
        <w:div w:id="2063677729">
          <w:marLeft w:val="480"/>
          <w:marRight w:val="0"/>
          <w:marTop w:val="0"/>
          <w:marBottom w:val="0"/>
          <w:divBdr>
            <w:top w:val="none" w:sz="0" w:space="0" w:color="auto"/>
            <w:left w:val="none" w:sz="0" w:space="0" w:color="auto"/>
            <w:bottom w:val="none" w:sz="0" w:space="0" w:color="auto"/>
            <w:right w:val="none" w:sz="0" w:space="0" w:color="auto"/>
          </w:divBdr>
        </w:div>
      </w:divsChild>
    </w:div>
    <w:div w:id="2102213251">
      <w:bodyDiv w:val="1"/>
      <w:marLeft w:val="0"/>
      <w:marRight w:val="0"/>
      <w:marTop w:val="0"/>
      <w:marBottom w:val="0"/>
      <w:divBdr>
        <w:top w:val="none" w:sz="0" w:space="0" w:color="auto"/>
        <w:left w:val="none" w:sz="0" w:space="0" w:color="auto"/>
        <w:bottom w:val="none" w:sz="0" w:space="0" w:color="auto"/>
        <w:right w:val="none" w:sz="0" w:space="0" w:color="auto"/>
      </w:divBdr>
      <w:divsChild>
        <w:div w:id="33819180">
          <w:marLeft w:val="480"/>
          <w:marRight w:val="0"/>
          <w:marTop w:val="0"/>
          <w:marBottom w:val="0"/>
          <w:divBdr>
            <w:top w:val="none" w:sz="0" w:space="0" w:color="auto"/>
            <w:left w:val="none" w:sz="0" w:space="0" w:color="auto"/>
            <w:bottom w:val="none" w:sz="0" w:space="0" w:color="auto"/>
            <w:right w:val="none" w:sz="0" w:space="0" w:color="auto"/>
          </w:divBdr>
        </w:div>
        <w:div w:id="90049538">
          <w:marLeft w:val="480"/>
          <w:marRight w:val="0"/>
          <w:marTop w:val="0"/>
          <w:marBottom w:val="0"/>
          <w:divBdr>
            <w:top w:val="none" w:sz="0" w:space="0" w:color="auto"/>
            <w:left w:val="none" w:sz="0" w:space="0" w:color="auto"/>
            <w:bottom w:val="none" w:sz="0" w:space="0" w:color="auto"/>
            <w:right w:val="none" w:sz="0" w:space="0" w:color="auto"/>
          </w:divBdr>
        </w:div>
        <w:div w:id="126898181">
          <w:marLeft w:val="480"/>
          <w:marRight w:val="0"/>
          <w:marTop w:val="0"/>
          <w:marBottom w:val="0"/>
          <w:divBdr>
            <w:top w:val="none" w:sz="0" w:space="0" w:color="auto"/>
            <w:left w:val="none" w:sz="0" w:space="0" w:color="auto"/>
            <w:bottom w:val="none" w:sz="0" w:space="0" w:color="auto"/>
            <w:right w:val="none" w:sz="0" w:space="0" w:color="auto"/>
          </w:divBdr>
        </w:div>
        <w:div w:id="299189081">
          <w:marLeft w:val="480"/>
          <w:marRight w:val="0"/>
          <w:marTop w:val="0"/>
          <w:marBottom w:val="0"/>
          <w:divBdr>
            <w:top w:val="none" w:sz="0" w:space="0" w:color="auto"/>
            <w:left w:val="none" w:sz="0" w:space="0" w:color="auto"/>
            <w:bottom w:val="none" w:sz="0" w:space="0" w:color="auto"/>
            <w:right w:val="none" w:sz="0" w:space="0" w:color="auto"/>
          </w:divBdr>
        </w:div>
        <w:div w:id="386615257">
          <w:marLeft w:val="480"/>
          <w:marRight w:val="0"/>
          <w:marTop w:val="0"/>
          <w:marBottom w:val="0"/>
          <w:divBdr>
            <w:top w:val="none" w:sz="0" w:space="0" w:color="auto"/>
            <w:left w:val="none" w:sz="0" w:space="0" w:color="auto"/>
            <w:bottom w:val="none" w:sz="0" w:space="0" w:color="auto"/>
            <w:right w:val="none" w:sz="0" w:space="0" w:color="auto"/>
          </w:divBdr>
        </w:div>
        <w:div w:id="428162235">
          <w:marLeft w:val="480"/>
          <w:marRight w:val="0"/>
          <w:marTop w:val="0"/>
          <w:marBottom w:val="0"/>
          <w:divBdr>
            <w:top w:val="none" w:sz="0" w:space="0" w:color="auto"/>
            <w:left w:val="none" w:sz="0" w:space="0" w:color="auto"/>
            <w:bottom w:val="none" w:sz="0" w:space="0" w:color="auto"/>
            <w:right w:val="none" w:sz="0" w:space="0" w:color="auto"/>
          </w:divBdr>
        </w:div>
        <w:div w:id="445122282">
          <w:marLeft w:val="480"/>
          <w:marRight w:val="0"/>
          <w:marTop w:val="0"/>
          <w:marBottom w:val="0"/>
          <w:divBdr>
            <w:top w:val="none" w:sz="0" w:space="0" w:color="auto"/>
            <w:left w:val="none" w:sz="0" w:space="0" w:color="auto"/>
            <w:bottom w:val="none" w:sz="0" w:space="0" w:color="auto"/>
            <w:right w:val="none" w:sz="0" w:space="0" w:color="auto"/>
          </w:divBdr>
        </w:div>
        <w:div w:id="525102769">
          <w:marLeft w:val="480"/>
          <w:marRight w:val="0"/>
          <w:marTop w:val="0"/>
          <w:marBottom w:val="0"/>
          <w:divBdr>
            <w:top w:val="none" w:sz="0" w:space="0" w:color="auto"/>
            <w:left w:val="none" w:sz="0" w:space="0" w:color="auto"/>
            <w:bottom w:val="none" w:sz="0" w:space="0" w:color="auto"/>
            <w:right w:val="none" w:sz="0" w:space="0" w:color="auto"/>
          </w:divBdr>
        </w:div>
        <w:div w:id="550654287">
          <w:marLeft w:val="480"/>
          <w:marRight w:val="0"/>
          <w:marTop w:val="0"/>
          <w:marBottom w:val="0"/>
          <w:divBdr>
            <w:top w:val="none" w:sz="0" w:space="0" w:color="auto"/>
            <w:left w:val="none" w:sz="0" w:space="0" w:color="auto"/>
            <w:bottom w:val="none" w:sz="0" w:space="0" w:color="auto"/>
            <w:right w:val="none" w:sz="0" w:space="0" w:color="auto"/>
          </w:divBdr>
        </w:div>
        <w:div w:id="596521392">
          <w:marLeft w:val="480"/>
          <w:marRight w:val="0"/>
          <w:marTop w:val="0"/>
          <w:marBottom w:val="0"/>
          <w:divBdr>
            <w:top w:val="none" w:sz="0" w:space="0" w:color="auto"/>
            <w:left w:val="none" w:sz="0" w:space="0" w:color="auto"/>
            <w:bottom w:val="none" w:sz="0" w:space="0" w:color="auto"/>
            <w:right w:val="none" w:sz="0" w:space="0" w:color="auto"/>
          </w:divBdr>
        </w:div>
        <w:div w:id="600768586">
          <w:marLeft w:val="480"/>
          <w:marRight w:val="0"/>
          <w:marTop w:val="0"/>
          <w:marBottom w:val="0"/>
          <w:divBdr>
            <w:top w:val="none" w:sz="0" w:space="0" w:color="auto"/>
            <w:left w:val="none" w:sz="0" w:space="0" w:color="auto"/>
            <w:bottom w:val="none" w:sz="0" w:space="0" w:color="auto"/>
            <w:right w:val="none" w:sz="0" w:space="0" w:color="auto"/>
          </w:divBdr>
        </w:div>
        <w:div w:id="695890525">
          <w:marLeft w:val="480"/>
          <w:marRight w:val="0"/>
          <w:marTop w:val="0"/>
          <w:marBottom w:val="0"/>
          <w:divBdr>
            <w:top w:val="none" w:sz="0" w:space="0" w:color="auto"/>
            <w:left w:val="none" w:sz="0" w:space="0" w:color="auto"/>
            <w:bottom w:val="none" w:sz="0" w:space="0" w:color="auto"/>
            <w:right w:val="none" w:sz="0" w:space="0" w:color="auto"/>
          </w:divBdr>
        </w:div>
        <w:div w:id="743261034">
          <w:marLeft w:val="480"/>
          <w:marRight w:val="0"/>
          <w:marTop w:val="0"/>
          <w:marBottom w:val="0"/>
          <w:divBdr>
            <w:top w:val="none" w:sz="0" w:space="0" w:color="auto"/>
            <w:left w:val="none" w:sz="0" w:space="0" w:color="auto"/>
            <w:bottom w:val="none" w:sz="0" w:space="0" w:color="auto"/>
            <w:right w:val="none" w:sz="0" w:space="0" w:color="auto"/>
          </w:divBdr>
        </w:div>
        <w:div w:id="780799747">
          <w:marLeft w:val="480"/>
          <w:marRight w:val="0"/>
          <w:marTop w:val="0"/>
          <w:marBottom w:val="0"/>
          <w:divBdr>
            <w:top w:val="none" w:sz="0" w:space="0" w:color="auto"/>
            <w:left w:val="none" w:sz="0" w:space="0" w:color="auto"/>
            <w:bottom w:val="none" w:sz="0" w:space="0" w:color="auto"/>
            <w:right w:val="none" w:sz="0" w:space="0" w:color="auto"/>
          </w:divBdr>
        </w:div>
        <w:div w:id="847790291">
          <w:marLeft w:val="480"/>
          <w:marRight w:val="0"/>
          <w:marTop w:val="0"/>
          <w:marBottom w:val="0"/>
          <w:divBdr>
            <w:top w:val="none" w:sz="0" w:space="0" w:color="auto"/>
            <w:left w:val="none" w:sz="0" w:space="0" w:color="auto"/>
            <w:bottom w:val="none" w:sz="0" w:space="0" w:color="auto"/>
            <w:right w:val="none" w:sz="0" w:space="0" w:color="auto"/>
          </w:divBdr>
        </w:div>
        <w:div w:id="1040477091">
          <w:marLeft w:val="480"/>
          <w:marRight w:val="0"/>
          <w:marTop w:val="0"/>
          <w:marBottom w:val="0"/>
          <w:divBdr>
            <w:top w:val="none" w:sz="0" w:space="0" w:color="auto"/>
            <w:left w:val="none" w:sz="0" w:space="0" w:color="auto"/>
            <w:bottom w:val="none" w:sz="0" w:space="0" w:color="auto"/>
            <w:right w:val="none" w:sz="0" w:space="0" w:color="auto"/>
          </w:divBdr>
        </w:div>
        <w:div w:id="1162502469">
          <w:marLeft w:val="480"/>
          <w:marRight w:val="0"/>
          <w:marTop w:val="0"/>
          <w:marBottom w:val="0"/>
          <w:divBdr>
            <w:top w:val="none" w:sz="0" w:space="0" w:color="auto"/>
            <w:left w:val="none" w:sz="0" w:space="0" w:color="auto"/>
            <w:bottom w:val="none" w:sz="0" w:space="0" w:color="auto"/>
            <w:right w:val="none" w:sz="0" w:space="0" w:color="auto"/>
          </w:divBdr>
        </w:div>
        <w:div w:id="1318681961">
          <w:marLeft w:val="480"/>
          <w:marRight w:val="0"/>
          <w:marTop w:val="0"/>
          <w:marBottom w:val="0"/>
          <w:divBdr>
            <w:top w:val="none" w:sz="0" w:space="0" w:color="auto"/>
            <w:left w:val="none" w:sz="0" w:space="0" w:color="auto"/>
            <w:bottom w:val="none" w:sz="0" w:space="0" w:color="auto"/>
            <w:right w:val="none" w:sz="0" w:space="0" w:color="auto"/>
          </w:divBdr>
        </w:div>
        <w:div w:id="1319386521">
          <w:marLeft w:val="480"/>
          <w:marRight w:val="0"/>
          <w:marTop w:val="0"/>
          <w:marBottom w:val="0"/>
          <w:divBdr>
            <w:top w:val="none" w:sz="0" w:space="0" w:color="auto"/>
            <w:left w:val="none" w:sz="0" w:space="0" w:color="auto"/>
            <w:bottom w:val="none" w:sz="0" w:space="0" w:color="auto"/>
            <w:right w:val="none" w:sz="0" w:space="0" w:color="auto"/>
          </w:divBdr>
        </w:div>
        <w:div w:id="1351031109">
          <w:marLeft w:val="480"/>
          <w:marRight w:val="0"/>
          <w:marTop w:val="0"/>
          <w:marBottom w:val="0"/>
          <w:divBdr>
            <w:top w:val="none" w:sz="0" w:space="0" w:color="auto"/>
            <w:left w:val="none" w:sz="0" w:space="0" w:color="auto"/>
            <w:bottom w:val="none" w:sz="0" w:space="0" w:color="auto"/>
            <w:right w:val="none" w:sz="0" w:space="0" w:color="auto"/>
          </w:divBdr>
        </w:div>
        <w:div w:id="1477379595">
          <w:marLeft w:val="480"/>
          <w:marRight w:val="0"/>
          <w:marTop w:val="0"/>
          <w:marBottom w:val="0"/>
          <w:divBdr>
            <w:top w:val="none" w:sz="0" w:space="0" w:color="auto"/>
            <w:left w:val="none" w:sz="0" w:space="0" w:color="auto"/>
            <w:bottom w:val="none" w:sz="0" w:space="0" w:color="auto"/>
            <w:right w:val="none" w:sz="0" w:space="0" w:color="auto"/>
          </w:divBdr>
        </w:div>
        <w:div w:id="1515531304">
          <w:marLeft w:val="480"/>
          <w:marRight w:val="0"/>
          <w:marTop w:val="0"/>
          <w:marBottom w:val="0"/>
          <w:divBdr>
            <w:top w:val="none" w:sz="0" w:space="0" w:color="auto"/>
            <w:left w:val="none" w:sz="0" w:space="0" w:color="auto"/>
            <w:bottom w:val="none" w:sz="0" w:space="0" w:color="auto"/>
            <w:right w:val="none" w:sz="0" w:space="0" w:color="auto"/>
          </w:divBdr>
        </w:div>
        <w:div w:id="1599407805">
          <w:marLeft w:val="480"/>
          <w:marRight w:val="0"/>
          <w:marTop w:val="0"/>
          <w:marBottom w:val="0"/>
          <w:divBdr>
            <w:top w:val="none" w:sz="0" w:space="0" w:color="auto"/>
            <w:left w:val="none" w:sz="0" w:space="0" w:color="auto"/>
            <w:bottom w:val="none" w:sz="0" w:space="0" w:color="auto"/>
            <w:right w:val="none" w:sz="0" w:space="0" w:color="auto"/>
          </w:divBdr>
        </w:div>
        <w:div w:id="1630863821">
          <w:marLeft w:val="480"/>
          <w:marRight w:val="0"/>
          <w:marTop w:val="0"/>
          <w:marBottom w:val="0"/>
          <w:divBdr>
            <w:top w:val="none" w:sz="0" w:space="0" w:color="auto"/>
            <w:left w:val="none" w:sz="0" w:space="0" w:color="auto"/>
            <w:bottom w:val="none" w:sz="0" w:space="0" w:color="auto"/>
            <w:right w:val="none" w:sz="0" w:space="0" w:color="auto"/>
          </w:divBdr>
        </w:div>
        <w:div w:id="1675263987">
          <w:marLeft w:val="480"/>
          <w:marRight w:val="0"/>
          <w:marTop w:val="0"/>
          <w:marBottom w:val="0"/>
          <w:divBdr>
            <w:top w:val="none" w:sz="0" w:space="0" w:color="auto"/>
            <w:left w:val="none" w:sz="0" w:space="0" w:color="auto"/>
            <w:bottom w:val="none" w:sz="0" w:space="0" w:color="auto"/>
            <w:right w:val="none" w:sz="0" w:space="0" w:color="auto"/>
          </w:divBdr>
        </w:div>
        <w:div w:id="1725173354">
          <w:marLeft w:val="480"/>
          <w:marRight w:val="0"/>
          <w:marTop w:val="0"/>
          <w:marBottom w:val="0"/>
          <w:divBdr>
            <w:top w:val="none" w:sz="0" w:space="0" w:color="auto"/>
            <w:left w:val="none" w:sz="0" w:space="0" w:color="auto"/>
            <w:bottom w:val="none" w:sz="0" w:space="0" w:color="auto"/>
            <w:right w:val="none" w:sz="0" w:space="0" w:color="auto"/>
          </w:divBdr>
        </w:div>
        <w:div w:id="1784573189">
          <w:marLeft w:val="480"/>
          <w:marRight w:val="0"/>
          <w:marTop w:val="0"/>
          <w:marBottom w:val="0"/>
          <w:divBdr>
            <w:top w:val="none" w:sz="0" w:space="0" w:color="auto"/>
            <w:left w:val="none" w:sz="0" w:space="0" w:color="auto"/>
            <w:bottom w:val="none" w:sz="0" w:space="0" w:color="auto"/>
            <w:right w:val="none" w:sz="0" w:space="0" w:color="auto"/>
          </w:divBdr>
        </w:div>
        <w:div w:id="1829128900">
          <w:marLeft w:val="480"/>
          <w:marRight w:val="0"/>
          <w:marTop w:val="0"/>
          <w:marBottom w:val="0"/>
          <w:divBdr>
            <w:top w:val="none" w:sz="0" w:space="0" w:color="auto"/>
            <w:left w:val="none" w:sz="0" w:space="0" w:color="auto"/>
            <w:bottom w:val="none" w:sz="0" w:space="0" w:color="auto"/>
            <w:right w:val="none" w:sz="0" w:space="0" w:color="auto"/>
          </w:divBdr>
        </w:div>
        <w:div w:id="1861967881">
          <w:marLeft w:val="480"/>
          <w:marRight w:val="0"/>
          <w:marTop w:val="0"/>
          <w:marBottom w:val="0"/>
          <w:divBdr>
            <w:top w:val="none" w:sz="0" w:space="0" w:color="auto"/>
            <w:left w:val="none" w:sz="0" w:space="0" w:color="auto"/>
            <w:bottom w:val="none" w:sz="0" w:space="0" w:color="auto"/>
            <w:right w:val="none" w:sz="0" w:space="0" w:color="auto"/>
          </w:divBdr>
        </w:div>
        <w:div w:id="2029523138">
          <w:marLeft w:val="480"/>
          <w:marRight w:val="0"/>
          <w:marTop w:val="0"/>
          <w:marBottom w:val="0"/>
          <w:divBdr>
            <w:top w:val="none" w:sz="0" w:space="0" w:color="auto"/>
            <w:left w:val="none" w:sz="0" w:space="0" w:color="auto"/>
            <w:bottom w:val="none" w:sz="0" w:space="0" w:color="auto"/>
            <w:right w:val="none" w:sz="0" w:space="0" w:color="auto"/>
          </w:divBdr>
        </w:div>
        <w:div w:id="2105035369">
          <w:marLeft w:val="480"/>
          <w:marRight w:val="0"/>
          <w:marTop w:val="0"/>
          <w:marBottom w:val="0"/>
          <w:divBdr>
            <w:top w:val="none" w:sz="0" w:space="0" w:color="auto"/>
            <w:left w:val="none" w:sz="0" w:space="0" w:color="auto"/>
            <w:bottom w:val="none" w:sz="0" w:space="0" w:color="auto"/>
            <w:right w:val="none" w:sz="0" w:space="0" w:color="auto"/>
          </w:divBdr>
        </w:div>
        <w:div w:id="2111508768">
          <w:marLeft w:val="480"/>
          <w:marRight w:val="0"/>
          <w:marTop w:val="0"/>
          <w:marBottom w:val="0"/>
          <w:divBdr>
            <w:top w:val="none" w:sz="0" w:space="0" w:color="auto"/>
            <w:left w:val="none" w:sz="0" w:space="0" w:color="auto"/>
            <w:bottom w:val="none" w:sz="0" w:space="0" w:color="auto"/>
            <w:right w:val="none" w:sz="0" w:space="0" w:color="auto"/>
          </w:divBdr>
        </w:div>
      </w:divsChild>
    </w:div>
    <w:div w:id="2102294214">
      <w:bodyDiv w:val="1"/>
      <w:marLeft w:val="0"/>
      <w:marRight w:val="0"/>
      <w:marTop w:val="0"/>
      <w:marBottom w:val="0"/>
      <w:divBdr>
        <w:top w:val="none" w:sz="0" w:space="0" w:color="auto"/>
        <w:left w:val="none" w:sz="0" w:space="0" w:color="auto"/>
        <w:bottom w:val="none" w:sz="0" w:space="0" w:color="auto"/>
        <w:right w:val="none" w:sz="0" w:space="0" w:color="auto"/>
      </w:divBdr>
    </w:div>
    <w:div w:id="2105106198">
      <w:bodyDiv w:val="1"/>
      <w:marLeft w:val="0"/>
      <w:marRight w:val="0"/>
      <w:marTop w:val="0"/>
      <w:marBottom w:val="0"/>
      <w:divBdr>
        <w:top w:val="none" w:sz="0" w:space="0" w:color="auto"/>
        <w:left w:val="none" w:sz="0" w:space="0" w:color="auto"/>
        <w:bottom w:val="none" w:sz="0" w:space="0" w:color="auto"/>
        <w:right w:val="none" w:sz="0" w:space="0" w:color="auto"/>
      </w:divBdr>
    </w:div>
    <w:div w:id="2111585665">
      <w:bodyDiv w:val="1"/>
      <w:marLeft w:val="0"/>
      <w:marRight w:val="0"/>
      <w:marTop w:val="0"/>
      <w:marBottom w:val="0"/>
      <w:divBdr>
        <w:top w:val="none" w:sz="0" w:space="0" w:color="auto"/>
        <w:left w:val="none" w:sz="0" w:space="0" w:color="auto"/>
        <w:bottom w:val="none" w:sz="0" w:space="0" w:color="auto"/>
        <w:right w:val="none" w:sz="0" w:space="0" w:color="auto"/>
      </w:divBdr>
    </w:div>
    <w:div w:id="2112772209">
      <w:bodyDiv w:val="1"/>
      <w:marLeft w:val="0"/>
      <w:marRight w:val="0"/>
      <w:marTop w:val="0"/>
      <w:marBottom w:val="0"/>
      <w:divBdr>
        <w:top w:val="none" w:sz="0" w:space="0" w:color="auto"/>
        <w:left w:val="none" w:sz="0" w:space="0" w:color="auto"/>
        <w:bottom w:val="none" w:sz="0" w:space="0" w:color="auto"/>
        <w:right w:val="none" w:sz="0" w:space="0" w:color="auto"/>
      </w:divBdr>
    </w:div>
    <w:div w:id="2113089924">
      <w:bodyDiv w:val="1"/>
      <w:marLeft w:val="0"/>
      <w:marRight w:val="0"/>
      <w:marTop w:val="0"/>
      <w:marBottom w:val="0"/>
      <w:divBdr>
        <w:top w:val="none" w:sz="0" w:space="0" w:color="auto"/>
        <w:left w:val="none" w:sz="0" w:space="0" w:color="auto"/>
        <w:bottom w:val="none" w:sz="0" w:space="0" w:color="auto"/>
        <w:right w:val="none" w:sz="0" w:space="0" w:color="auto"/>
      </w:divBdr>
    </w:div>
    <w:div w:id="2115054130">
      <w:bodyDiv w:val="1"/>
      <w:marLeft w:val="0"/>
      <w:marRight w:val="0"/>
      <w:marTop w:val="0"/>
      <w:marBottom w:val="0"/>
      <w:divBdr>
        <w:top w:val="none" w:sz="0" w:space="0" w:color="auto"/>
        <w:left w:val="none" w:sz="0" w:space="0" w:color="auto"/>
        <w:bottom w:val="none" w:sz="0" w:space="0" w:color="auto"/>
        <w:right w:val="none" w:sz="0" w:space="0" w:color="auto"/>
      </w:divBdr>
      <w:divsChild>
        <w:div w:id="14773590">
          <w:marLeft w:val="480"/>
          <w:marRight w:val="0"/>
          <w:marTop w:val="0"/>
          <w:marBottom w:val="0"/>
          <w:divBdr>
            <w:top w:val="none" w:sz="0" w:space="0" w:color="auto"/>
            <w:left w:val="none" w:sz="0" w:space="0" w:color="auto"/>
            <w:bottom w:val="none" w:sz="0" w:space="0" w:color="auto"/>
            <w:right w:val="none" w:sz="0" w:space="0" w:color="auto"/>
          </w:divBdr>
        </w:div>
        <w:div w:id="22169765">
          <w:marLeft w:val="480"/>
          <w:marRight w:val="0"/>
          <w:marTop w:val="0"/>
          <w:marBottom w:val="0"/>
          <w:divBdr>
            <w:top w:val="none" w:sz="0" w:space="0" w:color="auto"/>
            <w:left w:val="none" w:sz="0" w:space="0" w:color="auto"/>
            <w:bottom w:val="none" w:sz="0" w:space="0" w:color="auto"/>
            <w:right w:val="none" w:sz="0" w:space="0" w:color="auto"/>
          </w:divBdr>
        </w:div>
        <w:div w:id="89939087">
          <w:marLeft w:val="480"/>
          <w:marRight w:val="0"/>
          <w:marTop w:val="0"/>
          <w:marBottom w:val="0"/>
          <w:divBdr>
            <w:top w:val="none" w:sz="0" w:space="0" w:color="auto"/>
            <w:left w:val="none" w:sz="0" w:space="0" w:color="auto"/>
            <w:bottom w:val="none" w:sz="0" w:space="0" w:color="auto"/>
            <w:right w:val="none" w:sz="0" w:space="0" w:color="auto"/>
          </w:divBdr>
        </w:div>
        <w:div w:id="169294880">
          <w:marLeft w:val="480"/>
          <w:marRight w:val="0"/>
          <w:marTop w:val="0"/>
          <w:marBottom w:val="0"/>
          <w:divBdr>
            <w:top w:val="none" w:sz="0" w:space="0" w:color="auto"/>
            <w:left w:val="none" w:sz="0" w:space="0" w:color="auto"/>
            <w:bottom w:val="none" w:sz="0" w:space="0" w:color="auto"/>
            <w:right w:val="none" w:sz="0" w:space="0" w:color="auto"/>
          </w:divBdr>
        </w:div>
        <w:div w:id="192114911">
          <w:marLeft w:val="480"/>
          <w:marRight w:val="0"/>
          <w:marTop w:val="0"/>
          <w:marBottom w:val="0"/>
          <w:divBdr>
            <w:top w:val="none" w:sz="0" w:space="0" w:color="auto"/>
            <w:left w:val="none" w:sz="0" w:space="0" w:color="auto"/>
            <w:bottom w:val="none" w:sz="0" w:space="0" w:color="auto"/>
            <w:right w:val="none" w:sz="0" w:space="0" w:color="auto"/>
          </w:divBdr>
        </w:div>
        <w:div w:id="255557048">
          <w:marLeft w:val="480"/>
          <w:marRight w:val="0"/>
          <w:marTop w:val="0"/>
          <w:marBottom w:val="0"/>
          <w:divBdr>
            <w:top w:val="none" w:sz="0" w:space="0" w:color="auto"/>
            <w:left w:val="none" w:sz="0" w:space="0" w:color="auto"/>
            <w:bottom w:val="none" w:sz="0" w:space="0" w:color="auto"/>
            <w:right w:val="none" w:sz="0" w:space="0" w:color="auto"/>
          </w:divBdr>
        </w:div>
        <w:div w:id="258104882">
          <w:marLeft w:val="480"/>
          <w:marRight w:val="0"/>
          <w:marTop w:val="0"/>
          <w:marBottom w:val="0"/>
          <w:divBdr>
            <w:top w:val="none" w:sz="0" w:space="0" w:color="auto"/>
            <w:left w:val="none" w:sz="0" w:space="0" w:color="auto"/>
            <w:bottom w:val="none" w:sz="0" w:space="0" w:color="auto"/>
            <w:right w:val="none" w:sz="0" w:space="0" w:color="auto"/>
          </w:divBdr>
        </w:div>
        <w:div w:id="268393656">
          <w:marLeft w:val="480"/>
          <w:marRight w:val="0"/>
          <w:marTop w:val="0"/>
          <w:marBottom w:val="0"/>
          <w:divBdr>
            <w:top w:val="none" w:sz="0" w:space="0" w:color="auto"/>
            <w:left w:val="none" w:sz="0" w:space="0" w:color="auto"/>
            <w:bottom w:val="none" w:sz="0" w:space="0" w:color="auto"/>
            <w:right w:val="none" w:sz="0" w:space="0" w:color="auto"/>
          </w:divBdr>
        </w:div>
        <w:div w:id="380791760">
          <w:marLeft w:val="480"/>
          <w:marRight w:val="0"/>
          <w:marTop w:val="0"/>
          <w:marBottom w:val="0"/>
          <w:divBdr>
            <w:top w:val="none" w:sz="0" w:space="0" w:color="auto"/>
            <w:left w:val="none" w:sz="0" w:space="0" w:color="auto"/>
            <w:bottom w:val="none" w:sz="0" w:space="0" w:color="auto"/>
            <w:right w:val="none" w:sz="0" w:space="0" w:color="auto"/>
          </w:divBdr>
        </w:div>
        <w:div w:id="409546244">
          <w:marLeft w:val="480"/>
          <w:marRight w:val="0"/>
          <w:marTop w:val="0"/>
          <w:marBottom w:val="0"/>
          <w:divBdr>
            <w:top w:val="none" w:sz="0" w:space="0" w:color="auto"/>
            <w:left w:val="none" w:sz="0" w:space="0" w:color="auto"/>
            <w:bottom w:val="none" w:sz="0" w:space="0" w:color="auto"/>
            <w:right w:val="none" w:sz="0" w:space="0" w:color="auto"/>
          </w:divBdr>
        </w:div>
        <w:div w:id="433553018">
          <w:marLeft w:val="480"/>
          <w:marRight w:val="0"/>
          <w:marTop w:val="0"/>
          <w:marBottom w:val="0"/>
          <w:divBdr>
            <w:top w:val="none" w:sz="0" w:space="0" w:color="auto"/>
            <w:left w:val="none" w:sz="0" w:space="0" w:color="auto"/>
            <w:bottom w:val="none" w:sz="0" w:space="0" w:color="auto"/>
            <w:right w:val="none" w:sz="0" w:space="0" w:color="auto"/>
          </w:divBdr>
        </w:div>
        <w:div w:id="490024709">
          <w:marLeft w:val="480"/>
          <w:marRight w:val="0"/>
          <w:marTop w:val="0"/>
          <w:marBottom w:val="0"/>
          <w:divBdr>
            <w:top w:val="none" w:sz="0" w:space="0" w:color="auto"/>
            <w:left w:val="none" w:sz="0" w:space="0" w:color="auto"/>
            <w:bottom w:val="none" w:sz="0" w:space="0" w:color="auto"/>
            <w:right w:val="none" w:sz="0" w:space="0" w:color="auto"/>
          </w:divBdr>
        </w:div>
        <w:div w:id="511456926">
          <w:marLeft w:val="480"/>
          <w:marRight w:val="0"/>
          <w:marTop w:val="0"/>
          <w:marBottom w:val="0"/>
          <w:divBdr>
            <w:top w:val="none" w:sz="0" w:space="0" w:color="auto"/>
            <w:left w:val="none" w:sz="0" w:space="0" w:color="auto"/>
            <w:bottom w:val="none" w:sz="0" w:space="0" w:color="auto"/>
            <w:right w:val="none" w:sz="0" w:space="0" w:color="auto"/>
          </w:divBdr>
        </w:div>
        <w:div w:id="633756472">
          <w:marLeft w:val="480"/>
          <w:marRight w:val="0"/>
          <w:marTop w:val="0"/>
          <w:marBottom w:val="0"/>
          <w:divBdr>
            <w:top w:val="none" w:sz="0" w:space="0" w:color="auto"/>
            <w:left w:val="none" w:sz="0" w:space="0" w:color="auto"/>
            <w:bottom w:val="none" w:sz="0" w:space="0" w:color="auto"/>
            <w:right w:val="none" w:sz="0" w:space="0" w:color="auto"/>
          </w:divBdr>
        </w:div>
        <w:div w:id="671417131">
          <w:marLeft w:val="480"/>
          <w:marRight w:val="0"/>
          <w:marTop w:val="0"/>
          <w:marBottom w:val="0"/>
          <w:divBdr>
            <w:top w:val="none" w:sz="0" w:space="0" w:color="auto"/>
            <w:left w:val="none" w:sz="0" w:space="0" w:color="auto"/>
            <w:bottom w:val="none" w:sz="0" w:space="0" w:color="auto"/>
            <w:right w:val="none" w:sz="0" w:space="0" w:color="auto"/>
          </w:divBdr>
        </w:div>
        <w:div w:id="775174979">
          <w:marLeft w:val="480"/>
          <w:marRight w:val="0"/>
          <w:marTop w:val="0"/>
          <w:marBottom w:val="0"/>
          <w:divBdr>
            <w:top w:val="none" w:sz="0" w:space="0" w:color="auto"/>
            <w:left w:val="none" w:sz="0" w:space="0" w:color="auto"/>
            <w:bottom w:val="none" w:sz="0" w:space="0" w:color="auto"/>
            <w:right w:val="none" w:sz="0" w:space="0" w:color="auto"/>
          </w:divBdr>
        </w:div>
        <w:div w:id="845512598">
          <w:marLeft w:val="480"/>
          <w:marRight w:val="0"/>
          <w:marTop w:val="0"/>
          <w:marBottom w:val="0"/>
          <w:divBdr>
            <w:top w:val="none" w:sz="0" w:space="0" w:color="auto"/>
            <w:left w:val="none" w:sz="0" w:space="0" w:color="auto"/>
            <w:bottom w:val="none" w:sz="0" w:space="0" w:color="auto"/>
            <w:right w:val="none" w:sz="0" w:space="0" w:color="auto"/>
          </w:divBdr>
        </w:div>
        <w:div w:id="856894665">
          <w:marLeft w:val="480"/>
          <w:marRight w:val="0"/>
          <w:marTop w:val="0"/>
          <w:marBottom w:val="0"/>
          <w:divBdr>
            <w:top w:val="none" w:sz="0" w:space="0" w:color="auto"/>
            <w:left w:val="none" w:sz="0" w:space="0" w:color="auto"/>
            <w:bottom w:val="none" w:sz="0" w:space="0" w:color="auto"/>
            <w:right w:val="none" w:sz="0" w:space="0" w:color="auto"/>
          </w:divBdr>
        </w:div>
        <w:div w:id="920483173">
          <w:marLeft w:val="480"/>
          <w:marRight w:val="0"/>
          <w:marTop w:val="0"/>
          <w:marBottom w:val="0"/>
          <w:divBdr>
            <w:top w:val="none" w:sz="0" w:space="0" w:color="auto"/>
            <w:left w:val="none" w:sz="0" w:space="0" w:color="auto"/>
            <w:bottom w:val="none" w:sz="0" w:space="0" w:color="auto"/>
            <w:right w:val="none" w:sz="0" w:space="0" w:color="auto"/>
          </w:divBdr>
        </w:div>
        <w:div w:id="944269513">
          <w:marLeft w:val="480"/>
          <w:marRight w:val="0"/>
          <w:marTop w:val="0"/>
          <w:marBottom w:val="0"/>
          <w:divBdr>
            <w:top w:val="none" w:sz="0" w:space="0" w:color="auto"/>
            <w:left w:val="none" w:sz="0" w:space="0" w:color="auto"/>
            <w:bottom w:val="none" w:sz="0" w:space="0" w:color="auto"/>
            <w:right w:val="none" w:sz="0" w:space="0" w:color="auto"/>
          </w:divBdr>
        </w:div>
        <w:div w:id="1043670683">
          <w:marLeft w:val="480"/>
          <w:marRight w:val="0"/>
          <w:marTop w:val="0"/>
          <w:marBottom w:val="0"/>
          <w:divBdr>
            <w:top w:val="none" w:sz="0" w:space="0" w:color="auto"/>
            <w:left w:val="none" w:sz="0" w:space="0" w:color="auto"/>
            <w:bottom w:val="none" w:sz="0" w:space="0" w:color="auto"/>
            <w:right w:val="none" w:sz="0" w:space="0" w:color="auto"/>
          </w:divBdr>
        </w:div>
        <w:div w:id="1047990057">
          <w:marLeft w:val="480"/>
          <w:marRight w:val="0"/>
          <w:marTop w:val="0"/>
          <w:marBottom w:val="0"/>
          <w:divBdr>
            <w:top w:val="none" w:sz="0" w:space="0" w:color="auto"/>
            <w:left w:val="none" w:sz="0" w:space="0" w:color="auto"/>
            <w:bottom w:val="none" w:sz="0" w:space="0" w:color="auto"/>
            <w:right w:val="none" w:sz="0" w:space="0" w:color="auto"/>
          </w:divBdr>
        </w:div>
        <w:div w:id="1080642602">
          <w:marLeft w:val="480"/>
          <w:marRight w:val="0"/>
          <w:marTop w:val="0"/>
          <w:marBottom w:val="0"/>
          <w:divBdr>
            <w:top w:val="none" w:sz="0" w:space="0" w:color="auto"/>
            <w:left w:val="none" w:sz="0" w:space="0" w:color="auto"/>
            <w:bottom w:val="none" w:sz="0" w:space="0" w:color="auto"/>
            <w:right w:val="none" w:sz="0" w:space="0" w:color="auto"/>
          </w:divBdr>
        </w:div>
        <w:div w:id="1081874610">
          <w:marLeft w:val="480"/>
          <w:marRight w:val="0"/>
          <w:marTop w:val="0"/>
          <w:marBottom w:val="0"/>
          <w:divBdr>
            <w:top w:val="none" w:sz="0" w:space="0" w:color="auto"/>
            <w:left w:val="none" w:sz="0" w:space="0" w:color="auto"/>
            <w:bottom w:val="none" w:sz="0" w:space="0" w:color="auto"/>
            <w:right w:val="none" w:sz="0" w:space="0" w:color="auto"/>
          </w:divBdr>
        </w:div>
        <w:div w:id="1308047180">
          <w:marLeft w:val="480"/>
          <w:marRight w:val="0"/>
          <w:marTop w:val="0"/>
          <w:marBottom w:val="0"/>
          <w:divBdr>
            <w:top w:val="none" w:sz="0" w:space="0" w:color="auto"/>
            <w:left w:val="none" w:sz="0" w:space="0" w:color="auto"/>
            <w:bottom w:val="none" w:sz="0" w:space="0" w:color="auto"/>
            <w:right w:val="none" w:sz="0" w:space="0" w:color="auto"/>
          </w:divBdr>
        </w:div>
        <w:div w:id="1354301916">
          <w:marLeft w:val="480"/>
          <w:marRight w:val="0"/>
          <w:marTop w:val="0"/>
          <w:marBottom w:val="0"/>
          <w:divBdr>
            <w:top w:val="none" w:sz="0" w:space="0" w:color="auto"/>
            <w:left w:val="none" w:sz="0" w:space="0" w:color="auto"/>
            <w:bottom w:val="none" w:sz="0" w:space="0" w:color="auto"/>
            <w:right w:val="none" w:sz="0" w:space="0" w:color="auto"/>
          </w:divBdr>
        </w:div>
        <w:div w:id="1430349591">
          <w:marLeft w:val="480"/>
          <w:marRight w:val="0"/>
          <w:marTop w:val="0"/>
          <w:marBottom w:val="0"/>
          <w:divBdr>
            <w:top w:val="none" w:sz="0" w:space="0" w:color="auto"/>
            <w:left w:val="none" w:sz="0" w:space="0" w:color="auto"/>
            <w:bottom w:val="none" w:sz="0" w:space="0" w:color="auto"/>
            <w:right w:val="none" w:sz="0" w:space="0" w:color="auto"/>
          </w:divBdr>
        </w:div>
        <w:div w:id="1454054390">
          <w:marLeft w:val="480"/>
          <w:marRight w:val="0"/>
          <w:marTop w:val="0"/>
          <w:marBottom w:val="0"/>
          <w:divBdr>
            <w:top w:val="none" w:sz="0" w:space="0" w:color="auto"/>
            <w:left w:val="none" w:sz="0" w:space="0" w:color="auto"/>
            <w:bottom w:val="none" w:sz="0" w:space="0" w:color="auto"/>
            <w:right w:val="none" w:sz="0" w:space="0" w:color="auto"/>
          </w:divBdr>
        </w:div>
        <w:div w:id="1456096103">
          <w:marLeft w:val="480"/>
          <w:marRight w:val="0"/>
          <w:marTop w:val="0"/>
          <w:marBottom w:val="0"/>
          <w:divBdr>
            <w:top w:val="none" w:sz="0" w:space="0" w:color="auto"/>
            <w:left w:val="none" w:sz="0" w:space="0" w:color="auto"/>
            <w:bottom w:val="none" w:sz="0" w:space="0" w:color="auto"/>
            <w:right w:val="none" w:sz="0" w:space="0" w:color="auto"/>
          </w:divBdr>
        </w:div>
        <w:div w:id="1470438313">
          <w:marLeft w:val="480"/>
          <w:marRight w:val="0"/>
          <w:marTop w:val="0"/>
          <w:marBottom w:val="0"/>
          <w:divBdr>
            <w:top w:val="none" w:sz="0" w:space="0" w:color="auto"/>
            <w:left w:val="none" w:sz="0" w:space="0" w:color="auto"/>
            <w:bottom w:val="none" w:sz="0" w:space="0" w:color="auto"/>
            <w:right w:val="none" w:sz="0" w:space="0" w:color="auto"/>
          </w:divBdr>
        </w:div>
        <w:div w:id="1667242557">
          <w:marLeft w:val="480"/>
          <w:marRight w:val="0"/>
          <w:marTop w:val="0"/>
          <w:marBottom w:val="0"/>
          <w:divBdr>
            <w:top w:val="none" w:sz="0" w:space="0" w:color="auto"/>
            <w:left w:val="none" w:sz="0" w:space="0" w:color="auto"/>
            <w:bottom w:val="none" w:sz="0" w:space="0" w:color="auto"/>
            <w:right w:val="none" w:sz="0" w:space="0" w:color="auto"/>
          </w:divBdr>
        </w:div>
        <w:div w:id="1903131612">
          <w:marLeft w:val="480"/>
          <w:marRight w:val="0"/>
          <w:marTop w:val="0"/>
          <w:marBottom w:val="0"/>
          <w:divBdr>
            <w:top w:val="none" w:sz="0" w:space="0" w:color="auto"/>
            <w:left w:val="none" w:sz="0" w:space="0" w:color="auto"/>
            <w:bottom w:val="none" w:sz="0" w:space="0" w:color="auto"/>
            <w:right w:val="none" w:sz="0" w:space="0" w:color="auto"/>
          </w:divBdr>
        </w:div>
        <w:div w:id="1947959261">
          <w:marLeft w:val="480"/>
          <w:marRight w:val="0"/>
          <w:marTop w:val="0"/>
          <w:marBottom w:val="0"/>
          <w:divBdr>
            <w:top w:val="none" w:sz="0" w:space="0" w:color="auto"/>
            <w:left w:val="none" w:sz="0" w:space="0" w:color="auto"/>
            <w:bottom w:val="none" w:sz="0" w:space="0" w:color="auto"/>
            <w:right w:val="none" w:sz="0" w:space="0" w:color="auto"/>
          </w:divBdr>
        </w:div>
        <w:div w:id="2035810987">
          <w:marLeft w:val="480"/>
          <w:marRight w:val="0"/>
          <w:marTop w:val="0"/>
          <w:marBottom w:val="0"/>
          <w:divBdr>
            <w:top w:val="none" w:sz="0" w:space="0" w:color="auto"/>
            <w:left w:val="none" w:sz="0" w:space="0" w:color="auto"/>
            <w:bottom w:val="none" w:sz="0" w:space="0" w:color="auto"/>
            <w:right w:val="none" w:sz="0" w:space="0" w:color="auto"/>
          </w:divBdr>
        </w:div>
        <w:div w:id="2045136526">
          <w:marLeft w:val="480"/>
          <w:marRight w:val="0"/>
          <w:marTop w:val="0"/>
          <w:marBottom w:val="0"/>
          <w:divBdr>
            <w:top w:val="none" w:sz="0" w:space="0" w:color="auto"/>
            <w:left w:val="none" w:sz="0" w:space="0" w:color="auto"/>
            <w:bottom w:val="none" w:sz="0" w:space="0" w:color="auto"/>
            <w:right w:val="none" w:sz="0" w:space="0" w:color="auto"/>
          </w:divBdr>
        </w:div>
        <w:div w:id="2099515544">
          <w:marLeft w:val="480"/>
          <w:marRight w:val="0"/>
          <w:marTop w:val="0"/>
          <w:marBottom w:val="0"/>
          <w:divBdr>
            <w:top w:val="none" w:sz="0" w:space="0" w:color="auto"/>
            <w:left w:val="none" w:sz="0" w:space="0" w:color="auto"/>
            <w:bottom w:val="none" w:sz="0" w:space="0" w:color="auto"/>
            <w:right w:val="none" w:sz="0" w:space="0" w:color="auto"/>
          </w:divBdr>
        </w:div>
        <w:div w:id="2108041223">
          <w:marLeft w:val="480"/>
          <w:marRight w:val="0"/>
          <w:marTop w:val="0"/>
          <w:marBottom w:val="0"/>
          <w:divBdr>
            <w:top w:val="none" w:sz="0" w:space="0" w:color="auto"/>
            <w:left w:val="none" w:sz="0" w:space="0" w:color="auto"/>
            <w:bottom w:val="none" w:sz="0" w:space="0" w:color="auto"/>
            <w:right w:val="none" w:sz="0" w:space="0" w:color="auto"/>
          </w:divBdr>
        </w:div>
      </w:divsChild>
    </w:div>
    <w:div w:id="2117290020">
      <w:bodyDiv w:val="1"/>
      <w:marLeft w:val="0"/>
      <w:marRight w:val="0"/>
      <w:marTop w:val="0"/>
      <w:marBottom w:val="0"/>
      <w:divBdr>
        <w:top w:val="none" w:sz="0" w:space="0" w:color="auto"/>
        <w:left w:val="none" w:sz="0" w:space="0" w:color="auto"/>
        <w:bottom w:val="none" w:sz="0" w:space="0" w:color="auto"/>
        <w:right w:val="none" w:sz="0" w:space="0" w:color="auto"/>
      </w:divBdr>
    </w:div>
    <w:div w:id="2118744769">
      <w:bodyDiv w:val="1"/>
      <w:marLeft w:val="0"/>
      <w:marRight w:val="0"/>
      <w:marTop w:val="0"/>
      <w:marBottom w:val="0"/>
      <w:divBdr>
        <w:top w:val="none" w:sz="0" w:space="0" w:color="auto"/>
        <w:left w:val="none" w:sz="0" w:space="0" w:color="auto"/>
        <w:bottom w:val="none" w:sz="0" w:space="0" w:color="auto"/>
        <w:right w:val="none" w:sz="0" w:space="0" w:color="auto"/>
      </w:divBdr>
    </w:div>
    <w:div w:id="2119325114">
      <w:bodyDiv w:val="1"/>
      <w:marLeft w:val="0"/>
      <w:marRight w:val="0"/>
      <w:marTop w:val="0"/>
      <w:marBottom w:val="0"/>
      <w:divBdr>
        <w:top w:val="none" w:sz="0" w:space="0" w:color="auto"/>
        <w:left w:val="none" w:sz="0" w:space="0" w:color="auto"/>
        <w:bottom w:val="none" w:sz="0" w:space="0" w:color="auto"/>
        <w:right w:val="none" w:sz="0" w:space="0" w:color="auto"/>
      </w:divBdr>
    </w:div>
    <w:div w:id="2125222543">
      <w:bodyDiv w:val="1"/>
      <w:marLeft w:val="0"/>
      <w:marRight w:val="0"/>
      <w:marTop w:val="0"/>
      <w:marBottom w:val="0"/>
      <w:divBdr>
        <w:top w:val="none" w:sz="0" w:space="0" w:color="auto"/>
        <w:left w:val="none" w:sz="0" w:space="0" w:color="auto"/>
        <w:bottom w:val="none" w:sz="0" w:space="0" w:color="auto"/>
        <w:right w:val="none" w:sz="0" w:space="0" w:color="auto"/>
      </w:divBdr>
    </w:div>
    <w:div w:id="2126725361">
      <w:bodyDiv w:val="1"/>
      <w:marLeft w:val="0"/>
      <w:marRight w:val="0"/>
      <w:marTop w:val="0"/>
      <w:marBottom w:val="0"/>
      <w:divBdr>
        <w:top w:val="none" w:sz="0" w:space="0" w:color="auto"/>
        <w:left w:val="none" w:sz="0" w:space="0" w:color="auto"/>
        <w:bottom w:val="none" w:sz="0" w:space="0" w:color="auto"/>
        <w:right w:val="none" w:sz="0" w:space="0" w:color="auto"/>
      </w:divBdr>
    </w:div>
    <w:div w:id="2126998311">
      <w:bodyDiv w:val="1"/>
      <w:marLeft w:val="0"/>
      <w:marRight w:val="0"/>
      <w:marTop w:val="0"/>
      <w:marBottom w:val="0"/>
      <w:divBdr>
        <w:top w:val="none" w:sz="0" w:space="0" w:color="auto"/>
        <w:left w:val="none" w:sz="0" w:space="0" w:color="auto"/>
        <w:bottom w:val="none" w:sz="0" w:space="0" w:color="auto"/>
        <w:right w:val="none" w:sz="0" w:space="0" w:color="auto"/>
      </w:divBdr>
    </w:div>
    <w:div w:id="2127265068">
      <w:bodyDiv w:val="1"/>
      <w:marLeft w:val="0"/>
      <w:marRight w:val="0"/>
      <w:marTop w:val="0"/>
      <w:marBottom w:val="0"/>
      <w:divBdr>
        <w:top w:val="none" w:sz="0" w:space="0" w:color="auto"/>
        <w:left w:val="none" w:sz="0" w:space="0" w:color="auto"/>
        <w:bottom w:val="none" w:sz="0" w:space="0" w:color="auto"/>
        <w:right w:val="none" w:sz="0" w:space="0" w:color="auto"/>
      </w:divBdr>
    </w:div>
    <w:div w:id="2127770303">
      <w:bodyDiv w:val="1"/>
      <w:marLeft w:val="0"/>
      <w:marRight w:val="0"/>
      <w:marTop w:val="0"/>
      <w:marBottom w:val="0"/>
      <w:divBdr>
        <w:top w:val="none" w:sz="0" w:space="0" w:color="auto"/>
        <w:left w:val="none" w:sz="0" w:space="0" w:color="auto"/>
        <w:bottom w:val="none" w:sz="0" w:space="0" w:color="auto"/>
        <w:right w:val="none" w:sz="0" w:space="0" w:color="auto"/>
      </w:divBdr>
    </w:div>
    <w:div w:id="2128503935">
      <w:bodyDiv w:val="1"/>
      <w:marLeft w:val="0"/>
      <w:marRight w:val="0"/>
      <w:marTop w:val="0"/>
      <w:marBottom w:val="0"/>
      <w:divBdr>
        <w:top w:val="none" w:sz="0" w:space="0" w:color="auto"/>
        <w:left w:val="none" w:sz="0" w:space="0" w:color="auto"/>
        <w:bottom w:val="none" w:sz="0" w:space="0" w:color="auto"/>
        <w:right w:val="none" w:sz="0" w:space="0" w:color="auto"/>
      </w:divBdr>
    </w:div>
    <w:div w:id="2131045148">
      <w:bodyDiv w:val="1"/>
      <w:marLeft w:val="0"/>
      <w:marRight w:val="0"/>
      <w:marTop w:val="0"/>
      <w:marBottom w:val="0"/>
      <w:divBdr>
        <w:top w:val="none" w:sz="0" w:space="0" w:color="auto"/>
        <w:left w:val="none" w:sz="0" w:space="0" w:color="auto"/>
        <w:bottom w:val="none" w:sz="0" w:space="0" w:color="auto"/>
        <w:right w:val="none" w:sz="0" w:space="0" w:color="auto"/>
      </w:divBdr>
      <w:divsChild>
        <w:div w:id="15817280">
          <w:marLeft w:val="480"/>
          <w:marRight w:val="0"/>
          <w:marTop w:val="0"/>
          <w:marBottom w:val="0"/>
          <w:divBdr>
            <w:top w:val="none" w:sz="0" w:space="0" w:color="auto"/>
            <w:left w:val="none" w:sz="0" w:space="0" w:color="auto"/>
            <w:bottom w:val="none" w:sz="0" w:space="0" w:color="auto"/>
            <w:right w:val="none" w:sz="0" w:space="0" w:color="auto"/>
          </w:divBdr>
        </w:div>
        <w:div w:id="45496384">
          <w:marLeft w:val="480"/>
          <w:marRight w:val="0"/>
          <w:marTop w:val="0"/>
          <w:marBottom w:val="0"/>
          <w:divBdr>
            <w:top w:val="none" w:sz="0" w:space="0" w:color="auto"/>
            <w:left w:val="none" w:sz="0" w:space="0" w:color="auto"/>
            <w:bottom w:val="none" w:sz="0" w:space="0" w:color="auto"/>
            <w:right w:val="none" w:sz="0" w:space="0" w:color="auto"/>
          </w:divBdr>
        </w:div>
        <w:div w:id="59980916">
          <w:marLeft w:val="480"/>
          <w:marRight w:val="0"/>
          <w:marTop w:val="0"/>
          <w:marBottom w:val="0"/>
          <w:divBdr>
            <w:top w:val="none" w:sz="0" w:space="0" w:color="auto"/>
            <w:left w:val="none" w:sz="0" w:space="0" w:color="auto"/>
            <w:bottom w:val="none" w:sz="0" w:space="0" w:color="auto"/>
            <w:right w:val="none" w:sz="0" w:space="0" w:color="auto"/>
          </w:divBdr>
        </w:div>
        <w:div w:id="65304759">
          <w:marLeft w:val="480"/>
          <w:marRight w:val="0"/>
          <w:marTop w:val="0"/>
          <w:marBottom w:val="0"/>
          <w:divBdr>
            <w:top w:val="none" w:sz="0" w:space="0" w:color="auto"/>
            <w:left w:val="none" w:sz="0" w:space="0" w:color="auto"/>
            <w:bottom w:val="none" w:sz="0" w:space="0" w:color="auto"/>
            <w:right w:val="none" w:sz="0" w:space="0" w:color="auto"/>
          </w:divBdr>
        </w:div>
        <w:div w:id="140851359">
          <w:marLeft w:val="480"/>
          <w:marRight w:val="0"/>
          <w:marTop w:val="0"/>
          <w:marBottom w:val="0"/>
          <w:divBdr>
            <w:top w:val="none" w:sz="0" w:space="0" w:color="auto"/>
            <w:left w:val="none" w:sz="0" w:space="0" w:color="auto"/>
            <w:bottom w:val="none" w:sz="0" w:space="0" w:color="auto"/>
            <w:right w:val="none" w:sz="0" w:space="0" w:color="auto"/>
          </w:divBdr>
        </w:div>
        <w:div w:id="177279394">
          <w:marLeft w:val="480"/>
          <w:marRight w:val="0"/>
          <w:marTop w:val="0"/>
          <w:marBottom w:val="0"/>
          <w:divBdr>
            <w:top w:val="none" w:sz="0" w:space="0" w:color="auto"/>
            <w:left w:val="none" w:sz="0" w:space="0" w:color="auto"/>
            <w:bottom w:val="none" w:sz="0" w:space="0" w:color="auto"/>
            <w:right w:val="none" w:sz="0" w:space="0" w:color="auto"/>
          </w:divBdr>
        </w:div>
        <w:div w:id="534000324">
          <w:marLeft w:val="480"/>
          <w:marRight w:val="0"/>
          <w:marTop w:val="0"/>
          <w:marBottom w:val="0"/>
          <w:divBdr>
            <w:top w:val="none" w:sz="0" w:space="0" w:color="auto"/>
            <w:left w:val="none" w:sz="0" w:space="0" w:color="auto"/>
            <w:bottom w:val="none" w:sz="0" w:space="0" w:color="auto"/>
            <w:right w:val="none" w:sz="0" w:space="0" w:color="auto"/>
          </w:divBdr>
        </w:div>
        <w:div w:id="535890829">
          <w:marLeft w:val="480"/>
          <w:marRight w:val="0"/>
          <w:marTop w:val="0"/>
          <w:marBottom w:val="0"/>
          <w:divBdr>
            <w:top w:val="none" w:sz="0" w:space="0" w:color="auto"/>
            <w:left w:val="none" w:sz="0" w:space="0" w:color="auto"/>
            <w:bottom w:val="none" w:sz="0" w:space="0" w:color="auto"/>
            <w:right w:val="none" w:sz="0" w:space="0" w:color="auto"/>
          </w:divBdr>
        </w:div>
        <w:div w:id="608197248">
          <w:marLeft w:val="480"/>
          <w:marRight w:val="0"/>
          <w:marTop w:val="0"/>
          <w:marBottom w:val="0"/>
          <w:divBdr>
            <w:top w:val="none" w:sz="0" w:space="0" w:color="auto"/>
            <w:left w:val="none" w:sz="0" w:space="0" w:color="auto"/>
            <w:bottom w:val="none" w:sz="0" w:space="0" w:color="auto"/>
            <w:right w:val="none" w:sz="0" w:space="0" w:color="auto"/>
          </w:divBdr>
        </w:div>
        <w:div w:id="644242314">
          <w:marLeft w:val="480"/>
          <w:marRight w:val="0"/>
          <w:marTop w:val="0"/>
          <w:marBottom w:val="0"/>
          <w:divBdr>
            <w:top w:val="none" w:sz="0" w:space="0" w:color="auto"/>
            <w:left w:val="none" w:sz="0" w:space="0" w:color="auto"/>
            <w:bottom w:val="none" w:sz="0" w:space="0" w:color="auto"/>
            <w:right w:val="none" w:sz="0" w:space="0" w:color="auto"/>
          </w:divBdr>
        </w:div>
        <w:div w:id="898709780">
          <w:marLeft w:val="480"/>
          <w:marRight w:val="0"/>
          <w:marTop w:val="0"/>
          <w:marBottom w:val="0"/>
          <w:divBdr>
            <w:top w:val="none" w:sz="0" w:space="0" w:color="auto"/>
            <w:left w:val="none" w:sz="0" w:space="0" w:color="auto"/>
            <w:bottom w:val="none" w:sz="0" w:space="0" w:color="auto"/>
            <w:right w:val="none" w:sz="0" w:space="0" w:color="auto"/>
          </w:divBdr>
        </w:div>
        <w:div w:id="925381171">
          <w:marLeft w:val="480"/>
          <w:marRight w:val="0"/>
          <w:marTop w:val="0"/>
          <w:marBottom w:val="0"/>
          <w:divBdr>
            <w:top w:val="none" w:sz="0" w:space="0" w:color="auto"/>
            <w:left w:val="none" w:sz="0" w:space="0" w:color="auto"/>
            <w:bottom w:val="none" w:sz="0" w:space="0" w:color="auto"/>
            <w:right w:val="none" w:sz="0" w:space="0" w:color="auto"/>
          </w:divBdr>
        </w:div>
        <w:div w:id="984965007">
          <w:marLeft w:val="480"/>
          <w:marRight w:val="0"/>
          <w:marTop w:val="0"/>
          <w:marBottom w:val="0"/>
          <w:divBdr>
            <w:top w:val="none" w:sz="0" w:space="0" w:color="auto"/>
            <w:left w:val="none" w:sz="0" w:space="0" w:color="auto"/>
            <w:bottom w:val="none" w:sz="0" w:space="0" w:color="auto"/>
            <w:right w:val="none" w:sz="0" w:space="0" w:color="auto"/>
          </w:divBdr>
        </w:div>
        <w:div w:id="1024675135">
          <w:marLeft w:val="480"/>
          <w:marRight w:val="0"/>
          <w:marTop w:val="0"/>
          <w:marBottom w:val="0"/>
          <w:divBdr>
            <w:top w:val="none" w:sz="0" w:space="0" w:color="auto"/>
            <w:left w:val="none" w:sz="0" w:space="0" w:color="auto"/>
            <w:bottom w:val="none" w:sz="0" w:space="0" w:color="auto"/>
            <w:right w:val="none" w:sz="0" w:space="0" w:color="auto"/>
          </w:divBdr>
        </w:div>
        <w:div w:id="1063064943">
          <w:marLeft w:val="480"/>
          <w:marRight w:val="0"/>
          <w:marTop w:val="0"/>
          <w:marBottom w:val="0"/>
          <w:divBdr>
            <w:top w:val="none" w:sz="0" w:space="0" w:color="auto"/>
            <w:left w:val="none" w:sz="0" w:space="0" w:color="auto"/>
            <w:bottom w:val="none" w:sz="0" w:space="0" w:color="auto"/>
            <w:right w:val="none" w:sz="0" w:space="0" w:color="auto"/>
          </w:divBdr>
        </w:div>
        <w:div w:id="1173960649">
          <w:marLeft w:val="480"/>
          <w:marRight w:val="0"/>
          <w:marTop w:val="0"/>
          <w:marBottom w:val="0"/>
          <w:divBdr>
            <w:top w:val="none" w:sz="0" w:space="0" w:color="auto"/>
            <w:left w:val="none" w:sz="0" w:space="0" w:color="auto"/>
            <w:bottom w:val="none" w:sz="0" w:space="0" w:color="auto"/>
            <w:right w:val="none" w:sz="0" w:space="0" w:color="auto"/>
          </w:divBdr>
        </w:div>
        <w:div w:id="1227640553">
          <w:marLeft w:val="480"/>
          <w:marRight w:val="0"/>
          <w:marTop w:val="0"/>
          <w:marBottom w:val="0"/>
          <w:divBdr>
            <w:top w:val="none" w:sz="0" w:space="0" w:color="auto"/>
            <w:left w:val="none" w:sz="0" w:space="0" w:color="auto"/>
            <w:bottom w:val="none" w:sz="0" w:space="0" w:color="auto"/>
            <w:right w:val="none" w:sz="0" w:space="0" w:color="auto"/>
          </w:divBdr>
        </w:div>
        <w:div w:id="1293247517">
          <w:marLeft w:val="480"/>
          <w:marRight w:val="0"/>
          <w:marTop w:val="0"/>
          <w:marBottom w:val="0"/>
          <w:divBdr>
            <w:top w:val="none" w:sz="0" w:space="0" w:color="auto"/>
            <w:left w:val="none" w:sz="0" w:space="0" w:color="auto"/>
            <w:bottom w:val="none" w:sz="0" w:space="0" w:color="auto"/>
            <w:right w:val="none" w:sz="0" w:space="0" w:color="auto"/>
          </w:divBdr>
        </w:div>
        <w:div w:id="1448162442">
          <w:marLeft w:val="480"/>
          <w:marRight w:val="0"/>
          <w:marTop w:val="0"/>
          <w:marBottom w:val="0"/>
          <w:divBdr>
            <w:top w:val="none" w:sz="0" w:space="0" w:color="auto"/>
            <w:left w:val="none" w:sz="0" w:space="0" w:color="auto"/>
            <w:bottom w:val="none" w:sz="0" w:space="0" w:color="auto"/>
            <w:right w:val="none" w:sz="0" w:space="0" w:color="auto"/>
          </w:divBdr>
        </w:div>
        <w:div w:id="1454518693">
          <w:marLeft w:val="480"/>
          <w:marRight w:val="0"/>
          <w:marTop w:val="0"/>
          <w:marBottom w:val="0"/>
          <w:divBdr>
            <w:top w:val="none" w:sz="0" w:space="0" w:color="auto"/>
            <w:left w:val="none" w:sz="0" w:space="0" w:color="auto"/>
            <w:bottom w:val="none" w:sz="0" w:space="0" w:color="auto"/>
            <w:right w:val="none" w:sz="0" w:space="0" w:color="auto"/>
          </w:divBdr>
        </w:div>
        <w:div w:id="1478450296">
          <w:marLeft w:val="480"/>
          <w:marRight w:val="0"/>
          <w:marTop w:val="0"/>
          <w:marBottom w:val="0"/>
          <w:divBdr>
            <w:top w:val="none" w:sz="0" w:space="0" w:color="auto"/>
            <w:left w:val="none" w:sz="0" w:space="0" w:color="auto"/>
            <w:bottom w:val="none" w:sz="0" w:space="0" w:color="auto"/>
            <w:right w:val="none" w:sz="0" w:space="0" w:color="auto"/>
          </w:divBdr>
        </w:div>
        <w:div w:id="1570773802">
          <w:marLeft w:val="480"/>
          <w:marRight w:val="0"/>
          <w:marTop w:val="0"/>
          <w:marBottom w:val="0"/>
          <w:divBdr>
            <w:top w:val="none" w:sz="0" w:space="0" w:color="auto"/>
            <w:left w:val="none" w:sz="0" w:space="0" w:color="auto"/>
            <w:bottom w:val="none" w:sz="0" w:space="0" w:color="auto"/>
            <w:right w:val="none" w:sz="0" w:space="0" w:color="auto"/>
          </w:divBdr>
        </w:div>
        <w:div w:id="1575164271">
          <w:marLeft w:val="480"/>
          <w:marRight w:val="0"/>
          <w:marTop w:val="0"/>
          <w:marBottom w:val="0"/>
          <w:divBdr>
            <w:top w:val="none" w:sz="0" w:space="0" w:color="auto"/>
            <w:left w:val="none" w:sz="0" w:space="0" w:color="auto"/>
            <w:bottom w:val="none" w:sz="0" w:space="0" w:color="auto"/>
            <w:right w:val="none" w:sz="0" w:space="0" w:color="auto"/>
          </w:divBdr>
        </w:div>
        <w:div w:id="1619948520">
          <w:marLeft w:val="480"/>
          <w:marRight w:val="0"/>
          <w:marTop w:val="0"/>
          <w:marBottom w:val="0"/>
          <w:divBdr>
            <w:top w:val="none" w:sz="0" w:space="0" w:color="auto"/>
            <w:left w:val="none" w:sz="0" w:space="0" w:color="auto"/>
            <w:bottom w:val="none" w:sz="0" w:space="0" w:color="auto"/>
            <w:right w:val="none" w:sz="0" w:space="0" w:color="auto"/>
          </w:divBdr>
        </w:div>
        <w:div w:id="1625887703">
          <w:marLeft w:val="480"/>
          <w:marRight w:val="0"/>
          <w:marTop w:val="0"/>
          <w:marBottom w:val="0"/>
          <w:divBdr>
            <w:top w:val="none" w:sz="0" w:space="0" w:color="auto"/>
            <w:left w:val="none" w:sz="0" w:space="0" w:color="auto"/>
            <w:bottom w:val="none" w:sz="0" w:space="0" w:color="auto"/>
            <w:right w:val="none" w:sz="0" w:space="0" w:color="auto"/>
          </w:divBdr>
        </w:div>
        <w:div w:id="1769963459">
          <w:marLeft w:val="480"/>
          <w:marRight w:val="0"/>
          <w:marTop w:val="0"/>
          <w:marBottom w:val="0"/>
          <w:divBdr>
            <w:top w:val="none" w:sz="0" w:space="0" w:color="auto"/>
            <w:left w:val="none" w:sz="0" w:space="0" w:color="auto"/>
            <w:bottom w:val="none" w:sz="0" w:space="0" w:color="auto"/>
            <w:right w:val="none" w:sz="0" w:space="0" w:color="auto"/>
          </w:divBdr>
        </w:div>
        <w:div w:id="1881281767">
          <w:marLeft w:val="480"/>
          <w:marRight w:val="0"/>
          <w:marTop w:val="0"/>
          <w:marBottom w:val="0"/>
          <w:divBdr>
            <w:top w:val="none" w:sz="0" w:space="0" w:color="auto"/>
            <w:left w:val="none" w:sz="0" w:space="0" w:color="auto"/>
            <w:bottom w:val="none" w:sz="0" w:space="0" w:color="auto"/>
            <w:right w:val="none" w:sz="0" w:space="0" w:color="auto"/>
          </w:divBdr>
        </w:div>
        <w:div w:id="1899051282">
          <w:marLeft w:val="480"/>
          <w:marRight w:val="0"/>
          <w:marTop w:val="0"/>
          <w:marBottom w:val="0"/>
          <w:divBdr>
            <w:top w:val="none" w:sz="0" w:space="0" w:color="auto"/>
            <w:left w:val="none" w:sz="0" w:space="0" w:color="auto"/>
            <w:bottom w:val="none" w:sz="0" w:space="0" w:color="auto"/>
            <w:right w:val="none" w:sz="0" w:space="0" w:color="auto"/>
          </w:divBdr>
        </w:div>
        <w:div w:id="1958029070">
          <w:marLeft w:val="480"/>
          <w:marRight w:val="0"/>
          <w:marTop w:val="0"/>
          <w:marBottom w:val="0"/>
          <w:divBdr>
            <w:top w:val="none" w:sz="0" w:space="0" w:color="auto"/>
            <w:left w:val="none" w:sz="0" w:space="0" w:color="auto"/>
            <w:bottom w:val="none" w:sz="0" w:space="0" w:color="auto"/>
            <w:right w:val="none" w:sz="0" w:space="0" w:color="auto"/>
          </w:divBdr>
        </w:div>
        <w:div w:id="2003120382">
          <w:marLeft w:val="480"/>
          <w:marRight w:val="0"/>
          <w:marTop w:val="0"/>
          <w:marBottom w:val="0"/>
          <w:divBdr>
            <w:top w:val="none" w:sz="0" w:space="0" w:color="auto"/>
            <w:left w:val="none" w:sz="0" w:space="0" w:color="auto"/>
            <w:bottom w:val="none" w:sz="0" w:space="0" w:color="auto"/>
            <w:right w:val="none" w:sz="0" w:space="0" w:color="auto"/>
          </w:divBdr>
        </w:div>
        <w:div w:id="2004159451">
          <w:marLeft w:val="480"/>
          <w:marRight w:val="0"/>
          <w:marTop w:val="0"/>
          <w:marBottom w:val="0"/>
          <w:divBdr>
            <w:top w:val="none" w:sz="0" w:space="0" w:color="auto"/>
            <w:left w:val="none" w:sz="0" w:space="0" w:color="auto"/>
            <w:bottom w:val="none" w:sz="0" w:space="0" w:color="auto"/>
            <w:right w:val="none" w:sz="0" w:space="0" w:color="auto"/>
          </w:divBdr>
        </w:div>
        <w:div w:id="2012442639">
          <w:marLeft w:val="480"/>
          <w:marRight w:val="0"/>
          <w:marTop w:val="0"/>
          <w:marBottom w:val="0"/>
          <w:divBdr>
            <w:top w:val="none" w:sz="0" w:space="0" w:color="auto"/>
            <w:left w:val="none" w:sz="0" w:space="0" w:color="auto"/>
            <w:bottom w:val="none" w:sz="0" w:space="0" w:color="auto"/>
            <w:right w:val="none" w:sz="0" w:space="0" w:color="auto"/>
          </w:divBdr>
        </w:div>
        <w:div w:id="2019307238">
          <w:marLeft w:val="480"/>
          <w:marRight w:val="0"/>
          <w:marTop w:val="0"/>
          <w:marBottom w:val="0"/>
          <w:divBdr>
            <w:top w:val="none" w:sz="0" w:space="0" w:color="auto"/>
            <w:left w:val="none" w:sz="0" w:space="0" w:color="auto"/>
            <w:bottom w:val="none" w:sz="0" w:space="0" w:color="auto"/>
            <w:right w:val="none" w:sz="0" w:space="0" w:color="auto"/>
          </w:divBdr>
        </w:div>
        <w:div w:id="2062709345">
          <w:marLeft w:val="480"/>
          <w:marRight w:val="0"/>
          <w:marTop w:val="0"/>
          <w:marBottom w:val="0"/>
          <w:divBdr>
            <w:top w:val="none" w:sz="0" w:space="0" w:color="auto"/>
            <w:left w:val="none" w:sz="0" w:space="0" w:color="auto"/>
            <w:bottom w:val="none" w:sz="0" w:space="0" w:color="auto"/>
            <w:right w:val="none" w:sz="0" w:space="0" w:color="auto"/>
          </w:divBdr>
        </w:div>
        <w:div w:id="2099401129">
          <w:marLeft w:val="480"/>
          <w:marRight w:val="0"/>
          <w:marTop w:val="0"/>
          <w:marBottom w:val="0"/>
          <w:divBdr>
            <w:top w:val="none" w:sz="0" w:space="0" w:color="auto"/>
            <w:left w:val="none" w:sz="0" w:space="0" w:color="auto"/>
            <w:bottom w:val="none" w:sz="0" w:space="0" w:color="auto"/>
            <w:right w:val="none" w:sz="0" w:space="0" w:color="auto"/>
          </w:divBdr>
        </w:div>
        <w:div w:id="2116824831">
          <w:marLeft w:val="480"/>
          <w:marRight w:val="0"/>
          <w:marTop w:val="0"/>
          <w:marBottom w:val="0"/>
          <w:divBdr>
            <w:top w:val="none" w:sz="0" w:space="0" w:color="auto"/>
            <w:left w:val="none" w:sz="0" w:space="0" w:color="auto"/>
            <w:bottom w:val="none" w:sz="0" w:space="0" w:color="auto"/>
            <w:right w:val="none" w:sz="0" w:space="0" w:color="auto"/>
          </w:divBdr>
        </w:div>
        <w:div w:id="2146697635">
          <w:marLeft w:val="480"/>
          <w:marRight w:val="0"/>
          <w:marTop w:val="0"/>
          <w:marBottom w:val="0"/>
          <w:divBdr>
            <w:top w:val="none" w:sz="0" w:space="0" w:color="auto"/>
            <w:left w:val="none" w:sz="0" w:space="0" w:color="auto"/>
            <w:bottom w:val="none" w:sz="0" w:space="0" w:color="auto"/>
            <w:right w:val="none" w:sz="0" w:space="0" w:color="auto"/>
          </w:divBdr>
        </w:div>
      </w:divsChild>
    </w:div>
    <w:div w:id="2131900355">
      <w:bodyDiv w:val="1"/>
      <w:marLeft w:val="0"/>
      <w:marRight w:val="0"/>
      <w:marTop w:val="0"/>
      <w:marBottom w:val="0"/>
      <w:divBdr>
        <w:top w:val="none" w:sz="0" w:space="0" w:color="auto"/>
        <w:left w:val="none" w:sz="0" w:space="0" w:color="auto"/>
        <w:bottom w:val="none" w:sz="0" w:space="0" w:color="auto"/>
        <w:right w:val="none" w:sz="0" w:space="0" w:color="auto"/>
      </w:divBdr>
    </w:div>
    <w:div w:id="2137292426">
      <w:bodyDiv w:val="1"/>
      <w:marLeft w:val="0"/>
      <w:marRight w:val="0"/>
      <w:marTop w:val="0"/>
      <w:marBottom w:val="0"/>
      <w:divBdr>
        <w:top w:val="none" w:sz="0" w:space="0" w:color="auto"/>
        <w:left w:val="none" w:sz="0" w:space="0" w:color="auto"/>
        <w:bottom w:val="none" w:sz="0" w:space="0" w:color="auto"/>
        <w:right w:val="none" w:sz="0" w:space="0" w:color="auto"/>
      </w:divBdr>
    </w:div>
    <w:div w:id="2139252970">
      <w:bodyDiv w:val="1"/>
      <w:marLeft w:val="0"/>
      <w:marRight w:val="0"/>
      <w:marTop w:val="0"/>
      <w:marBottom w:val="0"/>
      <w:divBdr>
        <w:top w:val="none" w:sz="0" w:space="0" w:color="auto"/>
        <w:left w:val="none" w:sz="0" w:space="0" w:color="auto"/>
        <w:bottom w:val="none" w:sz="0" w:space="0" w:color="auto"/>
        <w:right w:val="none" w:sz="0" w:space="0" w:color="auto"/>
      </w:divBdr>
      <w:divsChild>
        <w:div w:id="94450433">
          <w:marLeft w:val="480"/>
          <w:marRight w:val="0"/>
          <w:marTop w:val="0"/>
          <w:marBottom w:val="0"/>
          <w:divBdr>
            <w:top w:val="none" w:sz="0" w:space="0" w:color="auto"/>
            <w:left w:val="none" w:sz="0" w:space="0" w:color="auto"/>
            <w:bottom w:val="none" w:sz="0" w:space="0" w:color="auto"/>
            <w:right w:val="none" w:sz="0" w:space="0" w:color="auto"/>
          </w:divBdr>
        </w:div>
        <w:div w:id="212740576">
          <w:marLeft w:val="480"/>
          <w:marRight w:val="0"/>
          <w:marTop w:val="0"/>
          <w:marBottom w:val="0"/>
          <w:divBdr>
            <w:top w:val="none" w:sz="0" w:space="0" w:color="auto"/>
            <w:left w:val="none" w:sz="0" w:space="0" w:color="auto"/>
            <w:bottom w:val="none" w:sz="0" w:space="0" w:color="auto"/>
            <w:right w:val="none" w:sz="0" w:space="0" w:color="auto"/>
          </w:divBdr>
        </w:div>
        <w:div w:id="254478529">
          <w:marLeft w:val="480"/>
          <w:marRight w:val="0"/>
          <w:marTop w:val="0"/>
          <w:marBottom w:val="0"/>
          <w:divBdr>
            <w:top w:val="none" w:sz="0" w:space="0" w:color="auto"/>
            <w:left w:val="none" w:sz="0" w:space="0" w:color="auto"/>
            <w:bottom w:val="none" w:sz="0" w:space="0" w:color="auto"/>
            <w:right w:val="none" w:sz="0" w:space="0" w:color="auto"/>
          </w:divBdr>
        </w:div>
        <w:div w:id="279652964">
          <w:marLeft w:val="480"/>
          <w:marRight w:val="0"/>
          <w:marTop w:val="0"/>
          <w:marBottom w:val="0"/>
          <w:divBdr>
            <w:top w:val="none" w:sz="0" w:space="0" w:color="auto"/>
            <w:left w:val="none" w:sz="0" w:space="0" w:color="auto"/>
            <w:bottom w:val="none" w:sz="0" w:space="0" w:color="auto"/>
            <w:right w:val="none" w:sz="0" w:space="0" w:color="auto"/>
          </w:divBdr>
        </w:div>
        <w:div w:id="356542435">
          <w:marLeft w:val="480"/>
          <w:marRight w:val="0"/>
          <w:marTop w:val="0"/>
          <w:marBottom w:val="0"/>
          <w:divBdr>
            <w:top w:val="none" w:sz="0" w:space="0" w:color="auto"/>
            <w:left w:val="none" w:sz="0" w:space="0" w:color="auto"/>
            <w:bottom w:val="none" w:sz="0" w:space="0" w:color="auto"/>
            <w:right w:val="none" w:sz="0" w:space="0" w:color="auto"/>
          </w:divBdr>
        </w:div>
        <w:div w:id="380138163">
          <w:marLeft w:val="480"/>
          <w:marRight w:val="0"/>
          <w:marTop w:val="0"/>
          <w:marBottom w:val="0"/>
          <w:divBdr>
            <w:top w:val="none" w:sz="0" w:space="0" w:color="auto"/>
            <w:left w:val="none" w:sz="0" w:space="0" w:color="auto"/>
            <w:bottom w:val="none" w:sz="0" w:space="0" w:color="auto"/>
            <w:right w:val="none" w:sz="0" w:space="0" w:color="auto"/>
          </w:divBdr>
        </w:div>
        <w:div w:id="389042637">
          <w:marLeft w:val="480"/>
          <w:marRight w:val="0"/>
          <w:marTop w:val="0"/>
          <w:marBottom w:val="0"/>
          <w:divBdr>
            <w:top w:val="none" w:sz="0" w:space="0" w:color="auto"/>
            <w:left w:val="none" w:sz="0" w:space="0" w:color="auto"/>
            <w:bottom w:val="none" w:sz="0" w:space="0" w:color="auto"/>
            <w:right w:val="none" w:sz="0" w:space="0" w:color="auto"/>
          </w:divBdr>
        </w:div>
        <w:div w:id="446194801">
          <w:marLeft w:val="480"/>
          <w:marRight w:val="0"/>
          <w:marTop w:val="0"/>
          <w:marBottom w:val="0"/>
          <w:divBdr>
            <w:top w:val="none" w:sz="0" w:space="0" w:color="auto"/>
            <w:left w:val="none" w:sz="0" w:space="0" w:color="auto"/>
            <w:bottom w:val="none" w:sz="0" w:space="0" w:color="auto"/>
            <w:right w:val="none" w:sz="0" w:space="0" w:color="auto"/>
          </w:divBdr>
        </w:div>
        <w:div w:id="463159255">
          <w:marLeft w:val="480"/>
          <w:marRight w:val="0"/>
          <w:marTop w:val="0"/>
          <w:marBottom w:val="0"/>
          <w:divBdr>
            <w:top w:val="none" w:sz="0" w:space="0" w:color="auto"/>
            <w:left w:val="none" w:sz="0" w:space="0" w:color="auto"/>
            <w:bottom w:val="none" w:sz="0" w:space="0" w:color="auto"/>
            <w:right w:val="none" w:sz="0" w:space="0" w:color="auto"/>
          </w:divBdr>
        </w:div>
        <w:div w:id="556477467">
          <w:marLeft w:val="480"/>
          <w:marRight w:val="0"/>
          <w:marTop w:val="0"/>
          <w:marBottom w:val="0"/>
          <w:divBdr>
            <w:top w:val="none" w:sz="0" w:space="0" w:color="auto"/>
            <w:left w:val="none" w:sz="0" w:space="0" w:color="auto"/>
            <w:bottom w:val="none" w:sz="0" w:space="0" w:color="auto"/>
            <w:right w:val="none" w:sz="0" w:space="0" w:color="auto"/>
          </w:divBdr>
        </w:div>
        <w:div w:id="640811135">
          <w:marLeft w:val="480"/>
          <w:marRight w:val="0"/>
          <w:marTop w:val="0"/>
          <w:marBottom w:val="0"/>
          <w:divBdr>
            <w:top w:val="none" w:sz="0" w:space="0" w:color="auto"/>
            <w:left w:val="none" w:sz="0" w:space="0" w:color="auto"/>
            <w:bottom w:val="none" w:sz="0" w:space="0" w:color="auto"/>
            <w:right w:val="none" w:sz="0" w:space="0" w:color="auto"/>
          </w:divBdr>
        </w:div>
        <w:div w:id="667250529">
          <w:marLeft w:val="480"/>
          <w:marRight w:val="0"/>
          <w:marTop w:val="0"/>
          <w:marBottom w:val="0"/>
          <w:divBdr>
            <w:top w:val="none" w:sz="0" w:space="0" w:color="auto"/>
            <w:left w:val="none" w:sz="0" w:space="0" w:color="auto"/>
            <w:bottom w:val="none" w:sz="0" w:space="0" w:color="auto"/>
            <w:right w:val="none" w:sz="0" w:space="0" w:color="auto"/>
          </w:divBdr>
        </w:div>
        <w:div w:id="854542989">
          <w:marLeft w:val="480"/>
          <w:marRight w:val="0"/>
          <w:marTop w:val="0"/>
          <w:marBottom w:val="0"/>
          <w:divBdr>
            <w:top w:val="none" w:sz="0" w:space="0" w:color="auto"/>
            <w:left w:val="none" w:sz="0" w:space="0" w:color="auto"/>
            <w:bottom w:val="none" w:sz="0" w:space="0" w:color="auto"/>
            <w:right w:val="none" w:sz="0" w:space="0" w:color="auto"/>
          </w:divBdr>
        </w:div>
        <w:div w:id="874805445">
          <w:marLeft w:val="480"/>
          <w:marRight w:val="0"/>
          <w:marTop w:val="0"/>
          <w:marBottom w:val="0"/>
          <w:divBdr>
            <w:top w:val="none" w:sz="0" w:space="0" w:color="auto"/>
            <w:left w:val="none" w:sz="0" w:space="0" w:color="auto"/>
            <w:bottom w:val="none" w:sz="0" w:space="0" w:color="auto"/>
            <w:right w:val="none" w:sz="0" w:space="0" w:color="auto"/>
          </w:divBdr>
        </w:div>
        <w:div w:id="892427579">
          <w:marLeft w:val="480"/>
          <w:marRight w:val="0"/>
          <w:marTop w:val="0"/>
          <w:marBottom w:val="0"/>
          <w:divBdr>
            <w:top w:val="none" w:sz="0" w:space="0" w:color="auto"/>
            <w:left w:val="none" w:sz="0" w:space="0" w:color="auto"/>
            <w:bottom w:val="none" w:sz="0" w:space="0" w:color="auto"/>
            <w:right w:val="none" w:sz="0" w:space="0" w:color="auto"/>
          </w:divBdr>
        </w:div>
        <w:div w:id="1038360297">
          <w:marLeft w:val="480"/>
          <w:marRight w:val="0"/>
          <w:marTop w:val="0"/>
          <w:marBottom w:val="0"/>
          <w:divBdr>
            <w:top w:val="none" w:sz="0" w:space="0" w:color="auto"/>
            <w:left w:val="none" w:sz="0" w:space="0" w:color="auto"/>
            <w:bottom w:val="none" w:sz="0" w:space="0" w:color="auto"/>
            <w:right w:val="none" w:sz="0" w:space="0" w:color="auto"/>
          </w:divBdr>
        </w:div>
        <w:div w:id="1049652203">
          <w:marLeft w:val="480"/>
          <w:marRight w:val="0"/>
          <w:marTop w:val="0"/>
          <w:marBottom w:val="0"/>
          <w:divBdr>
            <w:top w:val="none" w:sz="0" w:space="0" w:color="auto"/>
            <w:left w:val="none" w:sz="0" w:space="0" w:color="auto"/>
            <w:bottom w:val="none" w:sz="0" w:space="0" w:color="auto"/>
            <w:right w:val="none" w:sz="0" w:space="0" w:color="auto"/>
          </w:divBdr>
        </w:div>
        <w:div w:id="1161585265">
          <w:marLeft w:val="480"/>
          <w:marRight w:val="0"/>
          <w:marTop w:val="0"/>
          <w:marBottom w:val="0"/>
          <w:divBdr>
            <w:top w:val="none" w:sz="0" w:space="0" w:color="auto"/>
            <w:left w:val="none" w:sz="0" w:space="0" w:color="auto"/>
            <w:bottom w:val="none" w:sz="0" w:space="0" w:color="auto"/>
            <w:right w:val="none" w:sz="0" w:space="0" w:color="auto"/>
          </w:divBdr>
        </w:div>
        <w:div w:id="1192841413">
          <w:marLeft w:val="480"/>
          <w:marRight w:val="0"/>
          <w:marTop w:val="0"/>
          <w:marBottom w:val="0"/>
          <w:divBdr>
            <w:top w:val="none" w:sz="0" w:space="0" w:color="auto"/>
            <w:left w:val="none" w:sz="0" w:space="0" w:color="auto"/>
            <w:bottom w:val="none" w:sz="0" w:space="0" w:color="auto"/>
            <w:right w:val="none" w:sz="0" w:space="0" w:color="auto"/>
          </w:divBdr>
        </w:div>
        <w:div w:id="1325009008">
          <w:marLeft w:val="480"/>
          <w:marRight w:val="0"/>
          <w:marTop w:val="0"/>
          <w:marBottom w:val="0"/>
          <w:divBdr>
            <w:top w:val="none" w:sz="0" w:space="0" w:color="auto"/>
            <w:left w:val="none" w:sz="0" w:space="0" w:color="auto"/>
            <w:bottom w:val="none" w:sz="0" w:space="0" w:color="auto"/>
            <w:right w:val="none" w:sz="0" w:space="0" w:color="auto"/>
          </w:divBdr>
        </w:div>
        <w:div w:id="1334604175">
          <w:marLeft w:val="480"/>
          <w:marRight w:val="0"/>
          <w:marTop w:val="0"/>
          <w:marBottom w:val="0"/>
          <w:divBdr>
            <w:top w:val="none" w:sz="0" w:space="0" w:color="auto"/>
            <w:left w:val="none" w:sz="0" w:space="0" w:color="auto"/>
            <w:bottom w:val="none" w:sz="0" w:space="0" w:color="auto"/>
            <w:right w:val="none" w:sz="0" w:space="0" w:color="auto"/>
          </w:divBdr>
        </w:div>
        <w:div w:id="1404402923">
          <w:marLeft w:val="480"/>
          <w:marRight w:val="0"/>
          <w:marTop w:val="0"/>
          <w:marBottom w:val="0"/>
          <w:divBdr>
            <w:top w:val="none" w:sz="0" w:space="0" w:color="auto"/>
            <w:left w:val="none" w:sz="0" w:space="0" w:color="auto"/>
            <w:bottom w:val="none" w:sz="0" w:space="0" w:color="auto"/>
            <w:right w:val="none" w:sz="0" w:space="0" w:color="auto"/>
          </w:divBdr>
        </w:div>
        <w:div w:id="1442064146">
          <w:marLeft w:val="480"/>
          <w:marRight w:val="0"/>
          <w:marTop w:val="0"/>
          <w:marBottom w:val="0"/>
          <w:divBdr>
            <w:top w:val="none" w:sz="0" w:space="0" w:color="auto"/>
            <w:left w:val="none" w:sz="0" w:space="0" w:color="auto"/>
            <w:bottom w:val="none" w:sz="0" w:space="0" w:color="auto"/>
            <w:right w:val="none" w:sz="0" w:space="0" w:color="auto"/>
          </w:divBdr>
        </w:div>
        <w:div w:id="1446658914">
          <w:marLeft w:val="480"/>
          <w:marRight w:val="0"/>
          <w:marTop w:val="0"/>
          <w:marBottom w:val="0"/>
          <w:divBdr>
            <w:top w:val="none" w:sz="0" w:space="0" w:color="auto"/>
            <w:left w:val="none" w:sz="0" w:space="0" w:color="auto"/>
            <w:bottom w:val="none" w:sz="0" w:space="0" w:color="auto"/>
            <w:right w:val="none" w:sz="0" w:space="0" w:color="auto"/>
          </w:divBdr>
        </w:div>
        <w:div w:id="1615096398">
          <w:marLeft w:val="480"/>
          <w:marRight w:val="0"/>
          <w:marTop w:val="0"/>
          <w:marBottom w:val="0"/>
          <w:divBdr>
            <w:top w:val="none" w:sz="0" w:space="0" w:color="auto"/>
            <w:left w:val="none" w:sz="0" w:space="0" w:color="auto"/>
            <w:bottom w:val="none" w:sz="0" w:space="0" w:color="auto"/>
            <w:right w:val="none" w:sz="0" w:space="0" w:color="auto"/>
          </w:divBdr>
        </w:div>
        <w:div w:id="1739940711">
          <w:marLeft w:val="480"/>
          <w:marRight w:val="0"/>
          <w:marTop w:val="0"/>
          <w:marBottom w:val="0"/>
          <w:divBdr>
            <w:top w:val="none" w:sz="0" w:space="0" w:color="auto"/>
            <w:left w:val="none" w:sz="0" w:space="0" w:color="auto"/>
            <w:bottom w:val="none" w:sz="0" w:space="0" w:color="auto"/>
            <w:right w:val="none" w:sz="0" w:space="0" w:color="auto"/>
          </w:divBdr>
        </w:div>
        <w:div w:id="1748840815">
          <w:marLeft w:val="480"/>
          <w:marRight w:val="0"/>
          <w:marTop w:val="0"/>
          <w:marBottom w:val="0"/>
          <w:divBdr>
            <w:top w:val="none" w:sz="0" w:space="0" w:color="auto"/>
            <w:left w:val="none" w:sz="0" w:space="0" w:color="auto"/>
            <w:bottom w:val="none" w:sz="0" w:space="0" w:color="auto"/>
            <w:right w:val="none" w:sz="0" w:space="0" w:color="auto"/>
          </w:divBdr>
        </w:div>
        <w:div w:id="1800874680">
          <w:marLeft w:val="480"/>
          <w:marRight w:val="0"/>
          <w:marTop w:val="0"/>
          <w:marBottom w:val="0"/>
          <w:divBdr>
            <w:top w:val="none" w:sz="0" w:space="0" w:color="auto"/>
            <w:left w:val="none" w:sz="0" w:space="0" w:color="auto"/>
            <w:bottom w:val="none" w:sz="0" w:space="0" w:color="auto"/>
            <w:right w:val="none" w:sz="0" w:space="0" w:color="auto"/>
          </w:divBdr>
        </w:div>
        <w:div w:id="1842238713">
          <w:marLeft w:val="480"/>
          <w:marRight w:val="0"/>
          <w:marTop w:val="0"/>
          <w:marBottom w:val="0"/>
          <w:divBdr>
            <w:top w:val="none" w:sz="0" w:space="0" w:color="auto"/>
            <w:left w:val="none" w:sz="0" w:space="0" w:color="auto"/>
            <w:bottom w:val="none" w:sz="0" w:space="0" w:color="auto"/>
            <w:right w:val="none" w:sz="0" w:space="0" w:color="auto"/>
          </w:divBdr>
        </w:div>
        <w:div w:id="1923103130">
          <w:marLeft w:val="480"/>
          <w:marRight w:val="0"/>
          <w:marTop w:val="0"/>
          <w:marBottom w:val="0"/>
          <w:divBdr>
            <w:top w:val="none" w:sz="0" w:space="0" w:color="auto"/>
            <w:left w:val="none" w:sz="0" w:space="0" w:color="auto"/>
            <w:bottom w:val="none" w:sz="0" w:space="0" w:color="auto"/>
            <w:right w:val="none" w:sz="0" w:space="0" w:color="auto"/>
          </w:divBdr>
        </w:div>
        <w:div w:id="1936473542">
          <w:marLeft w:val="480"/>
          <w:marRight w:val="0"/>
          <w:marTop w:val="0"/>
          <w:marBottom w:val="0"/>
          <w:divBdr>
            <w:top w:val="none" w:sz="0" w:space="0" w:color="auto"/>
            <w:left w:val="none" w:sz="0" w:space="0" w:color="auto"/>
            <w:bottom w:val="none" w:sz="0" w:space="0" w:color="auto"/>
            <w:right w:val="none" w:sz="0" w:space="0" w:color="auto"/>
          </w:divBdr>
        </w:div>
      </w:divsChild>
    </w:div>
    <w:div w:id="2139445540">
      <w:bodyDiv w:val="1"/>
      <w:marLeft w:val="0"/>
      <w:marRight w:val="0"/>
      <w:marTop w:val="0"/>
      <w:marBottom w:val="0"/>
      <w:divBdr>
        <w:top w:val="none" w:sz="0" w:space="0" w:color="auto"/>
        <w:left w:val="none" w:sz="0" w:space="0" w:color="auto"/>
        <w:bottom w:val="none" w:sz="0" w:space="0" w:color="auto"/>
        <w:right w:val="none" w:sz="0" w:space="0" w:color="auto"/>
      </w:divBdr>
      <w:divsChild>
        <w:div w:id="23675735">
          <w:marLeft w:val="480"/>
          <w:marRight w:val="0"/>
          <w:marTop w:val="0"/>
          <w:marBottom w:val="0"/>
          <w:divBdr>
            <w:top w:val="none" w:sz="0" w:space="0" w:color="auto"/>
            <w:left w:val="none" w:sz="0" w:space="0" w:color="auto"/>
            <w:bottom w:val="none" w:sz="0" w:space="0" w:color="auto"/>
            <w:right w:val="none" w:sz="0" w:space="0" w:color="auto"/>
          </w:divBdr>
        </w:div>
        <w:div w:id="24642366">
          <w:marLeft w:val="480"/>
          <w:marRight w:val="0"/>
          <w:marTop w:val="0"/>
          <w:marBottom w:val="0"/>
          <w:divBdr>
            <w:top w:val="none" w:sz="0" w:space="0" w:color="auto"/>
            <w:left w:val="none" w:sz="0" w:space="0" w:color="auto"/>
            <w:bottom w:val="none" w:sz="0" w:space="0" w:color="auto"/>
            <w:right w:val="none" w:sz="0" w:space="0" w:color="auto"/>
          </w:divBdr>
        </w:div>
        <w:div w:id="39866253">
          <w:marLeft w:val="480"/>
          <w:marRight w:val="0"/>
          <w:marTop w:val="0"/>
          <w:marBottom w:val="0"/>
          <w:divBdr>
            <w:top w:val="none" w:sz="0" w:space="0" w:color="auto"/>
            <w:left w:val="none" w:sz="0" w:space="0" w:color="auto"/>
            <w:bottom w:val="none" w:sz="0" w:space="0" w:color="auto"/>
            <w:right w:val="none" w:sz="0" w:space="0" w:color="auto"/>
          </w:divBdr>
        </w:div>
        <w:div w:id="53551595">
          <w:marLeft w:val="480"/>
          <w:marRight w:val="0"/>
          <w:marTop w:val="0"/>
          <w:marBottom w:val="0"/>
          <w:divBdr>
            <w:top w:val="none" w:sz="0" w:space="0" w:color="auto"/>
            <w:left w:val="none" w:sz="0" w:space="0" w:color="auto"/>
            <w:bottom w:val="none" w:sz="0" w:space="0" w:color="auto"/>
            <w:right w:val="none" w:sz="0" w:space="0" w:color="auto"/>
          </w:divBdr>
        </w:div>
        <w:div w:id="132140492">
          <w:marLeft w:val="480"/>
          <w:marRight w:val="0"/>
          <w:marTop w:val="0"/>
          <w:marBottom w:val="0"/>
          <w:divBdr>
            <w:top w:val="none" w:sz="0" w:space="0" w:color="auto"/>
            <w:left w:val="none" w:sz="0" w:space="0" w:color="auto"/>
            <w:bottom w:val="none" w:sz="0" w:space="0" w:color="auto"/>
            <w:right w:val="none" w:sz="0" w:space="0" w:color="auto"/>
          </w:divBdr>
        </w:div>
        <w:div w:id="134223494">
          <w:marLeft w:val="480"/>
          <w:marRight w:val="0"/>
          <w:marTop w:val="0"/>
          <w:marBottom w:val="0"/>
          <w:divBdr>
            <w:top w:val="none" w:sz="0" w:space="0" w:color="auto"/>
            <w:left w:val="none" w:sz="0" w:space="0" w:color="auto"/>
            <w:bottom w:val="none" w:sz="0" w:space="0" w:color="auto"/>
            <w:right w:val="none" w:sz="0" w:space="0" w:color="auto"/>
          </w:divBdr>
        </w:div>
        <w:div w:id="218787444">
          <w:marLeft w:val="480"/>
          <w:marRight w:val="0"/>
          <w:marTop w:val="0"/>
          <w:marBottom w:val="0"/>
          <w:divBdr>
            <w:top w:val="none" w:sz="0" w:space="0" w:color="auto"/>
            <w:left w:val="none" w:sz="0" w:space="0" w:color="auto"/>
            <w:bottom w:val="none" w:sz="0" w:space="0" w:color="auto"/>
            <w:right w:val="none" w:sz="0" w:space="0" w:color="auto"/>
          </w:divBdr>
        </w:div>
        <w:div w:id="312951862">
          <w:marLeft w:val="480"/>
          <w:marRight w:val="0"/>
          <w:marTop w:val="0"/>
          <w:marBottom w:val="0"/>
          <w:divBdr>
            <w:top w:val="none" w:sz="0" w:space="0" w:color="auto"/>
            <w:left w:val="none" w:sz="0" w:space="0" w:color="auto"/>
            <w:bottom w:val="none" w:sz="0" w:space="0" w:color="auto"/>
            <w:right w:val="none" w:sz="0" w:space="0" w:color="auto"/>
          </w:divBdr>
        </w:div>
        <w:div w:id="352650403">
          <w:marLeft w:val="480"/>
          <w:marRight w:val="0"/>
          <w:marTop w:val="0"/>
          <w:marBottom w:val="0"/>
          <w:divBdr>
            <w:top w:val="none" w:sz="0" w:space="0" w:color="auto"/>
            <w:left w:val="none" w:sz="0" w:space="0" w:color="auto"/>
            <w:bottom w:val="none" w:sz="0" w:space="0" w:color="auto"/>
            <w:right w:val="none" w:sz="0" w:space="0" w:color="auto"/>
          </w:divBdr>
        </w:div>
        <w:div w:id="548109213">
          <w:marLeft w:val="480"/>
          <w:marRight w:val="0"/>
          <w:marTop w:val="0"/>
          <w:marBottom w:val="0"/>
          <w:divBdr>
            <w:top w:val="none" w:sz="0" w:space="0" w:color="auto"/>
            <w:left w:val="none" w:sz="0" w:space="0" w:color="auto"/>
            <w:bottom w:val="none" w:sz="0" w:space="0" w:color="auto"/>
            <w:right w:val="none" w:sz="0" w:space="0" w:color="auto"/>
          </w:divBdr>
        </w:div>
        <w:div w:id="608895711">
          <w:marLeft w:val="480"/>
          <w:marRight w:val="0"/>
          <w:marTop w:val="0"/>
          <w:marBottom w:val="0"/>
          <w:divBdr>
            <w:top w:val="none" w:sz="0" w:space="0" w:color="auto"/>
            <w:left w:val="none" w:sz="0" w:space="0" w:color="auto"/>
            <w:bottom w:val="none" w:sz="0" w:space="0" w:color="auto"/>
            <w:right w:val="none" w:sz="0" w:space="0" w:color="auto"/>
          </w:divBdr>
        </w:div>
        <w:div w:id="638074017">
          <w:marLeft w:val="480"/>
          <w:marRight w:val="0"/>
          <w:marTop w:val="0"/>
          <w:marBottom w:val="0"/>
          <w:divBdr>
            <w:top w:val="none" w:sz="0" w:space="0" w:color="auto"/>
            <w:left w:val="none" w:sz="0" w:space="0" w:color="auto"/>
            <w:bottom w:val="none" w:sz="0" w:space="0" w:color="auto"/>
            <w:right w:val="none" w:sz="0" w:space="0" w:color="auto"/>
          </w:divBdr>
        </w:div>
        <w:div w:id="641809191">
          <w:marLeft w:val="480"/>
          <w:marRight w:val="0"/>
          <w:marTop w:val="0"/>
          <w:marBottom w:val="0"/>
          <w:divBdr>
            <w:top w:val="none" w:sz="0" w:space="0" w:color="auto"/>
            <w:left w:val="none" w:sz="0" w:space="0" w:color="auto"/>
            <w:bottom w:val="none" w:sz="0" w:space="0" w:color="auto"/>
            <w:right w:val="none" w:sz="0" w:space="0" w:color="auto"/>
          </w:divBdr>
        </w:div>
        <w:div w:id="692149400">
          <w:marLeft w:val="480"/>
          <w:marRight w:val="0"/>
          <w:marTop w:val="0"/>
          <w:marBottom w:val="0"/>
          <w:divBdr>
            <w:top w:val="none" w:sz="0" w:space="0" w:color="auto"/>
            <w:left w:val="none" w:sz="0" w:space="0" w:color="auto"/>
            <w:bottom w:val="none" w:sz="0" w:space="0" w:color="auto"/>
            <w:right w:val="none" w:sz="0" w:space="0" w:color="auto"/>
          </w:divBdr>
        </w:div>
        <w:div w:id="701783464">
          <w:marLeft w:val="480"/>
          <w:marRight w:val="0"/>
          <w:marTop w:val="0"/>
          <w:marBottom w:val="0"/>
          <w:divBdr>
            <w:top w:val="none" w:sz="0" w:space="0" w:color="auto"/>
            <w:left w:val="none" w:sz="0" w:space="0" w:color="auto"/>
            <w:bottom w:val="none" w:sz="0" w:space="0" w:color="auto"/>
            <w:right w:val="none" w:sz="0" w:space="0" w:color="auto"/>
          </w:divBdr>
        </w:div>
        <w:div w:id="987782481">
          <w:marLeft w:val="480"/>
          <w:marRight w:val="0"/>
          <w:marTop w:val="0"/>
          <w:marBottom w:val="0"/>
          <w:divBdr>
            <w:top w:val="none" w:sz="0" w:space="0" w:color="auto"/>
            <w:left w:val="none" w:sz="0" w:space="0" w:color="auto"/>
            <w:bottom w:val="none" w:sz="0" w:space="0" w:color="auto"/>
            <w:right w:val="none" w:sz="0" w:space="0" w:color="auto"/>
          </w:divBdr>
        </w:div>
        <w:div w:id="1139420685">
          <w:marLeft w:val="480"/>
          <w:marRight w:val="0"/>
          <w:marTop w:val="0"/>
          <w:marBottom w:val="0"/>
          <w:divBdr>
            <w:top w:val="none" w:sz="0" w:space="0" w:color="auto"/>
            <w:left w:val="none" w:sz="0" w:space="0" w:color="auto"/>
            <w:bottom w:val="none" w:sz="0" w:space="0" w:color="auto"/>
            <w:right w:val="none" w:sz="0" w:space="0" w:color="auto"/>
          </w:divBdr>
        </w:div>
        <w:div w:id="1234462275">
          <w:marLeft w:val="480"/>
          <w:marRight w:val="0"/>
          <w:marTop w:val="0"/>
          <w:marBottom w:val="0"/>
          <w:divBdr>
            <w:top w:val="none" w:sz="0" w:space="0" w:color="auto"/>
            <w:left w:val="none" w:sz="0" w:space="0" w:color="auto"/>
            <w:bottom w:val="none" w:sz="0" w:space="0" w:color="auto"/>
            <w:right w:val="none" w:sz="0" w:space="0" w:color="auto"/>
          </w:divBdr>
        </w:div>
        <w:div w:id="1333021501">
          <w:marLeft w:val="480"/>
          <w:marRight w:val="0"/>
          <w:marTop w:val="0"/>
          <w:marBottom w:val="0"/>
          <w:divBdr>
            <w:top w:val="none" w:sz="0" w:space="0" w:color="auto"/>
            <w:left w:val="none" w:sz="0" w:space="0" w:color="auto"/>
            <w:bottom w:val="none" w:sz="0" w:space="0" w:color="auto"/>
            <w:right w:val="none" w:sz="0" w:space="0" w:color="auto"/>
          </w:divBdr>
        </w:div>
        <w:div w:id="1382557543">
          <w:marLeft w:val="480"/>
          <w:marRight w:val="0"/>
          <w:marTop w:val="0"/>
          <w:marBottom w:val="0"/>
          <w:divBdr>
            <w:top w:val="none" w:sz="0" w:space="0" w:color="auto"/>
            <w:left w:val="none" w:sz="0" w:space="0" w:color="auto"/>
            <w:bottom w:val="none" w:sz="0" w:space="0" w:color="auto"/>
            <w:right w:val="none" w:sz="0" w:space="0" w:color="auto"/>
          </w:divBdr>
        </w:div>
        <w:div w:id="1410233878">
          <w:marLeft w:val="480"/>
          <w:marRight w:val="0"/>
          <w:marTop w:val="0"/>
          <w:marBottom w:val="0"/>
          <w:divBdr>
            <w:top w:val="none" w:sz="0" w:space="0" w:color="auto"/>
            <w:left w:val="none" w:sz="0" w:space="0" w:color="auto"/>
            <w:bottom w:val="none" w:sz="0" w:space="0" w:color="auto"/>
            <w:right w:val="none" w:sz="0" w:space="0" w:color="auto"/>
          </w:divBdr>
        </w:div>
        <w:div w:id="1418599684">
          <w:marLeft w:val="480"/>
          <w:marRight w:val="0"/>
          <w:marTop w:val="0"/>
          <w:marBottom w:val="0"/>
          <w:divBdr>
            <w:top w:val="none" w:sz="0" w:space="0" w:color="auto"/>
            <w:left w:val="none" w:sz="0" w:space="0" w:color="auto"/>
            <w:bottom w:val="none" w:sz="0" w:space="0" w:color="auto"/>
            <w:right w:val="none" w:sz="0" w:space="0" w:color="auto"/>
          </w:divBdr>
        </w:div>
        <w:div w:id="1434321224">
          <w:marLeft w:val="480"/>
          <w:marRight w:val="0"/>
          <w:marTop w:val="0"/>
          <w:marBottom w:val="0"/>
          <w:divBdr>
            <w:top w:val="none" w:sz="0" w:space="0" w:color="auto"/>
            <w:left w:val="none" w:sz="0" w:space="0" w:color="auto"/>
            <w:bottom w:val="none" w:sz="0" w:space="0" w:color="auto"/>
            <w:right w:val="none" w:sz="0" w:space="0" w:color="auto"/>
          </w:divBdr>
        </w:div>
        <w:div w:id="1443770900">
          <w:marLeft w:val="480"/>
          <w:marRight w:val="0"/>
          <w:marTop w:val="0"/>
          <w:marBottom w:val="0"/>
          <w:divBdr>
            <w:top w:val="none" w:sz="0" w:space="0" w:color="auto"/>
            <w:left w:val="none" w:sz="0" w:space="0" w:color="auto"/>
            <w:bottom w:val="none" w:sz="0" w:space="0" w:color="auto"/>
            <w:right w:val="none" w:sz="0" w:space="0" w:color="auto"/>
          </w:divBdr>
        </w:div>
        <w:div w:id="1457026449">
          <w:marLeft w:val="480"/>
          <w:marRight w:val="0"/>
          <w:marTop w:val="0"/>
          <w:marBottom w:val="0"/>
          <w:divBdr>
            <w:top w:val="none" w:sz="0" w:space="0" w:color="auto"/>
            <w:left w:val="none" w:sz="0" w:space="0" w:color="auto"/>
            <w:bottom w:val="none" w:sz="0" w:space="0" w:color="auto"/>
            <w:right w:val="none" w:sz="0" w:space="0" w:color="auto"/>
          </w:divBdr>
        </w:div>
        <w:div w:id="1463039999">
          <w:marLeft w:val="480"/>
          <w:marRight w:val="0"/>
          <w:marTop w:val="0"/>
          <w:marBottom w:val="0"/>
          <w:divBdr>
            <w:top w:val="none" w:sz="0" w:space="0" w:color="auto"/>
            <w:left w:val="none" w:sz="0" w:space="0" w:color="auto"/>
            <w:bottom w:val="none" w:sz="0" w:space="0" w:color="auto"/>
            <w:right w:val="none" w:sz="0" w:space="0" w:color="auto"/>
          </w:divBdr>
        </w:div>
        <w:div w:id="1547789977">
          <w:marLeft w:val="480"/>
          <w:marRight w:val="0"/>
          <w:marTop w:val="0"/>
          <w:marBottom w:val="0"/>
          <w:divBdr>
            <w:top w:val="none" w:sz="0" w:space="0" w:color="auto"/>
            <w:left w:val="none" w:sz="0" w:space="0" w:color="auto"/>
            <w:bottom w:val="none" w:sz="0" w:space="0" w:color="auto"/>
            <w:right w:val="none" w:sz="0" w:space="0" w:color="auto"/>
          </w:divBdr>
        </w:div>
        <w:div w:id="1550920270">
          <w:marLeft w:val="480"/>
          <w:marRight w:val="0"/>
          <w:marTop w:val="0"/>
          <w:marBottom w:val="0"/>
          <w:divBdr>
            <w:top w:val="none" w:sz="0" w:space="0" w:color="auto"/>
            <w:left w:val="none" w:sz="0" w:space="0" w:color="auto"/>
            <w:bottom w:val="none" w:sz="0" w:space="0" w:color="auto"/>
            <w:right w:val="none" w:sz="0" w:space="0" w:color="auto"/>
          </w:divBdr>
        </w:div>
        <w:div w:id="1660302657">
          <w:marLeft w:val="480"/>
          <w:marRight w:val="0"/>
          <w:marTop w:val="0"/>
          <w:marBottom w:val="0"/>
          <w:divBdr>
            <w:top w:val="none" w:sz="0" w:space="0" w:color="auto"/>
            <w:left w:val="none" w:sz="0" w:space="0" w:color="auto"/>
            <w:bottom w:val="none" w:sz="0" w:space="0" w:color="auto"/>
            <w:right w:val="none" w:sz="0" w:space="0" w:color="auto"/>
          </w:divBdr>
        </w:div>
        <w:div w:id="1734153877">
          <w:marLeft w:val="480"/>
          <w:marRight w:val="0"/>
          <w:marTop w:val="0"/>
          <w:marBottom w:val="0"/>
          <w:divBdr>
            <w:top w:val="none" w:sz="0" w:space="0" w:color="auto"/>
            <w:left w:val="none" w:sz="0" w:space="0" w:color="auto"/>
            <w:bottom w:val="none" w:sz="0" w:space="0" w:color="auto"/>
            <w:right w:val="none" w:sz="0" w:space="0" w:color="auto"/>
          </w:divBdr>
        </w:div>
        <w:div w:id="1861165920">
          <w:marLeft w:val="480"/>
          <w:marRight w:val="0"/>
          <w:marTop w:val="0"/>
          <w:marBottom w:val="0"/>
          <w:divBdr>
            <w:top w:val="none" w:sz="0" w:space="0" w:color="auto"/>
            <w:left w:val="none" w:sz="0" w:space="0" w:color="auto"/>
            <w:bottom w:val="none" w:sz="0" w:space="0" w:color="auto"/>
            <w:right w:val="none" w:sz="0" w:space="0" w:color="auto"/>
          </w:divBdr>
        </w:div>
        <w:div w:id="1871992035">
          <w:marLeft w:val="480"/>
          <w:marRight w:val="0"/>
          <w:marTop w:val="0"/>
          <w:marBottom w:val="0"/>
          <w:divBdr>
            <w:top w:val="none" w:sz="0" w:space="0" w:color="auto"/>
            <w:left w:val="none" w:sz="0" w:space="0" w:color="auto"/>
            <w:bottom w:val="none" w:sz="0" w:space="0" w:color="auto"/>
            <w:right w:val="none" w:sz="0" w:space="0" w:color="auto"/>
          </w:divBdr>
        </w:div>
        <w:div w:id="1872835201">
          <w:marLeft w:val="480"/>
          <w:marRight w:val="0"/>
          <w:marTop w:val="0"/>
          <w:marBottom w:val="0"/>
          <w:divBdr>
            <w:top w:val="none" w:sz="0" w:space="0" w:color="auto"/>
            <w:left w:val="none" w:sz="0" w:space="0" w:color="auto"/>
            <w:bottom w:val="none" w:sz="0" w:space="0" w:color="auto"/>
            <w:right w:val="none" w:sz="0" w:space="0" w:color="auto"/>
          </w:divBdr>
        </w:div>
        <w:div w:id="1968126138">
          <w:marLeft w:val="480"/>
          <w:marRight w:val="0"/>
          <w:marTop w:val="0"/>
          <w:marBottom w:val="0"/>
          <w:divBdr>
            <w:top w:val="none" w:sz="0" w:space="0" w:color="auto"/>
            <w:left w:val="none" w:sz="0" w:space="0" w:color="auto"/>
            <w:bottom w:val="none" w:sz="0" w:space="0" w:color="auto"/>
            <w:right w:val="none" w:sz="0" w:space="0" w:color="auto"/>
          </w:divBdr>
        </w:div>
        <w:div w:id="1987935596">
          <w:marLeft w:val="480"/>
          <w:marRight w:val="0"/>
          <w:marTop w:val="0"/>
          <w:marBottom w:val="0"/>
          <w:divBdr>
            <w:top w:val="none" w:sz="0" w:space="0" w:color="auto"/>
            <w:left w:val="none" w:sz="0" w:space="0" w:color="auto"/>
            <w:bottom w:val="none" w:sz="0" w:space="0" w:color="auto"/>
            <w:right w:val="none" w:sz="0" w:space="0" w:color="auto"/>
          </w:divBdr>
        </w:div>
        <w:div w:id="2033342566">
          <w:marLeft w:val="480"/>
          <w:marRight w:val="0"/>
          <w:marTop w:val="0"/>
          <w:marBottom w:val="0"/>
          <w:divBdr>
            <w:top w:val="none" w:sz="0" w:space="0" w:color="auto"/>
            <w:left w:val="none" w:sz="0" w:space="0" w:color="auto"/>
            <w:bottom w:val="none" w:sz="0" w:space="0" w:color="auto"/>
            <w:right w:val="none" w:sz="0" w:space="0" w:color="auto"/>
          </w:divBdr>
        </w:div>
        <w:div w:id="2051756409">
          <w:marLeft w:val="480"/>
          <w:marRight w:val="0"/>
          <w:marTop w:val="0"/>
          <w:marBottom w:val="0"/>
          <w:divBdr>
            <w:top w:val="none" w:sz="0" w:space="0" w:color="auto"/>
            <w:left w:val="none" w:sz="0" w:space="0" w:color="auto"/>
            <w:bottom w:val="none" w:sz="0" w:space="0" w:color="auto"/>
            <w:right w:val="none" w:sz="0" w:space="0" w:color="auto"/>
          </w:divBdr>
        </w:div>
      </w:divsChild>
    </w:div>
    <w:div w:id="2140293596">
      <w:bodyDiv w:val="1"/>
      <w:marLeft w:val="0"/>
      <w:marRight w:val="0"/>
      <w:marTop w:val="0"/>
      <w:marBottom w:val="0"/>
      <w:divBdr>
        <w:top w:val="none" w:sz="0" w:space="0" w:color="auto"/>
        <w:left w:val="none" w:sz="0" w:space="0" w:color="auto"/>
        <w:bottom w:val="none" w:sz="0" w:space="0" w:color="auto"/>
        <w:right w:val="none" w:sz="0" w:space="0" w:color="auto"/>
      </w:divBdr>
    </w:div>
    <w:div w:id="2144690347">
      <w:bodyDiv w:val="1"/>
      <w:marLeft w:val="0"/>
      <w:marRight w:val="0"/>
      <w:marTop w:val="0"/>
      <w:marBottom w:val="0"/>
      <w:divBdr>
        <w:top w:val="none" w:sz="0" w:space="0" w:color="auto"/>
        <w:left w:val="none" w:sz="0" w:space="0" w:color="auto"/>
        <w:bottom w:val="none" w:sz="0" w:space="0" w:color="auto"/>
        <w:right w:val="none" w:sz="0" w:space="0" w:color="auto"/>
      </w:divBdr>
    </w:div>
    <w:div w:id="2146660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7331C4A-385F-4A51-A4AA-5260947472B3}"/>
      </w:docPartPr>
      <w:docPartBody>
        <w:p w:rsidR="003B5E49" w:rsidRDefault="003B5E49">
          <w:r w:rsidRPr="00C4525F">
            <w:rPr>
              <w:rStyle w:val="PlaceholderText"/>
            </w:rPr>
            <w:t>Click or tap here to enter text.</w:t>
          </w:r>
        </w:p>
      </w:docPartBody>
    </w:docPart>
    <w:docPart>
      <w:docPartPr>
        <w:name w:val="73F649C4877D4343ACDFB1DA24D26301"/>
        <w:category>
          <w:name w:val="General"/>
          <w:gallery w:val="placeholder"/>
        </w:category>
        <w:types>
          <w:type w:val="bbPlcHdr"/>
        </w:types>
        <w:behaviors>
          <w:behavior w:val="content"/>
        </w:behaviors>
        <w:guid w:val="{0E2E5619-78F6-4956-8AA3-509B79DF7B07}"/>
      </w:docPartPr>
      <w:docPartBody>
        <w:p w:rsidR="009948AD" w:rsidRDefault="003B5E49">
          <w:pPr>
            <w:pStyle w:val="73F649C4877D4343ACDFB1DA24D26301"/>
          </w:pPr>
          <w:r w:rsidRPr="00C4525F">
            <w:rPr>
              <w:rStyle w:val="PlaceholderText"/>
            </w:rPr>
            <w:t>Click or tap here to enter text.</w:t>
          </w:r>
        </w:p>
      </w:docPartBody>
    </w:docPart>
    <w:docPart>
      <w:docPartPr>
        <w:name w:val="58BAAEAF09E24A07A0F7D6D169813B45"/>
        <w:category>
          <w:name w:val="General"/>
          <w:gallery w:val="placeholder"/>
        </w:category>
        <w:types>
          <w:type w:val="bbPlcHdr"/>
        </w:types>
        <w:behaviors>
          <w:behavior w:val="content"/>
        </w:behaviors>
        <w:guid w:val="{6039160D-C3CE-4D17-9898-908FA9851AAB}"/>
      </w:docPartPr>
      <w:docPartBody>
        <w:p w:rsidR="002D7FB4" w:rsidRDefault="003B5E49">
          <w:pPr>
            <w:pStyle w:val="58BAAEAF09E24A07A0F7D6D169813B45"/>
          </w:pPr>
          <w:r w:rsidRPr="00C4525F">
            <w:rPr>
              <w:rStyle w:val="PlaceholderText"/>
            </w:rPr>
            <w:t>Click or tap here to enter text.</w:t>
          </w:r>
        </w:p>
      </w:docPartBody>
    </w:docPart>
    <w:docPart>
      <w:docPartPr>
        <w:name w:val="7E8A6354135D41F88373E754D3CB1FF8"/>
        <w:category>
          <w:name w:val="General"/>
          <w:gallery w:val="placeholder"/>
        </w:category>
        <w:types>
          <w:type w:val="bbPlcHdr"/>
        </w:types>
        <w:behaviors>
          <w:behavior w:val="content"/>
        </w:behaviors>
        <w:guid w:val="{E1FE0E66-F0E0-4E28-AC96-7F1DE0AA6732}"/>
      </w:docPartPr>
      <w:docPartBody>
        <w:p w:rsidR="002D7FB4" w:rsidRDefault="003B5E49">
          <w:pPr>
            <w:pStyle w:val="7E8A6354135D41F88373E754D3CB1FF8"/>
          </w:pPr>
          <w:r w:rsidRPr="00C4525F">
            <w:rPr>
              <w:rStyle w:val="PlaceholderText"/>
            </w:rPr>
            <w:t>Click or tap here to enter text.</w:t>
          </w:r>
        </w:p>
      </w:docPartBody>
    </w:docPart>
    <w:docPart>
      <w:docPartPr>
        <w:name w:val="DA63466991A04BD2A41CB8022F814F7C"/>
        <w:category>
          <w:name w:val="General"/>
          <w:gallery w:val="placeholder"/>
        </w:category>
        <w:types>
          <w:type w:val="bbPlcHdr"/>
        </w:types>
        <w:behaviors>
          <w:behavior w:val="content"/>
        </w:behaviors>
        <w:guid w:val="{3B79AB5B-249F-49C4-AD38-0BDFBA5FB08F}"/>
      </w:docPartPr>
      <w:docPartBody>
        <w:p w:rsidR="002D7FB4" w:rsidRDefault="00D255AD">
          <w:pPr>
            <w:pStyle w:val="DA63466991A04BD2A41CB8022F814F7C"/>
          </w:pPr>
          <w:r w:rsidRPr="00C4525F">
            <w:rPr>
              <w:rStyle w:val="PlaceholderText"/>
            </w:rPr>
            <w:t>Click or tap here to enter text.</w:t>
          </w:r>
        </w:p>
      </w:docPartBody>
    </w:docPart>
    <w:docPart>
      <w:docPartPr>
        <w:name w:val="7BDA93383520424989576318CFD742FE"/>
        <w:category>
          <w:name w:val="General"/>
          <w:gallery w:val="placeholder"/>
        </w:category>
        <w:types>
          <w:type w:val="bbPlcHdr"/>
        </w:types>
        <w:behaviors>
          <w:behavior w:val="content"/>
        </w:behaviors>
        <w:guid w:val="{BFC043FB-8014-41A8-8E8C-3D42C4923A7B}"/>
      </w:docPartPr>
      <w:docPartBody>
        <w:p w:rsidR="002D7FB4" w:rsidRDefault="00D255AD">
          <w:pPr>
            <w:pStyle w:val="7BDA93383520424989576318CFD742FE"/>
          </w:pPr>
          <w:r w:rsidRPr="00C4525F">
            <w:rPr>
              <w:rStyle w:val="PlaceholderText"/>
            </w:rPr>
            <w:t>Click or tap here to enter text.</w:t>
          </w:r>
        </w:p>
      </w:docPartBody>
    </w:docPart>
    <w:docPart>
      <w:docPartPr>
        <w:name w:val="6E7D65B5F2864DDA981946460320AF9A"/>
        <w:category>
          <w:name w:val="General"/>
          <w:gallery w:val="placeholder"/>
        </w:category>
        <w:types>
          <w:type w:val="bbPlcHdr"/>
        </w:types>
        <w:behaviors>
          <w:behavior w:val="content"/>
        </w:behaviors>
        <w:guid w:val="{D3AA126A-791D-414E-AFB8-0019E0DD4BD0}"/>
      </w:docPartPr>
      <w:docPartBody>
        <w:p w:rsidR="002D7FB4" w:rsidRDefault="00D255AD">
          <w:pPr>
            <w:pStyle w:val="6E7D65B5F2864DDA981946460320AF9A"/>
          </w:pPr>
          <w:r w:rsidRPr="00C4525F">
            <w:rPr>
              <w:rStyle w:val="PlaceholderText"/>
            </w:rPr>
            <w:t>Click or tap here to enter text.</w:t>
          </w:r>
        </w:p>
      </w:docPartBody>
    </w:docPart>
    <w:docPart>
      <w:docPartPr>
        <w:name w:val="120C74210B7A4609A26D5DD53F6E7660"/>
        <w:category>
          <w:name w:val="General"/>
          <w:gallery w:val="placeholder"/>
        </w:category>
        <w:types>
          <w:type w:val="bbPlcHdr"/>
        </w:types>
        <w:behaviors>
          <w:behavior w:val="content"/>
        </w:behaviors>
        <w:guid w:val="{7B78CDEF-BFAE-4793-91A7-08E34AA88071}"/>
      </w:docPartPr>
      <w:docPartBody>
        <w:p w:rsidR="002D7FB4" w:rsidRDefault="00D255AD">
          <w:pPr>
            <w:pStyle w:val="120C74210B7A4609A26D5DD53F6E7660"/>
          </w:pPr>
          <w:r w:rsidRPr="00C4525F">
            <w:rPr>
              <w:rStyle w:val="PlaceholderText"/>
            </w:rPr>
            <w:t>Click or tap here to enter text.</w:t>
          </w:r>
        </w:p>
      </w:docPartBody>
    </w:docPart>
    <w:docPart>
      <w:docPartPr>
        <w:name w:val="CE3BE8F7F2D947EC8D7FF0D3C2B71E09"/>
        <w:category>
          <w:name w:val="General"/>
          <w:gallery w:val="placeholder"/>
        </w:category>
        <w:types>
          <w:type w:val="bbPlcHdr"/>
        </w:types>
        <w:behaviors>
          <w:behavior w:val="content"/>
        </w:behaviors>
        <w:guid w:val="{EFABAD60-7761-4CD1-AC02-6ECBF2A1D59B}"/>
      </w:docPartPr>
      <w:docPartBody>
        <w:p w:rsidR="002D7FB4" w:rsidRDefault="00D255AD">
          <w:pPr>
            <w:pStyle w:val="CE3BE8F7F2D947EC8D7FF0D3C2B71E09"/>
          </w:pPr>
          <w:r w:rsidRPr="00C4525F">
            <w:rPr>
              <w:rStyle w:val="PlaceholderText"/>
            </w:rPr>
            <w:t>Click or tap here to enter text.</w:t>
          </w:r>
        </w:p>
      </w:docPartBody>
    </w:docPart>
    <w:docPart>
      <w:docPartPr>
        <w:name w:val="06895D9E254544179731309D3B7257E5"/>
        <w:category>
          <w:name w:val="General"/>
          <w:gallery w:val="placeholder"/>
        </w:category>
        <w:types>
          <w:type w:val="bbPlcHdr"/>
        </w:types>
        <w:behaviors>
          <w:behavior w:val="content"/>
        </w:behaviors>
        <w:guid w:val="{E04BDD39-AE1E-40BA-9A6B-E1496AD8FF88}"/>
      </w:docPartPr>
      <w:docPartBody>
        <w:p w:rsidR="00D255AD" w:rsidRDefault="003B5E49">
          <w:pPr>
            <w:pStyle w:val="06895D9E254544179731309D3B7257E5"/>
          </w:pPr>
          <w:r w:rsidRPr="00C4525F">
            <w:rPr>
              <w:rStyle w:val="PlaceholderText"/>
            </w:rPr>
            <w:t>Click or tap here to enter text.</w:t>
          </w:r>
        </w:p>
      </w:docPartBody>
    </w:docPart>
    <w:docPart>
      <w:docPartPr>
        <w:name w:val="7A7EAFDB329B40A38FDA5FEC20273B2C"/>
        <w:category>
          <w:name w:val="General"/>
          <w:gallery w:val="placeholder"/>
        </w:category>
        <w:types>
          <w:type w:val="bbPlcHdr"/>
        </w:types>
        <w:behaviors>
          <w:behavior w:val="content"/>
        </w:behaviors>
        <w:guid w:val="{8D3C5860-679E-4BB2-B831-0DF0EFF1E8A1}"/>
      </w:docPartPr>
      <w:docPartBody>
        <w:p w:rsidR="00D255AD" w:rsidRDefault="00D255AD">
          <w:pPr>
            <w:pStyle w:val="7A7EAFDB329B40A38FDA5FEC20273B2C"/>
          </w:pPr>
          <w:r w:rsidRPr="00C4525F">
            <w:rPr>
              <w:rStyle w:val="PlaceholderText"/>
            </w:rPr>
            <w:t>Click or tap here to enter text.</w:t>
          </w:r>
        </w:p>
      </w:docPartBody>
    </w:docPart>
    <w:docPart>
      <w:docPartPr>
        <w:name w:val="D3019050BC6C44D6B81FB75C51BF4068"/>
        <w:category>
          <w:name w:val="General"/>
          <w:gallery w:val="placeholder"/>
        </w:category>
        <w:types>
          <w:type w:val="bbPlcHdr"/>
        </w:types>
        <w:behaviors>
          <w:behavior w:val="content"/>
        </w:behaviors>
        <w:guid w:val="{A79862DE-C033-464D-8CC4-16D7A2660701}"/>
      </w:docPartPr>
      <w:docPartBody>
        <w:p w:rsidR="00D255AD" w:rsidRDefault="00D255AD">
          <w:pPr>
            <w:pStyle w:val="D3019050BC6C44D6B81FB75C51BF4068"/>
          </w:pPr>
          <w:r w:rsidRPr="00C4525F">
            <w:rPr>
              <w:rStyle w:val="PlaceholderText"/>
            </w:rPr>
            <w:t>Click or tap here to enter text.</w:t>
          </w:r>
        </w:p>
      </w:docPartBody>
    </w:docPart>
    <w:docPart>
      <w:docPartPr>
        <w:name w:val="692ADB5DC7144751AFAAB7E5FD4F52EF"/>
        <w:category>
          <w:name w:val="General"/>
          <w:gallery w:val="placeholder"/>
        </w:category>
        <w:types>
          <w:type w:val="bbPlcHdr"/>
        </w:types>
        <w:behaviors>
          <w:behavior w:val="content"/>
        </w:behaviors>
        <w:guid w:val="{A1751838-8592-4597-B62A-C97D776C54F1}"/>
      </w:docPartPr>
      <w:docPartBody>
        <w:p w:rsidR="00070EC8" w:rsidRDefault="003B5E49">
          <w:pPr>
            <w:pStyle w:val="692ADB5DC7144751AFAAB7E5FD4F52EF"/>
          </w:pPr>
          <w:r w:rsidRPr="00C4525F">
            <w:rPr>
              <w:rStyle w:val="PlaceholderText"/>
            </w:rPr>
            <w:t>Click or tap here to enter text.</w:t>
          </w:r>
        </w:p>
      </w:docPartBody>
    </w:docPart>
    <w:docPart>
      <w:docPartPr>
        <w:name w:val="90FCA1561B79477496E4DB7D62699C71"/>
        <w:category>
          <w:name w:val="General"/>
          <w:gallery w:val="placeholder"/>
        </w:category>
        <w:types>
          <w:type w:val="bbPlcHdr"/>
        </w:types>
        <w:behaviors>
          <w:behavior w:val="content"/>
        </w:behaviors>
        <w:guid w:val="{2F547E61-3DE0-4253-B2DB-8D4386FE1C5D}"/>
      </w:docPartPr>
      <w:docPartBody>
        <w:p w:rsidR="00070EC8" w:rsidRDefault="003B5E49">
          <w:pPr>
            <w:pStyle w:val="90FCA1561B79477496E4DB7D62699C71"/>
          </w:pPr>
          <w:r w:rsidRPr="00C4525F">
            <w:rPr>
              <w:rStyle w:val="PlaceholderText"/>
            </w:rPr>
            <w:t>Click or tap here to enter text.</w:t>
          </w:r>
        </w:p>
      </w:docPartBody>
    </w:docPart>
    <w:docPart>
      <w:docPartPr>
        <w:name w:val="32E1D7FB6CC243A8935B54F2E9B566B6"/>
        <w:category>
          <w:name w:val="General"/>
          <w:gallery w:val="placeholder"/>
        </w:category>
        <w:types>
          <w:type w:val="bbPlcHdr"/>
        </w:types>
        <w:behaviors>
          <w:behavior w:val="content"/>
        </w:behaviors>
        <w:guid w:val="{D16EE3DA-E140-44EF-8D27-081F841FB328}"/>
      </w:docPartPr>
      <w:docPartBody>
        <w:p w:rsidR="00070EC8" w:rsidRDefault="003B5E49">
          <w:pPr>
            <w:pStyle w:val="32E1D7FB6CC243A8935B54F2E9B566B6"/>
          </w:pPr>
          <w:r w:rsidRPr="00C4525F">
            <w:rPr>
              <w:rStyle w:val="PlaceholderText"/>
            </w:rPr>
            <w:t>Click or tap here to enter text.</w:t>
          </w:r>
        </w:p>
      </w:docPartBody>
    </w:docPart>
    <w:docPart>
      <w:docPartPr>
        <w:name w:val="828AFA21973C480CA2126F87884FE671"/>
        <w:category>
          <w:name w:val="General"/>
          <w:gallery w:val="placeholder"/>
        </w:category>
        <w:types>
          <w:type w:val="bbPlcHdr"/>
        </w:types>
        <w:behaviors>
          <w:behavior w:val="content"/>
        </w:behaviors>
        <w:guid w:val="{F76C8132-A9EC-47A7-A815-3F43D0650388}"/>
      </w:docPartPr>
      <w:docPartBody>
        <w:p w:rsidR="00070EC8" w:rsidRDefault="003B5E49">
          <w:pPr>
            <w:pStyle w:val="828AFA21973C480CA2126F87884FE671"/>
          </w:pPr>
          <w:r w:rsidRPr="00C4525F">
            <w:rPr>
              <w:rStyle w:val="PlaceholderText"/>
            </w:rPr>
            <w:t>Click or tap here to enter text.</w:t>
          </w:r>
        </w:p>
      </w:docPartBody>
    </w:docPart>
    <w:docPart>
      <w:docPartPr>
        <w:name w:val="4C339CFAAC1C4D8A853AF390A7DA7F78"/>
        <w:category>
          <w:name w:val="General"/>
          <w:gallery w:val="placeholder"/>
        </w:category>
        <w:types>
          <w:type w:val="bbPlcHdr"/>
        </w:types>
        <w:behaviors>
          <w:behavior w:val="content"/>
        </w:behaviors>
        <w:guid w:val="{E6B9BAEB-6028-46E7-B5D7-E5776190A310}"/>
      </w:docPartPr>
      <w:docPartBody>
        <w:p w:rsidR="00070EC8" w:rsidRDefault="003B5E49">
          <w:pPr>
            <w:pStyle w:val="4C339CFAAC1C4D8A853AF390A7DA7F78"/>
          </w:pPr>
          <w:r w:rsidRPr="00C4525F">
            <w:rPr>
              <w:rStyle w:val="PlaceholderText"/>
            </w:rPr>
            <w:t>Click or tap here to enter text.</w:t>
          </w:r>
        </w:p>
      </w:docPartBody>
    </w:docPart>
    <w:docPart>
      <w:docPartPr>
        <w:name w:val="B7D7CABCCF8C46C58D5302D7B4424CBC"/>
        <w:category>
          <w:name w:val="General"/>
          <w:gallery w:val="placeholder"/>
        </w:category>
        <w:types>
          <w:type w:val="bbPlcHdr"/>
        </w:types>
        <w:behaviors>
          <w:behavior w:val="content"/>
        </w:behaviors>
        <w:guid w:val="{6E271301-7E18-452A-AE7F-827627D0A55A}"/>
      </w:docPartPr>
      <w:docPartBody>
        <w:p w:rsidR="00070EC8" w:rsidRDefault="0004010B" w:rsidP="0004010B">
          <w:pPr>
            <w:pStyle w:val="B7D7CABCCF8C46C58D5302D7B4424CBC"/>
          </w:pPr>
          <w:r w:rsidRPr="00C4525F">
            <w:rPr>
              <w:rStyle w:val="PlaceholderText"/>
            </w:rPr>
            <w:t>Click or tap here to enter text.</w:t>
          </w:r>
        </w:p>
      </w:docPartBody>
    </w:docPart>
    <w:docPart>
      <w:docPartPr>
        <w:name w:val="9E58F6AEB95440BCA4318D0B0F8AD562"/>
        <w:category>
          <w:name w:val="General"/>
          <w:gallery w:val="placeholder"/>
        </w:category>
        <w:types>
          <w:type w:val="bbPlcHdr"/>
        </w:types>
        <w:behaviors>
          <w:behavior w:val="content"/>
        </w:behaviors>
        <w:guid w:val="{63022759-5F1D-453F-AA39-EA36B3240368}"/>
      </w:docPartPr>
      <w:docPartBody>
        <w:p w:rsidR="00070EC8" w:rsidRDefault="003B5E49">
          <w:pPr>
            <w:pStyle w:val="9E58F6AEB95440BCA4318D0B0F8AD562"/>
          </w:pPr>
          <w:r w:rsidRPr="00C4525F">
            <w:rPr>
              <w:rStyle w:val="PlaceholderText"/>
            </w:rPr>
            <w:t>Click or tap here to enter text.</w:t>
          </w:r>
        </w:p>
      </w:docPartBody>
    </w:docPart>
    <w:docPart>
      <w:docPartPr>
        <w:name w:val="00D5ECB79BBC48C3B76D518A195B64B1"/>
        <w:category>
          <w:name w:val="General"/>
          <w:gallery w:val="placeholder"/>
        </w:category>
        <w:types>
          <w:type w:val="bbPlcHdr"/>
        </w:types>
        <w:behaviors>
          <w:behavior w:val="content"/>
        </w:behaviors>
        <w:guid w:val="{6E32CE2D-A511-46D5-875D-2288E5FDC5BC}"/>
      </w:docPartPr>
      <w:docPartBody>
        <w:p w:rsidR="00070EC8" w:rsidRDefault="003B5E49">
          <w:pPr>
            <w:pStyle w:val="00D5ECB79BBC48C3B76D518A195B64B1"/>
          </w:pPr>
          <w:r w:rsidRPr="00C4525F">
            <w:rPr>
              <w:rStyle w:val="PlaceholderText"/>
            </w:rPr>
            <w:t>Click or tap here to enter text.</w:t>
          </w:r>
        </w:p>
      </w:docPartBody>
    </w:docPart>
    <w:docPart>
      <w:docPartPr>
        <w:name w:val="23AE51D8C1DD4FEAAAAD12446D18A8CF"/>
        <w:category>
          <w:name w:val="General"/>
          <w:gallery w:val="placeholder"/>
        </w:category>
        <w:types>
          <w:type w:val="bbPlcHdr"/>
        </w:types>
        <w:behaviors>
          <w:behavior w:val="content"/>
        </w:behaviors>
        <w:guid w:val="{62E1A3B3-E606-4F11-ACA0-8C045621A8D5}"/>
      </w:docPartPr>
      <w:docPartBody>
        <w:p w:rsidR="00070EC8" w:rsidRDefault="003B5E49">
          <w:pPr>
            <w:pStyle w:val="23AE51D8C1DD4FEAAAAD12446D18A8CF"/>
          </w:pPr>
          <w:r w:rsidRPr="00C4525F">
            <w:rPr>
              <w:rStyle w:val="PlaceholderText"/>
            </w:rPr>
            <w:t>Click or tap here to enter text.</w:t>
          </w:r>
        </w:p>
      </w:docPartBody>
    </w:docPart>
    <w:docPart>
      <w:docPartPr>
        <w:name w:val="589ACA772D7D406EB0E2C28D7F2A9CF2"/>
        <w:category>
          <w:name w:val="General"/>
          <w:gallery w:val="placeholder"/>
        </w:category>
        <w:types>
          <w:type w:val="bbPlcHdr"/>
        </w:types>
        <w:behaviors>
          <w:behavior w:val="content"/>
        </w:behaviors>
        <w:guid w:val="{FB4488B6-9A79-4EB6-BEEC-6C631764EB7D}"/>
      </w:docPartPr>
      <w:docPartBody>
        <w:p w:rsidR="00070EC8" w:rsidRDefault="003B5E49">
          <w:pPr>
            <w:pStyle w:val="589ACA772D7D406EB0E2C28D7F2A9CF2"/>
          </w:pPr>
          <w:r w:rsidRPr="00C4525F">
            <w:rPr>
              <w:rStyle w:val="PlaceholderText"/>
            </w:rPr>
            <w:t>Click or tap here to enter text.</w:t>
          </w:r>
        </w:p>
      </w:docPartBody>
    </w:docPart>
    <w:docPart>
      <w:docPartPr>
        <w:name w:val="7E4214723A364E1AA98F041A16D63634"/>
        <w:category>
          <w:name w:val="General"/>
          <w:gallery w:val="placeholder"/>
        </w:category>
        <w:types>
          <w:type w:val="bbPlcHdr"/>
        </w:types>
        <w:behaviors>
          <w:behavior w:val="content"/>
        </w:behaviors>
        <w:guid w:val="{9F0A65D2-A2F5-4105-B90F-1CCACE0C0A91}"/>
      </w:docPartPr>
      <w:docPartBody>
        <w:p w:rsidR="00070EC8" w:rsidRDefault="003B5E49">
          <w:pPr>
            <w:pStyle w:val="7E4214723A364E1AA98F041A16D63634"/>
          </w:pPr>
          <w:r w:rsidRPr="00C4525F">
            <w:rPr>
              <w:rStyle w:val="PlaceholderText"/>
            </w:rPr>
            <w:t>Click or tap here to enter text.</w:t>
          </w:r>
        </w:p>
      </w:docPartBody>
    </w:docPart>
    <w:docPart>
      <w:docPartPr>
        <w:name w:val="62053FC0921C4422A0AFF15B1AE65741"/>
        <w:category>
          <w:name w:val="General"/>
          <w:gallery w:val="placeholder"/>
        </w:category>
        <w:types>
          <w:type w:val="bbPlcHdr"/>
        </w:types>
        <w:behaviors>
          <w:behavior w:val="content"/>
        </w:behaviors>
        <w:guid w:val="{FBDA912E-ED23-4D13-A998-08590145E3F9}"/>
      </w:docPartPr>
      <w:docPartBody>
        <w:p w:rsidR="00070EC8" w:rsidRDefault="003B5E49">
          <w:pPr>
            <w:pStyle w:val="62053FC0921C4422A0AFF15B1AE65741"/>
          </w:pPr>
          <w:r w:rsidRPr="00C4525F">
            <w:rPr>
              <w:rStyle w:val="PlaceholderText"/>
            </w:rPr>
            <w:t>Click or tap here to enter text.</w:t>
          </w:r>
        </w:p>
      </w:docPartBody>
    </w:docPart>
    <w:docPart>
      <w:docPartPr>
        <w:name w:val="3D892EF8B470488886F309D4CE68C800"/>
        <w:category>
          <w:name w:val="General"/>
          <w:gallery w:val="placeholder"/>
        </w:category>
        <w:types>
          <w:type w:val="bbPlcHdr"/>
        </w:types>
        <w:behaviors>
          <w:behavior w:val="content"/>
        </w:behaviors>
        <w:guid w:val="{04F1A96F-8301-41D9-94AA-9BC30F7743F2}"/>
      </w:docPartPr>
      <w:docPartBody>
        <w:p w:rsidR="00070EC8" w:rsidRDefault="003B5E49">
          <w:pPr>
            <w:pStyle w:val="3D892EF8B470488886F309D4CE68C800"/>
          </w:pPr>
          <w:r w:rsidRPr="00C4525F">
            <w:rPr>
              <w:rStyle w:val="PlaceholderText"/>
            </w:rPr>
            <w:t>Click or tap here to enter text.</w:t>
          </w:r>
        </w:p>
      </w:docPartBody>
    </w:docPart>
    <w:docPart>
      <w:docPartPr>
        <w:name w:val="9496E4D6309244F5AEB2581C077D8C71"/>
        <w:category>
          <w:name w:val="General"/>
          <w:gallery w:val="placeholder"/>
        </w:category>
        <w:types>
          <w:type w:val="bbPlcHdr"/>
        </w:types>
        <w:behaviors>
          <w:behavior w:val="content"/>
        </w:behaviors>
        <w:guid w:val="{C65544FB-E3C3-4C12-A335-63360DBDA0E0}"/>
      </w:docPartPr>
      <w:docPartBody>
        <w:p w:rsidR="00070EC8" w:rsidRDefault="003B5E49">
          <w:pPr>
            <w:pStyle w:val="9496E4D6309244F5AEB2581C077D8C71"/>
          </w:pPr>
          <w:r w:rsidRPr="00C4525F">
            <w:rPr>
              <w:rStyle w:val="PlaceholderText"/>
            </w:rPr>
            <w:t>Click or tap here to enter text.</w:t>
          </w:r>
        </w:p>
      </w:docPartBody>
    </w:docPart>
    <w:docPart>
      <w:docPartPr>
        <w:name w:val="4F49E726F4D8454F9C2E7C8A342B0093"/>
        <w:category>
          <w:name w:val="General"/>
          <w:gallery w:val="placeholder"/>
        </w:category>
        <w:types>
          <w:type w:val="bbPlcHdr"/>
        </w:types>
        <w:behaviors>
          <w:behavior w:val="content"/>
        </w:behaviors>
        <w:guid w:val="{E85271B5-DFED-4E77-9F7A-3348C87AF6B5}"/>
      </w:docPartPr>
      <w:docPartBody>
        <w:p w:rsidR="00070EC8" w:rsidRDefault="003B5E49">
          <w:pPr>
            <w:pStyle w:val="4F49E726F4D8454F9C2E7C8A342B0093"/>
          </w:pPr>
          <w:r w:rsidRPr="00C4525F">
            <w:rPr>
              <w:rStyle w:val="PlaceholderText"/>
            </w:rPr>
            <w:t>Click or tap here to enter text.</w:t>
          </w:r>
        </w:p>
      </w:docPartBody>
    </w:docPart>
    <w:docPart>
      <w:docPartPr>
        <w:name w:val="54638D2076E14FA4B0E0557DF870BC44"/>
        <w:category>
          <w:name w:val="General"/>
          <w:gallery w:val="placeholder"/>
        </w:category>
        <w:types>
          <w:type w:val="bbPlcHdr"/>
        </w:types>
        <w:behaviors>
          <w:behavior w:val="content"/>
        </w:behaviors>
        <w:guid w:val="{4C992865-5619-4AAE-8708-21BFF319846A}"/>
      </w:docPartPr>
      <w:docPartBody>
        <w:p w:rsidR="00070EC8" w:rsidRDefault="003B5E49">
          <w:pPr>
            <w:pStyle w:val="54638D2076E14FA4B0E0557DF870BC44"/>
          </w:pPr>
          <w:r w:rsidRPr="00C4525F">
            <w:rPr>
              <w:rStyle w:val="PlaceholderText"/>
            </w:rPr>
            <w:t>Click or tap here to enter text.</w:t>
          </w:r>
        </w:p>
      </w:docPartBody>
    </w:docPart>
    <w:docPart>
      <w:docPartPr>
        <w:name w:val="ACB526494D4D4175B364095D21AA1664"/>
        <w:category>
          <w:name w:val="General"/>
          <w:gallery w:val="placeholder"/>
        </w:category>
        <w:types>
          <w:type w:val="bbPlcHdr"/>
        </w:types>
        <w:behaviors>
          <w:behavior w:val="content"/>
        </w:behaviors>
        <w:guid w:val="{D7928F85-3267-484F-95B5-BFD559AB83F5}"/>
      </w:docPartPr>
      <w:docPartBody>
        <w:p w:rsidR="00070EC8" w:rsidRDefault="003B5E49">
          <w:pPr>
            <w:pStyle w:val="ACB526494D4D4175B364095D21AA1664"/>
          </w:pPr>
          <w:r w:rsidRPr="00C4525F">
            <w:rPr>
              <w:rStyle w:val="PlaceholderText"/>
            </w:rPr>
            <w:t>Click or tap here to enter text.</w:t>
          </w:r>
        </w:p>
      </w:docPartBody>
    </w:docPart>
    <w:docPart>
      <w:docPartPr>
        <w:name w:val="78A68933C5984CC9AC1485B854DD2AD2"/>
        <w:category>
          <w:name w:val="General"/>
          <w:gallery w:val="placeholder"/>
        </w:category>
        <w:types>
          <w:type w:val="bbPlcHdr"/>
        </w:types>
        <w:behaviors>
          <w:behavior w:val="content"/>
        </w:behaviors>
        <w:guid w:val="{2D3B36A8-55BC-44A7-90C9-A7CCA33DF7BB}"/>
      </w:docPartPr>
      <w:docPartBody>
        <w:p w:rsidR="00070EC8" w:rsidRDefault="003B5E49">
          <w:pPr>
            <w:pStyle w:val="78A68933C5984CC9AC1485B854DD2AD2"/>
          </w:pPr>
          <w:r w:rsidRPr="00C4525F">
            <w:rPr>
              <w:rStyle w:val="PlaceholderText"/>
            </w:rPr>
            <w:t>Click or tap here to enter text.</w:t>
          </w:r>
        </w:p>
      </w:docPartBody>
    </w:docPart>
    <w:docPart>
      <w:docPartPr>
        <w:name w:val="6EC40034331D4214A48D74FAB5FE5CCD"/>
        <w:category>
          <w:name w:val="General"/>
          <w:gallery w:val="placeholder"/>
        </w:category>
        <w:types>
          <w:type w:val="bbPlcHdr"/>
        </w:types>
        <w:behaviors>
          <w:behavior w:val="content"/>
        </w:behaviors>
        <w:guid w:val="{0B7A15BD-1A87-41B2-ACDE-0406BCBE7DCC}"/>
      </w:docPartPr>
      <w:docPartBody>
        <w:p w:rsidR="00070EC8" w:rsidRDefault="003B5E49">
          <w:pPr>
            <w:pStyle w:val="6EC40034331D4214A48D74FAB5FE5CCD"/>
          </w:pPr>
          <w:r w:rsidRPr="00C4525F">
            <w:rPr>
              <w:rStyle w:val="PlaceholderText"/>
            </w:rPr>
            <w:t>Click or tap here to enter text.</w:t>
          </w:r>
        </w:p>
      </w:docPartBody>
    </w:docPart>
    <w:docPart>
      <w:docPartPr>
        <w:name w:val="171A310F81364ECD99B28CC6901328A7"/>
        <w:category>
          <w:name w:val="General"/>
          <w:gallery w:val="placeholder"/>
        </w:category>
        <w:types>
          <w:type w:val="bbPlcHdr"/>
        </w:types>
        <w:behaviors>
          <w:behavior w:val="content"/>
        </w:behaviors>
        <w:guid w:val="{5285DA12-B0C5-4B9F-929D-38E5B485E3B3}"/>
      </w:docPartPr>
      <w:docPartBody>
        <w:p w:rsidR="00070EC8" w:rsidRDefault="003B5E49">
          <w:pPr>
            <w:pStyle w:val="171A310F81364ECD99B28CC6901328A7"/>
          </w:pPr>
          <w:r w:rsidRPr="00C4525F">
            <w:rPr>
              <w:rStyle w:val="PlaceholderText"/>
            </w:rPr>
            <w:t>Click or tap here to enter text.</w:t>
          </w:r>
        </w:p>
      </w:docPartBody>
    </w:docPart>
    <w:docPart>
      <w:docPartPr>
        <w:name w:val="C5CB22B11CF14A60BAA2DB6AF207D4C2"/>
        <w:category>
          <w:name w:val="General"/>
          <w:gallery w:val="placeholder"/>
        </w:category>
        <w:types>
          <w:type w:val="bbPlcHdr"/>
        </w:types>
        <w:behaviors>
          <w:behavior w:val="content"/>
        </w:behaviors>
        <w:guid w:val="{CE65ADC1-8555-4505-B320-A98AE4F8DEA9}"/>
      </w:docPartPr>
      <w:docPartBody>
        <w:p w:rsidR="00070EC8" w:rsidRDefault="003B5E49">
          <w:pPr>
            <w:pStyle w:val="C5CB22B11CF14A60BAA2DB6AF207D4C2"/>
          </w:pPr>
          <w:r w:rsidRPr="00C4525F">
            <w:rPr>
              <w:rStyle w:val="PlaceholderText"/>
            </w:rPr>
            <w:t>Click or tap here to enter text.</w:t>
          </w:r>
        </w:p>
      </w:docPartBody>
    </w:docPart>
    <w:docPart>
      <w:docPartPr>
        <w:name w:val="D12643DAA82649F1B5DAE42C6B98D79B"/>
        <w:category>
          <w:name w:val="General"/>
          <w:gallery w:val="placeholder"/>
        </w:category>
        <w:types>
          <w:type w:val="bbPlcHdr"/>
        </w:types>
        <w:behaviors>
          <w:behavior w:val="content"/>
        </w:behaviors>
        <w:guid w:val="{94760192-D074-414D-A83A-BBE2B8C6417C}"/>
      </w:docPartPr>
      <w:docPartBody>
        <w:p w:rsidR="00070EC8" w:rsidRDefault="00047FA6">
          <w:pPr>
            <w:pStyle w:val="D12643DAA82649F1B5DAE42C6B98D79B"/>
          </w:pPr>
          <w:r w:rsidRPr="00C4525F">
            <w:rPr>
              <w:rStyle w:val="PlaceholderText"/>
            </w:rPr>
            <w:t>Click or tap here to enter text.</w:t>
          </w:r>
        </w:p>
      </w:docPartBody>
    </w:docPart>
    <w:docPart>
      <w:docPartPr>
        <w:name w:val="3CEC3A1AB827468495E92C266D077C4C"/>
        <w:category>
          <w:name w:val="General"/>
          <w:gallery w:val="placeholder"/>
        </w:category>
        <w:types>
          <w:type w:val="bbPlcHdr"/>
        </w:types>
        <w:behaviors>
          <w:behavior w:val="content"/>
        </w:behaviors>
        <w:guid w:val="{6784E45F-95C5-4327-BB1E-FF8194CCAE73}"/>
      </w:docPartPr>
      <w:docPartBody>
        <w:p w:rsidR="00C54505" w:rsidRDefault="003B5E49">
          <w:pPr>
            <w:pStyle w:val="3CEC3A1AB827468495E92C266D077C4C"/>
          </w:pPr>
          <w:r w:rsidRPr="00C452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49"/>
    <w:rsid w:val="0004010B"/>
    <w:rsid w:val="00047FA6"/>
    <w:rsid w:val="00070EC8"/>
    <w:rsid w:val="00096CB8"/>
    <w:rsid w:val="000B0884"/>
    <w:rsid w:val="001915F3"/>
    <w:rsid w:val="001E4B76"/>
    <w:rsid w:val="001F7C73"/>
    <w:rsid w:val="00261827"/>
    <w:rsid w:val="00272B59"/>
    <w:rsid w:val="002D7FB4"/>
    <w:rsid w:val="0033198E"/>
    <w:rsid w:val="00351AB5"/>
    <w:rsid w:val="003B5E49"/>
    <w:rsid w:val="00493C18"/>
    <w:rsid w:val="009559E0"/>
    <w:rsid w:val="009948AD"/>
    <w:rsid w:val="00A43D45"/>
    <w:rsid w:val="00AA3461"/>
    <w:rsid w:val="00AB7C1F"/>
    <w:rsid w:val="00BF4BD0"/>
    <w:rsid w:val="00C142B2"/>
    <w:rsid w:val="00C54505"/>
    <w:rsid w:val="00D255AD"/>
    <w:rsid w:val="00D43EB7"/>
    <w:rsid w:val="00DF2DD6"/>
    <w:rsid w:val="00E02CD8"/>
    <w:rsid w:val="00EA3529"/>
    <w:rsid w:val="00EC2722"/>
    <w:rsid w:val="00F709BD"/>
    <w:rsid w:val="00FA167D"/>
    <w:rsid w:val="00FA7E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21186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D3019050BC6C44D6B81FB75C51BF4068">
    <w:name w:val="D3019050BC6C44D6B81FB75C51BF4068"/>
  </w:style>
  <w:style w:type="paragraph" w:customStyle="1" w:styleId="1CABEC7D2A9F448692FBDEDCF89B49D9">
    <w:name w:val="1CABEC7D2A9F448692FBDEDCF89B49D9"/>
  </w:style>
  <w:style w:type="paragraph" w:customStyle="1" w:styleId="692ADB5DC7144751AFAAB7E5FD4F52EF">
    <w:name w:val="692ADB5DC7144751AFAAB7E5FD4F52EF"/>
  </w:style>
  <w:style w:type="paragraph" w:customStyle="1" w:styleId="73F649C4877D4343ACDFB1DA24D26301">
    <w:name w:val="73F649C4877D4343ACDFB1DA24D26301"/>
  </w:style>
  <w:style w:type="paragraph" w:customStyle="1" w:styleId="539150252CF2405EA3690D40E6D541A8">
    <w:name w:val="539150252CF2405EA3690D40E6D541A8"/>
  </w:style>
  <w:style w:type="paragraph" w:customStyle="1" w:styleId="CAF2EE73868B4895AEFB2D6F660B1C83">
    <w:name w:val="CAF2EE73868B4895AEFB2D6F660B1C83"/>
  </w:style>
  <w:style w:type="paragraph" w:customStyle="1" w:styleId="E32A6B47D3E34B8DAECBA6758F3F674C">
    <w:name w:val="E32A6B47D3E34B8DAECBA6758F3F674C"/>
  </w:style>
  <w:style w:type="paragraph" w:customStyle="1" w:styleId="F0B806F90E0F4DF79C67B474EEBD031C">
    <w:name w:val="F0B806F90E0F4DF79C67B474EEBD031C"/>
  </w:style>
  <w:style w:type="paragraph" w:customStyle="1" w:styleId="58BAAEAF09E24A07A0F7D6D169813B45">
    <w:name w:val="58BAAEAF09E24A07A0F7D6D169813B45"/>
  </w:style>
  <w:style w:type="paragraph" w:customStyle="1" w:styleId="7E8A6354135D41F88373E754D3CB1FF8">
    <w:name w:val="7E8A6354135D41F88373E754D3CB1FF8"/>
  </w:style>
  <w:style w:type="paragraph" w:customStyle="1" w:styleId="90FCA1561B79477496E4DB7D62699C71">
    <w:name w:val="90FCA1561B79477496E4DB7D62699C71"/>
  </w:style>
  <w:style w:type="paragraph" w:customStyle="1" w:styleId="5D5B717DF0D54F82A9ADF688F1FF4FEA">
    <w:name w:val="5D5B717DF0D54F82A9ADF688F1FF4FEA"/>
  </w:style>
  <w:style w:type="paragraph" w:customStyle="1" w:styleId="F4CD8878F5D74A0D9C840329730E1D7E">
    <w:name w:val="F4CD8878F5D74A0D9C840329730E1D7E"/>
  </w:style>
  <w:style w:type="paragraph" w:customStyle="1" w:styleId="DA63466991A04BD2A41CB8022F814F7C">
    <w:name w:val="DA63466991A04BD2A41CB8022F814F7C"/>
  </w:style>
  <w:style w:type="paragraph" w:customStyle="1" w:styleId="7BDA93383520424989576318CFD742FE">
    <w:name w:val="7BDA93383520424989576318CFD742FE"/>
  </w:style>
  <w:style w:type="paragraph" w:customStyle="1" w:styleId="6E7D65B5F2864DDA981946460320AF9A">
    <w:name w:val="6E7D65B5F2864DDA981946460320AF9A"/>
  </w:style>
  <w:style w:type="paragraph" w:customStyle="1" w:styleId="6B871B4866DE4F8983FF336CD067D45C">
    <w:name w:val="6B871B4866DE4F8983FF336CD067D45C"/>
  </w:style>
  <w:style w:type="paragraph" w:customStyle="1" w:styleId="120C74210B7A4609A26D5DD53F6E7660">
    <w:name w:val="120C74210B7A4609A26D5DD53F6E7660"/>
  </w:style>
  <w:style w:type="paragraph" w:customStyle="1" w:styleId="CE3BE8F7F2D947EC8D7FF0D3C2B71E09">
    <w:name w:val="CE3BE8F7F2D947EC8D7FF0D3C2B71E09"/>
  </w:style>
  <w:style w:type="paragraph" w:customStyle="1" w:styleId="BBC79A4ABBB94210AE70838CF894EF3A">
    <w:name w:val="BBC79A4ABBB94210AE70838CF894EF3A"/>
  </w:style>
  <w:style w:type="paragraph" w:customStyle="1" w:styleId="B7E7C4B7AC0C467E890E249F5AD54193">
    <w:name w:val="B7E7C4B7AC0C467E890E249F5AD54193"/>
  </w:style>
  <w:style w:type="paragraph" w:customStyle="1" w:styleId="8C22917A9A43478A89646B59440BA3D8">
    <w:name w:val="8C22917A9A43478A89646B59440BA3D8"/>
    <w:rsid w:val="00047FA6"/>
  </w:style>
  <w:style w:type="paragraph" w:customStyle="1" w:styleId="06895D9E254544179731309D3B7257E5">
    <w:name w:val="06895D9E254544179731309D3B7257E5"/>
  </w:style>
  <w:style w:type="paragraph" w:customStyle="1" w:styleId="7A7EAFDB329B40A38FDA5FEC20273B2C">
    <w:name w:val="7A7EAFDB329B40A38FDA5FEC20273B2C"/>
  </w:style>
  <w:style w:type="paragraph" w:customStyle="1" w:styleId="32E1D7FB6CC243A8935B54F2E9B566B6">
    <w:name w:val="32E1D7FB6CC243A8935B54F2E9B566B6"/>
  </w:style>
  <w:style w:type="paragraph" w:customStyle="1" w:styleId="828AFA21973C480CA2126F87884FE671">
    <w:name w:val="828AFA21973C480CA2126F87884FE671"/>
  </w:style>
  <w:style w:type="paragraph" w:customStyle="1" w:styleId="4C339CFAAC1C4D8A853AF390A7DA7F78">
    <w:name w:val="4C339CFAAC1C4D8A853AF390A7DA7F78"/>
  </w:style>
  <w:style w:type="paragraph" w:customStyle="1" w:styleId="9DCFFE5D34FA4762B726A459DAD98927">
    <w:name w:val="9DCFFE5D34FA4762B726A459DAD98927"/>
  </w:style>
  <w:style w:type="paragraph" w:customStyle="1" w:styleId="B7D7CABCCF8C46C58D5302D7B4424CBC">
    <w:name w:val="B7D7CABCCF8C46C58D5302D7B4424CBC"/>
    <w:rsid w:val="0004010B"/>
  </w:style>
  <w:style w:type="paragraph" w:customStyle="1" w:styleId="9E58F6AEB95440BCA4318D0B0F8AD562">
    <w:name w:val="9E58F6AEB95440BCA4318D0B0F8AD562"/>
  </w:style>
  <w:style w:type="paragraph" w:customStyle="1" w:styleId="00D5ECB79BBC48C3B76D518A195B64B1">
    <w:name w:val="00D5ECB79BBC48C3B76D518A195B64B1"/>
    <w:rPr>
      <w:lang w:val="en-US" w:eastAsia="ja-JP"/>
    </w:rPr>
  </w:style>
  <w:style w:type="paragraph" w:customStyle="1" w:styleId="23AE51D8C1DD4FEAAAAD12446D18A8CF">
    <w:name w:val="23AE51D8C1DD4FEAAAAD12446D18A8CF"/>
  </w:style>
  <w:style w:type="paragraph" w:customStyle="1" w:styleId="589ACA772D7D406EB0E2C28D7F2A9CF2">
    <w:name w:val="589ACA772D7D406EB0E2C28D7F2A9CF2"/>
  </w:style>
  <w:style w:type="paragraph" w:customStyle="1" w:styleId="7E4214723A364E1AA98F041A16D63634">
    <w:name w:val="7E4214723A364E1AA98F041A16D63634"/>
  </w:style>
  <w:style w:type="paragraph" w:customStyle="1" w:styleId="62053FC0921C4422A0AFF15B1AE65741">
    <w:name w:val="62053FC0921C4422A0AFF15B1AE65741"/>
  </w:style>
  <w:style w:type="paragraph" w:customStyle="1" w:styleId="3D892EF8B470488886F309D4CE68C800">
    <w:name w:val="3D892EF8B470488886F309D4CE68C800"/>
  </w:style>
  <w:style w:type="paragraph" w:customStyle="1" w:styleId="9496E4D6309244F5AEB2581C077D8C71">
    <w:name w:val="9496E4D6309244F5AEB2581C077D8C71"/>
  </w:style>
  <w:style w:type="paragraph" w:customStyle="1" w:styleId="4F49E726F4D8454F9C2E7C8A342B0093">
    <w:name w:val="4F49E726F4D8454F9C2E7C8A342B0093"/>
  </w:style>
  <w:style w:type="paragraph" w:customStyle="1" w:styleId="54638D2076E14FA4B0E0557DF870BC44">
    <w:name w:val="54638D2076E14FA4B0E0557DF870BC44"/>
  </w:style>
  <w:style w:type="paragraph" w:customStyle="1" w:styleId="ACB526494D4D4175B364095D21AA1664">
    <w:name w:val="ACB526494D4D4175B364095D21AA1664"/>
  </w:style>
  <w:style w:type="paragraph" w:customStyle="1" w:styleId="78A68933C5984CC9AC1485B854DD2AD2">
    <w:name w:val="78A68933C5984CC9AC1485B854DD2AD2"/>
  </w:style>
  <w:style w:type="paragraph" w:customStyle="1" w:styleId="6EC40034331D4214A48D74FAB5FE5CCD">
    <w:name w:val="6EC40034331D4214A48D74FAB5FE5CCD"/>
  </w:style>
  <w:style w:type="paragraph" w:customStyle="1" w:styleId="97A1129687F24CEEA8EB87C31D46AD0B">
    <w:name w:val="97A1129687F24CEEA8EB87C31D46AD0B"/>
  </w:style>
  <w:style w:type="paragraph" w:customStyle="1" w:styleId="A2BB1CB3865B45DFB4A98E99BD958EC4">
    <w:name w:val="A2BB1CB3865B45DFB4A98E99BD958EC4"/>
  </w:style>
  <w:style w:type="paragraph" w:customStyle="1" w:styleId="19F6D6A6469C4433BF867ABB4FA1409F">
    <w:name w:val="19F6D6A6469C4433BF867ABB4FA1409F"/>
  </w:style>
  <w:style w:type="paragraph" w:customStyle="1" w:styleId="592686EC17F84E9BA6047A01F0B4C684">
    <w:name w:val="592686EC17F84E9BA6047A01F0B4C684"/>
  </w:style>
  <w:style w:type="paragraph" w:customStyle="1" w:styleId="171A310F81364ECD99B28CC6901328A7">
    <w:name w:val="171A310F81364ECD99B28CC6901328A7"/>
  </w:style>
  <w:style w:type="paragraph" w:customStyle="1" w:styleId="C5CB22B11CF14A60BAA2DB6AF207D4C2">
    <w:name w:val="C5CB22B11CF14A60BAA2DB6AF207D4C2"/>
  </w:style>
  <w:style w:type="paragraph" w:customStyle="1" w:styleId="BDE4567034084CA6883BBF669372E3E6">
    <w:name w:val="BDE4567034084CA6883BBF669372E3E6"/>
  </w:style>
  <w:style w:type="paragraph" w:customStyle="1" w:styleId="626E571FA80840D3AA0A31B728F258CD">
    <w:name w:val="626E571FA80840D3AA0A31B728F258CD"/>
  </w:style>
  <w:style w:type="paragraph" w:customStyle="1" w:styleId="C3156D88C6D440FF829B7C8EEB044500">
    <w:name w:val="C3156D88C6D440FF829B7C8EEB044500"/>
  </w:style>
  <w:style w:type="paragraph" w:customStyle="1" w:styleId="D12643DAA82649F1B5DAE42C6B98D79B">
    <w:name w:val="D12643DAA82649F1B5DAE42C6B98D79B"/>
  </w:style>
  <w:style w:type="paragraph" w:customStyle="1" w:styleId="C606E8711F10494EAD3DD78F93D46911">
    <w:name w:val="C606E8711F10494EAD3DD78F93D46911"/>
  </w:style>
  <w:style w:type="paragraph" w:customStyle="1" w:styleId="2661E222619841ABAE03116BB0598BC4">
    <w:name w:val="2661E222619841ABAE03116BB0598BC4"/>
  </w:style>
  <w:style w:type="paragraph" w:customStyle="1" w:styleId="B8C17428C72B4C24B968E91E77D3B721">
    <w:name w:val="B8C17428C72B4C24B968E91E77D3B721"/>
  </w:style>
  <w:style w:type="paragraph" w:customStyle="1" w:styleId="32DF9B5DD8EC40F78E9819AD636B3EC8">
    <w:name w:val="32DF9B5DD8EC40F78E9819AD636B3EC8"/>
  </w:style>
  <w:style w:type="paragraph" w:customStyle="1" w:styleId="3CEC3A1AB827468495E92C266D077C4C">
    <w:name w:val="3CEC3A1AB827468495E92C266D077C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FEA930-354B-457C-84EB-87E3B543404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ba4a3950-1000-44cb-b605-3a34181cd6f0&quot;,&quot;properties&quot;:{&quot;noteIndex&quot;:0},&quot;isEdited&quot;:false,&quot;manualOverride&quot;:{&quot;isManuallyOverridden&quot;:false,&quot;citeprocText&quot;:&quot;(Somesh et al., 2020)&quot;,&quot;manualOverrideText&quot;:&quot;&quot;},&quot;citationTag&quot;:&quot;MENDELEY_CITATION_v3_eyJjaXRhdGlvbklEIjoiTUVOREVMRVlfQ0lUQVRJT05fYmE0YTM5NTAtMTAwMC00NGNiLWI2MDUtM2EzNDE4MWNkNmYw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quot;,&quot;citationItems&quot;:[{&quot;id&quot;:&quot;31891882-f039-3522-aaf9-b764c6e9da50&quot;,&quot;itemData&quot;:{&quot;type&quot;:&quot;paper-conference&quot;,&quot;id&quot;:&quot;31891882-f039-3522-aaf9-b764c6e9da50&quot;,&quot;title&quot;:&quot;Real time Implementation of Home appliance control using ALEXA&quot;,&quot;author&quot;:[{&quot;family&quot;:&quot;Somesh&quot;,&quot;given&quot;:&quot;S.&quot;,&quot;parse-names&quot;:false,&quot;dropping-particle&quot;:&quot;&quot;,&quot;non-dropping-particle&quot;:&quot;&quot;},{&quot;family&quot;:&quot;Senthilnathan&quot;,&quot;given&quot;:&quot;N.&quot;,&quot;parse-names&quot;:false,&quot;dropping-particle&quot;:&quot;&quot;,&quot;non-dropping-particle&quot;:&quot;&quot;},{&quot;family&quot;:&quot;Sabarimuthu&quot;,&quot;given&quot;:&quot;M.&quot;,&quot;parse-names&quot;:false,&quot;dropping-particle&quot;:&quot;&quot;,&quot;non-dropping-particle&quot;:&quot;&quot;},{&quot;family&quot;:&quot;Kumar&quot;,&quot;given&quot;:&quot;A. Santhosh&quot;,&quot;parse-names&quot;:false,&quot;dropping-particle&quot;:&quot;&quot;,&quot;non-dropping-particle&quot;:&quot;&quot;},{&quot;family&quot;:&quot;Rishikeshanan&quot;,&quot;given&quot;:&quot;R.&quot;,&quot;parse-names&quot;:false,&quot;dropping-particle&quot;:&quot;&quot;,&quot;non-dropping-particle&quot;:&quot;&quot;},{&quot;family&quot;:&quot;Bala&quot;,&quot;given&quot;:&quot;V.&quot;,&quot;parse-names&quot;:false,&quot;dropping-particle&quot;:&quot;&quot;,&quot;non-dropping-particle&quot;:&quot;&quot;}],&quot;container-title&quot;:&quot;IOP Conference Series: Materials Science and Engineering&quot;,&quot;container-title-short&quot;:&quot;IOP Conf Ser Mater Sci Eng&quot;,&quot;DOI&quot;:&quot;10.1088/1757-899X/937/1/012008&quot;,&quot;ISSN&quot;:&quot;1757899X&quot;,&quot;issued&quot;:{&quot;date-parts&quot;:[[2020,10,1]]},&quot;abstract&quot;:&quot;In recent years, Internet of Things (IOT) is being playing a major role in automation of Industries. Smart home systems are being employed in buildings to improve energy efficiency and reduce power wastage. Voice recognition is the current trend in automation. Regular methods of switching systems are difficult for paraplegic persons and blind persons since blind people can't use the SMS method of automation. So voice recognition methods are preferred. Voice recognition systems involve calibration and programming to accept the user commands and operate the appliance. Amazon Echo dot, a smart speaker has an internally programmed Artificial Intelligence known as Alexa. It offers dual interaction and can be used to connect to Smart devices. To remedy the high cost of smart devices, we register a name in Alexa server as a smart device which comprises a Wi-Fi module and a relay. The Smart speaker and the Wi-Fi module form a single way communication which helps in controlling of appliance.&quot;,&quot;publisher&quot;:&quot;IOP Publishing Ltd&quot;,&quot;issue&quot;:&quot;1&quot;,&quot;volume&quot;:&quot;937&quot;},&quot;isTemporary&quot;:false}]},{&quot;citationID&quot;:&quot;MENDELEY_CITATION_fac3f1b6-f20f-46a0-8bc9-d4eba7f18e34&quot;,&quot;properties&quot;:{&quot;noteIndex&quot;:0},&quot;isEdited&quot;:false,&quot;manualOverride&quot;:{&quot;isManuallyOverridden&quot;:false,&quot;citeprocText&quot;:&quot;(Graham &amp;#38; Roll, 2024)&quot;,&quot;manualOverrideText&quot;:&quot;&quot;},&quot;citationTag&quot;:&quot;MENDELEY_CITATION_v3_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&quot;,&quot;citationItems&quot;:[{&quot;id&quot;:&quot;ed72393c-3dfb-3a3b-8ced-8d17ba91eb13&quot;,&quot;itemData&quot;:{&quot;type&quot;:&quot;article-journal&quot;,&quot;id&quot;:&quot;ed72393c-3dfb-3a3b-8ced-8d17ba91eb13&quot;,&quot;title&quot;:&quot;Evaluating OpenAI's Whisper ASR: Performance analysis across diverse accents and speaker traits&quot;,&quot;author&quot;:[{&quot;family&quot;:&quot;Graham&quot;,&quot;given&quot;:&quot;Calbert&quot;,&quot;parse-names&quot;:false,&quot;dropping-particle&quot;:&quot;&quot;,&quot;non-dropping-particle&quot;:&quot;&quot;},{&quot;family&quot;:&quot;Roll&quot;,&quot;given&quot;:&quot;Nathan&quot;,&quot;parse-names&quot;:false,&quot;dropping-particle&quot;:&quot;&quot;,&quot;non-dropping-particle&quot;:&quot;&quot;}],&quot;container-title&quot;:&quot;JASA Express Letters&quot;,&quot;container-title-short&quot;:&quot;JASA Express Lett&quot;,&quot;DOI&quot;:&quot;10.1121/10.0024876&quot;,&quot;ISSN&quot;:&quot;26911191&quot;,&quot;issued&quot;:{&quot;date-parts&quot;:[[2024,2,1]]},&quot;abstract&quot;:&quot;This study investigates Whisper's automatic speech recognition (ASR) system performance across diverse native and non-native English accents. Results reveal superior recognition in American compared to British and Australian English accents with similar performance in Canadian English. Overall, native English accents demonstrate higher accuracy than non-native accents. Exploring connections between speaker traits [sex, native language (L1) typology, and second language (L2) proficiency] and word error rate uncovers notable associations. Furthermore, Whisper exhibits enhanced performance in read speech over conversational speech with modifications based on speaker gender. The implications of these findings are discussed.&quot;,&quot;publisher&quot;:&quot;American Institute of Physics Inc.&quot;,&quot;issue&quot;:&quot;2&quot;,&quot;volume&quot;:&quot;4&quot;},&quot;isTemporary&quot;:false}]},{&quot;citationID&quot;:&quot;MENDELEY_CITATION_6f2cdd50-1477-4ce5-b81b-ce35762bb6dd&quot;,&quot;properties&quot;:{&quot;noteIndex&quot;:0},&quot;isEdited&quot;:false,&quot;manualOverride&quot;:{&quot;isManuallyOverridden&quot;:false,&quot;citeprocText&quot;:&quot;(Li et al., 2021)&quot;,&quot;manualOverrideText&quot;:&quot;&quot;},&quot;citationTag&quot;:&quot;MENDELEY_CITATION_v3_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&quot;,&quot;citationItems&quot;:[{&quot;id&quot;:&quot;3d25f545-31e7-3f91-88a1-d703e5299e69&quot;,&quot;itemData&quot;:{&quot;type&quot;:&quot;article-journal&quot;,&quot;id&quot;:&quot;3d25f545-31e7-3f91-88a1-d703e5299e69&quot;,&quot;title&quot;:&quot;A Survey on Amazon Alexa Attack Surfaces&quot;,&quot;author&quot;:[{&quot;family&quot;:&quot;Li&quot;,&quot;given&quot;:&quot;Yanyan&quot;,&quot;parse-names&quot;:false,&quot;dropping-particle&quot;:&quot;&quot;,&quot;non-dropping-particle&quot;:&quot;&quot;},{&quot;family&quot;:&quot;Kim&quot;,&quot;given&quot;:&quot;Sara&quot;,&quot;parse-names&quot;:false,&quot;dropping-particle&quot;:&quot;&quot;,&quot;non-dropping-particle&quot;:&quot;&quot;},{&quot;family&quot;:&quot;Sy&quot;,&quot;given&quot;:&quot;Eric&quot;,&quot;parse-names&quot;:false,&quot;dropping-particle&quot;:&quot;&quot;,&quot;non-dropping-particle&quot;:&quot;&quot;}],&quot;URL&quot;:&quot;http://arxiv.org/abs/2102.11442&quot;,&quot;issued&quot;:{&quot;date-parts&quot;:[[2021,2,22]]},&quot;abstract&quot;:&quot;Since being launched in 2014, Alexa, Amazon's versatile cloud-based voice service, is now active in over 100 million households worldwide. Alexa's user-friendly, personalized vocal experience offers customers a more natural way of interacting with cutting-edge technology by allowing the ability to directly dictate commands to the assistant. Now in the present year, the Alexa service is more accessible than ever, available on hundreds of millions of devices from not only Amazon but third-party device manufacturers. Unfortunately, that success has also been the source of concern and controversy. The success of Alexa is based on its effortless usability, but in turn, that has led to a lack of sufficient security. This paper surveys various attacks against Amazon Alexa ecosystem including attacks against the frontend voice capturing and the cloud backend voice command recognition and processing. Overall, we have identified six attack surfaces covering the lifecycle of Alexa voice interaction that spans several stages including voice data collection, transmission, processing and storage. We also discuss the potential mitigation solutions for each attack surface to better improve Alexa or other voice assistants in terms of security and privacy.&quot;,&quot;container-title-short&quot;:&quot;&quot;},&quot;isTemporary&quot;:false}]},{&quot;citationID&quot;:&quot;MENDELEY_CITATION_fcd2a27c-4c74-4c58-b166-ba3189744155&quot;,&quot;properties&quot;:{&quot;noteIndex&quot;:0},&quot;isEdited&quot;:false,&quot;manualOverride&quot;:{&quot;isManuallyOverridden&quot;:true,&quot;citeprocText&quot;:&quot;(Parsafar et al., n.d.)&quot;,&quot;manualOverrideText&quot;:&quot;Parsafar et al. (2024),&quot;},&quot;citationTag&quot;:&quot;MENDELEY_CITATION_v3_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&quot;,&quot;citationItems&quot;:[{&quot;id&quot;:&quot;00443558-b449-3a75-ad5c-3ef3ecebf1f8&quot;,&quot;itemData&quot;:{&quot;type&quot;:&quot;report&quot;,&quot;id&quot;:&quot;00443558-b449-3a75-ad5c-3ef3ecebf1f8&quot;,&quot;title&quot;:&quot;Improving Safety for Disabled and Elderly Individuals: A Multimodal Classification Approach Based on Support Vector Machine for Alert Systems Within Smart Homes&quot;,&quot;author&quot;:[{&quot;family&quot;:&quot;Parsafar&quot;,&quot;given&quot;:&quot;Parsa&quot;,&quot;parse-names&quot;:false,&quot;dropping-particle&quot;:&quot;&quot;,&quot;non-dropping-particle&quot;:&quot;&quot;},{&quot;family&quot;:&quot;Baban&quot;,&quot;given&quot;:&quot;Payam Qaderi&quot;,&quot;parse-names&quot;:false,&quot;dropping-particle&quot;:&quot;&quot;,&quot;non-dropping-particle&quot;:&quot;&quot;},{&quot;family&quot;:&quot;Nasiri&quot;,&quot;given&quot;:&quot;Adel&quot;,&quot;parse-names&quot;:false,&quot;dropping-particle&quot;:&quot;&quot;,&quot;non-dropping-particle&quot;:&quot;&quot;}],&quot;container-title-short&quot;:&quot;&quot;},&quot;isTemporary&quot;:false}]},{&quot;citationID&quot;:&quot;MENDELEY_CITATION_c1af611c-5674-4c9a-89c3-d7b746c9256d&quot;,&quot;properties&quot;:{&quot;noteIndex&quot;:0},&quot;isEdited&quot;:false,&quot;manualOverride&quot;:{&quot;isManuallyOverridden&quot;:false,&quot;citeprocText&quot;:&quot;(Netinant et al., 2024)&quot;,&quot;manualOverrideText&quot;:&quot;&quot;},&quot;citationTag&quot;:&quot;MENDELEY_CITATION_v3_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&quot;,&quot;citationItems&quot;:[{&quot;id&quot;:&quot;1ccaef50-8cba-3fc3-a414-a290cff4d8b5&quot;,&quot;itemData&quot;:{&quot;type&quot;:&quot;article-journal&quot;,&quot;id&quot;:&quot;1ccaef50-8cba-3fc3-a414-a290cff4d8b5&quot;,&quot;title&quot;:&quot;Development and Assessment of Internet of Things-Driven Smart Home Security and Automation with Voice Commands&quot;,&quot;author&quot;:[{&quot;family&quot;:&quot;Netinant&quot;,&quot;given&quot;:&quot;Paniti&quot;,&quot;parse-names&quot;:false,&quot;dropping-particle&quot;:&quot;&quot;,&quot;non-dropping-particle&quot;:&quot;&quot;},{&quot;family&quot;:&quot;Utsanok&quot;,&quot;given&quot;:&quot;Thitipong&quot;,&quot;parse-names&quot;:false,&quot;dropping-particle&quot;:&quot;&quot;,&quot;non-dropping-particle&quot;:&quot;&quot;},{&quot;family&quot;:&quot;Rukhiran&quot;,&quot;given&quot;:&quot;Meennapa&quot;,&quot;parse-names&quot;:false,&quot;dropping-particle&quot;:&quot;&quot;,&quot;non-dropping-particle&quot;:&quot;&quot;},{&quot;family&quot;:&quot;Klongdee&quot;,&quot;given&quot;:&quot;Suttipong&quot;,&quot;parse-names&quot;:false,&quot;dropping-particle&quot;:&quot;&quot;,&quot;non-dropping-particle&quot;:&quot;&quot;}],&quot;container-title&quot;:&quot;Internet of Things&quot;,&quot;DOI&quot;:&quot;10.3390/iot5010005&quot;,&quot;ISSN&quot;:&quot;2624831X&quot;,&quot;issued&quot;:{&quot;date-parts&quot;:[[2024,3,1]]},&quot;page&quot;:&quot;79-99&quot;,&quot;abstract&quot;:&quot;With the rapid rise of digitalization in the global economy, home security systems have become increasingly important for personal comfort and property protection. The collaboration between humans, the Internet of Things (IoT), and smart homes can be highly efficient. Interaction considers convenience, efficiency, security, responsiveness, and automation. This study aims to develop and assess IoT-based home security systems utilizing passive infrared (PIR) sensors to improve user interface, security, and automation controls using voice commands and buttons across different communication protocols. The proposed system incorporates controls for lighting and intrusion monitoring, as well as assessing both the functionality of voice commands and the precision of intruder detection via the PIR sensors. Intelligent light control and PIR intruder detection with a variable delay time for response detection are unified into the research methodology. The test outcomes examine the average effective response time in-depth, revealing performance distinctions among wireless fidelity (Wi-Fi) and fourth- and fifth-generation mobile connections. The outcomes illustrate the reliability of voice-activated light control via Google Assistant, with response accuracy rates of 83 percent for Thai voice commands and 91.50 percent for English voice commands. Moreover, the Blynk mobile application provided exceptional precision regarding operating light-button commands. The PIR motion detectors have a one hundred percent detection accuracy, and a 2.5 s delay is advised for PIR detection. Extended PIR detection delays result in prolonged system response times. This study examines the intricacies of response times across various environmental conditions, considering different degrees of mobile communication quality. This study ultimately advances the field by developing an IoT system prepared for efficient integration into everyday life, holding the potential to provide improved convenience, time-saving effectiveness, cost-efficiency, and enhanced home security protocols.&quot;,&quot;publisher&quot;:&quot;Multidisciplinary Digital Publishing Institute (MDPI)&quot;,&quot;issue&quot;:&quot;1&quot;,&quot;volume&quot;:&quot;5&quot;,&quot;container-title-short&quot;:&quot;&quot;},&quot;isTemporary&quot;:false}]},{&quot;citationID&quot;:&quot;MENDELEY_CITATION_6ba186dc-fb94-4fbc-86d1-dc4cd898b5cc&quot;,&quot;properties&quot;:{&quot;noteIndex&quot;:0},&quot;isEdited&quot;:false,&quot;manualOverride&quot;:{&quot;isManuallyOverridden&quot;:false,&quot;citeprocText&quot;:&quot;(van der Merwe et al., 2017)&quot;,&quot;manualOverrideText&quot;:&quot;&quot;},&quot;citationTag&quot;:&quot;MENDELEY_CITATION_v3_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&quot;,&quot;citationItems&quot;:[{&quot;id&quot;:&quot;3e8e6141-ea67-3af7-a08e-c8284ff3a7ab&quot;,&quot;itemData&quot;:{&quot;type&quot;:&quot;paper-conference&quot;,&quot;id&quot;:&quot;3e8e6141-ea67-3af7-a08e-c8284ff3a7ab&quot;,&quot;title&quot;:&quot;Mapping a design science research cycle to the postgraduate research report&quot;,&quot;author&quot;:[{&quot;family&quot;:&quot;Merwe&quot;,&quot;given&quot;:&quot;Alta&quot;,&quot;parse-names&quot;:false,&quot;dropping-particle&quot;:&quot;&quot;,&quot;non-dropping-particle&quot;:&quot;van der&quot;},{&quot;family&quot;:&quot;Gerber&quot;,&quot;given&quot;:&quot;Aurona&quot;,&quot;parse-names&quot;:false,&quot;dropping-particle&quot;:&quot;&quot;,&quot;non-dropping-particle&quot;:&quot;&quot;},{&quot;family&quot;:&quot;Smuts&quot;,&quot;given&quot;:&quot;Hanlie&quot;,&quot;parse-names&quot;:false,&quot;dropping-particle&quot;:&quot;&quot;,&quot;non-dropping-particle&quot;:&quot;&quot;}],&quot;container-title&quot;:&quot;Communications in Computer and Information Science&quot;,&quot;DOI&quot;:&quot;10.1007/978-3-319-69670-6_21&quot;,&quot;ISBN&quot;:&quot;9783319696690&quot;,&quot;ISSN&quot;:&quot;18650929&quot;,&quot;issued&quot;:{&quot;date-parts&quot;:[[2017]]},&quot;page&quot;:&quot;293-308&quot;,&quot;abstract&quot;:&quot;Design science research (DSR) is well-known in different domains, including information systems (IS), for the construction of artefacts. One of the most challenging aspects of IS postgraduate studies (with DSR) is determining the structure of the study and its report, which should reflect all the components necessary to build a convincing argument in support of such a study’s claims or assertions. Analysing several postgraduate IS-DSR reports as examples, this paper presents a mapping between recommendable structures for research reports and the DSR process model of Vaishnavi and Kuechler, which several of our current postgraduate students have found helpful.&quot;,&quot;publisher&quot;:&quot;Springer Verlag&quot;,&quot;volume&quot;:&quot;730&quot;,&quot;container-title-short&quot;:&quot;&quot;},&quot;isTemporary&quot;:false}]},{&quot;citationID&quot;:&quot;MENDELEY_CITATION_6e270389-1e2d-42e1-8358-85c1b993e2b5&quot;,&quot;properties&quot;:{&quot;noteIndex&quot;:0},&quot;isEdited&quot;:false,&quot;manualOverride&quot;:{&quot;isManuallyOverridden&quot;:false,&quot;citeprocText&quot;:&quot;(Iliev &amp;#38; Ilieva, 2023)&quot;,&quot;manualOverrideText&quot;:&quot;&quot;},&quot;citationTag&quot;:&quot;MENDELEY_CITATION_v3_eyJjaXRhdGlvbklEIjoiTUVOREVMRVlfQ0lUQVRJT05fNmUyNzAzODktMWUyZC00MmUxLTgzNTgtODVjMWI5OTNlMmI1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quot;,&quot;citationItems&quot;:[{&quot;id&quot;:&quot;e02a351c-d236-385b-9f9c-2fa017c63bb1&quot;,&quot;itemData&quot;:{&quot;type&quot;:&quot;article-journal&quot;,&quot;id&quot;:&quot;e02a351c-d236-385b-9f9c-2fa017c63bb1&quot;,&quot;title&quot;:&quot;A Framework for Smart Home System with Voice Control Using NLP Methods&quot;,&quot;author&quot;:[{&quot;family&quot;:&quot;Iliev&quot;,&quot;given&quot;:&quot;Yuliy&quot;,&quot;parse-names&quot;:false,&quot;dropping-particle&quot;:&quot;&quot;,&quot;non-dropping-particle&quot;:&quot;&quot;},{&quot;family&quot;:&quot;Ilieva&quot;,&quot;given&quot;:&quot;Galina&quot;,&quot;parse-names&quot;:false,&quot;dropping-particle&quot;:&quot;&quot;,&quot;non-dropping-particle&quot;:&quot;&quot;}],&quot;container-title&quot;:&quot;Electronics (Switzerland)&quot;,&quot;DOI&quot;:&quot;10.3390/electronics12010116&quot;,&quot;ISSN&quot;:&quot;20799292&quot;,&quot;issued&quot;:{&quot;date-parts&quot;:[[2023,1,1]]},&quot;abstract&quot;:&quot;The proliferation of information technologies and the emergence of ubiquitous computing have quickly transformed electronic devices from isolated islands of data and control into interconnected parts of intelligent systems. These network-based systems have advanced features, including Internet of Things (IoT) sensors and actuators, multiple connectivity options and multimodal user interfaces, and they also enable remote monitoring and management. In order to develop a human machine interface of smart home systems with speech recognition, we propose a new IoT-fog-cloud framework using natural language processing (NLP) methods. The new methodology adds utterance to command transformation to the existing cloud-based speech-to-text and text-to-speech services. This approach is flexible and can be easily adapted for different types of automation systems and consumer electronics as well as to almost every non-tonal language not currently supported by online platforms for intent detection and classification. The proposed framework has been employed in the development of prototypes of voice user interface extension of existing smart security system via new service for speech intent recognition. Tests on the system were carried out and the obtained results show the effectiveness of the new voice communication option. The speech-based interface is reliable; it facilitates customers and improves their experience with smart home devices.&quot;,&quot;publisher&quot;:&quot;MDPI&quot;,&quot;issue&quot;:&quot;1&quot;,&quot;volume&quot;:&quot;12&quot;,&quot;container-title-short&quot;:&quot;&quot;},&quot;isTemporary&quot;:false}]},{&quot;citationID&quot;:&quot;MENDELEY_CITATION_3b113acc-f849-45e4-9941-8267e85a5c2e&quot;,&quot;properties&quot;:{&quot;noteIndex&quot;:0},&quot;isEdited&quot;:false,&quot;manualOverride&quot;:{&quot;isManuallyOverridden&quot;:false,&quot;citeprocText&quot;:&quot;(Chumuang et al., 2024)&quot;,&quot;manualOverrideText&quot;:&quot;&quot;},&quot;citationTag&quot;:&quot;MENDELEY_CITATION_v3_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&quot;,&quot;citationItems&quot;:[{&quot;id&quot;:&quot;709229b1-cf3f-3432-b671-af82dea7e0a7&quot;,&quot;itemData&quot;:{&quot;type&quot;:&quot;paper-conference&quot;,&quot;id&quot;:&quot;709229b1-cf3f-3432-b671-af82dea7e0a7&quot;,&quot;title&quot;:&quot;Voice-Activated Assistance for the Elderly: Integrating Speech Recognition and IoT&quot;,&quot;author&quot;:[{&quot;family&quot;:&quot;Chumuang&quot;,&quot;given&quot;:&quot;Narumol&quot;,&quot;parse-names&quot;:false,&quot;dropping-particle&quot;:&quot;&quot;,&quot;non-dropping-particle&quot;:&quot;&quot;},{&quot;family&quot;:&quot;Ganokratanaa&quot;,&quot;given&quot;:&quot;Thittaporn&quot;,&quot;parse-names&quot;:false,&quot;dropping-particle&quot;:&quot;&quot;,&quot;non-dropping-particle&quot;:&quot;&quot;},{&quot;family&quot;:&quot;Pramkeaw&quot;,&quot;given&quot;:&quot;Patiyuth&quot;,&quot;parse-names&quot;:false,&quot;dropping-particle&quot;:&quot;&quot;,&quot;non-dropping-particle&quot;:&quot;&quot;},{&quot;family&quot;:&quot;Ketcham&quot;,&quot;given&quot;:&quot;Mahasak&quot;,&quot;parse-names&quot;:false,&quot;dropping-particle&quot;:&quot;&quot;,&quot;non-dropping-particle&quot;:&quot;&quot;},{&quot;family&quot;:&quot;Chomchaiya&quot;,&quot;given&quot;:&quot;Suvil&quot;,&quot;parse-names&quot;:false,&quot;dropping-particle&quot;:&quot;&quot;,&quot;non-dropping-particle&quot;:&quot;&quot;},{&quot;family&quot;:&quot;Yimyam&quot;,&quot;given&quot;:&quot;Worawut&quot;,&quot;parse-names&quot;:false,&quot;dropping-particle&quot;:&quot;&quot;,&quot;non-dropping-particle&quot;:&quot;&quot;}],&quot;container-title&quot;:&quot;Digest of Technical Papers - IEEE International Conference on Consumer Electronics&quot;,&quot;DOI&quot;:&quot;10.1109/ICCE59016.2024.10444265&quot;,&quot;ISBN&quot;:&quot;9798350324136&quot;,&quot;ISSN&quot;:&quot;21591423&quot;,&quot;issued&quot;:{&quot;date-parts&quot;:[[2024]]},&quot;abstract&quot;:&quot;This work aims to develop an elderly assistance system using voice commands by applying speech recognition technology. The system is designed to enhance convenience for elderly individuals and also reduce labor costs associated with hiring caregivers. It leverages the principles of the Internet of Things (IoT) to control various household electrical devices through voice commands. Through Natural Language Processing (NLP), the system processes natural language to interpret voice commands, allowing users to control lighting, open applications, make phone calls, and more. The researchers utilized a Confusion Matrix model to measure the accuracy of the voice command recognition system. It assessed whether the system correctly interpreted the voice commands issued by users. The testing, conducted with a group of individuals aged 55-60, revealed an accuracy rate of 85%. This demonstrates the system's effectiveness and potential to augment the independence of elderly individuals. In essence, this work presents a voice-command assistance tool that combines speech recognition and IoT, promising enhanced convenience for the elderly and potential savings in caregiving expenses.&quot;,&quot;publisher&quot;:&quot;Institute of Electrical and Electronics Engineers Inc.&quot;,&quot;container-title-short&quot;:&quot;&quot;},&quot;isTemporary&quot;:false}]},{&quot;citationID&quot;:&quot;MENDELEY_CITATION_2afd5ede-4195-4a36-9a37-adaacf8b7ecb&quot;,&quot;properties&quot;:{&quot;noteIndex&quot;:0},&quot;isEdited&quot;:false,&quot;manualOverride&quot;:{&quot;isManuallyOverridden&quot;:false,&quot;citeprocText&quot;:&quot;(Somesh et al., 2020)&quot;,&quot;manualOverrideText&quot;:&quot;&quot;},&quot;citationTag&quot;:&quot;MENDELEY_CITATION_v3_eyJjaXRhdGlvbklEIjoiTUVOREVMRVlfQ0lUQVRJT05fMmFmZDVlZGUtNDE5NS00YTM2LTlhMzctYWRhYWNmOGI3ZWNi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quot;,&quot;citationItems&quot;:[{&quot;id&quot;:&quot;31891882-f039-3522-aaf9-b764c6e9da50&quot;,&quot;itemData&quot;:{&quot;type&quot;:&quot;paper-conference&quot;,&quot;id&quot;:&quot;31891882-f039-3522-aaf9-b764c6e9da50&quot;,&quot;title&quot;:&quot;Real time Implementation of Home appliance control using ALEXA&quot;,&quot;author&quot;:[{&quot;family&quot;:&quot;Somesh&quot;,&quot;given&quot;:&quot;S.&quot;,&quot;parse-names&quot;:false,&quot;dropping-particle&quot;:&quot;&quot;,&quot;non-dropping-particle&quot;:&quot;&quot;},{&quot;family&quot;:&quot;Senthilnathan&quot;,&quot;given&quot;:&quot;N.&quot;,&quot;parse-names&quot;:false,&quot;dropping-particle&quot;:&quot;&quot;,&quot;non-dropping-particle&quot;:&quot;&quot;},{&quot;family&quot;:&quot;Sabarimuthu&quot;,&quot;given&quot;:&quot;M.&quot;,&quot;parse-names&quot;:false,&quot;dropping-particle&quot;:&quot;&quot;,&quot;non-dropping-particle&quot;:&quot;&quot;},{&quot;family&quot;:&quot;Kumar&quot;,&quot;given&quot;:&quot;A. Santhosh&quot;,&quot;parse-names&quot;:false,&quot;dropping-particle&quot;:&quot;&quot;,&quot;non-dropping-particle&quot;:&quot;&quot;},{&quot;family&quot;:&quot;Rishikeshanan&quot;,&quot;given&quot;:&quot;R.&quot;,&quot;parse-names&quot;:false,&quot;dropping-particle&quot;:&quot;&quot;,&quot;non-dropping-particle&quot;:&quot;&quot;},{&quot;family&quot;:&quot;Bala&quot;,&quot;given&quot;:&quot;V.&quot;,&quot;parse-names&quot;:false,&quot;dropping-particle&quot;:&quot;&quot;,&quot;non-dropping-particle&quot;:&quot;&quot;}],&quot;container-title&quot;:&quot;IOP Conference Series: Materials Science and Engineering&quot;,&quot;container-title-short&quot;:&quot;IOP Conf Ser Mater Sci Eng&quot;,&quot;DOI&quot;:&quot;10.1088/1757-899X/937/1/012008&quot;,&quot;ISSN&quot;:&quot;1757899X&quot;,&quot;issued&quot;:{&quot;date-parts&quot;:[[2020,10,1]]},&quot;abstract&quot;:&quot;In recent years, Internet of Things (IOT) is being playing a major role in automation of Industries. Smart home systems are being employed in buildings to improve energy efficiency and reduce power wastage. Voice recognition is the current trend in automation. Regular methods of switching systems are difficult for paraplegic persons and blind persons since blind people can't use the SMS method of automation. So voice recognition methods are preferred. Voice recognition systems involve calibration and programming to accept the user commands and operate the appliance. Amazon Echo dot, a smart speaker has an internally programmed Artificial Intelligence known as Alexa. It offers dual interaction and can be used to connect to Smart devices. To remedy the high cost of smart devices, we register a name in Alexa server as a smart device which comprises a Wi-Fi module and a relay. The Smart speaker and the Wi-Fi module form a single way communication which helps in controlling of appliance.&quot;,&quot;publisher&quot;:&quot;IOP Publishing Ltd&quot;,&quot;issue&quot;:&quot;1&quot;,&quot;volume&quot;:&quot;937&quot;},&quot;isTemporary&quot;:false}]},{&quot;citationID&quot;:&quot;MENDELEY_CITATION_70179a09-a892-48b2-8c8d-f87ed810174e&quot;,&quot;properties&quot;:{&quot;noteIndex&quot;:0},&quot;isEdited&quot;:false,&quot;manualOverride&quot;:{&quot;isManuallyOverridden&quot;:false,&quot;citeprocText&quot;:&quot;(Bhukya &amp;#38; Raj, 2022)&quot;,&quot;manualOverrideText&quot;:&quot;&quot;},&quot;citationTag&quot;:&quot;MENDELEY_CITATION_v3_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&quot;,&quot;citationItems&quot;:[{&quot;id&quot;:&quot;29bec5e7-1198-398f-a3d6-282fd4d7f23c&quot;,&quot;itemData&quot;:{&quot;type&quot;:&quot;paper-conference&quot;,&quot;id&quot;:&quot;29bec5e7-1198-398f-a3d6-282fd4d7f23c&quot;,&quot;title&quot;:&quot;Automatic Speaker Verification Spoof Detection and Countermeasures Using Gaussian Mixture Model&quot;,&quot;author&quot;:[{&quot;family&quot;:&quot;Bhukya&quot;,&quot;given&quot;:&quot;Ramesh K.&quot;,&quot;parse-names&quot;:false,&quot;dropping-particle&quot;:&quot;&quot;,&quot;non-dropping-particle&quot;:&quot;&quot;},{&quot;family&quot;:&quot;Raj&quot;,&quot;given&quot;:&quot;Aditya&quot;,&quot;parse-names&quot;:false,&quot;dropping-particle&quot;:&quot;&quot;,&quot;non-dropping-particle&quot;:&quot;&quot;}],&quot;container-title&quot;:&quot;9th IEEE Uttar Pradesh Section International Conference on Electrical, Electronics and Computer Engineering, UPCON 2022&quot;,&quot;DOI&quot;:&quot;10.1109/UPCON56432.2022.9986418&quot;,&quot;ISBN&quot;:&quot;9798350332506&quot;,&quot;issued&quot;:{&quot;date-parts&quot;:[[2022]]},&quot;abstract&quot;:&quot;Automatic Speaker Verification (ASV) is an emerging biometric authentication technique with the process of accepting/rejecting the users' claimed identity based on his/her speech samples. Robust countermeasures for spoofing attack detections are required to secure biometric systems from intruders. Anti-spoofing is also called replay detection in which voice is recorded, stored and replayed to deceive ASV systems. The ASVspoof series of challenge provides a shared anti-spoofing attack, ASVspoof 2019 focused on both synthetic and replay speech that are referred to as physical and logical access attacks, respectively. To build the robust system, we considered separate data for bonafide and spoofed voice data and implemented separate models for both classes. We addressed our system based on Gaussian Mixture Model, which is performed on ASVspoof 2019 Database. Finally, the experiments focused on both MFCC features and machine learned features have a comparable results with an equal error rate (EER) of 5.64% and 7.56 %.&quot;,&quot;publisher&quot;:&quot;Institute of Electrical and Electronics Engineers Inc.&quot;,&quot;container-title-short&quot;:&quot;&quot;},&quot;isTemporary&quot;:false}]},{&quot;citationID&quot;:&quot;MENDELEY_CITATION_bf69fb35-f046-4a7a-9ae6-3cf9bf78b6cb&quot;,&quot;properties&quot;:{&quot;noteIndex&quot;:0},&quot;isEdited&quot;:false,&quot;manualOverride&quot;:{&quot;isManuallyOverridden&quot;:false,&quot;citeprocText&quot;:&quot;(Wubet &amp;#38; Lian, 2022)&quot;,&quot;manualOverrideText&quot;:&quot;&quot;},&quot;citationTag&quot;:&quot;MENDELEY_CITATION_v3_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&quot;,&quot;citationItems&quot;:[{&quot;id&quot;:&quot;3b050049-d564-3d34-a8cb-1350c5e39ca9&quot;,&quot;itemData&quot;:{&quot;type&quot;:&quot;article-journal&quot;,&quot;id&quot;:&quot;3b050049-d564-3d34-a8cb-1350c5e39ca9&quot;,&quot;title&quot;:&quot;Voice Conversion Based Augmentation and a Hybrid CNN-LSTM Model for Improving Speaker-Independent Keyword Recognition on Limited Datasets&quot;,&quot;author&quot;:[{&quot;family&quot;:&quot;Wubet&quot;,&quot;given&quot;:&quot;Yeshanew Ale&quot;,&quot;parse-names&quot;:false,&quot;dropping-particle&quot;:&quot;&quot;,&quot;non-dropping-particle&quot;:&quot;&quot;},{&quot;family&quot;:&quot;Lian&quot;,&quot;given&quot;:&quot;Kuang Yow&quot;,&quot;parse-names&quot;:false,&quot;dropping-particle&quot;:&quot;&quot;,&quot;non-dropping-particle&quot;:&quot;&quot;}],&quot;container-title&quot;:&quot;IEEE Access&quot;,&quot;DOI&quot;:&quot;10.1109/ACCESS.2022.3200479&quot;,&quot;ISSN&quot;:&quot;21693536&quot;,&quot;issued&quot;:{&quot;date-parts&quot;:[[2022]]},&quot;page&quot;:&quot;89170-89180&quot;,&quot;abstract&quot;:&quot;Keyword recognition is the basis of speech recognition, and its application is rapidly increasing in keyword spotting, robotics, and smart home surveillance. Because of these advanced applications, improving the accuracy of keyword recognition is crucial. In this paper, we proposed voice conversion (VC) - based augmentation to increase the limited training dataset and a fusion of a convolutional neural network (CNN) and long-short term memory (LSTM) model for robust speaker-independent isolated keyword recognition. Collecting and preparing a sufficient amount of voice data for speaker-independent speech recognition is a tedious and bulky task. To overcome this, we generated new raw voices from the original voices using an auxiliary classifier conditional variational autoencoder (ACVAE) method. In this study, the main intention of voice conversion is to obtain numerous and various human-like keywords' voices that are not identical to the source and target speakers' pronunciation. Parallel VC was used to accurately maintain the linguistic content. We examined the performance of the proposed voice conversion augmentation techniques using robust deep neural network algorithms. Original training data, excluding generated voice using other data augmentation and regularization techniques, were considered as the baseline. The results showed that incorporating voice conversion augmentation into the baseline augmentation techniques and applying the CNN-LSTM model improved the accuracy of isolated keyword recognition.&quot;,&quot;publisher&quot;:&quot;Institute of Electrical and Electronics Engineers Inc.&quot;,&quot;volume&quot;:&quot;10&quot;,&quot;container-title-short&quot;:&quot;&quot;},&quot;isTemporary&quot;:false}]},{&quot;citationID&quot;:&quot;MENDELEY_CITATION_82236166-516f-456d-996a-1aced0ed187d&quot;,&quot;properties&quot;:{&quot;noteIndex&quot;:0},&quot;isEdited&quot;:false,&quot;manualOverride&quot;:{&quot;isManuallyOverridden&quot;:false,&quot;citeprocText&quot;:&quot;(Iliev &amp;#38; Ilieva, 2023)&quot;,&quot;manualOverrideText&quot;:&quot;&quot;},&quot;citationTag&quot;:&quot;MENDELEY_CITATION_v3_eyJjaXRhdGlvbklEIjoiTUVOREVMRVlfQ0lUQVRJT05fODIyMzYxNjYtNTE2Zi00NTZkLTk5NmEtMWFjZWQwZWQxODdk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quot;,&quot;citationItems&quot;:[{&quot;id&quot;:&quot;e02a351c-d236-385b-9f9c-2fa017c63bb1&quot;,&quot;itemData&quot;:{&quot;type&quot;:&quot;article-journal&quot;,&quot;id&quot;:&quot;e02a351c-d236-385b-9f9c-2fa017c63bb1&quot;,&quot;title&quot;:&quot;A Framework for Smart Home System with Voice Control Using NLP Methods&quot;,&quot;author&quot;:[{&quot;family&quot;:&quot;Iliev&quot;,&quot;given&quot;:&quot;Yuliy&quot;,&quot;parse-names&quot;:false,&quot;dropping-particle&quot;:&quot;&quot;,&quot;non-dropping-particle&quot;:&quot;&quot;},{&quot;family&quot;:&quot;Ilieva&quot;,&quot;given&quot;:&quot;Galina&quot;,&quot;parse-names&quot;:false,&quot;dropping-particle&quot;:&quot;&quot;,&quot;non-dropping-particle&quot;:&quot;&quot;}],&quot;container-title&quot;:&quot;Electronics (Switzerland)&quot;,&quot;DOI&quot;:&quot;10.3390/electronics12010116&quot;,&quot;ISSN&quot;:&quot;20799292&quot;,&quot;issued&quot;:{&quot;date-parts&quot;:[[2023,1,1]]},&quot;abstract&quot;:&quot;The proliferation of information technologies and the emergence of ubiquitous computing have quickly transformed electronic devices from isolated islands of data and control into interconnected parts of intelligent systems. These network-based systems have advanced features, including Internet of Things (IoT) sensors and actuators, multiple connectivity options and multimodal user interfaces, and they also enable remote monitoring and management. In order to develop a human machine interface of smart home systems with speech recognition, we propose a new IoT-fog-cloud framework using natural language processing (NLP) methods. The new methodology adds utterance to command transformation to the existing cloud-based speech-to-text and text-to-speech services. This approach is flexible and can be easily adapted for different types of automation systems and consumer electronics as well as to almost every non-tonal language not currently supported by online platforms for intent detection and classification. The proposed framework has been employed in the development of prototypes of voice user interface extension of existing smart security system via new service for speech intent recognition. Tests on the system were carried out and the obtained results show the effectiveness of the new voice communication option. The speech-based interface is reliable; it facilitates customers and improves their experience with smart home devices.&quot;,&quot;publisher&quot;:&quot;MDPI&quot;,&quot;issue&quot;:&quot;1&quot;,&quot;volume&quot;:&quot;12&quot;,&quot;container-title-short&quot;:&quot;&quot;},&quot;isTemporary&quot;:false}]},{&quot;citationID&quot;:&quot;MENDELEY_CITATION_87752bc5-0c57-42e5-a27c-4ab822436b2a&quot;,&quot;properties&quot;:{&quot;noteIndex&quot;:0},&quot;isEdited&quot;:false,&quot;manualOverride&quot;:{&quot;isManuallyOverridden&quot;:false,&quot;citeprocText&quot;:&quot;(Chang et al., 2022)&quot;,&quot;manualOverrideText&quot;:&quot;&quot;},&quot;citationTag&quot;:&quot;MENDELEY_CITATION_v3_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&quot;,&quot;citationItems&quot;:[{&quot;id&quot;:&quot;eb28e1c8-6299-34c9-89ad-ae454822eee4&quot;,&quot;itemData&quot;:{&quot;type&quot;:&quot;paper-conference&quot;,&quot;id&quot;:&quot;eb28e1c8-6299-34c9-89ad-ae454822eee4&quot;,&quot;title&quot;:&quot;DISTILHUBERT: SPEECH REPRESENTATION LEARNING BY LAYER-WISE DISTILLATION OF HIDDEN-UNIT BERT&quot;,&quot;author&quot;:[{&quot;family&quot;:&quot;Chang&quot;,&quot;given&quot;:&quot;Heng Jui&quot;,&quot;parse-names&quot;:false,&quot;dropping-particle&quot;:&quot;&quot;,&quot;non-dropping-particle&quot;:&quot;&quot;},{&quot;family&quot;:&quot;Yang&quot;,&quot;given&quot;:&quot;Shu Wen&quot;,&quot;parse-names&quot;:false,&quot;dropping-particle&quot;:&quot;&quot;,&quot;non-dropping-particle&quot;:&quot;&quot;},{&quot;family&quot;:&quot;Lee&quot;,&quot;given&quot;:&quot;Hung Yi&quot;,&quot;parse-names&quot;:false,&quot;dropping-particle&quot;:&quot;&quot;,&quot;non-dropping-particle&quot;:&quot;&quot;}],&quot;container-title&quot;:&quot;ICASSP, IEEE International Conference on Acoustics, Speech and Signal Processing - Proceedings&quot;,&quot;DOI&quot;:&quot;10.1109/ICASSP43922.2022.9747490&quot;,&quot;ISBN&quot;:&quot;9781665405409&quot;,&quot;ISSN&quot;:&quot;15206149&quot;,&quot;issued&quot;:{&quot;date-parts&quot;:[[2022]]},&quot;page&quot;:&quot;7087-7091&quot;,&quot;abstract&quot;:&quot;Self-supervised speech representation learning methods like wav2vec 2.0 and Hidden-unit BERT (HuBERT) leverage unlabeled speech data for pre-training and offer good representations for numerous speech processing tasks. Despite the success of these methods, they require large memory and high pre-training costs, making them inaccessible for researchers in academia and small companies. Therefore, this paper introduces DistilHuBERT, a novel multi-task learning framework to distill hidden representations from a HuBERT model directly. This method reduces HuBERT's size by 75% and 73% faster while retaining most performance in ten different tasks. Moreover, DistilHuBERT required little training time and data, opening the possibilities of pre-training personal and on-device SSL models for speech.&quot;,&quot;publisher&quot;:&quot;Institute of Electrical and Electronics Engineers Inc.&quot;,&quot;volume&quot;:&quot;2022-May&quot;,&quot;container-title-short&quot;:&quot;&quot;},&quot;isTemporary&quot;:false}]},{&quot;citationID&quot;:&quot;MENDELEY_CITATION_1a65c612-e897-47ef-b4af-1939d463138a&quot;,&quot;properties&quot;:{&quot;noteIndex&quot;:0},&quot;isEdited&quot;:false,&quot;manualOverride&quot;:{&quot;isManuallyOverridden&quot;:false,&quot;citeprocText&quot;:&quot;(Sajun et al., 2024)&quot;,&quot;manualOverrideText&quot;:&quot;&quot;},&quot;citationTag&quot;:&quot;MENDELEY_CITATION_v3_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&quot;,&quot;citationItems&quot;:[{&quot;id&quot;:&quot;2803976d-aa93-374e-926d-0dc074f94bdb&quot;,&quot;itemData&quot;:{&quot;type&quot;:&quot;article&quot;,&quot;id&quot;:&quot;2803976d-aa93-374e-926d-0dc074f94bdb&quot;,&quot;title&quot;:&quot;A Historical Survey of Advances in Transformer Architectures&quot;,&quot;author&quot;:[{&quot;family&quot;:&quot;Sajun&quot;,&quot;given&quot;:&quot;Ali Reza&quot;,&quot;parse-names&quot;:false,&quot;dropping-particle&quot;:&quot;&quot;,&quot;non-dropping-particle&quot;:&quot;&quot;},{&quot;family&quot;:&quot;Zualkernan&quot;,&quot;given&quot;:&quot;Imran&quot;,&quot;parse-names&quot;:false,&quot;dropping-particle&quot;:&quot;&quot;,&quot;non-dropping-particle&quot;:&quot;&quot;},{&quot;family&quot;:&quot;Sankalpa&quot;,&quot;given&quot;:&quot;Donthi&quot;,&quot;parse-names&quot;:false,&quot;dropping-particle&quot;:&quot;&quot;,&quot;non-dropping-particle&quot;:&quot;&quot;}],&quot;container-title&quot;:&quot;Applied Sciences (Switzerland)&quot;,&quot;DOI&quot;:&quot;10.3390/app14104316&quot;,&quot;ISSN&quot;:&quot;20763417&quot;,&quot;issued&quot;:{&quot;date-parts&quot;:[[2024,5,1]]},&quot;abstract&quot;:&quot;In recent times, transformer-based deep learning models have risen in prominence in the field of machine learning for a variety of tasks such as computer vision and text generation. Given this increased interest, a historical outlook at the development and rapid progression of transformer-based models becomes imperative in order to gain an understanding of the rise of this key architecture. This paper presents a survey of key works related to the early development and implementation of transformer models in various domains such as generative deep learning and as backbones of large language models. Previous works are classified based on their historical approaches, followed by key works in the domain of text-based applications, image-based applications, and miscellaneous applications. A quantitative and qualitative analysis of the various approaches is presented. Additionally, recent directions of transformer-related research such as those in the biomedical and timeseries domains are discussed. Finally, future research opportunities, especially regarding the multi-modality and optimization of the transformer training process, are identified.&quot;,&quot;publisher&quot;:&quot;Multidisciplinary Digital Publishing Institute (MDPI)&quot;,&quot;issue&quot;:&quot;10&quot;,&quot;volume&quot;:&quot;14&quot;,&quot;container-title-short&quot;:&quot;&quot;},&quot;isTemporary&quot;:false}]},{&quot;citationID&quot;:&quot;MENDELEY_CITATION_07d8aff0-42ad-407c-a5ab-fde12789a52a&quot;,&quot;properties&quot;:{&quot;noteIndex&quot;:0},&quot;isEdited&quot;:false,&quot;manualOverride&quot;:{&quot;isManuallyOverridden&quot;:false,&quot;citeprocText&quot;:&quot;(Iliev &amp;#38; Ilieva, 2023)&quot;,&quot;manualOverrideText&quot;:&quot;&quot;},&quot;citationTag&quot;:&quot;MENDELEY_CITATION_v3_eyJjaXRhdGlvbklEIjoiTUVOREVMRVlfQ0lUQVRJT05fMDdkOGFmZjAtNDJhZC00MDdjLWE1YWItZmRlMTI3ODlhNTJh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quot;,&quot;citationItems&quot;:[{&quot;id&quot;:&quot;e02a351c-d236-385b-9f9c-2fa017c63bb1&quot;,&quot;itemData&quot;:{&quot;type&quot;:&quot;article-journal&quot;,&quot;id&quot;:&quot;e02a351c-d236-385b-9f9c-2fa017c63bb1&quot;,&quot;title&quot;:&quot;A Framework for Smart Home System with Voice Control Using NLP Methods&quot;,&quot;author&quot;:[{&quot;family&quot;:&quot;Iliev&quot;,&quot;given&quot;:&quot;Yuliy&quot;,&quot;parse-names&quot;:false,&quot;dropping-particle&quot;:&quot;&quot;,&quot;non-dropping-particle&quot;:&quot;&quot;},{&quot;family&quot;:&quot;Ilieva&quot;,&quot;given&quot;:&quot;Galina&quot;,&quot;parse-names&quot;:false,&quot;dropping-particle&quot;:&quot;&quot;,&quot;non-dropping-particle&quot;:&quot;&quot;}],&quot;container-title&quot;:&quot;Electronics (Switzerland)&quot;,&quot;DOI&quot;:&quot;10.3390/electronics12010116&quot;,&quot;ISSN&quot;:&quot;20799292&quot;,&quot;issued&quot;:{&quot;date-parts&quot;:[[2023,1,1]]},&quot;abstract&quot;:&quot;The proliferation of information technologies and the emergence of ubiquitous computing have quickly transformed electronic devices from isolated islands of data and control into interconnected parts of intelligent systems. These network-based systems have advanced features, including Internet of Things (IoT) sensors and actuators, multiple connectivity options and multimodal user interfaces, and they also enable remote monitoring and management. In order to develop a human machine interface of smart home systems with speech recognition, we propose a new IoT-fog-cloud framework using natural language processing (NLP) methods. The new methodology adds utterance to command transformation to the existing cloud-based speech-to-text and text-to-speech services. This approach is flexible and can be easily adapted for different types of automation systems and consumer electronics as well as to almost every non-tonal language not currently supported by online platforms for intent detection and classification. The proposed framework has been employed in the development of prototypes of voice user interface extension of existing smart security system via new service for speech intent recognition. Tests on the system were carried out and the obtained results show the effectiveness of the new voice communication option. The speech-based interface is reliable; it facilitates customers and improves their experience with smart home devices.&quot;,&quot;publisher&quot;:&quot;MDPI&quot;,&quot;issue&quot;:&quot;1&quot;,&quot;volume&quot;:&quot;12&quot;,&quot;container-title-short&quot;:&quot;&quot;},&quot;isTemporary&quot;:false}]},{&quot;citationID&quot;:&quot;MENDELEY_CITATION_58ebc792-0710-4b50-8a65-1bbe96846cb0&quot;,&quot;properties&quot;:{&quot;noteIndex&quot;:0},&quot;isEdited&quot;:false,&quot;manualOverride&quot;:{&quot;isManuallyOverridden&quot;:false,&quot;citeprocText&quot;:&quot;(Lourme et al., 2023)&quot;,&quot;manualOverrideText&quot;:&quot;&quot;},&quot;citationTag&quot;:&quot;MENDELEY_CITATION_v3_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&quot;,&quot;citationItems&quot;:[{&quot;id&quot;:&quot;a2f650d8-f2ed-3d35-b4aa-e0a8a6d829f0&quot;,&quot;itemData&quot;:{&quot;type&quot;:&quot;paper-conference&quot;,&quot;id&quot;:&quot;a2f650d8-f2ed-3d35-b4aa-e0a8a6d829f0&quot;,&quot;title&quot;:&quot;ZBDS2023: A multi location Zigbee dataset to build innovative IoT Intrusion Detection Systems&quot;,&quot;author&quot;:[{&quot;family&quot;:&quot;Lourme&quot;,&quot;given&quot;:&quot;Olivier&quot;,&quot;parse-names&quot;:false,&quot;dropping-particle&quot;:&quot;&quot;,&quot;non-dropping-particle&quot;:&quot;&quot;},{&quot;family&quot;:&quot;Grimaud&quot;,&quot;given&quot;:&quot;Gilles&quot;,&quot;parse-names&quot;:false,&quot;dropping-particle&quot;:&quot;&quot;,&quot;non-dropping-particle&quot;:&quot;&quot;},{&quot;family&quot;:&quot;Hauspie&quot;,&quot;given&quot;:&quot;Michael&quot;,&quot;parse-names&quot;:false,&quot;dropping-particle&quot;:&quot;&quot;,&quot;non-dropping-particle&quot;:&quot;&quot;}],&quot;container-title&quot;:&quot;International Conference on Wireless and Mobile Computing, Networking and Communications&quot;,&quot;DOI&quot;:&quot;10.1109/WiMob58348.2023.10187745&quot;,&quot;ISBN&quot;:&quot;9798350336672&quot;,&quot;ISSN&quot;:&quot;21619654&quot;,&quot;issued&quot;:{&quot;date-parts&quot;:[[2023]]},&quot;page&quot;:&quot;84-91&quot;,&quot;abstract&quot;:&quot;The emergence of the Internet of Things (IoT) model featuring different types of wireless networks made of many different constrained devices conducts researchers to face new security challenges to protect these networks. Indeed, they need to build and evaluate dedicated monitoring tools and Intrusion Detection Systems (IDSs). To succeed in these goals, quality datasets including benign and under attack situations are necessary for all IoT protocols. However, if we consider for instance the smart-home sub-market dominated by Wi-Fi, Zigbee and BLE, only complete Wi-Fi datasets can easily be found today. To specifically overcome the lack of Zigbee datasets and contribute to the development of related IDSs, this paper presents ZBDS2023, a 10-day realistic Zigbee dataset made publicly available. Fully documented with metadata, it has been collected from a real populated smart home equipped with 10 recent Zigbee lighting devices. Some periods of capture are free of attack, allowing to build normality models, and some include various labelled attacks, enabling the evaluation of different intrusion detection strategies. Also, as an original second contribution, each emitted frame is captured by one to four demodulating passive probes distributed in the house. Besides providing redundancy concerning MAC layer data, the corresponding values of Received Signal Strength Indicator (RSSI) have also been made available. Being a physical feature, RSSI cannot be easily impersonated and as such, it is a priori a good candidate for participating in fingerprints feeding spoofing detection systems. Moreover, its extraction is uncostly and available in many wireless technologies. However, exploitation of RSSI time series is not trivial, especially in populated buildings. A third contribution using our dataset evaluates a naive attack detection system to serve as a baseline for future works.&quot;,&quot;publisher&quot;:&quot;IEEE Computer Society&quot;,&quot;volume&quot;:&quot;2023-June&quot;,&quot;container-title-short&quot;:&quot;&quot;},&quot;isTemporary&quot;:false}]},{&quot;citationID&quot;:&quot;MENDELEY_CITATION_5d64ab25-f8d3-4b4c-b3d3-42d2d0e306f0&quot;,&quot;properties&quot;:{&quot;noteIndex&quot;:0},&quot;isEdited&quot;:false,&quot;manualOverride&quot;:{&quot;isManuallyOverridden&quot;:false,&quot;citeprocText&quot;:&quot;(Hossain Shawon et al., 2022)&quot;,&quot;manualOverrideText&quot;:&quot;&quot;},&quot;citationTag&quot;:&quot;MENDELEY_CITATION_v3_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&quot;,&quot;citationItems&quot;:[{&quot;id&quot;:&quot;d983083e-7ba3-3789-ba96-65a255ccb47d&quot;,&quot;itemData&quot;:{&quot;type&quot;:&quot;paper-conference&quot;,&quot;id&quot;:&quot;d983083e-7ba3-3789-ba96-65a255ccb47d&quot;,&quot;title&quot;:&quot;Voice Controlled Smart Home Automation System Using Bluetooth Technology&quot;,&quot;author&quot;:[{&quot;family&quot;:&quot;Hossain Shawon&quot;,&quot;given&quot;:&quot;Md Sajjad&quot;,&quot;parse-names&quot;:false,&quot;dropping-particle&quot;:&quot;&quot;,&quot;non-dropping-particle&quot;:&quot;&quot;},{&quot;family&quot;:&quot;Das&quot;,&quot;given&quot;:&quot;Chinmoy&quot;,&quot;parse-names&quot;:false,&quot;dropping-particle&quot;:&quot;&quot;,&quot;non-dropping-particle&quot;:&quot;&quot;},{&quot;family&quot;:&quot;Ahammed&quot;,&quot;given&quot;:&quot;Md Tabil&quot;,&quot;parse-names&quot;:false,&quot;dropping-particle&quot;:&quot;&quot;,&quot;non-dropping-particle&quot;:&quot;&quot;},{&quot;family&quot;:&quot;Biswas&quot;,&quot;given&quot;:&quot;Gobinda&quot;,&quot;parse-names&quot;:false,&quot;dropping-particle&quot;:&quot;&quot;,&quot;non-dropping-particle&quot;:&quot;&quot;},{&quot;family&quot;:&quot;Mia&quot;,&quot;given&quot;:&quot;Md Shaurov&quot;,&quot;parse-names&quot;:false,&quot;dropping-particle&quot;:&quot;&quot;,&quot;non-dropping-particle&quot;:&quot;&quot;},{&quot;family&quot;:&quot;Akter Eva&quot;,&quot;given&quot;:&quot;Emima&quot;,&quot;parse-names&quot;:false,&quot;dropping-particle&quot;:&quot;&quot;,&quot;non-dropping-particle&quot;:&quot;&quot;},{&quot;family&quot;:&quot;Sakib&quot;,&quot;given&quot;:&quot;Md Nazmus&quot;,&quot;parse-names&quot;:false,&quot;dropping-particle&quot;:&quot;&quot;,&quot;non-dropping-particle&quot;:&quot;&quot;}],&quot;container-title&quot;:&quot;4th International Conference on Recent Trends in Computer Science and Technology, ICRTCST 2021 - Proceedings&quot;,&quot;DOI&quot;:&quot;10.1109/ICRTCST54752.2022.9781967&quot;,&quot;ISBN&quot;:&quot;9781665466332&quot;,&quot;issued&quot;:{&quot;date-parts&quot;:[[2022]]},&quot;page&quot;:&quot;67-72&quot;,&quot;abstract&quot;:&quot;Innovation is not a destination; it is a journey to explore. Smart home appliances are being introduced into our day-to-day lives and they have a vast future opportunity. To control these appliances, people are looking for new technologies. Bluetooth is a convenient way of wireless communication within a short distance. In this research work, an Android application-based Bluetooth-controlled smart home automation system has been introduced. A programmable Arduino Uno is the controlling heart that works based on programming commands. A Bluetooth module (HC-05) is used for wireless connectivity and a relay circuit for switching. An interactive Android graphical user interface (GUI) has been developed by adding touch and voice command features for those who are blind and unable to move easily. A speech recognition feature has also been added to the Android application. English and Bangla are two languages that have been integrated into the programming so that English is taught and local Bengali people can easily control home appliances by using voice command.&quot;,&quot;publisher&quot;:&quot;Institute of Electrical and Electronics Engineers Inc.&quot;,&quot;container-title-short&quot;:&quot;&quot;},&quot;isTemporary&quot;:false}]},{&quot;citationID&quot;:&quot;MENDELEY_CITATION_5538136a-ebef-4511-bd18-933f357a48e8&quot;,&quot;properties&quot;:{&quot;noteIndex&quot;:0},&quot;isEdited&quot;:false,&quot;manualOverride&quot;:{&quot;isManuallyOverridden&quot;:false,&quot;citeprocText&quot;:&quot;(Sepasgozar et al., 2020)&quot;,&quot;manualOverrideText&quot;:&quot;&quot;},&quot;citationTag&quot;:&quot;MENDELEY_CITATION_v3_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&quot;,&quot;citationItems&quot;:[{&quot;id&quot;:&quot;e1b147d7-c378-318a-94e1-0d1ae88ee734&quot;,&quot;itemData&quot;:{&quot;type&quot;:&quot;article-journal&quot;,&quot;id&quot;:&quot;e1b147d7-c378-318a-94e1-0d1ae88ee734&quot;,&quot;title&quot;:&quot;A systematic content review of artificial intelligence and the internet of things applications in smart home&quot;,&quot;author&quot;:[{&quot;family&quot;:&quot;Sepasgozar&quot;,&quot;given&quot;:&quot;Samad&quot;,&quot;parse-names&quot;:false,&quot;dropping-particle&quot;:&quot;&quot;,&quot;non-dropping-particle&quot;:&quot;&quot;},{&quot;family&quot;:&quot;Karimi&quot;,&quot;given&quot;:&quot;Reyhaneh&quot;,&quot;parse-names&quot;:false,&quot;dropping-particle&quot;:&quot;&quot;,&quot;non-dropping-particle&quot;:&quot;&quot;},{&quot;family&quot;:&quot;Farahzadi&quot;,&quot;given&quot;:&quot;Leila&quot;,&quot;parse-names&quot;:false,&quot;dropping-particle&quot;:&quot;&quot;,&quot;non-dropping-particle&quot;:&quot;&quot;},{&quot;family&quot;:&quot;Moezzi&quot;,&quot;given&quot;:&quot;Farimah&quot;,&quot;parse-names&quot;:false,&quot;dropping-particle&quot;:&quot;&quot;,&quot;non-dropping-particle&quot;:&quot;&quot;},{&quot;family&quot;:&quot;Shirowzhan&quot;,&quot;given&quot;:&quot;Sara&quot;,&quot;parse-names&quot;:false,&quot;dropping-particle&quot;:&quot;&quot;,&quot;non-dropping-particle&quot;:&quot;&quot;},{&quot;family&quot;:&quot;Ebrahimzadeh&quot;,&quot;given&quot;:&quot;Sanee M.&quot;,&quot;parse-names&quot;:false,&quot;dropping-particle&quot;:&quot;&quot;,&quot;non-dropping-particle&quot;:&quot;&quot;},{&quot;family&quot;:&quot;Hui&quot;,&quot;given&quot;:&quot;Felix&quot;,&quot;parse-names&quot;:false,&quot;dropping-particle&quot;:&quot;&quot;,&quot;non-dropping-particle&quot;:&quot;&quot;},{&quot;family&quot;:&quot;Aye&quot;,&quot;given&quot;:&quot;Lu&quot;,&quot;parse-names&quot;:false,&quot;dropping-particle&quot;:&quot;&quot;,&quot;non-dropping-particle&quot;:&quot;&quot;}],&quot;container-title&quot;:&quot;Applied Sciences (Switzerland)&quot;,&quot;DOI&quot;:&quot;10.3390/app10093074&quot;,&quot;ISSN&quot;:&quot;20763417&quot;,&quot;issued&quot;:{&quot;date-parts&quot;:[[2020,5,1]]},&quot;abstract&quot;:&quot;This article reviewed the state-of-the-art applications of the Internet of things (IoT) technology applied in homes for making them smart, automated, and digitalized in many respects. The literature presented various applications, systems, or methods and reported the results of using IoT, artificial intelligence (AI), and geographic information system (GIS) at homes. Because the technology has been advancing and users are experiencing IoT boom for smart built environment applications, especially smart homes and smart energy systems, it is necessary to identify the gaps, relation between current methods, and provide a coherent instruction of the whole process of designing smart homes. This article reviewed relevant papers within databases, such as Scopus, including journal papers published in between 2010 and 2019. These papers were then analyzed in terms of bibliography and content to identify more related systems, practices, and contributors. A designed systematic review method was used to identify and select the relevant papers, which were then reviewed for their content by means of coding. The presented systematic critical review focuses on systems developed and technologies used for smart homes. The main question is \&quot;What has been learned from a decade trailing smart system developments in different fields?\&quot;. We found that there is a considerable gap in the integration of AI and IoT and the use of geospatial data in smart home development. It was also found that there is a large gap in the literature in terms of limited integrated systems for energy efficiency and aged care system development. This article would enable researchers and professionals to fully understand those gaps in IoT-based environments and suggest ways to fill the gaps while designing smart homes where users have a higher level of thermal comfort while saving energy and greenhouse gas emissions. This article also raised new challenging questions on how IoT and existing developed systems could be improved and be further developed to address other issues of energy saving, which can steer the research direction to full smart systems. This would significantly help to design fully automated assistive systems to improve quality of life and decrease energy consumption.&quot;,&quot;publisher&quot;:&quot;MDPI AG&quot;,&quot;issue&quot;:&quot;9&quot;,&quot;volume&quot;:&quot;10&quot;,&quot;container-title-short&quot;:&quot;&quot;},&quot;isTemporary&quot;:false}]},{&quot;citationID&quot;:&quot;MENDELEY_CITATION_6164c65e-e68f-4df4-9e3a-be6bc0f13e1e&quot;,&quot;properties&quot;:{&quot;noteIndex&quot;:0},&quot;isEdited&quot;:false,&quot;manualOverride&quot;:{&quot;isManuallyOverridden&quot;:false,&quot;citeprocText&quot;:&quot;(Mayub et al., 2019)&quot;,&quot;manualOverrideText&quot;:&quot;&quot;},&quot;citationTag&quot;:&quot;MENDELEY_CITATION_v3_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&quot;,&quot;citationItems&quot;:[{&quot;id&quot;:&quot;4331a58e-4024-3872-8de8-5eb32814042d&quot;,&quot;itemData&quot;:{&quot;type&quot;:&quot;article-journal&quot;,&quot;id&quot;:&quot;4331a58e-4024-3872-8de8-5eb32814042d&quot;,&quot;title&quot;:&quot;Implementation smart home using internet of things&quot;,&quot;author&quot;:[{&quot;family&quot;:&quot;Mayub&quot;,&quot;given&quot;:&quot;Afrizal&quot;,&quot;parse-names&quot;:false,&quot;dropping-particle&quot;:&quot;&quot;,&quot;non-dropping-particle&quot;:&quot;&quot;},{&quot;family&quot;:&quot;Fahmizal&quot;,&quot;given&quot;:&quot;&quot;,&quot;parse-names&quot;:false,&quot;dropping-particle&quot;:&quot;&quot;,&quot;non-dropping-particle&quot;:&quot;&quot;},{&quot;family&quot;:&quot;Shidiq&quot;,&quot;given&quot;:&quot;Ma'ruf&quot;,&quot;parse-names&quot;:false,&quot;dropping-particle&quot;:&quot;&quot;,&quot;non-dropping-particle&quot;:&quot;&quot;},{&quot;family&quot;:&quot;Oktiawati&quot;,&quot;given&quot;:&quot;Unan Yusmaniar&quot;,&quot;parse-names&quot;:false,&quot;dropping-particle&quot;:&quot;&quot;,&quot;non-dropping-particle&quot;:&quot;&quot;},{&quot;family&quot;:&quot;Rosyid&quot;,&quot;given&quot;:&quot;Nur Rohman&quot;,&quot;parse-names&quot;:false,&quot;dropping-particle&quot;:&quot;&quot;,&quot;non-dropping-particle&quot;:&quot;&quot;}],&quot;container-title&quot;:&quot;Telkomnika (Telecommunication Computing Electronics and Control)&quot;,&quot;DOI&quot;:&quot;10.12928/TELKOMNIKA.v17i6.11722&quot;,&quot;ISSN&quot;:&quot;23029293&quot;,&quot;issued&quot;:{&quot;date-parts&quot;:[[2019,12,1]]},&quot;page&quot;:&quot;3126-3136&quot;,&quot;abstract&quot;:&quot;Development in technology of information today provides various facilities to support human activity. One technology that facilitates human is the use of automated systems, the application of smart home system makes it easier for users to control household electronic devices. This study addresses one of the smart home solutions with automation systems. The system is built using ESP8266 and Raspberry Pi devices, by utilizing MQTT, REST and Laravel framework protocols. With Arduino, Python and PHP programming, household devices can be controlled both automatically and manually. Control system can be done by using web, chatbot, and physically. The communication used utilizes wireless network. With the designed system, the users can control the device, gain information and get warning. The information provided by the system is obtained from open data on the internet and from the sensor installed on the device. Copyright&quot;,&quot;publisher&quot;:&quot;Universitas Ahmad Dahlan&quot;,&quot;issue&quot;:&quot;6&quot;,&quot;volume&quot;:&quot;17&quot;,&quot;container-title-short&quot;:&quot;&quot;},&quot;isTemporary&quot;:false}]},{&quot;citationID&quot;:&quot;MENDELEY_CITATION_d85f790d-be4e-4048-b51c-3eb0b534d4d7&quot;,&quot;properties&quot;:{&quot;noteIndex&quot;:0},&quot;isEdited&quot;:false,&quot;manualOverride&quot;:{&quot;isManuallyOverridden&quot;:false,&quot;citeprocText&quot;:&quot;(Reig et al., 2022)&quot;,&quot;manualOverrideText&quot;:&quot;&quot;},&quot;citationTag&quot;:&quot;MENDELEY_CITATION_v3_eyJjaXRhdGlvbklEIjoiTUVOREVMRVlfQ0lUQVRJT05fZDg1Zjc5MGQtYmU0ZS00MDQ4LWI1MWMtM2ViMGI1MzRkNGQ3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container-title-short&quot;:&quot;IEEE Trans Hum Mach Syst&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isTemporary&quot;:false}]},{&quot;citationID&quot;:&quot;MENDELEY_CITATION_eb17d9af-c0f6-4afc-9c48-114639207299&quot;,&quot;properties&quot;:{&quot;noteIndex&quot;:0},&quot;isEdited&quot;:false,&quot;manualOverride&quot;:{&quot;isManuallyOverridden&quot;:false,&quot;citeprocText&quot;:&quot;(Shazhaev et al., 2023)&quot;,&quot;manualOverrideText&quot;:&quot;&quot;},&quot;citationTag&quot;:&quot;MENDELEY_CITATION_v3_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&quot;,&quot;citationItems&quot;:[{&quot;id&quot;:&quot;7d11f901-9ec4-39e7-abde-04b0b7c1ca5d&quot;,&quot;itemData&quot;:{&quot;type&quot;:&quot;article-journal&quot;,&quot;id&quot;:&quot;7d11f901-9ec4-39e7-abde-04b0b7c1ca5d&quot;,&quot;title&quot;:&quot;Personal Voice Assistant: from Inception to Everyday Application&quot;,&quot;author&quot;:[{&quot;family&quot;:&quot;Shazhaev&quot;,&quot;given&quot;:&quot;Ilman&quot;,&quot;parse-names&quot;:false,&quot;dropping-particle&quot;:&quot;&quot;,&quot;non-dropping-particle&quot;:&quot;&quot;},{&quot;family&quot;:&quot;Mikhaylov&quot;,&quot;given&quot;:&quot;Dmitry&quot;,&quot;parse-names&quot;:false,&quot;dropping-particle&quot;:&quot;&quot;,&quot;non-dropping-particle&quot;:&quot;&quot;},{&quot;family&quot;:&quot;Shafeeg&quot;,&quot;given&quot;:&quot;Abdulla&quot;,&quot;parse-names&quot;:false,&quot;dropping-particle&quot;:&quot;&quot;,&quot;non-dropping-particle&quot;:&quot;&quot;},{&quot;family&quot;:&quot;Tularov&quot;,&quot;given&quot;:&quot;Arbi&quot;,&quot;parse-names&quot;:false,&quot;dropping-particle&quot;:&quot;&quot;,&quot;non-dropping-particle&quot;:&quot;&quot;},{&quot;family&quot;:&quot;Shazhaev&quot;,&quot;given&quot;:&quot;Islam&quot;,&quot;parse-names&quot;:false,&quot;dropping-particle&quot;:&quot;&quot;,&quot;non-dropping-particle&quot;:&quot;&quot;}],&quot;container-title&quot;:&quot;Indonesian Journal of Data and Science&quot;,&quot;DOI&quot;:&quot;10.56705/ijodas.v4i2.69&quot;,&quot;issued&quot;:{&quot;date-parts&quot;:[[2023,7,31]]},&quot;page&quot;:&quot;64-72&quot;,&quot;abstract&quot;:&quot;The creation of automatic speech recognition systems is a popular trend in the development of information technology. These technologies are developing at a very fast pace, gradually covering more and more areas: already now we can say how firmly they have settled in our lives. The term \&quot;speech technologies\&quot; means a fairly large layer of information technologies, but one of the most advanced products in this area is a voice assistant, which includes the use of all types of speech technologies: speech recognition, speech synthesis, a system for developing and analyzing voice information, and voice biometrics. A voice assistant is software that allows you to control your device using voice commands. The range of possibilities does not end with the execution of commands; a modern assistant is even able to maintain a conversation with the user. Since the voice assistant is a complex innovation that consists of many different technologies, the task of a smart assistant is to ensure that they work smoothly with each other. Now there are many voice assistants on the market that can make life easier for a person. Now you don’t have to manually enter a question into a search engine or search for a song, you just need to say what you want, and the voice assistant will find everything on its own. But every year there are more and more assistants and it becomes more and more difficult for the average user to choose, because each assistant has its own characteristics. Nevertheless, the daily use of this technology is becoming more widespread. Another area that is rapidly developing is gaming. Using more and more innovations, the next logical step is to implement a voice assistant, at least at the training stage. However, real progress is out of the question for the time being.&quot;,&quot;publisher&quot;:&quot;Yocto Brain&quot;,&quot;issue&quot;:&quot;2&quot;,&quot;volume&quot;:&quot;4&quot;,&quot;container-title-short&quot;:&quot;&quot;},&quot;isTemporary&quot;:false}]},{&quot;citationID&quot;:&quot;MENDELEY_CITATION_e5b0b331-b1e6-43e3-a197-2d6c46c8f7ad&quot;,&quot;properties&quot;:{&quot;noteIndex&quot;:0},&quot;isEdited&quot;:false,&quot;manualOverride&quot;:{&quot;isManuallyOverridden&quot;:false,&quot;citeprocText&quot;:&quot;(Gayathri et al., 2022)&quot;,&quot;manualOverrideText&quot;:&quot;&quot;},&quot;citationTag&quot;:&quot;MENDELEY_CITATION_v3_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&quot;,&quot;citationItems&quot;:[{&quot;id&quot;:&quot;d525314b-e3da-36e2-9d93-b40c2b5a41cf&quot;,&quot;itemData&quot;:{&quot;type&quot;:&quot;paper-conference&quot;,&quot;id&quot;:&quot;d525314b-e3da-36e2-9d93-b40c2b5a41cf&quot;,&quot;title&quot;:&quot;Intelligent Smart Home Security System: A Deep Learning Approach&quot;,&quot;author&quot;:[{&quot;family&quot;:&quot;Gayathri&quot;,&quot;given&quot;:&quot;P.&quot;,&quot;parse-names&quot;:false,&quot;dropping-particle&quot;:&quot;&quot;,&quot;non-dropping-particle&quot;:&quot;&quot;},{&quot;family&quot;:&quot;Stalin&quot;,&quot;given&quot;:&quot;Aby&quot;,&quot;parse-names&quot;:false,&quot;dropping-particle&quot;:&quot;&quot;,&quot;non-dropping-particle&quot;:&quot;&quot;},{&quot;family&quot;:&quot;Anand&quot;,&quot;given&quot;:&quot;Sruthy&quot;,&quot;parse-names&quot;:false,&quot;dropping-particle&quot;:&quot;&quot;,&quot;non-dropping-particle&quot;:&quot;&quot;}],&quot;container-title&quot;:&quot;IEEE Region 10 Humanitarian Technology Conference, R10-HTC&quot;,&quot;DOI&quot;:&quot;10.1109/R10-HTC54060.2022.9929516&quot;,&quot;ISBN&quot;:&quot;9781665401562&quot;,&quot;ISSN&quot;:&quot;25727621&quot;,&quot;issued&quot;:{&quot;date-parts&quot;:[[2022]]},&quot;page&quot;:&quot;438-444&quot;,&quot;abstract&quot;:&quot;There is an increase in crime rates due to the rapid population growth and lack of enough security systems to monitor the city population. The crimes in cities primarily affect the elderly and women living alone in their homes. Smart Home security systems are a promising development that addresses the security and monitoring issues faced by the citizens living in big cities. This work presents a unique Internet of Things (IoT) based intelligent home security system integrated with object detection and classification using deep learning to enhance the home surveillance system. Our work helps to assist humans by identifying the visitors coming to the home premises using a combination of IoT and Deep Learning techniques to reduce the vulnerability of old age and women living alone in the urban area. This work will help provide more intelligence to the security and surveillance systems in the unique home environment.&quot;,&quot;publisher&quot;:&quot;Institute of Electrical and Electronics Engineers Inc.&quot;,&quot;volume&quot;:&quot;2022-September&quot;,&quot;container-title-short&quot;:&quot;&quot;},&quot;isTemporary&quot;:false}]},{&quot;citationID&quot;:&quot;MENDELEY_CITATION_b35f0763-674b-437e-96f1-be023a5b76cf&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YjM1ZjA3NjMtNjc0Yi00MzdlLTk2ZjEtYmUwMjNhNWI3NmNm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quot;,&quot;citationItems&quot;:[{&quot;id&quot;:&quot;7e41abb2-d7bc-3910-84a9-6d7c72dd3b8e&quot;,&quot;itemData&quot;:{&quot;type&quot;:&quot;article-journal&quot;,&quot;id&quot;:&quot;7e41abb2-d7bc-3910-84a9-6d7c72dd3b8e&quot;,&quot;title&quot;:&quot;IoT based smart and intelligent smart city energy optimization&quot;,&quot;author&quot;:[{&quot;family&quot;:&quot;Chen&quot;,&quot;given&quot;:&quot;Zhong&quot;,&quot;parse-names&quot;:false,&quot;dropping-particle&quot;:&quot;&quot;,&quot;non-dropping-particle&quot;:&quot;&quot;},{&quot;family&quot;:&quot;Sivaparthipan&quot;,&quot;given&quot;:&quot;C. B.&quot;,&quot;parse-names&quot;:false,&quot;dropping-particle&quot;:&quot;&quot;,&quot;non-dropping-particle&quot;:&quot;&quot;},{&quot;family&quot;:&quot;Muthu&quot;,&quot;given&quot;:&quot;Bala Anand&quot;,&quot;parse-names&quot;:false,&quot;dropping-particle&quot;:&quot;&quot;,&quot;non-dropping-particle&quot;:&quot;&quot;}],&quot;container-title&quot;:&quot;Sustainable Energy Technologies and Assessments&quot;,&quot;accessed&quot;:{&quot;date-parts&quot;:[[2024,11,4]]},&quot;DOI&quot;:&quot;10.1016/J.SETA.2021.101724&quot;,&quot;ISSN&quot;:&quot;2213-1388&quot;,&quot;issued&quot;:{&quot;date-parts&quot;:[[2022,2,1]]},&quot;page&quot;:&quot;101724&quot;,&quot;abstract&quot;:&quot;With the effective result of IoT architecture in all research areas, we propose IoT framework based energy efficient smart and intelligent street road lighting system that consist of IoT sensor bases smart electric pole with controller for tuning LED lamps. In our work we replace traditional metal halide lamps with mesophic design LED lamps based on human eye sensitivity and it provides significant saving of energy too. Based on the sensor unit information about traffic flow and presence and absence of occupant smart and intelligent decision making module compute intensity level that generate different width pulse using PWM dimming system which triggers LED power switch via DALI controller mounted inside LED Light Controller. For efficient use of sustainable energy resources we use sustainable power systems that consist of PV solar panel units, Battery storage systems and smart electric power grids. For the charging battery system we use MPPT based dynamic battery charging algorithm. From experiment and simulated result, we observe that proposed energy efficient Smart Street lighting saves considerable amount of energy during peak and off peak hours not only at highway roads but at residential and sub-urban pedestrian areas also. It will finally decrease the consumption of energy and carbon emission. We perform comparative result analysis of proposed systems with existing lighting systems based on energy consumption. Our experimentation result also represents the effectiveness of the proposed dynamic battery charging algorithm based on the battery storage PV solar panel system performance.&quot;,&quot;publisher&quot;:&quot;Elsevier&quot;,&quot;volume&quot;:&quot;49&quot;,&quot;container-title-short&quot;:&quot;&quot;},&quot;isTemporary&quot;:false}]},{&quot;citationID&quot;:&quot;MENDELEY_CITATION_88a48428-7090-45ac-96e6-4981abf2eb7a&quot;,&quot;properties&quot;:{&quot;noteIndex&quot;:0},&quot;isEdited&quot;:false,&quot;manualOverride&quot;:{&quot;isManuallyOverridden&quot;:false,&quot;citeprocText&quot;:&quot;(Reig et al., 2022)&quot;,&quot;manualOverrideText&quot;:&quot;&quot;},&quot;citationTag&quot;:&quot;MENDELEY_CITATION_v3_eyJjaXRhdGlvbklEIjoiTUVOREVMRVlfQ0lUQVRJT05fODhhNDg0MjgtNzA5MC00NWFjLTk2ZTYtNDk4MWFiZjJlYjd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container-title-short&quot;:&quot;IEEE Trans Hum Mach Syst&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isTemporary&quot;:false}]},{&quot;citationID&quot;:&quot;MENDELEY_CITATION_cb5fb6f6-2d52-46d9-9ac4-550f0f040b1a&quot;,&quot;properties&quot;:{&quot;noteIndex&quot;:0},&quot;isEdited&quot;:false,&quot;manualOverride&quot;:{&quot;isManuallyOverridden&quot;:false,&quot;citeprocText&quot;:&quot;(Reig et al., 2022)&quot;,&quot;manualOverrideText&quot;:&quot;&quot;},&quot;citationTag&quot;:&quot;MENDELEY_CITATION_v3_eyJjaXRhdGlvbklEIjoiTUVOREVMRVlfQ0lUQVRJT05fY2I1ZmI2ZjYtMmQ1Mi00NmQ5LTlhYzQtNTUwZjBmMDQwYjF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container-title-short&quot;:&quot;IEEE Trans Hum Mach Syst&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isTemporary&quot;:false}]},{&quot;citationID&quot;:&quot;MENDELEY_CITATION_cb929326-9c28-498d-aaa6-eceb1dc89033&quot;,&quot;properties&quot;:{&quot;noteIndex&quot;:0},&quot;isEdited&quot;:false,&quot;manualOverride&quot;:{&quot;isManuallyOverridden&quot;:false,&quot;citeprocText&quot;:&quot;(Heitkaemper et al., 2024)&quot;,&quot;manualOverrideText&quot;:&quot;&quot;},&quot;citationTag&quot;:&quot;MENDELEY_CITATION_v3_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&quot;,&quot;citationItems&quot;:[{&quot;id&quot;:&quot;d700b58c-71a5-3c46-bc46-7a9c89d00252&quot;,&quot;itemData&quot;:{&quot;type&quot;:&quot;paper-conference&quot;,&quot;id&quot;:&quot;d700b58c-71a5-3c46-bc46-7a9c89d00252&quot;,&quot;title&quot;:&quot;IMPROVING ACOUSTIC ECHO CANCELLATION FOR VOICE ASSISTANTS USING NEURAL ECHO SUPPRESSION AND MULTI-MICROPHONE NOISE REDUCTION&quot;,&quot;author&quot;:[{&quot;family&quot;:&quot;Heitkaemper&quot;,&quot;given&quot;:&quot;Jens&quot;,&quot;parse-names&quot;:false,&quot;dropping-particle&quot;:&quot;&quot;,&quot;non-dropping-particle&quot;:&quot;&quot;},{&quot;family&quot;:&quot;Narayanan&quot;,&quot;given&quot;:&quot;Arun&quot;,&quot;parse-names&quot;:false,&quot;dropping-particle&quot;:&quot;&quot;,&quot;non-dropping-particle&quot;:&quot;&quot;},{&quot;family&quot;:&quot;Shabestary&quot;,&quot;given&quot;:&quot;Turaj Zakizadeh&quot;,&quot;parse-names&quot;:false,&quot;dropping-particle&quot;:&quot;&quot;,&quot;non-dropping-particle&quot;:&quot;&quot;},{&quot;family&quot;:&quot;Panchapagesan&quot;,&quot;given&quot;:&quot;Sankaran&quot;,&quot;parse-names&quot;:false,&quot;dropping-particle&quot;:&quot;&quot;,&quot;non-dropping-particle&quot;:&quot;&quot;},{&quot;family&quot;:&quot;Walker&quot;,&quot;given&quot;:&quot;James&quot;,&quot;parse-names&quot;:false,&quot;dropping-particle&quot;:&quot;&quot;,&quot;non-dropping-particle&quot;:&quot;&quot;},{&quot;family&quot;:&quot;Gajare&quot;,&quot;given&quot;:&quot;Bhalchandra&quot;,&quot;parse-names&quot;:false,&quot;dropping-particle&quot;:&quot;&quot;,&quot;non-dropping-particle&quot;:&quot;&quot;},{&quot;family&quot;:&quot;Regev&quot;,&quot;given&quot;:&quot;Shlomi&quot;,&quot;parse-names&quot;:false,&quot;dropping-particle&quot;:&quot;&quot;,&quot;non-dropping-particle&quot;:&quot;&quot;},{&quot;family&quot;:&quot;Dudani&quot;,&quot;given&quot;:&quot;Ajay&quot;,&quot;parse-names&quot;:false,&quot;dropping-particle&quot;:&quot;&quot;,&quot;non-dropping-particle&quot;:&quot;&quot;},{&quot;family&quot;:&quot;Gruenstein&quot;,&quot;given&quot;:&quot;Alexander&quot;,&quot;parse-names&quot;:false,&quot;dropping-particle&quot;:&quot;&quot;,&quot;non-dropping-particle&quot;:&quot;&quot;}],&quot;container-title&quot;:&quot;ICASSP, IEEE International Conference on Acoustics, Speech and Signal Processing - Proceedings&quot;,&quot;DOI&quot;:&quot;10.1109/ICASSP48485.2024.10447477&quot;,&quot;ISBN&quot;:&quot;9798350344851&quot;,&quot;ISSN&quot;:&quot;15206149&quot;,&quot;issued&quot;:{&quot;date-parts&quot;:[[2024]]},&quot;page&quot;:&quot;736-740&quot;,&quot;abstract&quot;:&quot;Keyword spotting (KS) and automatic speech recognition (ASR) on smart speakers in a home environment with interfering signals from loudspeakers are challenging tasks to this day, despite improvements in acoustic echo cancellation (AEC) systems. In this work we propose to combine a single microphone AEC system, consisting of an adaptive linear filter (linear AEC) and a neural echo suppressor (NES), with an adaptive filter developed for multi-microphone noise reduction, called Cleaner. This additional enhancement step allows the AEC system to profit from spatial information to remove residual echo. The single microphone NES model improves upon the waveform domain counterpart proposed in [1] using a frequency domain representation that helps with generalization. Furthermore, we show that using multiple linear AEC configurations during model training provides large gains over a fixed configuration. On the hardest considered test condition, the proposed system outperforms the baseline model [1] for single microphone input by 66 % (relative) in KS false reject rate (FRR) and 52 % (relative) in ASR word error rate (WER). Using the multi-microphone setting, the FRR is reduced by an additional 52 % and the WER by an additional 32 %.&quot;,&quot;publisher&quot;:&quot;Institute of Electrical and Electronics Engineers Inc.&quot;,&quot;container-title-short&quot;:&quot;&quot;},&quot;isTemporary&quot;:false}]},{&quot;citationID&quot;:&quot;MENDELEY_CITATION_736fcecb-b541-4e6c-8539-f415b7506ed5&quot;,&quot;properties&quot;:{&quot;noteIndex&quot;:0},&quot;isEdited&quot;:false,&quot;manualOverride&quot;:{&quot;isManuallyOverridden&quot;:false,&quot;citeprocText&quot;:&quot;(Fathullah et al., 2024)&quot;,&quot;manualOverrideText&quot;:&quot;&quot;},&quot;citationTag&quot;:&quot;MENDELEY_CITATION_v3_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&quot;,&quot;citationItems&quot;:[{&quot;id&quot;:&quot;1c1e8d7e-ba6d-354a-86ca-7b3cce4b163f&quot;,&quot;itemData&quot;:{&quot;type&quot;:&quot;paper-conference&quot;,&quot;id&quot;:&quot;1c1e8d7e-ba6d-354a-86ca-7b3cce4b163f&quot;,&quot;title&quot;:&quot;Prompting Large Language Models with Speech Recognition Abilities&quot;,&quot;author&quot;:[{&quot;family&quot;:&quot;Fathullah&quot;,&quot;given&quot;:&quot;Yassir&quot;,&quot;parse-names&quot;:false,&quot;dropping-particle&quot;:&quot;&quot;,&quot;non-dropping-particle&quot;:&quot;&quot;},{&quot;family&quot;:&quot;Wu&quot;,&quot;given&quot;:&quot;Chunyang&quot;,&quot;parse-names&quot;:false,&quot;dropping-particle&quot;:&quot;&quot;,&quot;non-dropping-particle&quot;:&quot;&quot;},{&quot;family&quot;:&quot;Lakomkin&quot;,&quot;given&quot;:&quot;Egor&quot;,&quot;parse-names&quot;:false,&quot;dropping-particle&quot;:&quot;&quot;,&quot;non-dropping-particle&quot;:&quot;&quot;},{&quot;family&quot;:&quot;Jia&quot;,&quot;given&quot;:&quot;Junteng&quot;,&quot;parse-names&quot;:false,&quot;dropping-particle&quot;:&quot;&quot;,&quot;non-dropping-particle&quot;:&quot;&quot;},{&quot;family&quot;:&quot;Shangguan&quot;,&quot;given&quot;:&quot;Yuan&quot;,&quot;parse-names&quot;:false,&quot;dropping-particle&quot;:&quot;&quot;,&quot;non-dropping-particle&quot;:&quot;&quot;},{&quot;family&quot;:&quot;Li&quot;,&quot;given&quot;:&quot;Ke&quot;,&quot;parse-names&quot;:false,&quot;dropping-particle&quot;:&quot;&quot;,&quot;non-dropping-particle&quot;:&quot;&quot;},{&quot;family&quot;:&quot;Guo&quot;,&quot;given&quot;:&quot;Jinxi&quot;,&quot;parse-names&quot;:false,&quot;dropping-particle&quot;:&quot;&quot;,&quot;non-dropping-particle&quot;:&quot;&quot;},{&quot;family&quot;:&quot;Xiong&quot;,&quot;given&quot;:&quot;Wenhan&quot;,&quot;parse-names&quot;:false,&quot;dropping-particle&quot;:&quot;&quot;,&quot;non-dropping-particle&quot;:&quot;&quot;},{&quot;family&quot;:&quot;Mahadeokar&quot;,&quot;given&quot;:&quot;Jay&quot;,&quot;parse-names&quot;:false,&quot;dropping-particle&quot;:&quot;&quot;,&quot;non-dropping-particle&quot;:&quot;&quot;},{&quot;family&quot;:&quot;Kalinli&quot;,&quot;given&quot;:&quot;Ozlem&quot;,&quot;parse-names&quot;:false,&quot;dropping-particle&quot;:&quot;&quot;,&quot;non-dropping-particle&quot;:&quot;&quot;},{&quot;family&quot;:&quot;Fuegen&quot;,&quot;given&quot;:&quot;Christian&quot;,&quot;parse-names&quot;:false,&quot;dropping-particle&quot;:&quot;&quot;,&quot;non-dropping-particle&quot;:&quot;&quot;},{&quot;family&quot;:&quot;Seltzer&quot;,&quot;given&quot;:&quot;Mike&quot;,&quot;parse-names&quot;:false,&quot;dropping-particle&quot;:&quot;&quot;,&quot;non-dropping-particle&quot;:&quot;&quot;}],&quot;DOI&quot;:&quot;10.1109/icassp48485.2024.10447605&quot;,&quot;ISSN&quot;:&quot;15206149&quot;,&quot;issued&quot;:{&quot;date-parts&quot;:[[2024,3,18]]},&quot;page&quot;:&quot;13351-13355&quot;,&quot;abstract&quot;:&quot;Large language models have proven themselves highly flexible, able to solve a wide range of generative tasks, such as abstractive summarization and open-ended question answering. In this paper we extend the capabilities of LLMs by directly attaching a small audio encoder allowing it to perform speech recognition. By directly prepending a sequence of audial embeddings to the text token embeddings, the LLM can be converted to an automatic speech recognition (ASR) system, and be used in the exact same manner as its textual counterpart. Experiments on Multilingual LibriSpeech (MLS) show that incorporating a conformer encoder into the open sourced LLaMA-7B allows it to outperform monolingual baselines by 18% and perform multilingual speech recognition despite LLaMA being trained overwhelmingly on English text. Furthermore, we perform ablation studies to investigate whether the LLM can be completely frozen during training to maintain its original capabilities, scaling up the audio encoder, and increasing the audio encoder striding to generate fewer embeddings. The results from these studies show that multilingual ASR is possible even when the LLM is frozen or when strides of almost 1 second are used in the audio encoder opening up the possibility for LLMs to operate on long-form audio.&quot;,&quot;publisher&quot;:&quot;Institute of Electrical and Electronics Engineers (IEEE)&quot;,&quot;container-title-short&quot;:&quot;&quot;},&quot;isTemporary&quot;:false}]},{&quot;citationID&quot;:&quot;MENDELEY_CITATION_3b4c0499-16e4-4712-aa6e-42883bfb0ef9&quot;,&quot;properties&quot;:{&quot;noteIndex&quot;:0},&quot;isEdited&quot;:false,&quot;manualOverride&quot;:{&quot;isManuallyOverridden&quot;:false,&quot;citeprocText&quot;:&quot;(Somesh et al., 2020)&quot;,&quot;manualOverrideText&quot;:&quot;&quot;},&quot;citationTag&quot;:&quot;MENDELEY_CITATION_v3_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&quot;,&quot;citationItems&quot;:[{&quot;id&quot;:&quot;31891882-f039-3522-aaf9-b764c6e9da50&quot;,&quot;itemData&quot;:{&quot;type&quot;:&quot;paper-conference&quot;,&quot;id&quot;:&quot;31891882-f039-3522-aaf9-b764c6e9da50&quot;,&quot;title&quot;:&quot;Real time Implementation of Home appliance control using ALEXA&quot;,&quot;author&quot;:[{&quot;family&quot;:&quot;Somesh&quot;,&quot;given&quot;:&quot;S.&quot;,&quot;parse-names&quot;:false,&quot;dropping-particle&quot;:&quot;&quot;,&quot;non-dropping-particle&quot;:&quot;&quot;},{&quot;family&quot;:&quot;Senthilnathan&quot;,&quot;given&quot;:&quot;N.&quot;,&quot;parse-names&quot;:false,&quot;dropping-particle&quot;:&quot;&quot;,&quot;non-dropping-particle&quot;:&quot;&quot;},{&quot;family&quot;:&quot;Sabarimuthu&quot;,&quot;given&quot;:&quot;M.&quot;,&quot;parse-names&quot;:false,&quot;dropping-particle&quot;:&quot;&quot;,&quot;non-dropping-particle&quot;:&quot;&quot;},{&quot;family&quot;:&quot;Kumar&quot;,&quot;given&quot;:&quot;A. Santhosh&quot;,&quot;parse-names&quot;:false,&quot;dropping-particle&quot;:&quot;&quot;,&quot;non-dropping-particle&quot;:&quot;&quot;},{&quot;family&quot;:&quot;Rishikeshanan&quot;,&quot;given&quot;:&quot;R.&quot;,&quot;parse-names&quot;:false,&quot;dropping-particle&quot;:&quot;&quot;,&quot;non-dropping-particle&quot;:&quot;&quot;},{&quot;family&quot;:&quot;Bala&quot;,&quot;given&quot;:&quot;V.&quot;,&quot;parse-names&quot;:false,&quot;dropping-particle&quot;:&quot;&quot;,&quot;non-dropping-particle&quot;:&quot;&quot;}],&quot;container-title&quot;:&quot;IOP Conference Series: Materials Science and Engineering&quot;,&quot;container-title-short&quot;:&quot;IOP Conf Ser Mater Sci Eng&quot;,&quot;DOI&quot;:&quot;10.1088/1757-899X/937/1/012008&quot;,&quot;ISSN&quot;:&quot;1757899X&quot;,&quot;issued&quot;:{&quot;date-parts&quot;:[[2020,10,1]]},&quot;abstract&quot;:&quot;In recent years, Internet of Things (IOT) is being playing a major role in automation of Industries. Smart home systems are being employed in buildings to improve energy efficiency and reduce power wastage. Voice recognition is the current trend in automation. Regular methods of switching systems are difficult for paraplegic persons and blind persons since blind people can't use the SMS method of automation. So voice recognition methods are preferred. Voice recognition systems involve calibration and programming to accept the user commands and operate the appliance. Amazon Echo dot, a smart speaker has an internally programmed Artificial Intelligence known as Alexa. It offers dual interaction and can be used to connect to Smart devices. To remedy the high cost of smart devices, we register a name in Alexa server as a smart device which comprises a Wi-Fi module and a relay. The Smart speaker and the Wi-Fi module form a single way communication which helps in controlling of appliance.&quot;,&quot;publisher&quot;:&quot;IOP Publishing Ltd&quot;,&quot;issue&quot;:&quot;1&quot;,&quot;volume&quot;:&quot;937&quot;},&quot;isTemporary&quot;:false}]},{&quot;citationID&quot;:&quot;MENDELEY_CITATION_a7e7fdc0-e0d9-417e-8d0a-cc20e713a0c7&quot;,&quot;properties&quot;:{&quot;noteIndex&quot;:0},&quot;isEdited&quot;:false,&quot;manualOverride&quot;:{&quot;isManuallyOverridden&quot;:false,&quot;citeprocText&quot;:&quot;(Venkatraman et al., 2021)&quot;,&quot;manualOverrideText&quot;:&quot;&quot;},&quot;citationTag&quot;:&quot;MENDELEY_CITATION_v3_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&quot;,&quot;citationItems&quot;:[{&quot;id&quot;:&quot;705af7f6-afcc-3295-b4d9-11182e62aed7&quot;,&quot;itemData&quot;:{&quot;type&quot;:&quot;article-journal&quot;,&quot;id&quot;:&quot;705af7f6-afcc-3295-b4d9-11182e62aed7&quot;,&quot;title&quot;:&quot;Smart home automation—use cases of a secure and integrated voice‐control system&quot;,&quot;author&quot;:[{&quot;family&quot;:&quot;Venkatraman&quot;,&quot;given&quot;:&quot;Sitalakshmi&quot;,&quot;parse-names&quot;:false,&quot;dropping-particle&quot;:&quot;&quot;,&quot;non-dropping-particle&quot;:&quot;&quot;},{&quot;family&quot;:&quot;Overmars&quot;,&quot;given&quot;:&quot;Anthony&quot;,&quot;parse-names&quot;:false,&quot;dropping-particle&quot;:&quot;&quot;,&quot;non-dropping-particle&quot;:&quot;&quot;},{&quot;family&quot;:&quot;Thong&quot;,&quot;given&quot;:&quot;Minh&quot;,&quot;parse-names&quot;:false,&quot;dropping-particle&quot;:&quot;&quot;,&quot;non-dropping-particle&quot;:&quot;&quot;}],&quot;container-title&quot;:&quot;Systems&quot;,&quot;DOI&quot;:&quot;10.3390/systems9040077&quot;,&quot;ISSN&quot;:&quot;20798954&quot;,&quot;issued&quot;:{&quot;date-parts&quot;:[[2021,12,1]]},&quot;abstract&quot;:&quot;Smart home automation is expected to improve living standards with the evolution of internet of things (IoT) that facilitate the remote control of residential appliances. There are, however, several factors that require attention for broader successful consumer adoption. This paper focusses on three key barriers: (i) different underlying technologies requiring an integrated voice-based control for ease of use, (ii) lack of trust due to security and privacy concerns, and (iii) unawareness of the use of machine intelligence by users for exploiting the full potential of smartness. Voice‐controlled home environments are possible with cloud‐based solutions that are being deployed commercially. However, there are drawbacks due to non‐standard voice channels and commands with delays in meeting the required response time for real‐time services. Adoption is also required to meet with the expected goals of simplicity, security, and integration. To address these barriers, we propose a model integrating IoT services and wireless technologies for developing a secure smart home automation with a voice‐controlled artificial intelligence system. We demonstrate the model’s application in a variety of practical use cases, by implementing a secure and smart voice‐based system for an integrated control of several home devices seamlessly.&quot;,&quot;publisher&quot;:&quot;MDPI&quot;,&quot;issue&quot;:&quot;4&quot;,&quot;volume&quot;:&quot;9&quot;,&quot;container-title-short&quot;:&quot;&quot;},&quot;isTemporary&quot;:false}]},{&quot;citationID&quot;:&quot;MENDELEY_CITATION_e1d7625c-fb41-46f4-9146-5e0fed9866db&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&quot;,&quot;citationItems&quot;:[{&quot;id&quot;:&quot;d99ac94c-2cc4-3af3-a85f-a134f62ad698&quot;,&quot;itemData&quot;:{&quot;type&quot;:&quot;article-journal&quot;,&quot;id&quot;:&quot;d99ac94c-2cc4-3af3-a85f-a134f62ad698&quot;,&quot;title&quot;:&quot;A Survey on IoT-Enabled Home Automation Systems: Attacks and Defenses&quot;,&quot;author&quot;:[{&quot;family&quot;:&quot;Wang&quot;,&quot;given&quot;:&quot;Zhibo&quot;,&quot;parse-names&quot;:false,&quot;dropping-particle&quot;:&quot;&quot;,&quot;non-dropping-particle&quot;:&quot;&quot;},{&quot;family&quot;:&quot;Liu&quot;,&quot;given&quot;:&quot;Defang&quot;,&quot;parse-names&quot;:false,&quot;dropping-particle&quot;:&quot;&quot;,&quot;non-dropping-particle&quot;:&quot;&quot;},{&quot;family&quot;:&quot;Sun&quot;,&quot;given&quot;:&quot;Yunan&quot;,&quot;parse-names&quot;:false,&quot;dropping-particle&quot;:&quot;&quot;,&quot;non-dropping-particle&quot;:&quot;&quot;},{&quot;family&quot;:&quot;Pang&quot;,&quot;given&quot;:&quot;Xiaoyi&quot;,&quot;parse-names&quot;:false,&quot;dropping-particle&quot;:&quot;&quot;,&quot;non-dropping-particle&quot;:&quot;&quot;},{&quot;family&quot;:&quot;Sun&quot;,&quot;given&quot;:&quot;Peng&quot;,&quot;parse-names&quot;:false,&quot;dropping-particle&quot;:&quot;&quot;,&quot;non-dropping-particle&quot;:&quot;&quot;},{&quot;family&quot;:&quot;Lin&quot;,&quot;given&quot;:&quot;Feng&quot;,&quot;parse-names&quot;:false,&quot;dropping-particle&quot;:&quot;&quot;,&quot;non-dropping-particle&quot;:&quot;&quot;},{&quot;family&quot;:&quot;Lui&quot;,&quot;given&quot;:&quot;John C.S.&quot;,&quot;parse-names&quot;:false,&quot;dropping-particle&quot;:&quot;&quot;,&quot;non-dropping-particle&quot;:&quot;&quot;},{&quot;family&quot;:&quot;Ren&quot;,&quot;given&quot;:&quot;Kui&quot;,&quot;parse-names&quot;:false,&quot;dropping-particle&quot;:&quot;&quot;,&quot;non-dropping-particle&quot;:&quot;&quot;}],&quot;container-title&quot;:&quot;IEEE Communications Surveys and Tutorials&quot;,&quot;DOI&quot;:&quot;10.1109/COMST.2022.3201557&quot;,&quot;ISSN&quot;:&quot;1553877X&quot;,&quot;issued&quot;:{&quot;date-parts&quot;:[[2022]]},&quot;page&quot;:&quot;2292-2328&quot;,&quot;abstract&quot;:&quot;With recent advances in communication technologies and Internet of Things (IoT) infrastructures, home automation (HA) systems have emerged as a new promising paradigm that provides convenient smart-home services to users. However, there exist various security risks during the deployment and application of HA systems, which pose severe security threats to users. On the one hand, traditional IoT security threats (e.g., device intrusion, protocol vulnerabilities, and so on) are inherent to HA systems. On the other hand, as the core of HA systems, the Trigger-Action Programming (TAP) model organizes cloud platforms, local hubs, and smart devices through user-customized rules, but the complex interactions involved bring new challenges to the security of HA systems. These two kinds of security issues have attracted widespread attention from both academia and industry, and explorations on both attack and defense have been made. However, there is not yet a survey that provides a summary of the overall HA systems' security research. In this paper, we conduct a comprehensive survey of the state-of-the-art literature on HA system security from aspects of attack and defense. We first give a brief introduction to the HA system architecture and present a general workflow of HA systems. Then, we review and classify the relevant attacks based on the HA architecture, with an explicit analysis of vulnerabilities exploited by these attacks. We further elaborate on the security requirements of HA systems and provide detailed descriptions and comparisons of existing defenses methods. Finally, we conclude with a thorough discussion of open issues for future research.&quot;,&quot;publisher&quot;:&quot;Institute of Electrical and Electronics Engineers Inc.&quot;,&quot;issue&quot;:&quot;4&quot;,&quot;volume&quot;:&quot;24&quot;,&quot;container-title-short&quot;:&quot;&quot;},&quot;isTemporary&quot;:false}]},{&quot;citationID&quot;:&quot;MENDELEY_CITATION_1041107c-2c0b-4c50-bdcb-5fb32a0a0055&quot;,&quot;properties&quot;:{&quot;noteIndex&quot;:0},&quot;isEdited&quot;:false,&quot;manualOverride&quot;:{&quot;isManuallyOverridden&quot;:false,&quot;citeprocText&quot;:&quot;(Kheddar et al., 2024)&quot;,&quot;manualOverrideText&quot;:&quot;&quot;},&quot;citationTag&quot;:&quot;MENDELEY_CITATION_v3_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&quot;,&quot;citationItems&quot;:[{&quot;id&quot;:&quot;a4cb81c5-5abd-39ad-a5cd-62b4f56d0cd1&quot;,&quot;itemData&quot;:{&quot;type&quot;:&quot;article-journal&quot;,&quot;id&quot;:&quot;a4cb81c5-5abd-39ad-a5cd-62b4f56d0cd1&quot;,&quot;title&quot;:&quot;Automatic speech recognition using advanced deep learning approaches: A survey&quot;,&quot;author&quot;:[{&quot;family&quot;:&quot;Kheddar&quot;,&quot;given&quot;:&quot;Hamza&quot;,&quot;parse-names&quot;:false,&quot;dropping-particle&quot;:&quot;&quot;,&quot;non-dropping-particle&quot;:&quot;&quot;},{&quot;family&quot;:&quot;Hemis&quot;,&quot;given&quot;:&quot;Mustapha&quot;,&quot;parse-names&quot;:false,&quot;dropping-particle&quot;:&quot;&quot;,&quot;non-dropping-particle&quot;:&quot;&quot;},{&quot;family&quot;:&quot;Himeur&quot;,&quot;given&quot;:&quot;Yassine&quot;,&quot;parse-names&quot;:false,&quot;dropping-particle&quot;:&quot;&quot;,&quot;non-dropping-particle&quot;:&quot;&quot;}],&quot;container-title&quot;:&quot;Information Fusion&quot;,&quot;DOI&quot;:&quot;10.1016/j.inffus.2024.102422&quot;,&quot;ISSN&quot;:&quot;15662535&quot;,&quot;issued&quot;:{&quot;date-parts&quot;:[[2024,9,1]]},&quot;abstract&quot;:&quot;Recent advancements in deep learning (DL) have posed a significant challenge for automatic speech recognition (ASR). ASR relies on extensive training datasets, including confidential ones, and demands substantial computational and storage resources. Enabling adaptive systems improves ASR performance in dynamic environments. DL techniques assume training and testing data originate from the same domain, which is not always true. Advanced DL techniques like deep transfer learning (DTL), federated learning (FL), and deep reinforcement learning (DRL) address these issues. DTL allows high-performance models using small yet related datasets, FL enables training on confidential data without dataset possession, and DRL optimizes decision-making in dynamic environments, reducing computation costs. This survey offers a comprehensive review of DTL, FL, and DRL-based ASR frameworks, aiming to provide insights into the latest developments and aid researchers and professionals in understanding the current challenges. Additionally, Transformers, which are advanced DL techniques heavily used in proposed ASR frameworks, are considered in this survey for their ability to capture extensive dependencies in the input ASR sequence. The paper starts by presenting the background of DTL, FL, DRL, and Transformers and then adopts a well-designed taxonomy to outline the state-of-the-art (SOTA) approaches. Subsequently, a critical analysis is conducted to identify the strengths and weaknesses of each framework. Additionally, a comparative study is presented to highlight the existing challenges, paving the way for future research opportunities.&quot;,&quot;publisher&quot;:&quot;Elsevier B.V.&quot;,&quot;volume&quot;:&quot;109&quot;,&quot;container-title-short&quot;:&quot;&quot;},&quot;isTemporary&quot;:false}]},{&quot;citationID&quot;:&quot;MENDELEY_CITATION_41b15e1e-00a4-4865-aded-490fe45dcdc5&quot;,&quot;properties&quot;:{&quot;noteIndex&quot;:0},&quot;isEdited&quot;:false,&quot;manualOverride&quot;:{&quot;isManuallyOverridden&quot;:false,&quot;citeprocText&quot;:&quot;(Franke et al., 2024)&quot;,&quot;manualOverrideText&quot;:&quot;&quot;},&quot;citationTag&quot;:&quot;MENDELEY_CITATION_v3_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&quot;,&quot;citationItems&quot;:[{&quot;id&quot;:&quot;0f20ea79-b851-3ab7-b142-7c80726b8a42&quot;,&quot;itemData&quot;:{&quot;type&quot;:&quot;paper-conference&quot;,&quot;id&quot;:&quot;0f20ea79-b851-3ab7-b142-7c80726b8a42&quot;,&quot;title&quot;:&quot;A First Look at the General Data Protection Regulation (GDPR) in Open-Source Software&quot;,&quot;author&quot;:[{&quot;family&quot;:&quot;Franke&quot;,&quot;given&quot;:&quot;Lucas&quot;,&quot;parse-names&quot;:false,&quot;dropping-particle&quot;:&quot;&quot;,&quot;non-dropping-particle&quot;:&quot;&quot;},{&quot;family&quot;:&quot;Liang&quot;,&quot;given&quot;:&quot;Huayu&quot;,&quot;parse-names&quot;:false,&quot;dropping-particle&quot;:&quot;&quot;,&quot;non-dropping-particle&quot;:&quot;&quot;},{&quot;family&quot;:&quot;Brantly&quot;,&quot;given&quot;:&quot;Aaron&quot;,&quot;parse-names&quot;:false,&quot;dropping-particle&quot;:&quot;&quot;,&quot;non-dropping-particle&quot;:&quot;&quot;},{&quot;family&quot;:&quot;Davis&quot;,&quot;given&quot;:&quot;James C.&quot;,&quot;parse-names&quot;:false,&quot;dropping-particle&quot;:&quot;&quot;,&quot;non-dropping-particle&quot;:&quot;&quot;},{&quot;family&quot;:&quot;Brown&quot;,&quot;given&quot;:&quot;Chris&quot;,&quot;parse-names&quot;:false,&quot;dropping-particle&quot;:&quot;&quot;,&quot;non-dropping-particle&quot;:&quot;&quot;}],&quot;container-title&quot;:&quot;Proceedings - International Conference on Software Engineering&quot;,&quot;DOI&quot;:&quot;10.1145/3639478.3643077&quot;,&quot;ISBN&quot;:&quot;9798400705021&quot;,&quot;ISSN&quot;:&quot;02705257&quot;,&quot;issued&quot;:{&quot;date-parts&quot;:[[2024,4,14]]},&quot;page&quot;:&quot;268-269&quot;,&quot;abstract&quot;:&quot;This poster describes work on the General Data Protection Regulation (GDPR) in open-source software. Although open-source software is commonly integrated into regulated software, and thus must be engineered or adapted for compliance, we do not know how such laws impact open-source software development. We surveyed open-source developers (N=47) to understand their experiences and perceptions of GDPR. We learned many engineering challenges, primarily regarding the management of users' data and assessments of compliance. We call for improved policy-related resources, especially tools to support data privacy regulation implementation and compliance in open-source software.&quot;,&quot;publisher&quot;:&quot;IEEE Computer Society&quot;,&quot;container-title-short&quot;:&quot;&quot;},&quot;isTemporary&quot;:false}]},{&quot;citationID&quot;:&quot;MENDELEY_CITATION_68c49931-9762-44af-a98f-ab0b71364410&quot;,&quot;properties&quot;:{&quot;noteIndex&quot;:0},&quot;isEdited&quot;:false,&quot;manualOverride&quot;:{&quot;isManuallyOverridden&quot;:false,&quot;citeprocText&quot;:&quot;(Amoran et al., 2021)&quot;,&quot;manualOverrideText&quot;:&quot;&quot;},&quot;citationTag&quot;:&quot;MENDELEY_CITATION_v3_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&quot;,&quot;citationItems&quot;:[{&quot;id&quot;:&quot;76f18a75-91d8-39eb-bf3a-9f261d0f2fdb&quot;,&quot;itemData&quot;:{&quot;type&quot;:&quot;article-journal&quot;,&quot;id&quot;:&quot;76f18a75-91d8-39eb-bf3a-9f261d0f2fdb&quot;,&quot;title&quot;:&quot;Home automated system using Bluetooth and an android application&quot;,&quot;author&quot;:[{&quot;family&quot;:&quot;Amoran&quot;,&quot;given&quot;:&quot;Abiodun E.&quot;,&quot;parse-names&quot;:false,&quot;dropping-particle&quot;:&quot;&quot;,&quot;non-dropping-particle&quot;:&quot;&quot;},{&quot;family&quot;:&quot;Oluwole&quot;,&quot;given&quot;:&quot;Ayodele S.&quot;,&quot;parse-names&quot;:false,&quot;dropping-particle&quot;:&quot;&quot;,&quot;non-dropping-particle&quot;:&quot;&quot;},{&quot;family&quot;:&quot;Fagorola&quot;,&quot;given&quot;:&quot;Enitan O.&quot;,&quot;parse-names&quot;:false,&quot;dropping-particle&quot;:&quot;&quot;,&quot;non-dropping-particle&quot;:&quot;&quot;},{&quot;family&quot;:&quot;Diarah&quot;,&quot;given&quot;:&quot;R. S.&quot;,&quot;parse-names&quot;:false,&quot;dropping-particle&quot;:&quot;&quot;,&quot;non-dropping-particle&quot;:&quot;&quot;}],&quot;container-title&quot;:&quot;Scientific African&quot;,&quot;container-title-short&quot;:&quot;Sci Afr&quot;,&quot;DOI&quot;:&quot;10.1016/j.sciaf.2021.e00711&quot;,&quot;ISSN&quot;:&quot;24682276&quot;,&quot;issued&quot;:{&quot;date-parts&quot;:[[2021,3,1]]},&quot;abstract&quot;:&quot;This article describes the implementation of a Bluetooth technology and an android application with voice prompts based home-automated system using an Arduino microcontroller. The system is aimed at designing an automated appliance control that is user-friendly and convenient to use. The design comprised an Arduino ATMEGA328 microcontroller board, Bluetooth module (HC-06), and an android application (MIT App Inventor 2). The Arduino controls any connected component and was programmed with C++ programming language by using Integrated Development Environment (IDE). Relays and Triacs are used for the switching mechanism. Once the system is connected, the user controls the electrical appliances connected to the home-automated system, which can also be controlled using voice prompt with the help of a Google assistant inbuilt with the android smartphone. The system switches the home appliances ON and OFF using the android app, Bluetooth module, and voiced prompt. It can also be timed to switch off appliances for a pre-time of 12 h, thus making the application easy and convenient to operate via a smartphone.&quot;,&quot;publisher&quot;:&quot;Elsevier B.V.&quot;,&quot;volume&quot;:&quot;11&quot;},&quot;isTemporary&quot;:false}]},{&quot;citationID&quot;:&quot;MENDELEY_CITATION_f31679d2-1e7b-4c8f-a87a-5ba0dd7125c3&quot;,&quot;properties&quot;:{&quot;noteIndex&quot;:0},&quot;isEdited&quot;:false,&quot;manualOverride&quot;:{&quot;isManuallyOverridden&quot;:false,&quot;citeprocText&quot;:&quot;(Htet et al., 2024)&quot;,&quot;manualOverrideText&quot;:&quot;&quot;},&quot;citationTag&quot;:&quot;MENDELEY_CITATION_v3_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&quot;,&quot;citationItems&quot;:[{&quot;id&quot;:&quot;db79a76e-4252-3fbf-95b1-acfbba9f2b6d&quot;,&quot;itemData&quot;:{&quot;type&quot;:&quot;article-journal&quot;,&quot;id&quot;:&quot;db79a76e-4252-3fbf-95b1-acfbba9f2b6d&quot;,&quot;title&quot;:&quot;Smarter Aging: Developing a Foundational Elderly Activity Monitoring System With AI and GUI Interface&quot;,&quot;author&quot;:[{&quot;family&quot;:&quot;Htet&quot;,&quot;given&quot;:&quot;Ye&quot;,&quot;parse-names&quot;:false,&quot;dropping-particle&quot;:&quot;&quot;,&quot;non-dropping-particle&quot;:&quot;&quot;},{&quot;family&quot;:&quot;Zin&quot;,&quot;given&quot;:&quot;Thi Thi&quot;,&quot;parse-names&quot;:false,&quot;dropping-particle&quot;:&quot;&quot;,&quot;non-dropping-particle&quot;:&quot;&quot;},{&quot;family&quot;:&quot;Tin&quot;,&quot;given&quot;:&quot;Pyke&quot;,&quot;parse-names&quot;:false,&quot;dropping-particle&quot;:&quot;&quot;,&quot;non-dropping-particle&quot;:&quot;&quot;},{&quot;family&quot;:&quot;Tamura&quot;,&quot;given&quot;:&quot;Hiroki&quot;,&quot;parse-names&quot;:false,&quot;dropping-particle&quot;:&quot;&quot;,&quot;non-dropping-particle&quot;:&quot;&quot;},{&quot;family&quot;:&quot;Kondo&quot;,&quot;given&quot;:&quot;Kazuhiro&quot;,&quot;parse-names&quot;:false,&quot;dropping-particle&quot;:&quot;&quot;,&quot;non-dropping-particle&quot;:&quot;&quot;},{&quot;family&quot;:&quot;Watanabe&quot;,&quot;given&quot;:&quot;Shinji&quot;,&quot;parse-names&quot;:false,&quot;dropping-particle&quot;:&quot;&quot;,&quot;non-dropping-particle&quot;:&quot;&quot;},{&quot;family&quot;:&quot;Chosa&quot;,&quot;given&quot;:&quot;Etsuo&quot;,&quot;parse-names&quot;:false,&quot;dropping-particle&quot;:&quot;&quot;,&quot;non-dropping-particle&quot;:&quot;&quot;}],&quot;container-title&quot;:&quot;IEEE Access&quot;,&quot;DOI&quot;:&quot;10.1109/ACCESS.2024.3405954&quot;,&quot;ISSN&quot;:&quot;21693536&quot;,&quot;issued&quot;:{&quot;date-parts&quot;:[[2024]]},&quot;page&quot;:&quot;74499-74523&quot;,&quot;abstract&quot;:&quot;The global rise in the elderly population, which presents challenges to healthcare systems owing to labor shortages in caregiving facilities, necessitates innovative solutions for elderly care services. Smart aging technologies such as robotic companions and digital home gadgets, offer a solution to these challenges by improving the elderly's quality of life and assisting caregivers. However, limitations in data privacy, real-time processing, and reliability often hinder the effectiveness of the existing technologies. Among these, privacy concerns are a major barrier to ensuring user trust and ethical implementation. Therefore, this study proposes a more effective approach for smart aging through elderly activity monitoring that prioritizes data privacy. The proposed system utilizes stereo depth cameras to monitor the activities of the elderly. Data were collected from real-world environments with the participation of six elderly individuals from a care center and hospital. This system focuses on recognizing common daily actions of the elderly including sitting, standing, lying down, and seated in a wheelchair. Additionally, it recognizes transition states (in-between actions such as changing from sitting to standing) that are crucial for assessing balance issues. By integrating motion information with a deep-learning architecture, the system achieved a high accuracy of 99.42% in recognizing daily actions in real-time. This high accuracy was maintained even with minimal data from new environments through transfer learning, and the adaptability of this model ensured its potential for real-world applications. For intuitive interaction between the caregivers and the system, a user-friendly graphical interface (GUI) was also designed in the proposed approach.&quot;,&quot;publisher&quot;:&quot;Institute of Electrical and Electronics Engineers Inc.&quot;,&quot;volume&quot;:&quot;12&quot;,&quot;container-title-short&quot;:&quot;&quot;},&quot;isTemporary&quot;:false}]},{&quot;citationID&quot;:&quot;MENDELEY_CITATION_34f3fa4b-7e40-4cd3-9435-1ba9bec7da0a&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MzRmM2ZhNGItN2U0MC00Y2QzLTk0MzUtMWJhOWJlYzdkYTBh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quot;,&quot;citationItems&quot;:[{&quot;id&quot;:&quot;7e41abb2-d7bc-3910-84a9-6d7c72dd3b8e&quot;,&quot;itemData&quot;:{&quot;type&quot;:&quot;article-journal&quot;,&quot;id&quot;:&quot;7e41abb2-d7bc-3910-84a9-6d7c72dd3b8e&quot;,&quot;title&quot;:&quot;IoT based smart and intelligent smart city energy optimization&quot;,&quot;author&quot;:[{&quot;family&quot;:&quot;Chen&quot;,&quot;given&quot;:&quot;Zhong&quot;,&quot;parse-names&quot;:false,&quot;dropping-particle&quot;:&quot;&quot;,&quot;non-dropping-particle&quot;:&quot;&quot;},{&quot;family&quot;:&quot;Sivaparthipan&quot;,&quot;given&quot;:&quot;C. B.&quot;,&quot;parse-names&quot;:false,&quot;dropping-particle&quot;:&quot;&quot;,&quot;non-dropping-particle&quot;:&quot;&quot;},{&quot;family&quot;:&quot;Muthu&quot;,&quot;given&quot;:&quot;Bala Anand&quot;,&quot;parse-names&quot;:false,&quot;dropping-particle&quot;:&quot;&quot;,&quot;non-dropping-particle&quot;:&quot;&quot;}],&quot;container-title&quot;:&quot;Sustainable Energy Technologies and Assessments&quot;,&quot;accessed&quot;:{&quot;date-parts&quot;:[[2024,11,4]]},&quot;DOI&quot;:&quot;10.1016/J.SETA.2021.101724&quot;,&quot;ISSN&quot;:&quot;2213-1388&quot;,&quot;issued&quot;:{&quot;date-parts&quot;:[[2022,2,1]]},&quot;page&quot;:&quot;101724&quot;,&quot;abstract&quot;:&quot;With the effective result of IoT architecture in all research areas, we propose IoT framework based energy efficient smart and intelligent street road lighting system that consist of IoT sensor bases smart electric pole with controller for tuning LED lamps. In our work we replace traditional metal halide lamps with mesophic design LED lamps based on human eye sensitivity and it provides significant saving of energy too. Based on the sensor unit information about traffic flow and presence and absence of occupant smart and intelligent decision making module compute intensity level that generate different width pulse using PWM dimming system which triggers LED power switch via DALI controller mounted inside LED Light Controller. For efficient use of sustainable energy resources we use sustainable power systems that consist of PV solar panel units, Battery storage systems and smart electric power grids. For the charging battery system we use MPPT based dynamic battery charging algorithm. From experiment and simulated result, we observe that proposed energy efficient Smart Street lighting saves considerable amount of energy during peak and off peak hours not only at highway roads but at residential and sub-urban pedestrian areas also. It will finally decrease the consumption of energy and carbon emission. We perform comparative result analysis of proposed systems with existing lighting systems based on energy consumption. Our experimentation result also represents the effectiveness of the proposed dynamic battery charging algorithm based on the battery storage PV solar panel system performance.&quot;,&quot;publisher&quot;:&quot;Elsevier&quot;,&quot;volume&quot;:&quot;49&quot;,&quot;container-title-short&quot;:&quot;&quot;},&quot;isTemporary&quot;:false}]},{&quot;citationID&quot;:&quot;MENDELEY_CITATION_d391699a-251b-459c-9c8e-75897fb5b618&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ZDM5MTY5OWEtMjUxYi00NTljLTljOGUtNzU4OTdmYjViNjE4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quot;,&quot;citationItems&quot;:[{&quot;id&quot;:&quot;7e41abb2-d7bc-3910-84a9-6d7c72dd3b8e&quot;,&quot;itemData&quot;:{&quot;type&quot;:&quot;article-journal&quot;,&quot;id&quot;:&quot;7e41abb2-d7bc-3910-84a9-6d7c72dd3b8e&quot;,&quot;title&quot;:&quot;IoT based smart and intelligent smart city energy optimization&quot;,&quot;author&quot;:[{&quot;family&quot;:&quot;Chen&quot;,&quot;given&quot;:&quot;Zhong&quot;,&quot;parse-names&quot;:false,&quot;dropping-particle&quot;:&quot;&quot;,&quot;non-dropping-particle&quot;:&quot;&quot;},{&quot;family&quot;:&quot;Sivaparthipan&quot;,&quot;given&quot;:&quot;C. B.&quot;,&quot;parse-names&quot;:false,&quot;dropping-particle&quot;:&quot;&quot;,&quot;non-dropping-particle&quot;:&quot;&quot;},{&quot;family&quot;:&quot;Muthu&quot;,&quot;given&quot;:&quot;Bala Anand&quot;,&quot;parse-names&quot;:false,&quot;dropping-particle&quot;:&quot;&quot;,&quot;non-dropping-particle&quot;:&quot;&quot;}],&quot;container-title&quot;:&quot;Sustainable Energy Technologies and Assessments&quot;,&quot;accessed&quot;:{&quot;date-parts&quot;:[[2024,11,4]]},&quot;DOI&quot;:&quot;10.1016/J.SETA.2021.101724&quot;,&quot;ISSN&quot;:&quot;2213-1388&quot;,&quot;issued&quot;:{&quot;date-parts&quot;:[[2022,2,1]]},&quot;page&quot;:&quot;101724&quot;,&quot;abstract&quot;:&quot;With the effective result of IoT architecture in all research areas, we propose IoT framework based energy efficient smart and intelligent street road lighting system that consist of IoT sensor bases smart electric pole with controller for tuning LED lamps. In our work we replace traditional metal halide lamps with mesophic design LED lamps based on human eye sensitivity and it provides significant saving of energy too. Based on the sensor unit information about traffic flow and presence and absence of occupant smart and intelligent decision making module compute intensity level that generate different width pulse using PWM dimming system which triggers LED power switch via DALI controller mounted inside LED Light Controller. For efficient use of sustainable energy resources we use sustainable power systems that consist of PV solar panel units, Battery storage systems and smart electric power grids. For the charging battery system we use MPPT based dynamic battery charging algorithm. From experiment and simulated result, we observe that proposed energy efficient Smart Street lighting saves considerable amount of energy during peak and off peak hours not only at highway roads but at residential and sub-urban pedestrian areas also. It will finally decrease the consumption of energy and carbon emission. We perform comparative result analysis of proposed systems with existing lighting systems based on energy consumption. Our experimentation result also represents the effectiveness of the proposed dynamic battery charging algorithm based on the battery storage PV solar panel system performance.&quot;,&quot;publisher&quot;:&quot;Elsevier&quot;,&quot;volume&quot;:&quot;49&quot;,&quot;container-title-short&quot;:&quot;&quot;},&quot;isTemporary&quot;:false}]},{&quot;citationID&quot;:&quot;MENDELEY_CITATION_fab6f7e4-3901-4b5f-9c3c-abd90def5e45&quot;,&quot;properties&quot;:{&quot;noteIndex&quot;:0},&quot;isEdited&quot;:false,&quot;manualOverride&quot;:{&quot;isManuallyOverridden&quot;:false,&quot;citeprocText&quot;:&quot;(Naik et al., 2021)&quot;,&quot;manualOverrideText&quot;:&quot;&quot;},&quot;citationTag&quot;:&quot;MENDELEY_CITATION_v3_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&quot;,&quot;citationItems&quot;:[{&quot;id&quot;:&quot;857bd1ef-04ee-351b-9ea9-9efcc12fa633&quot;,&quot;itemData&quot;:{&quot;type&quot;:&quot;paper-conference&quot;,&quot;id&quot;:&quot;857bd1ef-04ee-351b-9ea9-9efcc12fa633&quot;,&quot;title&quot;:&quot;Modularity in making: simplifying solution space for user innovation&quot;,&quot;author&quot;:[{&quot;family&quot;:&quot;Naik&quot;,&quot;given&quot;:&quot;Hari Suman&quot;,&quot;parse-names&quot;:false,&quot;dropping-particle&quot;:&quot;&quot;,&quot;non-dropping-particle&quot;:&quot;&quot;},{&quot;family&quot;:&quot;Fritzsche&quot;,&quot;given&quot;:&quot;Albrecht&quot;,&quot;parse-names&quot;:false,&quot;dropping-particle&quot;:&quot;&quot;,&quot;non-dropping-particle&quot;:&quot;&quot;},{&quot;family&quot;:&quot;Moeslein&quot;,&quot;given&quot;:&quot;Kathrin M.&quot;,&quot;parse-names&quot;:false,&quot;dropping-particle&quot;:&quot;&quot;,&quot;non-dropping-particle&quot;:&quot;&quot;}],&quot;container-title&quot;:&quot;R and D Management&quot;,&quot;DOI&quot;:&quot;10.1111/radm.12427&quot;,&quot;ISSN&quot;:&quot;14679310&quot;,&quot;issued&quot;:{&quot;date-parts&quot;:[[2021,1,1]]},&quot;page&quot;:&quot;57-72&quot;,&quot;abstract&quot;:&quot;An increasingly popular form of open innovation in the digital age is ‘making,’ where users innovate across multiple disciplines and make products that meet their needs, using mechanical, electronic, and digital components. These users have at their disposal, a wide solution space for innovation through various modular toolkits enabled by digital-age technologies. This study explores and outlines how these users simplify this wide solution space to innovate and make tangible products. Following a modularity theory perspective, it draws on case studies of users and their innovations: (1) Users with initial prototype product designs based on the Internet of things (IoT) from a maker event and (2) users with established product designs from the online community platform Thingiverse. The studies found that users reused the design in the form of existing off-the-shelf products and utilized digital fabrication and low-cost electronics hardware as a ‘glue’ to create physical and informational interfaces wherever needed, enabling bottom-up modularity. They iteratively refined their innovations, gradually replacing re-used designs with own integrated designs, reducing modularity, and reducing wastage. The study contributes to open innovation and modularity with implications on the design of products and toolkits enabled by the digital age.&quot;,&quot;publisher&quot;:&quot;Blackwell Publishing Ltd&quot;,&quot;issue&quot;:&quot;1&quot;,&quot;volume&quot;:&quot;51&quot;,&quot;container-title-short&quot;:&quot;&quot;},&quot;isTemporary&quot;:false}]},{&quot;citationID&quot;:&quot;MENDELEY_CITATION_fe1acf67-33cc-46f9-a33b-764cb376d05f&quot;,&quot;properties&quot;:{&quot;noteIndex&quot;:0},&quot;isEdited&quot;:false,&quot;manualOverride&quot;:{&quot;isManuallyOverridden&quot;:false,&quot;citeprocText&quot;:&quot;(Hossain Shawon et al., 2022)&quot;,&quot;manualOverrideText&quot;:&quot;&quot;},&quot;citationTag&quot;:&quot;MENDELEY_CITATION_v3_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&quot;,&quot;citationItems&quot;:[{&quot;id&quot;:&quot;d983083e-7ba3-3789-ba96-65a255ccb47d&quot;,&quot;itemData&quot;:{&quot;type&quot;:&quot;paper-conference&quot;,&quot;id&quot;:&quot;d983083e-7ba3-3789-ba96-65a255ccb47d&quot;,&quot;title&quot;:&quot;Voice Controlled Smart Home Automation System Using Bluetooth Technology&quot;,&quot;author&quot;:[{&quot;family&quot;:&quot;Hossain Shawon&quot;,&quot;given&quot;:&quot;Md Sajjad&quot;,&quot;parse-names&quot;:false,&quot;dropping-particle&quot;:&quot;&quot;,&quot;non-dropping-particle&quot;:&quot;&quot;},{&quot;family&quot;:&quot;Das&quot;,&quot;given&quot;:&quot;Chinmoy&quot;,&quot;parse-names&quot;:false,&quot;dropping-particle&quot;:&quot;&quot;,&quot;non-dropping-particle&quot;:&quot;&quot;},{&quot;family&quot;:&quot;Ahammed&quot;,&quot;given&quot;:&quot;Md Tabil&quot;,&quot;parse-names&quot;:false,&quot;dropping-particle&quot;:&quot;&quot;,&quot;non-dropping-particle&quot;:&quot;&quot;},{&quot;family&quot;:&quot;Biswas&quot;,&quot;given&quot;:&quot;Gobinda&quot;,&quot;parse-names&quot;:false,&quot;dropping-particle&quot;:&quot;&quot;,&quot;non-dropping-particle&quot;:&quot;&quot;},{&quot;family&quot;:&quot;Mia&quot;,&quot;given&quot;:&quot;Md Shaurov&quot;,&quot;parse-names&quot;:false,&quot;dropping-particle&quot;:&quot;&quot;,&quot;non-dropping-particle&quot;:&quot;&quot;},{&quot;family&quot;:&quot;Akter Eva&quot;,&quot;given&quot;:&quot;Emima&quot;,&quot;parse-names&quot;:false,&quot;dropping-particle&quot;:&quot;&quot;,&quot;non-dropping-particle&quot;:&quot;&quot;},{&quot;family&quot;:&quot;Sakib&quot;,&quot;given&quot;:&quot;Md Nazmus&quot;,&quot;parse-names&quot;:false,&quot;dropping-particle&quot;:&quot;&quot;,&quot;non-dropping-particle&quot;:&quot;&quot;}],&quot;container-title&quot;:&quot;4th International Conference on Recent Trends in Computer Science and Technology, ICRTCST 2021 - Proceedings&quot;,&quot;DOI&quot;:&quot;10.1109/ICRTCST54752.2022.9781967&quot;,&quot;ISBN&quot;:&quot;9781665466332&quot;,&quot;issued&quot;:{&quot;date-parts&quot;:[[2022]]},&quot;page&quot;:&quot;67-72&quot;,&quot;abstract&quot;:&quot;Innovation is not a destination; it is a journey to explore. Smart home appliances are being introduced into our day-to-day lives and they have a vast future opportunity. To control these appliances, people are looking for new technologies. Bluetooth is a convenient way of wireless communication within a short distance. In this research work, an Android application-based Bluetooth-controlled smart home automation system has been introduced. A programmable Arduino Uno is the controlling heart that works based on programming commands. A Bluetooth module (HC-05) is used for wireless connectivity and a relay circuit for switching. An interactive Android graphical user interface (GUI) has been developed by adding touch and voice command features for those who are blind and unable to move easily. A speech recognition feature has also been added to the Android application. English and Bangla are two languages that have been integrated into the programming so that English is taught and local Bengali people can easily control home appliances by using voice command.&quot;,&quot;publisher&quot;:&quot;Institute of Electrical and Electronics Engineers Inc.&quot;,&quot;container-title-short&quot;:&quot;&quot;},&quot;isTemporary&quot;:false}]},{&quot;citationID&quot;:&quot;MENDELEY_CITATION_d61fb915-4fbc-4717-93f3-7e95ec5f422a&quot;,&quot;properties&quot;:{&quot;noteIndex&quot;:0},&quot;isEdited&quot;:false,&quot;manualOverride&quot;:{&quot;isManuallyOverridden&quot;:false,&quot;citeprocText&quot;:&quot;(Reig et al., 2022)&quot;,&quot;manualOverrideText&quot;:&quot;&quot;},&quot;citationTag&quot;:&quot;MENDELEY_CITATION_v3_eyJjaXRhdGlvbklEIjoiTUVOREVMRVlfQ0lUQVRJT05fZDYxZmI5MTUtNGZiYy00NzE3LTkzZjMtN2U5NWVjNWY0MjJh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IsImNvbnRhaW5lci10aXRsZS1zaG9ydCI6IklFRUUgVHJhbnMgSHVtIE1hY2ggU3lzdCJ9LCJpc1RlbXBvcmFyeSI6ZmFsc2V9XX0=&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container-title-short&quot;:&quot;IEEE Trans Hum Mach Syst&quot;},&quot;isTemporary&quot;:false}]},{&quot;citationID&quot;:&quot;MENDELEY_CITATION_136f3dce-8f06-407f-a2e1-8703d145658f&quot;,&quot;properties&quot;:{&quot;noteIndex&quot;:0},&quot;isEdited&quot;:false,&quot;manualOverride&quot;:{&quot;isManuallyOverridden&quot;:false,&quot;citeprocText&quot;:&quot;(Li et al., 2021)&quot;,&quot;manualOverrideText&quot;:&quot;&quot;},&quot;citationTag&quot;:&quot;MENDELEY_CITATION_v3_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&quot;,&quot;citationItems&quot;:[{&quot;id&quot;:&quot;3d25f545-31e7-3f91-88a1-d703e5299e69&quot;,&quot;itemData&quot;:{&quot;type&quot;:&quot;article-journal&quot;,&quot;id&quot;:&quot;3d25f545-31e7-3f91-88a1-d703e5299e69&quot;,&quot;title&quot;:&quot;A Survey on Amazon Alexa Attack Surfaces&quot;,&quot;author&quot;:[{&quot;family&quot;:&quot;Li&quot;,&quot;given&quot;:&quot;Yanyan&quot;,&quot;parse-names&quot;:false,&quot;dropping-particle&quot;:&quot;&quot;,&quot;non-dropping-particle&quot;:&quot;&quot;},{&quot;family&quot;:&quot;Kim&quot;,&quot;given&quot;:&quot;Sara&quot;,&quot;parse-names&quot;:false,&quot;dropping-particle&quot;:&quot;&quot;,&quot;non-dropping-particle&quot;:&quot;&quot;},{&quot;family&quot;:&quot;Sy&quot;,&quot;given&quot;:&quot;Eric&quot;,&quot;parse-names&quot;:false,&quot;dropping-particle&quot;:&quot;&quot;,&quot;non-dropping-particle&quot;:&quot;&quot;}],&quot;URL&quot;:&quot;http://arxiv.org/abs/2102.11442&quot;,&quot;issued&quot;:{&quot;date-parts&quot;:[[2021,2,22]]},&quot;abstract&quot;:&quot;Since being launched in 2014, Alexa, Amazon's versatile cloud-based voice service, is now active in over 100 million households worldwide. Alexa's user-friendly, personalized vocal experience offers customers a more natural way of interacting with cutting-edge technology by allowing the ability to directly dictate commands to the assistant. Now in the present year, the Alexa service is more accessible than ever, available on hundreds of millions of devices from not only Amazon but third-party device manufacturers. Unfortunately, that success has also been the source of concern and controversy. The success of Alexa is based on its effortless usability, but in turn, that has led to a lack of sufficient security. This paper surveys various attacks against Amazon Alexa ecosystem including attacks against the frontend voice capturing and the cloud backend voice command recognition and processing. Overall, we have identified six attack surfaces covering the lifecycle of Alexa voice interaction that spans several stages including voice data collection, transmission, processing and storage. We also discuss the potential mitigation solutions for each attack surface to better improve Alexa or other voice assistants in terms of security and privacy.&quot;,&quot;container-title-short&quot;:&quot;&quot;},&quot;isTemporary&quot;:false}]},{&quot;citationID&quot;:&quot;MENDELEY_CITATION_943aa219-75a7-4b8a-a587-6447aedae07b&quot;,&quot;properties&quot;:{&quot;noteIndex&quot;:0},&quot;isEdited&quot;:false,&quot;manualOverride&quot;:{&quot;isManuallyOverridden&quot;:false,&quot;citeprocText&quot;:&quot;(Mahbub et al., 2021)&quot;,&quot;manualOverrideText&quot;:&quot;&quot;},&quot;citationTag&quot;:&quot;MENDELEY_CITATION_v3_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&quot;,&quot;citationItems&quot;:[{&quot;id&quot;:&quot;d577dd8d-8581-372e-9afc-e27e1ebd3d20&quot;,&quot;itemData&quot;:{&quot;type&quot;:&quot;article-journal&quot;,&quot;id&quot;:&quot;d577dd8d-8581-372e-9afc-e27e1ebd3d20&quot;,&quot;title&quot;:&quot;Cloud-Enabled IoT-based embedded system and software for intelligent indoor lighting, ventilation, early stage fire detection and prevention&quot;,&quot;author&quot;:[{&quot;family&quot;:&quot;Mahbub&quot;,&quot;given&quot;:&quot;Mobasshir&quot;,&quot;parse-names&quot;:false,&quot;dropping-particle&quot;:&quot;&quot;,&quot;non-dropping-particle&quot;:&quot;&quot;},{&quot;family&quot;:&quot;Hossain&quot;,&quot;given&quot;:&quot;M. Mofazzal&quot;,&quot;parse-names&quot;:false,&quot;dropping-particle&quot;:&quot;&quot;,&quot;non-dropping-particle&quot;:&quot;&quot;},{&quot;family&quot;:&quot;Gazi&quot;,&quot;given&quot;:&quot;Md Shamrat Apu&quot;,&quot;parse-names&quot;:false,&quot;dropping-particle&quot;:&quot;&quot;,&quot;non-dropping-particle&quot;:&quot;&quot;}],&quot;container-title&quot;:&quot;Computer Networks&quot;,&quot;accessed&quot;:{&quot;date-parts&quot;:[[2024,11,4]]},&quot;DOI&quot;:&quot;10.1016/J.COMNET.2020.107673&quot;,&quot;ISSN&quot;:&quot;1389-1286&quot;,&quot;issued&quot;:{&quot;date-parts&quot;:[[2021,1,15]]},&quot;page&quot;:&quot;107673&quot;,&quot;abstract&quot;:&quot;This software development is focused on the design of an intelligent lighting and ventilation system capable of sensing human presence to control the lighting and monitoring humidity, temperature, CO2, and smoke to ensure efficient ventilation and accidents caused by fire and smoke. This article develops an embedded system with ready-to-deploy software for intelligent lighting and ventilation with HTTP protocol based real-time monitoring through smartphones or PCs. Moreover, the designed system can log real-time sensor data into a cloud server through which the client can also monitor real-time data from anywhere in the world.&quot;,&quot;publisher&quot;:&quot;Elsevier&quot;,&quot;volume&quot;:&quot;184&quot;,&quot;container-title-short&quot;:&quot;&quot;},&quot;isTemporary&quot;:false}]},{&quot;citationID&quot;:&quot;MENDELEY_CITATION_6850179b-c47c-471e-b6b5-c25ce799c269&quot;,&quot;properties&quot;:{&quot;noteIndex&quot;:0},&quot;isEdited&quot;:false,&quot;manualOverride&quot;:{&quot;isManuallyOverridden&quot;:false,&quot;citeprocText&quot;:&quot;(Graham &amp;#38; Roll, 2024)&quot;,&quot;manualOverrideText&quot;:&quot;&quot;},&quot;citationTag&quot;:&quot;MENDELEY_CITATION_v3_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&quot;,&quot;citationItems&quot;:[{&quot;id&quot;:&quot;ed72393c-3dfb-3a3b-8ced-8d17ba91eb13&quot;,&quot;itemData&quot;:{&quot;type&quot;:&quot;article-journal&quot;,&quot;id&quot;:&quot;ed72393c-3dfb-3a3b-8ced-8d17ba91eb13&quot;,&quot;title&quot;:&quot;Evaluating OpenAI's Whisper ASR: Performance analysis across diverse accents and speaker traits&quot;,&quot;author&quot;:[{&quot;family&quot;:&quot;Graham&quot;,&quot;given&quot;:&quot;Calbert&quot;,&quot;parse-names&quot;:false,&quot;dropping-particle&quot;:&quot;&quot;,&quot;non-dropping-particle&quot;:&quot;&quot;},{&quot;family&quot;:&quot;Roll&quot;,&quot;given&quot;:&quot;Nathan&quot;,&quot;parse-names&quot;:false,&quot;dropping-particle&quot;:&quot;&quot;,&quot;non-dropping-particle&quot;:&quot;&quot;}],&quot;container-title&quot;:&quot;JASA Express Letters&quot;,&quot;container-title-short&quot;:&quot;JASA Express Lett&quot;,&quot;DOI&quot;:&quot;10.1121/10.0024876&quot;,&quot;ISSN&quot;:&quot;26911191&quot;,&quot;issued&quot;:{&quot;date-parts&quot;:[[2024,2,1]]},&quot;abstract&quot;:&quot;This study investigates Whisper's automatic speech recognition (ASR) system performance across diverse native and non-native English accents. Results reveal superior recognition in American compared to British and Australian English accents with similar performance in Canadian English. Overall, native English accents demonstrate higher accuracy than non-native accents. Exploring connections between speaker traits [sex, native language (L1) typology, and second language (L2) proficiency] and word error rate uncovers notable associations. Furthermore, Whisper exhibits enhanced performance in read speech over conversational speech with modifications based on speaker gender. The implications of these findings are discussed.&quot;,&quot;publisher&quot;:&quot;American Institute of Physics Inc.&quot;,&quot;issue&quot;:&quot;2&quot;,&quot;volume&quot;:&quot;4&quot;},&quot;isTemporary&quot;:false}]},{&quot;citationID&quot;:&quot;MENDELEY_CITATION_4984f03b-e2f3-4abf-88e2-da9cf7ef1449&quot;,&quot;properties&quot;:{&quot;noteIndex&quot;:0},&quot;isEdited&quot;:false,&quot;manualOverride&quot;:{&quot;isManuallyOverridden&quot;:false,&quot;citeprocText&quot;:&quot;(Netinant et al., 2024)&quot;,&quot;manualOverrideText&quot;:&quot;&quot;},&quot;citationTag&quot;:&quot;MENDELEY_CITATION_v3_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&quot;,&quot;citationItems&quot;:[{&quot;id&quot;:&quot;1ccaef50-8cba-3fc3-a414-a290cff4d8b5&quot;,&quot;itemData&quot;:{&quot;type&quot;:&quot;article-journal&quot;,&quot;id&quot;:&quot;1ccaef50-8cba-3fc3-a414-a290cff4d8b5&quot;,&quot;title&quot;:&quot;Development and Assessment of Internet of Things-Driven Smart Home Security and Automation with Voice Commands&quot;,&quot;author&quot;:[{&quot;family&quot;:&quot;Netinant&quot;,&quot;given&quot;:&quot;Paniti&quot;,&quot;parse-names&quot;:false,&quot;dropping-particle&quot;:&quot;&quot;,&quot;non-dropping-particle&quot;:&quot;&quot;},{&quot;family&quot;:&quot;Utsanok&quot;,&quot;given&quot;:&quot;Thitipong&quot;,&quot;parse-names&quot;:false,&quot;dropping-particle&quot;:&quot;&quot;,&quot;non-dropping-particle&quot;:&quot;&quot;},{&quot;family&quot;:&quot;Rukhiran&quot;,&quot;given&quot;:&quot;Meennapa&quot;,&quot;parse-names&quot;:false,&quot;dropping-particle&quot;:&quot;&quot;,&quot;non-dropping-particle&quot;:&quot;&quot;},{&quot;family&quot;:&quot;Klongdee&quot;,&quot;given&quot;:&quot;Suttipong&quot;,&quot;parse-names&quot;:false,&quot;dropping-particle&quot;:&quot;&quot;,&quot;non-dropping-particle&quot;:&quot;&quot;}],&quot;container-title&quot;:&quot;Internet of Things&quot;,&quot;DOI&quot;:&quot;10.3390/iot5010005&quot;,&quot;ISSN&quot;:&quot;2624831X&quot;,&quot;issued&quot;:{&quot;date-parts&quot;:[[2024,3,1]]},&quot;page&quot;:&quot;79-99&quot;,&quot;abstract&quot;:&quot;With the rapid rise of digitalization in the global economy, home security systems have become increasingly important for personal comfort and property protection. The collaboration between humans, the Internet of Things (IoT), and smart homes can be highly efficient. Interaction considers convenience, efficiency, security, responsiveness, and automation. This study aims to develop and assess IoT-based home security systems utilizing passive infrared (PIR) sensors to improve user interface, security, and automation controls using voice commands and buttons across different communication protocols. The proposed system incorporates controls for lighting and intrusion monitoring, as well as assessing both the functionality of voice commands and the precision of intruder detection via the PIR sensors. Intelligent light control and PIR intruder detection with a variable delay time for response detection are unified into the research methodology. The test outcomes examine the average effective response time in-depth, revealing performance distinctions among wireless fidelity (Wi-Fi) and fourth- and fifth-generation mobile connections. The outcomes illustrate the reliability of voice-activated light control via Google Assistant, with response accuracy rates of 83 percent for Thai voice commands and 91.50 percent for English voice commands. Moreover, the Blynk mobile application provided exceptional precision regarding operating light-button commands. The PIR motion detectors have a one hundred percent detection accuracy, and a 2.5 s delay is advised for PIR detection. Extended PIR detection delays result in prolonged system response times. This study examines the intricacies of response times across various environmental conditions, considering different degrees of mobile communication quality. This study ultimately advances the field by developing an IoT system prepared for efficient integration into everyday life, holding the potential to provide improved convenience, time-saving effectiveness, cost-efficiency, and enhanced home security protocols.&quot;,&quot;publisher&quot;:&quot;Multidisciplinary Digital Publishing Institute (MDPI)&quot;,&quot;issue&quot;:&quot;1&quot;,&quot;volume&quot;:&quot;5&quot;,&quot;container-title-short&quot;:&quot;&quot;},&quot;isTemporary&quot;:false}]},{&quot;citationID&quot;:&quot;MENDELEY_CITATION_7e80b290-3d00-416c-a43d-54275cfb52f3&quot;,&quot;properties&quot;:{&quot;noteIndex&quot;:0},&quot;isEdited&quot;:false,&quot;manualOverride&quot;:{&quot;isManuallyOverridden&quot;:false,&quot;citeprocText&quot;:&quot;(Reig et al., 2022)&quot;,&quot;manualOverrideText&quot;:&quot;&quot;},&quot;citationTag&quot;:&quot;MENDELEY_CITATION_v3_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&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container-title-short&quot;:&quot;IEEE Trans Hum Mach Syst&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isTemporary&quot;:false}]},{&quot;citationID&quot;:&quot;MENDELEY_CITATION_3d55c64e-9238-4ca7-aa2b-c88d608a3991&quot;,&quot;properties&quot;:{&quot;noteIndex&quot;:0},&quot;isEdited&quot;:false,&quot;manualOverride&quot;:{&quot;isManuallyOverridden&quot;:false,&quot;citeprocText&quot;:&quot;(Alajlan &amp;#38; Ibrahim, 2022)&quot;,&quot;manualOverrideText&quot;:&quot;&quot;},&quot;citationTag&quot;:&quot;MENDELEY_CITATION_v3_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&quot;,&quot;citationItems&quot;:[{&quot;id&quot;:&quot;9046d768-fd6f-3c46-ac84-c30669fb2dae&quot;,&quot;itemData&quot;:{&quot;type&quot;:&quot;article-journal&quot;,&quot;id&quot;:&quot;9046d768-fd6f-3c46-ac84-c30669fb2dae&quot;,&quot;title&quot;:&quot;TinyML: Enabling of Inference Deep Learning Models on Ultra-Low-Power IoT Edge Devices for AI Applications&quot;,&quot;author&quot;:[{&quot;family&quot;:&quot;Alajlan&quot;,&quot;given&quot;:&quot;Norah N.&quot;,&quot;parse-names&quot;:false,&quot;dropping-particle&quot;:&quot;&quot;,&quot;non-dropping-particle&quot;:&quot;&quot;},{&quot;family&quot;:&quot;Ibrahim&quot;,&quot;given&quot;:&quot;Dina M.&quot;,&quot;parse-names&quot;:false,&quot;dropping-particle&quot;:&quot;&quot;,&quot;non-dropping-particle&quot;:&quot;&quot;}],&quot;container-title&quot;:&quot;Micromachines&quot;,&quot;container-title-short&quot;:&quot;Micromachines (Basel)&quot;,&quot;DOI&quot;:&quot;10.3390/mi13060851&quot;,&quot;ISSN&quot;:&quot;2072666X&quot;,&quot;issued&quot;:{&quot;date-parts&quot;:[[2022,6,1]]},&quot;abstract&quot;:&quot;Recently, the Internet of Things (IoT) has gained a lot of attention, since IoT devices are placed in various fields. Many of these devices are based on machine learning (ML) models, which render them intelligent and able to make decisions. IoT devices typically have limited resources, which restricts the execution of complex ML models such as deep learning (DL) on them. In addition, connecting IoT devices to the cloud to transfer raw data and perform processing causes delayed system responses, exposes private data and increases communication costs. Therefore, to tackle these issues, there is a new technology called Tiny Machine Learning (TinyML), that has paved the way to meet the challenges of IoT devices. This technology allows processing of the data locally on the device without the need to send it to the cloud. In addition, TinyML permits the inference of ML models, concerning DL models on the device as a Microcontroller that has limited resources. The aim of this paper is to provide an overview of the revolution of TinyML and a review of tinyML studies, wherein the main contribution is to provide an analysis of the type of ML models used in tinyML studies; it also presents the details of datasets and the types and characteristics of the devices with an aim to clarify the state of the art and envision development requirements.&quot;,&quot;publisher&quot;:&quot;MDPI&quot;,&quot;issue&quot;:&quot;6&quot;,&quot;volume&quot;:&quot;13&quot;},&quot;isTemporary&quot;:false}]},{&quot;citationID&quot;:&quot;MENDELEY_CITATION_b0724275-a836-4030-95b1-035746433009&quot;,&quot;properties&quot;:{&quot;noteIndex&quot;:0},&quot;isEdited&quot;:false,&quot;manualOverride&quot;:{&quot;isManuallyOverridden&quot;:false,&quot;citeprocText&quot;:&quot;(Fathullah et al., 2024)&quot;,&quot;manualOverrideText&quot;:&quot;&quot;},&quot;citationTag&quot;:&quot;MENDELEY_CITATION_v3_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&quot;,&quot;citationItems&quot;:[{&quot;id&quot;:&quot;1c1e8d7e-ba6d-354a-86ca-7b3cce4b163f&quot;,&quot;itemData&quot;:{&quot;type&quot;:&quot;paper-conference&quot;,&quot;id&quot;:&quot;1c1e8d7e-ba6d-354a-86ca-7b3cce4b163f&quot;,&quot;title&quot;:&quot;Prompting Large Language Models with Speech Recognition Abilities&quot;,&quot;author&quot;:[{&quot;family&quot;:&quot;Fathullah&quot;,&quot;given&quot;:&quot;Yassir&quot;,&quot;parse-names&quot;:false,&quot;dropping-particle&quot;:&quot;&quot;,&quot;non-dropping-particle&quot;:&quot;&quot;},{&quot;family&quot;:&quot;Wu&quot;,&quot;given&quot;:&quot;Chunyang&quot;,&quot;parse-names&quot;:false,&quot;dropping-particle&quot;:&quot;&quot;,&quot;non-dropping-particle&quot;:&quot;&quot;},{&quot;family&quot;:&quot;Lakomkin&quot;,&quot;given&quot;:&quot;Egor&quot;,&quot;parse-names&quot;:false,&quot;dropping-particle&quot;:&quot;&quot;,&quot;non-dropping-particle&quot;:&quot;&quot;},{&quot;family&quot;:&quot;Jia&quot;,&quot;given&quot;:&quot;Junteng&quot;,&quot;parse-names&quot;:false,&quot;dropping-particle&quot;:&quot;&quot;,&quot;non-dropping-particle&quot;:&quot;&quot;},{&quot;family&quot;:&quot;Shangguan&quot;,&quot;given&quot;:&quot;Yuan&quot;,&quot;parse-names&quot;:false,&quot;dropping-particle&quot;:&quot;&quot;,&quot;non-dropping-particle&quot;:&quot;&quot;},{&quot;family&quot;:&quot;Li&quot;,&quot;given&quot;:&quot;Ke&quot;,&quot;parse-names&quot;:false,&quot;dropping-particle&quot;:&quot;&quot;,&quot;non-dropping-particle&quot;:&quot;&quot;},{&quot;family&quot;:&quot;Guo&quot;,&quot;given&quot;:&quot;Jinxi&quot;,&quot;parse-names&quot;:false,&quot;dropping-particle&quot;:&quot;&quot;,&quot;non-dropping-particle&quot;:&quot;&quot;},{&quot;family&quot;:&quot;Xiong&quot;,&quot;given&quot;:&quot;Wenhan&quot;,&quot;parse-names&quot;:false,&quot;dropping-particle&quot;:&quot;&quot;,&quot;non-dropping-particle&quot;:&quot;&quot;},{&quot;family&quot;:&quot;Mahadeokar&quot;,&quot;given&quot;:&quot;Jay&quot;,&quot;parse-names&quot;:false,&quot;dropping-particle&quot;:&quot;&quot;,&quot;non-dropping-particle&quot;:&quot;&quot;},{&quot;family&quot;:&quot;Kalinli&quot;,&quot;given&quot;:&quot;Ozlem&quot;,&quot;parse-names&quot;:false,&quot;dropping-particle&quot;:&quot;&quot;,&quot;non-dropping-particle&quot;:&quot;&quot;},{&quot;family&quot;:&quot;Fuegen&quot;,&quot;given&quot;:&quot;Christian&quot;,&quot;parse-names&quot;:false,&quot;dropping-particle&quot;:&quot;&quot;,&quot;non-dropping-particle&quot;:&quot;&quot;},{&quot;family&quot;:&quot;Seltzer&quot;,&quot;given&quot;:&quot;Mike&quot;,&quot;parse-names&quot;:false,&quot;dropping-particle&quot;:&quot;&quot;,&quot;non-dropping-particle&quot;:&quot;&quot;}],&quot;DOI&quot;:&quot;10.1109/icassp48485.2024.10447605&quot;,&quot;ISSN&quot;:&quot;15206149&quot;,&quot;issued&quot;:{&quot;date-parts&quot;:[[2024,3,18]]},&quot;page&quot;:&quot;13351-13355&quot;,&quot;abstract&quot;:&quot;Large language models have proven themselves highly flexible, able to solve a wide range of generative tasks, such as abstractive summarization and open-ended question answering. In this paper we extend the capabilities of LLMs by directly attaching a small audio encoder allowing it to perform speech recognition. By directly prepending a sequence of audial embeddings to the text token embeddings, the LLM can be converted to an automatic speech recognition (ASR) system, and be used in the exact same manner as its textual counterpart. Experiments on Multilingual LibriSpeech (MLS) show that incorporating a conformer encoder into the open sourced LLaMA-7B allows it to outperform monolingual baselines by 18% and perform multilingual speech recognition despite LLaMA being trained overwhelmingly on English text. Furthermore, we perform ablation studies to investigate whether the LLM can be completely frozen during training to maintain its original capabilities, scaling up the audio encoder, and increasing the audio encoder striding to generate fewer embeddings. The results from these studies show that multilingual ASR is possible even when the LLM is frozen or when strides of almost 1 second are used in the audio encoder opening up the possibility for LLMs to operate on long-form audio.&quot;,&quot;publisher&quot;:&quot;Institute of Electrical and Electronics Engineers (IEEE)&quot;,&quot;container-title-short&quot;:&quot;&quot;},&quot;isTemporary&quot;:false}]},{&quot;citationID&quot;:&quot;MENDELEY_CITATION_45e454cb-09fa-4714-87ce-910701dcafe3&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NDVlNDU0Y2ItMDlmYS00NzE0LTg3Y2UtOTEwNzAxZGNhZmUz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quot;,&quot;citationItems&quot;:[{&quot;id&quot;:&quot;7e41abb2-d7bc-3910-84a9-6d7c72dd3b8e&quot;,&quot;itemData&quot;:{&quot;type&quot;:&quot;article-journal&quot;,&quot;id&quot;:&quot;7e41abb2-d7bc-3910-84a9-6d7c72dd3b8e&quot;,&quot;title&quot;:&quot;IoT based smart and intelligent smart city energy optimization&quot;,&quot;author&quot;:[{&quot;family&quot;:&quot;Chen&quot;,&quot;given&quot;:&quot;Zhong&quot;,&quot;parse-names&quot;:false,&quot;dropping-particle&quot;:&quot;&quot;,&quot;non-dropping-particle&quot;:&quot;&quot;},{&quot;family&quot;:&quot;Sivaparthipan&quot;,&quot;given&quot;:&quot;C. B.&quot;,&quot;parse-names&quot;:false,&quot;dropping-particle&quot;:&quot;&quot;,&quot;non-dropping-particle&quot;:&quot;&quot;},{&quot;family&quot;:&quot;Muthu&quot;,&quot;given&quot;:&quot;Bala Anand&quot;,&quot;parse-names&quot;:false,&quot;dropping-particle&quot;:&quot;&quot;,&quot;non-dropping-particle&quot;:&quot;&quot;}],&quot;container-title&quot;:&quot;Sustainable Energy Technologies and Assessments&quot;,&quot;accessed&quot;:{&quot;date-parts&quot;:[[2024,11,4]]},&quot;DOI&quot;:&quot;10.1016/J.SETA.2021.101724&quot;,&quot;ISSN&quot;:&quot;2213-1388&quot;,&quot;issued&quot;:{&quot;date-parts&quot;:[[2022,2,1]]},&quot;page&quot;:&quot;101724&quot;,&quot;abstract&quot;:&quot;With the effective result of IoT architecture in all research areas, we propose IoT framework based energy efficient smart and intelligent street road lighting system that consist of IoT sensor bases smart electric pole with controller for tuning LED lamps. In our work we replace traditional metal halide lamps with mesophic design LED lamps based on human eye sensitivity and it provides significant saving of energy too. Based on the sensor unit information about traffic flow and presence and absence of occupant smart and intelligent decision making module compute intensity level that generate different width pulse using PWM dimming system which triggers LED power switch via DALI controller mounted inside LED Light Controller. For efficient use of sustainable energy resources we use sustainable power systems that consist of PV solar panel units, Battery storage systems and smart electric power grids. For the charging battery system we use MPPT based dynamic battery charging algorithm. From experiment and simulated result, we observe that proposed energy efficient Smart Street lighting saves considerable amount of energy during peak and off peak hours not only at highway roads but at residential and sub-urban pedestrian areas also. It will finally decrease the consumption of energy and carbon emission. We perform comparative result analysis of proposed systems with existing lighting systems based on energy consumption. Our experimentation result also represents the effectiveness of the proposed dynamic battery charging algorithm based on the battery storage PV solar panel system performance.&quot;,&quot;publisher&quot;:&quot;Elsevier&quot;,&quot;volume&quot;:&quot;49&quot;,&quot;container-title-short&quot;:&quot;&quot;},&quot;isTemporary&quot;:false}]},{&quot;citationID&quot;:&quot;MENDELEY_CITATION_cf2fbba0-e594-45f3-98d4-b33068f2998b&quot;,&quot;properties&quot;:{&quot;noteIndex&quot;:0},&quot;isEdited&quot;:false,&quot;manualOverride&quot;:{&quot;isManuallyOverridden&quot;:false,&quot;citeprocText&quot;:&quot;(Mienye et al., 2024)&quot;,&quot;manualOverrideText&quot;:&quot;&quot;},&quot;citationTag&quot;:&quot;MENDELEY_CITATION_v3_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&quot;,&quot;citationItems&quot;:[{&quot;id&quot;:&quot;b2722cf2-dc74-3078-b400-7b0f4ac8c681&quot;,&quot;itemData&quot;:{&quot;type&quot;:&quot;article-journal&quot;,&quot;id&quot;:&quot;b2722cf2-dc74-3078-b400-7b0f4ac8c681&quot;,&quot;title&quot;:&quot;Recurrent Neural Networks: A Comprehensive Review of Architectures, Variants, and Applications&quot;,&quot;author&quot;:[{&quot;family&quot;:&quot;Mienye&quot;,&quot;given&quot;:&quot;Ibomoiye Domor&quot;,&quot;parse-names&quot;:false,&quot;dropping-particle&quot;:&quot;&quot;,&quot;non-dropping-particle&quot;:&quot;&quot;},{&quot;family&quot;:&quot;Swart&quot;,&quot;given&quot;:&quot;Theo G.&quot;,&quot;parse-names&quot;:false,&quot;dropping-particle&quot;:&quot;&quot;,&quot;non-dropping-particle&quot;:&quot;&quot;},{&quot;family&quot;:&quot;Obaido&quot;,&quot;given&quot;:&quot;George&quot;,&quot;parse-names&quot;:false,&quot;dropping-particle&quot;:&quot;&quot;,&quot;non-dropping-particle&quot;:&quot;&quot;}],&quot;container-title&quot;:&quot;Information&quot;,&quot;DOI&quot;:&quot;10.3390/info15090517&quot;,&quot;ISSN&quot;:&quot;20782489&quot;,&quot;issued&quot;:{&quot;date-parts&quot;:[[2024,8,25]]},&quot;page&quot;:&quot;517&quot;,&quot;abstract&quot;:&quot;Recurrent neural networks (RNNs) have significantly advanced the field of machine learning (ML) by enabling the effective processing of sequential data. This paper provides a comprehensive review of RNNs and their applications, highlighting advancements in architectures, such as long short-term memory (LSTM) networks, gated recurrent units (GRUs), bidirectional LSTM (BiLSTM), echo state networks (ESNs), peephole LSTM, and stacked LSTM. The study examines the application of RNNs to different domains, including natural language processing (NLP), speech recognition, time series forecasting, autonomous vehicles, and anomaly detection. Additionally, the study discusses recent innovations, such as the integration of attention mechanisms and the development of hybrid models that combine RNNs with convolutional neural networks (CNNs) and transformer architectures. This review aims to provide ML researchers and practitioners with a comprehensive overview of the current state and future directions of RNN research.&quot;,&quot;publisher&quot;:&quot;MDPI AG&quot;,&quot;issue&quot;:&quot;9&quot;,&quot;volume&quot;:&quot;15&quot;,&quot;container-title-short&quot;:&quot;&quot;},&quot;isTemporary&quot;:false}]},{&quot;citationID&quot;:&quot;MENDELEY_CITATION_2052a7c3-d131-4e4c-8c4f-83787cbdb095&quot;,&quot;properties&quot;:{&quot;noteIndex&quot;:0},&quot;isEdited&quot;:false,&quot;manualOverride&quot;:{&quot;isManuallyOverridden&quot;:false,&quot;citeprocText&quot;:&quot;(Sirinayake et al., 2021)&quot;,&quot;manualOverrideText&quot;:&quot;&quot;},&quot;citationTag&quot;:&quot;MENDELEY_CITATION_v3_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&quot;,&quot;citationItems&quot;:[{&quot;id&quot;:&quot;038ce30c-579e-367d-953e-5c0a1ada66ed&quot;,&quot;itemData&quot;:{&quot;type&quot;:&quot;paper-conference&quot;,&quot;id&quot;:&quot;038ce30c-579e-367d-953e-5c0a1ada66ed&quot;,&quot;title&quot;:&quot;IOT-Based Intelligent Assistant Mirror For Smart Life &amp; Daily Routine Using Raspberry PI&quot;,&quot;author&quot;:[{&quot;family&quot;:&quot;Sirinayake&quot;,&quot;given&quot;:&quot;Spss&quot;,&quot;parse-names&quot;:false,&quot;dropping-particle&quot;:&quot;&quot;,&quot;non-dropping-particle&quot;:&quot;&quot;},{&quot;family&quot;:&quot;Dasanayake&quot;,&quot;given&quot;:&quot;Dkak&quot;,&quot;parse-names&quot;:false,&quot;dropping-particle&quot;:&quot;&quot;,&quot;non-dropping-particle&quot;:&quot;&quot;},{&quot;family&quot;:&quot;Rodrigo&quot;,&quot;given&quot;:&quot;Tmlu&quot;,&quot;parse-names&quot;:false,&quot;dropping-particle&quot;:&quot;&quot;,&quot;non-dropping-particle&quot;:&quot;&quot;},{&quot;family&quot;:&quot;Perera&quot;,&quot;given&quot;:&quot;Wuy&quot;,&quot;parse-names&quot;:false,&quot;dropping-particle&quot;:&quot;&quot;,&quot;non-dropping-particle&quot;:&quot;&quot;},{&quot;family&quot;:&quot;Hansika Mahaadikara&quot;,&quot;given&quot;:&quot;Mdjt&quot;,&quot;parse-names&quot;:false,&quot;dropping-particle&quot;:&quot;&quot;,&quot;non-dropping-particle&quot;:&quot;&quot;},{&quot;family&quot;:&quot;Kahandawala&quot;,&quot;given&quot;:&quot;Surath&quot;,&quot;parse-names&quot;:false,&quot;dropping-particle&quot;:&quot;&quot;,&quot;non-dropping-particle&quot;:&quot;&quot;}],&quot;container-title&quot;:&quot;21st International Conference on Advances in ICT for Emerging Regions, ICter 2021 - Proceedings&quot;,&quot;DOI&quot;:&quot;10.1109/ICter53630.2021.9774788&quot;,&quot;ISBN&quot;:&quot;9781665466837&quot;,&quot;issued&quot;:{&quot;date-parts&quot;:[[2021]]},&quot;page&quot;:&quot;30-35&quot;,&quot;abstract&quot;:&quot;Humans start their day by looking in the mirror at least once before leaving their homes every morning. In addition, they waste some considerable time of their busy workload in front of the mirror. To make this time more productive and useful, there ought to be a system that can be readily conducted, user-friendly, and smart according to the constant progress on the Internet of Things. The intelligent mirror is a new addition to the smart device family, which is a straightforward concept. There will be a screen placed behind a two-way mirror, and this Intelligent Mirror turns our room or bathroom mirror into a personal assistant with artificial intelligence. The purpose is to develop a smart mirror that can automate working humans' busy daily routines and manage their tasks when they spend their time in front of a mirror. To make the most of this moment, users can securely access all the relevant details of the day by looking in the mirror simultaneously. The intelligent mirror, which a single voice command can activate, will significantly help disabled persons and the general. Raspberry Pi has been used to build the proposed intelligent mirror, linked to the digital world via the Internet. The mirror can communicate with the user through voice commands and reply appropriately. The monitoring of emotions and health measuring function will provide a distinctive experience to the users. The mirror will reflect important elements such as weather, date &amp; time, covid-19 situation reports, local news, To-do list, water reminder, home workouts, and meal plans. The mirror can also handle specialized functions such as automating and controlling home IoT devices.&quot;,&quot;publisher&quot;:&quot;Institute of Electrical and Electronics Engineers Inc.&quot;,&quot;container-title-short&quot;:&quot;&quot;},&quot;isTemporary&quot;:false}]},{&quot;citationID&quot;:&quot;MENDELEY_CITATION_39a8e343-2a7d-418c-9a31-bfccf2ee553e&quot;,&quot;properties&quot;:{&quot;noteIndex&quot;:0},&quot;isEdited&quot;:false,&quot;manualOverride&quot;:{&quot;isManuallyOverridden&quot;:false,&quot;citeprocText&quot;:&quot;(Iliev &amp;#38; Ilieva, 2023)&quot;,&quot;manualOverrideText&quot;:&quot;&quot;},&quot;citationTag&quot;:&quot;MENDELEY_CITATION_v3_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&quot;,&quot;citationItems&quot;:[{&quot;id&quot;:&quot;e02a351c-d236-385b-9f9c-2fa017c63bb1&quot;,&quot;itemData&quot;:{&quot;type&quot;:&quot;article-journal&quot;,&quot;id&quot;:&quot;e02a351c-d236-385b-9f9c-2fa017c63bb1&quot;,&quot;title&quot;:&quot;A Framework for Smart Home System with Voice Control Using NLP Methods&quot;,&quot;author&quot;:[{&quot;family&quot;:&quot;Iliev&quot;,&quot;given&quot;:&quot;Yuliy&quot;,&quot;parse-names&quot;:false,&quot;dropping-particle&quot;:&quot;&quot;,&quot;non-dropping-particle&quot;:&quot;&quot;},{&quot;family&quot;:&quot;Ilieva&quot;,&quot;given&quot;:&quot;Galina&quot;,&quot;parse-names&quot;:false,&quot;dropping-particle&quot;:&quot;&quot;,&quot;non-dropping-particle&quot;:&quot;&quot;}],&quot;container-title&quot;:&quot;Electronics (Switzerland)&quot;,&quot;DOI&quot;:&quot;10.3390/electronics12010116&quot;,&quot;ISSN&quot;:&quot;20799292&quot;,&quot;issued&quot;:{&quot;date-parts&quot;:[[2023,1,1]]},&quot;abstract&quot;:&quot;The proliferation of information technologies and the emergence of ubiquitous computing have quickly transformed electronic devices from isolated islands of data and control into interconnected parts of intelligent systems. These network-based systems have advanced features, including Internet of Things (IoT) sensors and actuators, multiple connectivity options and multimodal user interfaces, and they also enable remote monitoring and management. In order to develop a human machine interface of smart home systems with speech recognition, we propose a new IoT-fog-cloud framework using natural language processing (NLP) methods. The new methodology adds utterance to command transformation to the existing cloud-based speech-to-text and text-to-speech services. This approach is flexible and can be easily adapted for different types of automation systems and consumer electronics as well as to almost every non-tonal language not currently supported by online platforms for intent detection and classification. The proposed framework has been employed in the development of prototypes of voice user interface extension of existing smart security system via new service for speech intent recognition. Tests on the system were carried out and the obtained results show the effectiveness of the new voice communication option. The speech-based interface is reliable; it facilitates customers and improves their experience with smart home devices.&quot;,&quot;publisher&quot;:&quot;MDPI&quot;,&quot;issue&quot;:&quot;1&quot;,&quot;volume&quot;:&quot;12&quot;,&quot;container-title-short&quot;:&quot;&quot;},&quot;isTemporary&quot;:false}]},{&quot;citationID&quot;:&quot;MENDELEY_CITATION_a12c36a7-97c8-4b0e-bcc1-7923b74b71b2&quot;,&quot;properties&quot;:{&quot;noteIndex&quot;:0},&quot;isEdited&quot;:false,&quot;manualOverride&quot;:{&quot;isManuallyOverridden&quot;:false,&quot;citeprocText&quot;:&quot;(Chhetri &amp;#38; Genaro Motti, 2022)&quot;,&quot;manualOverrideText&quot;:&quot;&quot;},&quot;citationTag&quot;:&quot;MENDELEY_CITATION_v3_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&quot;,&quot;citationItems&quot;:[{&quot;id&quot;:&quot;d1db7212-dade-32cb-84e6-3b4f1c7d59c1&quot;,&quot;itemData&quot;:{&quot;type&quot;:&quot;article-journal&quot;,&quot;id&quot;:&quot;d1db7212-dade-32cb-84e6-3b4f1c7d59c1&quot;,&quot;title&quot;:&quot;User-Centric Privacy Controls for Smart Homes&quot;,&quot;author&quot;:[{&quot;family&quot;:&quot;Chhetri&quot;,&quot;given&quot;:&quot;Chola&quot;,&quot;parse-names&quot;:false,&quot;dropping-particle&quot;:&quot;&quot;,&quot;non-dropping-particle&quot;:&quot;&quot;},{&quot;family&quot;:&quot;Genaro Motti&quot;,&quot;given&quot;:&quot;Vivian&quot;,&quot;parse-names&quot;:false,&quot;dropping-particle&quot;:&quot;&quot;,&quot;non-dropping-particle&quot;:&quot;&quot;}],&quot;container-title&quot;:&quot;Proceedings of the ACM on Human-Computer Interaction&quot;,&quot;container-title-short&quot;:&quot;Proc ACM Hum Comput Interact&quot;,&quot;DOI&quot;:&quot;10.1145/3555769&quot;,&quot;ISSN&quot;:&quot;25730142&quot;,&quot;issued&quot;:{&quot;date-parts&quot;:[[2022,11,11]]},&quot;abstract&quot;:&quot;The widespread adoption of smart home devices (SHD) has increased privacy concerns among users, yet user-friendly controls are lacking. While there is a large body of research focused on understanding privacy concerns and threat models of SHD users, there is limited research so far aimed at informing the development of privacy controls in SHDs. This paper presents the results of 25 interviews focused on characterizing the users' needs for privacy controls. Through qualitative analysis of interview data, we present 7 design factors and 32 sub-factors for the design of privacy controls in SHDs. The interview findings inform the design of a survey that was deployed to 440 adult SHD users to gain quantitative insights on privacy control requirements and to complement the interview findings. Based on the findings, we discuss a privacy control framework that guides designers towards user-centric privacy controls.&quot;,&quot;publisher&quot;:&quot;Association for Computing Machinery&quot;,&quot;issue&quot;:&quot;2 CSCW&quot;,&quot;volume&quot;:&quot;6&quot;},&quot;isTemporary&quot;:false}]},{&quot;citationID&quot;:&quot;MENDELEY_CITATION_f5df3040-60b5-4b5e-b892-74c4a57f074d&quot;,&quot;properties&quot;:{&quot;noteIndex&quot;:0},&quot;isEdited&quot;:false,&quot;manualOverride&quot;:{&quot;isManuallyOverridden&quot;:false,&quot;citeprocText&quot;:&quot;(Chhetri &amp;#38; Genaro Motti, 2022)&quot;,&quot;manualOverrideText&quot;:&quot;&quot;},&quot;citationTag&quot;:&quot;MENDELEY_CITATION_v3_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&quot;,&quot;citationItems&quot;:[{&quot;id&quot;:&quot;d1db7212-dade-32cb-84e6-3b4f1c7d59c1&quot;,&quot;itemData&quot;:{&quot;type&quot;:&quot;article-journal&quot;,&quot;id&quot;:&quot;d1db7212-dade-32cb-84e6-3b4f1c7d59c1&quot;,&quot;title&quot;:&quot;User-Centric Privacy Controls for Smart Homes&quot;,&quot;author&quot;:[{&quot;family&quot;:&quot;Chhetri&quot;,&quot;given&quot;:&quot;Chola&quot;,&quot;parse-names&quot;:false,&quot;dropping-particle&quot;:&quot;&quot;,&quot;non-dropping-particle&quot;:&quot;&quot;},{&quot;family&quot;:&quot;Genaro Motti&quot;,&quot;given&quot;:&quot;Vivian&quot;,&quot;parse-names&quot;:false,&quot;dropping-particle&quot;:&quot;&quot;,&quot;non-dropping-particle&quot;:&quot;&quot;}],&quot;container-title&quot;:&quot;Proceedings of the ACM on Human-Computer Interaction&quot;,&quot;container-title-short&quot;:&quot;Proc ACM Hum Comput Interact&quot;,&quot;DOI&quot;:&quot;10.1145/3555769&quot;,&quot;ISSN&quot;:&quot;25730142&quot;,&quot;issued&quot;:{&quot;date-parts&quot;:[[2022,11,11]]},&quot;abstract&quot;:&quot;The widespread adoption of smart home devices (SHD) has increased privacy concerns among users, yet user-friendly controls are lacking. While there is a large body of research focused on understanding privacy concerns and threat models of SHD users, there is limited research so far aimed at informing the development of privacy controls in SHDs. This paper presents the results of 25 interviews focused on characterizing the users' needs for privacy controls. Through qualitative analysis of interview data, we present 7 design factors and 32 sub-factors for the design of privacy controls in SHDs. The interview findings inform the design of a survey that was deployed to 440 adult SHD users to gain quantitative insights on privacy control requirements and to complement the interview findings. Based on the findings, we discuss a privacy control framework that guides designers towards user-centric privacy controls.&quot;,&quot;publisher&quot;:&quot;Association for Computing Machinery&quot;,&quot;issue&quot;:&quot;2 CSCW&quot;,&quot;volume&quot;:&quot;6&quot;},&quot;isTemporary&quot;:false}]},{&quot;citationID&quot;:&quot;MENDELEY_CITATION_85cdc8b0-bbb6-47c1-aec1-330e633e8465&quot;,&quot;properties&quot;:{&quot;noteIndex&quot;:0},&quot;isEdited&quot;:false,&quot;manualOverride&quot;:{&quot;isManuallyOverridden&quot;:false,&quot;citeprocText&quot;:&quot;(Fathullah et al., 2024)&quot;,&quot;manualOverrideText&quot;:&quot;&quot;},&quot;citationTag&quot;:&quot;MENDELEY_CITATION_v3_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&quot;,&quot;citationItems&quot;:[{&quot;id&quot;:&quot;1c1e8d7e-ba6d-354a-86ca-7b3cce4b163f&quot;,&quot;itemData&quot;:{&quot;type&quot;:&quot;paper-conference&quot;,&quot;id&quot;:&quot;1c1e8d7e-ba6d-354a-86ca-7b3cce4b163f&quot;,&quot;title&quot;:&quot;Prompting Large Language Models with Speech Recognition Abilities&quot;,&quot;author&quot;:[{&quot;family&quot;:&quot;Fathullah&quot;,&quot;given&quot;:&quot;Yassir&quot;,&quot;parse-names&quot;:false,&quot;dropping-particle&quot;:&quot;&quot;,&quot;non-dropping-particle&quot;:&quot;&quot;},{&quot;family&quot;:&quot;Wu&quot;,&quot;given&quot;:&quot;Chunyang&quot;,&quot;parse-names&quot;:false,&quot;dropping-particle&quot;:&quot;&quot;,&quot;non-dropping-particle&quot;:&quot;&quot;},{&quot;family&quot;:&quot;Lakomkin&quot;,&quot;given&quot;:&quot;Egor&quot;,&quot;parse-names&quot;:false,&quot;dropping-particle&quot;:&quot;&quot;,&quot;non-dropping-particle&quot;:&quot;&quot;},{&quot;family&quot;:&quot;Jia&quot;,&quot;given&quot;:&quot;Junteng&quot;,&quot;parse-names&quot;:false,&quot;dropping-particle&quot;:&quot;&quot;,&quot;non-dropping-particle&quot;:&quot;&quot;},{&quot;family&quot;:&quot;Shangguan&quot;,&quot;given&quot;:&quot;Yuan&quot;,&quot;parse-names&quot;:false,&quot;dropping-particle&quot;:&quot;&quot;,&quot;non-dropping-particle&quot;:&quot;&quot;},{&quot;family&quot;:&quot;Li&quot;,&quot;given&quot;:&quot;Ke&quot;,&quot;parse-names&quot;:false,&quot;dropping-particle&quot;:&quot;&quot;,&quot;non-dropping-particle&quot;:&quot;&quot;},{&quot;family&quot;:&quot;Guo&quot;,&quot;given&quot;:&quot;Jinxi&quot;,&quot;parse-names&quot;:false,&quot;dropping-particle&quot;:&quot;&quot;,&quot;non-dropping-particle&quot;:&quot;&quot;},{&quot;family&quot;:&quot;Xiong&quot;,&quot;given&quot;:&quot;Wenhan&quot;,&quot;parse-names&quot;:false,&quot;dropping-particle&quot;:&quot;&quot;,&quot;non-dropping-particle&quot;:&quot;&quot;},{&quot;family&quot;:&quot;Mahadeokar&quot;,&quot;given&quot;:&quot;Jay&quot;,&quot;parse-names&quot;:false,&quot;dropping-particle&quot;:&quot;&quot;,&quot;non-dropping-particle&quot;:&quot;&quot;},{&quot;family&quot;:&quot;Kalinli&quot;,&quot;given&quot;:&quot;Ozlem&quot;,&quot;parse-names&quot;:false,&quot;dropping-particle&quot;:&quot;&quot;,&quot;non-dropping-particle&quot;:&quot;&quot;},{&quot;family&quot;:&quot;Fuegen&quot;,&quot;given&quot;:&quot;Christian&quot;,&quot;parse-names&quot;:false,&quot;dropping-particle&quot;:&quot;&quot;,&quot;non-dropping-particle&quot;:&quot;&quot;},{&quot;family&quot;:&quot;Seltzer&quot;,&quot;given&quot;:&quot;Mike&quot;,&quot;parse-names&quot;:false,&quot;dropping-particle&quot;:&quot;&quot;,&quot;non-dropping-particle&quot;:&quot;&quot;}],&quot;DOI&quot;:&quot;10.1109/icassp48485.2024.10447605&quot;,&quot;ISSN&quot;:&quot;15206149&quot;,&quot;issued&quot;:{&quot;date-parts&quot;:[[2024,3,18]]},&quot;page&quot;:&quot;13351-13355&quot;,&quot;abstract&quot;:&quot;Large language models have proven themselves highly flexible, able to solve a wide range of generative tasks, such as abstractive summarization and open-ended question answering. In this paper we extend the capabilities of LLMs by directly attaching a small audio encoder allowing it to perform speech recognition. By directly prepending a sequence of audial embeddings to the text token embeddings, the LLM can be converted to an automatic speech recognition (ASR) system, and be used in the exact same manner as its textual counterpart. Experiments on Multilingual LibriSpeech (MLS) show that incorporating a conformer encoder into the open sourced LLaMA-7B allows it to outperform monolingual baselines by 18% and perform multilingual speech recognition despite LLaMA being trained overwhelmingly on English text. Furthermore, we perform ablation studies to investigate whether the LLM can be completely frozen during training to maintain its original capabilities, scaling up the audio encoder, and increasing the audio encoder striding to generate fewer embeddings. The results from these studies show that multilingual ASR is possible even when the LLM is frozen or when strides of almost 1 second are used in the audio encoder opening up the possibility for LLMs to operate on long-form audio.&quot;,&quot;publisher&quot;:&quot;Institute of Electrical and Electronics Engineers (IEEE)&quot;,&quot;container-title-short&quot;:&quot;&quot;},&quot;isTemporary&quot;:false}]},{&quot;citationID&quot;:&quot;MENDELEY_CITATION_0dee0467-9536-4fef-8369-b7c67c669ee2&quot;,&quot;properties&quot;:{&quot;noteIndex&quot;:0},&quot;isEdited&quot;:false,&quot;manualOverride&quot;:{&quot;isManuallyOverridden&quot;:false,&quot;citeprocText&quot;:&quot;(Venkatraman et al., 2021)&quot;,&quot;manualOverrideText&quot;:&quot;&quot;},&quot;citationTag&quot;:&quot;MENDELEY_CITATION_v3_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&quot;,&quot;citationItems&quot;:[{&quot;id&quot;:&quot;705af7f6-afcc-3295-b4d9-11182e62aed7&quot;,&quot;itemData&quot;:{&quot;type&quot;:&quot;article-journal&quot;,&quot;id&quot;:&quot;705af7f6-afcc-3295-b4d9-11182e62aed7&quot;,&quot;title&quot;:&quot;Smart home automation—use cases of a secure and integrated voice‐control system&quot;,&quot;author&quot;:[{&quot;family&quot;:&quot;Venkatraman&quot;,&quot;given&quot;:&quot;Sitalakshmi&quot;,&quot;parse-names&quot;:false,&quot;dropping-particle&quot;:&quot;&quot;,&quot;non-dropping-particle&quot;:&quot;&quot;},{&quot;family&quot;:&quot;Overmars&quot;,&quot;given&quot;:&quot;Anthony&quot;,&quot;parse-names&quot;:false,&quot;dropping-particle&quot;:&quot;&quot;,&quot;non-dropping-particle&quot;:&quot;&quot;},{&quot;family&quot;:&quot;Thong&quot;,&quot;given&quot;:&quot;Minh&quot;,&quot;parse-names&quot;:false,&quot;dropping-particle&quot;:&quot;&quot;,&quot;non-dropping-particle&quot;:&quot;&quot;}],&quot;container-title&quot;:&quot;Systems&quot;,&quot;DOI&quot;:&quot;10.3390/systems9040077&quot;,&quot;ISSN&quot;:&quot;20798954&quot;,&quot;issued&quot;:{&quot;date-parts&quot;:[[2021,12,1]]},&quot;abstract&quot;:&quot;Smart home automation is expected to improve living standards with the evolution of internet of things (IoT) that facilitate the remote control of residential appliances. There are, however, several factors that require attention for broader successful consumer adoption. This paper focusses on three key barriers: (i) different underlying technologies requiring an integrated voice-based control for ease of use, (ii) lack of trust due to security and privacy concerns, and (iii) unawareness of the use of machine intelligence by users for exploiting the full potential of smartness. Voice‐controlled home environments are possible with cloud‐based solutions that are being deployed commercially. However, there are drawbacks due to non‐standard voice channels and commands with delays in meeting the required response time for real‐time services. Adoption is also required to meet with the expected goals of simplicity, security, and integration. To address these barriers, we propose a model integrating IoT services and wireless technologies for developing a secure smart home automation with a voice‐controlled artificial intelligence system. We demonstrate the model’s application in a variety of practical use cases, by implementing a secure and smart voice‐based system for an integrated control of several home devices seamlessly.&quot;,&quot;publisher&quot;:&quot;MDPI&quot;,&quot;issue&quot;:&quot;4&quot;,&quot;volume&quot;:&quot;9&quot;,&quot;container-title-short&quot;:&quot;&quot;},&quot;isTemporary&quot;:false}]},{&quot;citationID&quot;:&quot;MENDELEY_CITATION_8ce9ae0b-9510-4ea7-b593-8d9a2e08673c&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&quot;,&quot;citationItems&quot;:[{&quot;id&quot;:&quot;7e41abb2-d7bc-3910-84a9-6d7c72dd3b8e&quot;,&quot;itemData&quot;:{&quot;type&quot;:&quot;article-journal&quot;,&quot;id&quot;:&quot;7e41abb2-d7bc-3910-84a9-6d7c72dd3b8e&quot;,&quot;title&quot;:&quot;IoT based smart and intelligent smart city energy optimization&quot;,&quot;author&quot;:[{&quot;family&quot;:&quot;Chen&quot;,&quot;given&quot;:&quot;Zhong&quot;,&quot;parse-names&quot;:false,&quot;dropping-particle&quot;:&quot;&quot;,&quot;non-dropping-particle&quot;:&quot;&quot;},{&quot;family&quot;:&quot;Sivaparthipan&quot;,&quot;given&quot;:&quot;C. B.&quot;,&quot;parse-names&quot;:false,&quot;dropping-particle&quot;:&quot;&quot;,&quot;non-dropping-particle&quot;:&quot;&quot;},{&quot;family&quot;:&quot;Muthu&quot;,&quot;given&quot;:&quot;Bala Anand&quot;,&quot;parse-names&quot;:false,&quot;dropping-particle&quot;:&quot;&quot;,&quot;non-dropping-particle&quot;:&quot;&quot;}],&quot;container-title&quot;:&quot;Sustainable Energy Technologies and Assessments&quot;,&quot;accessed&quot;:{&quot;date-parts&quot;:[[2024,11,4]]},&quot;DOI&quot;:&quot;10.1016/J.SETA.2021.101724&quot;,&quot;ISSN&quot;:&quot;2213-1388&quot;,&quot;issued&quot;:{&quot;date-parts&quot;:[[2022,2,1]]},&quot;page&quot;:&quot;101724&quot;,&quot;abstract&quot;:&quot;With the effective result of IoT architecture in all research areas, we propose IoT framework based energy efficient smart and intelligent street road lighting system that consist of IoT sensor bases smart electric pole with controller for tuning LED lamps. In our work we replace traditional metal halide lamps with mesophic design LED lamps based on human eye sensitivity and it provides significant saving of energy too. Based on the sensor unit information about traffic flow and presence and absence of occupant smart and intelligent decision making module compute intensity level that generate different width pulse using PWM dimming system which triggers LED power switch via DALI controller mounted inside LED Light Controller. For efficient use of sustainable energy resources we use sustainable power systems that consist of PV solar panel units, Battery storage systems and smart electric power grids. For the charging battery system we use MPPT based dynamic battery charging algorithm. From experiment and simulated result, we observe that proposed energy efficient Smart Street lighting saves considerable amount of energy during peak and off peak hours not only at highway roads but at residential and sub-urban pedestrian areas also. It will finally decrease the consumption of energy and carbon emission. We perform comparative result analysis of proposed systems with existing lighting systems based on energy consumption. Our experimentation result also represents the effectiveness of the proposed dynamic battery charging algorithm based on the battery storage PV solar panel system performance.&quot;,&quot;publisher&quot;:&quot;Elsevier&quot;,&quot;volume&quot;:&quot;49&quot;,&quot;container-title-short&quot;:&quot;&quot;},&quot;isTemporary&quot;:false}]},{&quot;citationID&quot;:&quot;MENDELEY_CITATION_55692d6c-f650-4c6b-a446-40323f92f4cf&quot;,&quot;properties&quot;:{&quot;noteIndex&quot;:0},&quot;isEdited&quot;:false,&quot;manualOverride&quot;:{&quot;isManuallyOverridden&quot;:false,&quot;citeprocText&quot;:&quot;(Abdul &amp;#38; Al-Talabani, 2022)&quot;,&quot;manualOverrideText&quot;:&quot;&quot;},&quot;citationTag&quot;:&quot;MENDELEY_CITATION_v3_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&quot;,&quot;citationItems&quot;:[{&quot;id&quot;:&quot;a1d924ab-41c6-3faf-ab86-e731cf8ce922&quot;,&quot;itemData&quot;:{&quot;type&quot;:&quot;article&quot;,&quot;id&quot;:&quot;a1d924ab-41c6-3faf-ab86-e731cf8ce922&quot;,&quot;title&quot;:&quot;Mel Frequency Cepstral Coefficient and its Applications: A Review&quot;,&quot;author&quot;:[{&quot;family&quot;:&quot;Abdul&quot;,&quot;given&quot;:&quot;Zrar Kh&quot;,&quot;parse-names&quot;:false,&quot;dropping-particle&quot;:&quot;&quot;,&quot;non-dropping-particle&quot;:&quot;&quot;},{&quot;family&quot;:&quot;Al-Talabani&quot;,&quot;given&quot;:&quot;Abdulbasit K.&quot;,&quot;parse-names&quot;:false,&quot;dropping-particle&quot;:&quot;&quot;,&quot;non-dropping-particle&quot;:&quot;&quot;}],&quot;container-title&quot;:&quot;IEEE Access&quot;,&quot;DOI&quot;:&quot;10.1109/ACCESS.2022.3223444&quot;,&quot;ISSN&quot;:&quot;21693536&quot;,&quot;issued&quot;:{&quot;date-parts&quot;:[[2022]]},&quot;page&quot;:&quot;122136-122158&quot;,&quot;abstract&quot;:&quot;Feature extraction and representation has significant impact on the performance of any machine learning method. Mel Frequency Cepstrum Coefficient (MFCC) is designed to model features of audio signal and is widely used in various fields. This paper aims to review the applications that the MFCC is used for in addition to some issues that facing the MFCC computation and its impact on the model performance. These issues include the use of MFCC for non-acoustic signals, adopting the MFCC alone or combining it with other features, the use of time series versus global representation of the MFCC, following the standard form of the MFCC computation versus modifying its parameters, and supplying the traditional machine learning methods versus the deep learning methods.&quot;,&quot;publisher&quot;:&quot;Institute of Electrical and Electronics Engineers Inc.&quot;,&quot;volume&quot;:&quot;10&quot;,&quot;container-title-short&quot;:&quot;&quot;},&quot;isTemporary&quot;:false}]},{&quot;citationID&quot;:&quot;MENDELEY_CITATION_460b060a-47f8-4372-8344-107c2261a1a5&quot;,&quot;properties&quot;:{&quot;noteIndex&quot;:0},&quot;isEdited&quot;:false,&quot;manualOverride&quot;:{&quot;isManuallyOverridden&quot;:true,&quot;citeprocText&quot;:&quot;(Younisse et al., 2022)&quot;,&quot;manualOverrideText&quot;:&quot;Younisse et al., 2022)&quot;},&quot;citationTag&quot;:&quot;MENDELEY_CITATION_v3_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&quot;,&quot;citationItems&quot;:[{&quot;id&quot;:&quot;89dce729-9fb4-376c-bedb-2987c2f98f13&quot;,&quot;itemData&quot;:{&quot;type&quot;:&quot;article-journal&quot;,&quot;id&quot;:&quot;89dce729-9fb4-376c-bedb-2987c2f98f13&quot;,&quot;title&quot;:&quot;Explaining Intrusion Detection-Based Convolutional Neural Networks Using Shapley Additive Explanations (SHAP)&quot;,&quot;author&quot;:[{&quot;family&quot;:&quot;Younisse&quot;,&quot;given&quot;:&quot;Remah&quot;,&quot;parse-names&quot;:false,&quot;dropping-particle&quot;:&quot;&quot;,&quot;non-dropping-particle&quot;:&quot;&quot;},{&quot;family&quot;:&quot;Ahmad&quot;,&quot;given&quot;:&quot;Ashraf&quot;,&quot;parse-names&quot;:false,&quot;dropping-particle&quot;:&quot;&quot;,&quot;non-dropping-particle&quot;:&quot;&quot;},{&quot;family&quot;:&quot;Abu Al-Haija&quot;,&quot;given&quot;:&quot;Qasem&quot;,&quot;parse-names&quot;:false,&quot;dropping-particle&quot;:&quot;&quot;,&quot;non-dropping-particle&quot;:&quot;&quot;}],&quot;container-title&quot;:&quot;Big Data and Cognitive Computing&quot;,&quot;DOI&quot;:&quot;10.3390/bdcc6040126&quot;,&quot;ISSN&quot;:&quot;25042289&quot;,&quot;issued&quot;:{&quot;date-parts&quot;:[[2022,12,1]]},&quot;abstract&quot;:&quot;Artificial intelligence (AI) and machine learning (ML) models have become essential tools used in many critical systems to make significant decisions; the decisions taken by these models need to be trusted and explained on many occasions. On the other hand, the performance of different ML and AI models varies with the same used dataset. Sometimes, developers have tried to use multiple models before deciding which model should be used without understanding the reasons behind this variance in performance. Explainable artificial intelligence (XAI) models have presented an explanation for the models’ performance based on highlighting the features that the model considered necessary while making the decision. This work presents an analytical approach to studying the density functions for intrusion detection dataset features. The study explains how and why these features are essential during the XAI process. We aim, in this study, to explain XAI behavior to add an extra layer of explainability. The density function analysis presented in this paper adds a deeper understanding of the importance of features in different AI models. Specifically, we present a method to explain the results of SHAP (Shapley additive explanations) for different machine learning models based on the feature data’s KDE (kernel density estimation) plots. We also survey the specifications of dataset features that can perform better for convolutional neural networks (CNN) based models.&quot;,&quot;publisher&quot;:&quot;MDPI&quot;,&quot;issue&quot;:&quot;4&quot;,&quot;volume&quot;:&quot;6&quot;,&quot;container-title-short&quot;:&quot;&quot;},&quot;isTemporary&quot;:false}]},{&quot;citationID&quot;:&quot;MENDELEY_CITATION_0ad3b7f3-fa54-4c98-961b-8c493b55014b&quot;,&quot;properties&quot;:{&quot;noteIndex&quot;:0},&quot;isEdited&quot;:false,&quot;manualOverride&quot;:{&quot;isManuallyOverridden&quot;:true,&quot;citeprocText&quot;:&quot;(Wang et al., 2024)&quot;,&quot;manualOverrideText&quot;:&quot;Wang et al., 2024)&quot;},&quot;citationTag&quot;:&quot;MENDELEY_CITATION_v3_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&quot;,&quot;citationItems&quot;:[{&quot;id&quot;:&quot;a114279e-0166-3af3-98c8-df6f40f8c1e7&quot;,&quot;itemData&quot;:{&quot;type&quot;:&quot;paper-conference&quot;,&quot;id&quot;:&quot;a114279e-0166-3af3-98c8-df6f40f8c1e7&quot;,&quot;title&quot;:&quot;Leveraging Large Vision-Language Model for Better Automatic Web GUI Testing&quot;,&quot;author&quot;:[{&quot;family&quot;:&quot;Wang&quot;,&quot;given&quot;:&quot;Siyi&quot;,&quot;parse-names&quot;:false,&quot;dropping-particle&quot;:&quot;&quot;,&quot;non-dropping-particle&quot;:&quot;&quot;},{&quot;family&quot;:&quot;Wang&quot;,&quot;given&quot;:&quot;Sinan&quot;,&quot;parse-names&quot;:false,&quot;dropping-particle&quot;:&quot;&quot;,&quot;non-dropping-particle&quot;:&quot;&quot;},{&quot;family&quot;:&quot;Fan&quot;,&quot;given&quot;:&quot;Yujia&quot;,&quot;parse-names&quot;:false,&quot;dropping-particle&quot;:&quot;&quot;,&quot;non-dropping-particle&quot;:&quot;&quot;},{&quot;family&quot;:&quot;Li&quot;,&quot;given&quot;:&quot;Xiaolei&quot;,&quot;parse-names&quot;:false,&quot;dropping-particle&quot;:&quot;&quot;,&quot;non-dropping-particle&quot;:&quot;&quot;},{&quot;family&quot;:&quot;Liu&quot;,&quot;given&quot;:&quot;Yepang&quot;,&quot;parse-names&quot;:false,&quot;dropping-particle&quot;:&quot;&quot;,&quot;non-dropping-particle&quot;:&quot;&quot;}],&quot;container-title&quot;:&quot;Proceedings - 2024 IEEE International Conference on Software Maintenance and Evolution, ICSME 2024&quot;,&quot;DOI&quot;:&quot;10.1109/ICSME58944.2024.00022&quot;,&quot;ISBN&quot;:&quot;9798350395686&quot;,&quot;issued&quot;:{&quot;date-parts&quot;:[[2024]]},&quot;page&quot;:&quot;125-137&quot;,&quot;abstract&quot;:&quot;With the rapid development of web technology, more and more software applications have become web-based in the past decades. To ensure software quality and user experience, various techniques have been proposed to automatically test web applications by interacting with their GUIs. To achieve high functional coverage, web GUI testing tools often need to generate high-quality text inputs and interact with the associated GUI elements (e.g., click submit buttons). However, developing a holistic approach that solves both subtasks is challenging because the web GUI context can be complicated and highly dynamic, which is hard to process programmatically. The recent development of large vision-language models (LVLM) provides new opportunities to handle these longstanding problems. We in this paper propose VETL, the first LVLM-driven end-to-end web testing technique. With LVLM's scene understanding capabilities, VETL can generate valid and meaningful text inputs focusing on the local context, while avoiding the need to extract precise textual attributes. The selection of associated GUI elements is formulated as a visual question answering problem, allowing LVLM to capture the logical connection between the input box and the relevant element based on visual instructions. Further, the GUI exploration is guided by a multi-armed bandit module employing a curiosity-oriented strategy. Experiments show that VETL is effective in exploring web state/action spaces and detecting bugs. Compared with WebExplor, the state-of-the-art web testing technique, VETL can discover 25% more unique web actions on benchmark websites. Moreover, it can expose functional bugs in top-ranking commercial websites, which have been confirmed by the website maintainers. Our work makes the first attempt of leveraging LVLM in end-to-end GUI testing, demonstrating promising results of this research direction.&quot;,&quot;publisher&quot;:&quot;Institute of Electrical and Electronics Engineers Inc.&quot;,&quot;container-title-short&quot;:&quot;&quot;},&quot;isTemporary&quot;:false}]},{&quot;citationID&quot;:&quot;MENDELEY_CITATION_fc95d935-3d63-468a-84a8-2e46c8538216&quot;,&quot;properties&quot;:{&quot;noteIndex&quot;:0},&quot;isEdited&quot;:false,&quot;manualOverride&quot;:{&quot;isManuallyOverridden&quot;:true,&quot;citeprocText&quot;:&quot;(Reig et al., 2022)&quot;,&quot;manualOverrideText&quot;:&quot;Reig et al., 2022)&quot;},&quot;citationTag&quot;:&quot;MENDELEY_CITATION_v3_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&quot;,&quot;citationItems&quot;:[{&quot;id&quot;:&quot;77fb4d12-a67b-3df4-b389-1a9f89ef62c5&quot;,&quot;itemData&quot;:{&quot;type&quot;:&quot;article-journal&quot;,&quot;id&quot;:&quot;77fb4d12-a67b-3df4-b389-1a9f89ef62c5&quot;,&quot;title&quot;:&quot;Theory and Design Considerations for the User Experience of Smart Environments&quot;,&quot;author&quot;:[{&quot;family&quot;:&quot;Reig&quot;,&quot;given&quot;:&quot;Samantha&quot;,&quot;parse-names&quot;:false,&quot;dropping-particle&quot;:&quot;&quot;,&quot;non-dropping-particle&quot;:&quot;&quot;},{&quot;family&quot;:&quot;Fong&quot;,&quot;given&quot;:&quot;Terrence&quot;,&quot;parse-names&quot;:false,&quot;dropping-particle&quot;:&quot;&quot;,&quot;non-dropping-particle&quot;:&quot;&quot;},{&quot;family&quot;:&quot;Forlizzi&quot;,&quot;given&quot;:&quot;Jodi&quot;,&quot;parse-names&quot;:false,&quot;dropping-particle&quot;:&quot;&quot;,&quot;non-dropping-particle&quot;:&quot;&quot;},{&quot;family&quot;:&quot;Steinfeld&quot;,&quot;given&quot;:&quot;Aaron&quot;,&quot;parse-names&quot;:false,&quot;dropping-particle&quot;:&quot;&quot;,&quot;non-dropping-particle&quot;:&quot;&quot;}],&quot;container-title&quot;:&quot;IEEE Transactions on Human-Machine Systems&quot;,&quot;DOI&quot;:&quot;10.1109/THMS.2022.3142112&quot;,&quot;ISSN&quot;:&quot;21682305&quot;,&quot;issued&quot;:{&quot;date-parts&quot;:[[2022,6,1]]},&quot;page&quot;:&quot;522-535&quot;,&quot;abstract&quot;:&quot;With the infusion of computation into workplaces and homes, various service settings, and everyday objects, scholars in human-computer interaction (HCI) and related domains have begun to consider the research and design implications not only of smart 'things,' but of smart environments. Much of the work on smart environments to date has focused on smart homes; related work in HCI explores user values for smart homes, means of interacting with computation in smart homes (e.g., interfaces and agents), how to balance the needs of multiple stakeholders, and how to preserve user trust and autonomy. However, the smart environments of the future will not always fit the smart home mold of a coalescence of products that exist to automate and ease everyday tasks for the end users. They will be both user-focused and goal-focused, public and private, large and small, and ephemeral and long-lasting. It will benefit the field to look at smart environments as a unit of analysis - including what these different types of environments have in common and what they do not - from a systemic, user experience design-oriented view. In this survey article, we review prior research on smart environments and various related bodies of literature. Informed by our literature review, we articulate five lenses that distinguish different types of smart environments from one another. We then propose research directions for future work on this topic.&quot;,&quot;publisher&quot;:&quot;Institute of Electrical and Electronics Engineers Inc.&quot;,&quot;issue&quot;:&quot;3&quot;,&quot;volume&quot;:&quot;52&quot;,&quot;container-title-short&quot;:&quot;IEEE Trans Hum Mach Syst&quot;},&quot;isTemporary&quot;:false}]},{&quot;citationID&quot;:&quot;MENDELEY_CITATION_f787f2b1-6294-4c32-aba6-1fe5ccd38f97&quot;,&quot;properties&quot;:{&quot;noteIndex&quot;:0},&quot;isEdited&quot;:false,&quot;manualOverride&quot;:{&quot;isManuallyOverridden&quot;:true,&quot;citeprocText&quot;:&quot;(Yu, n.d.)&quot;,&quot;manualOverrideText&quot;:&quot;Yu, n.d.)&quot;},&quot;citationTag&quot;:&quot;MENDELEY_CITATION_v3_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&quot;,&quot;citationItems&quot;:[{&quot;id&quot;:&quot;7b7a7d56-e0d7-3bba-834e-5418f63a5967&quot;,&quot;itemData&quot;:{&quot;type&quot;:&quot;article-journal&quot;,&quot;id&quot;:&quot;7b7a7d56-e0d7-3bba-834e-5418f63a5967&quot;,&quot;title&quot;:&quot;Improvement of Learning Ability and Prediction Accuracy of Intelligent Software through Machine Learning and Deep Learning Algorithms&quot;,&quot;author&quot;:[{&quot;family&quot;:&quot;Yu&quot;,&quot;given&quot;:&quot;Xue&quot;,&quot;parse-names&quot;:false,&quot;dropping-particle&quot;:&quot;&quot;,&quot;non-dropping-particle&quot;:&quot;&quot;}],&quot;DOI&quot;:&quot;10.1109/CICN.2024.58&quot;,&quot;ISBN&quot;:&quot;9798331505264&quot;,&quot;page&quot;:&quot;2024&quot;,&quot;abstract&quot;:&quot;With the increasing demand for software, the learning ability and prediction accuracy of software can no longer meet people's needs, but there is currently no good solution. To address this issue, this study utilizes machine learning and deep learning algorithms to improve these issues. A literature review method is adopted to investigate and summarize the research on machine learning and deep learning algorithms in improving the learning ability and prediction accuracy of intelligent software. The learning ability of software is explored by collecting relevant literature, analyzing and comparing the characteristics and application scenarios of different algorithms, and a deep comparison is conducted on the prediction accuracy and learning ability of the software through experiments. The research results indicate that the prediction accuracy of the algorithm in this article is between 91% and 99%, and machine learning and deep learning algorithms have significant effects on improving the learning ability and prediction accuracy of intelligent software.&quot;,&quot;container-title-short&quot;:&quot;&quot;},&quot;isTemporary&quot;:false}]},{&quot;citationID&quot;:&quot;MENDELEY_CITATION_ff1cb661-a203-465a-b16f-b85d33f56040&quot;,&quot;properties&quot;:{&quot;noteIndex&quot;:0},&quot;isEdited&quot;:false,&quot;manualOverride&quot;:{&quot;isManuallyOverridden&quot;:true,&quot;citeprocText&quot;:&quot;(Luque et al., 2022)&quot;,&quot;manualOverrideText&quot;:&quot;Luque et al., 2022)&quot;},&quot;citationTag&quot;:&quot;MENDELEY_CITATION_v3_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&quot;,&quot;citationItems&quot;:[{&quot;id&quot;:&quot;9b509159-2d24-3d68-a9a4-28e87571275b&quot;,&quot;itemData&quot;:{&quot;type&quot;:&quot;article-journal&quot;,&quot;id&quot;:&quot;9b509159-2d24-3d68-a9a4-28e87571275b&quot;,&quot;title&quot;:&quot;Visualizing Classification Results: Confusion Star and Confusion Gear&quot;,&quot;author&quot;:[{&quot;family&quot;:&quot;Luque&quot;,&quot;given&quot;:&quot;Amalia&quot;,&quot;parse-names&quot;:false,&quot;dropping-particle&quot;:&quot;&quot;,&quot;non-dropping-particle&quot;:&quot;&quot;},{&quot;family&quot;:&quot;Mazzoleni&quot;,&quot;given&quot;:&quot;Mirko&quot;,&quot;parse-names&quot;:false,&quot;dropping-particle&quot;:&quot;&quot;,&quot;non-dropping-particle&quot;:&quot;&quot;},{&quot;family&quot;:&quot;Carrasco&quot;,&quot;given&quot;:&quot;Alejandro&quot;,&quot;parse-names&quot;:false,&quot;dropping-particle&quot;:&quot;&quot;,&quot;non-dropping-particle&quot;:&quot;&quot;},{&quot;family&quot;:&quot;Ferramosca&quot;,&quot;given&quot;:&quot;Antonio&quot;,&quot;parse-names&quot;:false,&quot;dropping-particle&quot;:&quot;&quot;,&quot;non-dropping-particle&quot;:&quot;&quot;}],&quot;container-title&quot;:&quot;IEEE Access&quot;,&quot;DOI&quot;:&quot;10.1109/ACCESS.2021.3137630&quot;,&quot;ISSN&quot;:&quot;21693536&quot;,&quot;issued&quot;:{&quot;date-parts&quot;:[[2022]]},&quot;page&quot;:&quot;1659-1677&quot;,&quot;abstract&quot;:&quot;Recent developments in machine learning applications are deeply concerned with the poor interpretability of most of these techniques. To gain some insights in the process of designing data-based models it is common to graphically represent the algorithm’s results, either in their final or intermediate stage. Specially challenging is the task of plotting multiclass classification results as they involve categorical variables (classes) rather than numeric results. Using the well-known MNIST dataset and a simple neural network as an example, this paper reviews the existing techniques to visualize classification results, from those centered on a particular instance or set of instances, to those representing an overall performance metric. As classification results are commonly summarized in the form of a confusion matrix, special attention is paid to its graphical representation. From this analysis, a new visualization tool is derived, which is presented in two forms: confusion star and confusion gear. The confusion star is centered on the classification errors, while the confusion gear focuses on the classification hits. The proposed visualization tools are also evaluated when facing: (i) balanced and imbalanced classifiers issues; (ii) the problem of representing errors with different orders of magnitude. By using shapes instead of colors to represent the value of each matrix cell, the new tools significantly improve the readability of the confusion matrices. Furthermore, we show how the area enclosed by the confusion stars and gears are directly related to standard classification metrics. The new graphic tools can be also usefully employed to visualize the performances of a sequence of classifiers.&quot;,&quot;publisher&quot;:&quot;Institute of Electrical and Electronics Engineers Inc.&quot;,&quot;volume&quot;:&quot;10&quot;,&quot;container-title-short&quot;:&quot;&quot;},&quot;isTemporary&quot;:false}]},{&quot;citationID&quot;:&quot;MENDELEY_CITATION_0d5c75a8-c077-4671-aa0f-0206cda2b1ad&quot;,&quot;properties&quot;:{&quot;noteIndex&quot;:0},&quot;isEdited&quot;:false,&quot;manualOverride&quot;:{&quot;isManuallyOverridden&quot;:false,&quot;citeprocText&quot;:&quot;(Almutairi et al., 2022)&quot;,&quot;manualOverrideText&quot;:&quot;&quot;},&quot;citationTag&quot;:&quot;MENDELEY_CITATION_v3_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&quot;,&quot;citationItems&quot;:[{&quot;id&quot;:&quot;5168d325-0267-324b-b8be-19db35b78fb1&quot;,&quot;itemData&quot;:{&quot;type&quot;:&quot;article-journal&quot;,&quot;id&quot;:&quot;5168d325-0267-324b-b8be-19db35b78fb1&quot;,&quot;title&quot;:&quot;Detecting Elderly Behaviors Based on Deep Learning for Healthcare: Recent Advances, Methods, Real-World Applications and Challenges&quot;,&quot;author&quot;:[{&quot;family&quot;:&quot;Almutairi&quot;,&quot;given&quot;:&quot;Mubarak&quot;,&quot;parse-names&quot;:false,&quot;dropping-particle&quot;:&quot;&quot;,&quot;non-dropping-particle&quot;:&quot;&quot;},{&quot;family&quot;:&quot;Gabralla&quot;,&quot;given&quot;:&quot;Lubna A.&quot;,&quot;parse-names&quot;:false,&quot;dropping-particle&quot;:&quot;&quot;,&quot;non-dropping-particle&quot;:&quot;&quot;},{&quot;family&quot;:&quot;Abubakar&quot;,&quot;given&quot;:&quot;Saidu&quot;,&quot;parse-names&quot;:false,&quot;dropping-particle&quot;:&quot;&quot;,&quot;non-dropping-particle&quot;:&quot;&quot;},{&quot;family&quot;:&quot;Chiroma&quot;,&quot;given&quot;:&quot;Haruna&quot;,&quot;parse-names&quot;:false,&quot;dropping-particle&quot;:&quot;&quot;,&quot;non-dropping-particle&quot;:&quot;&quot;}],&quot;container-title&quot;:&quot;IEEE Access&quot;,&quot;DOI&quot;:&quot;10.1109/ACCESS.2022.3186701&quot;,&quot;ISSN&quot;:&quot;21693536&quot;,&quot;issued&quot;:{&quot;date-parts&quot;:[[2022]]},&quot;page&quot;:&quot;69802-69821&quot;,&quot;abstract&quot;:&quot;Machine learning has been applied in healthcare domain for the development of smart devices to improve the life of the elderly persons in the society. Taking care of elderly person in the society is a critical issue that need automation. To proffer solution, many researchers developed deep learning algorithms smart devices for detecting elderly behavior to improve the elderly healthcare. Despite the progress made in the applications of deep learning algorithms in elderly healthcare systems, to the best of the author's knowledge no comprehensive recent development has been published on this interesting research area especially focusing on deep learning. In this paper, we presented a comprehensive recent development on the advances, methods and real world applications on developing smart devices for detecting elderly behavior for use in smart home, smart clinic, smart hospital and smart elderly nursing home for elderly person's healthcare. Theories of the deep learning algorithms, recent development recorded as regard to the applicability of deep learning in elderly healthcare systems and case studies were discussed. A taxonomy based on the data extracted from the applicability of deep learning algorithms in elderly healthcare systems is created to ease pointing out areas that need more attention. The article shows that the deep learning algorithm that received tremendous attention from researchers is convolutional neural network architecture and its variants. To help in future development of the research area, we highlighted the challenges associated to the applicability of deep learning algorithms in elderly healthcare system and pointed out new point of view for future research. The research community can use our review as a benchmark for proposing novel deep learning algorithms based smart devices to detect elderly behavior for elderly healthcare systems. Industries and organizations can use the paper as a guide in selecting machine learning based smart device for detecting elderly behavior for elderly healthcare support.&quot;,&quot;publisher&quot;:&quot;Institute of Electrical and Electronics Engineers Inc.&quot;,&quot;volume&quot;:&quot;10&quot;,&quot;container-title-short&quot;:&quot;&quot;},&quot;isTemporary&quot;:false}]},{&quot;citationID&quot;:&quot;MENDELEY_CITATION_ee7ba929-ae28-4bce-ae84-a6235e2e6120&quot;,&quot;properties&quot;:{&quot;noteIndex&quot;:0},&quot;isEdited&quot;:false,&quot;manualOverride&quot;:{&quot;isManuallyOverridden&quot;:true,&quot;citeprocText&quot;:&quot;(Somesh et al., 2020)&quot;,&quot;manualOverrideText&quot;:&quot;Somesh et al., 2020)&quot;},&quot;citationTag&quot;:&quot;MENDELEY_CITATION_v3_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&quot;,&quot;citationItems&quot;:[{&quot;id&quot;:&quot;31891882-f039-3522-aaf9-b764c6e9da50&quot;,&quot;itemData&quot;:{&quot;type&quot;:&quot;paper-conference&quot;,&quot;id&quot;:&quot;31891882-f039-3522-aaf9-b764c6e9da50&quot;,&quot;title&quot;:&quot;Real time Implementation of Home appliance control using ALEXA&quot;,&quot;author&quot;:[{&quot;family&quot;:&quot;Somesh&quot;,&quot;given&quot;:&quot;S.&quot;,&quot;parse-names&quot;:false,&quot;dropping-particle&quot;:&quot;&quot;,&quot;non-dropping-particle&quot;:&quot;&quot;},{&quot;family&quot;:&quot;Senthilnathan&quot;,&quot;given&quot;:&quot;N.&quot;,&quot;parse-names&quot;:false,&quot;dropping-particle&quot;:&quot;&quot;,&quot;non-dropping-particle&quot;:&quot;&quot;},{&quot;family&quot;:&quot;Sabarimuthu&quot;,&quot;given&quot;:&quot;M.&quot;,&quot;parse-names&quot;:false,&quot;dropping-particle&quot;:&quot;&quot;,&quot;non-dropping-particle&quot;:&quot;&quot;},{&quot;family&quot;:&quot;Kumar&quot;,&quot;given&quot;:&quot;A. Santhosh&quot;,&quot;parse-names&quot;:false,&quot;dropping-particle&quot;:&quot;&quot;,&quot;non-dropping-particle&quot;:&quot;&quot;},{&quot;family&quot;:&quot;Rishikeshanan&quot;,&quot;given&quot;:&quot;R.&quot;,&quot;parse-names&quot;:false,&quot;dropping-particle&quot;:&quot;&quot;,&quot;non-dropping-particle&quot;:&quot;&quot;},{&quot;family&quot;:&quot;Bala&quot;,&quot;given&quot;:&quot;V.&quot;,&quot;parse-names&quot;:false,&quot;dropping-particle&quot;:&quot;&quot;,&quot;non-dropping-particle&quot;:&quot;&quot;}],&quot;container-title&quot;:&quot;IOP Conference Series: Materials Science and Engineering&quot;,&quot;container-title-short&quot;:&quot;IOP Conf Ser Mater Sci Eng&quot;,&quot;DOI&quot;:&quot;10.1088/1757-899X/937/1/012008&quot;,&quot;ISSN&quot;:&quot;1757899X&quot;,&quot;issued&quot;:{&quot;date-parts&quot;:[[2020,10,1]]},&quot;abstract&quot;:&quot;In recent years, Internet of Things (IOT) is being playing a major role in automation of Industries. Smart home systems are being employed in buildings to improve energy efficiency and reduce power wastage. Voice recognition is the current trend in automation. Regular methods of switching systems are difficult for paraplegic persons and blind persons since blind people can't use the SMS method of automation. So voice recognition methods are preferred. Voice recognition systems involve calibration and programming to accept the user commands and operate the appliance. Amazon Echo dot, a smart speaker has an internally programmed Artificial Intelligence known as Alexa. It offers dual interaction and can be used to connect to Smart devices. To remedy the high cost of smart devices, we register a name in Alexa server as a smart device which comprises a Wi-Fi module and a relay. The Smart speaker and the Wi-Fi module form a single way communication which helps in controlling of appliance.&quot;,&quot;publisher&quot;:&quot;IOP Publishing Ltd&quot;,&quot;issue&quot;:&quot;1&quot;,&quot;volume&quot;:&quot;937&quot;},&quot;isTemporary&quot;:false}]},{&quot;citationID&quot;:&quot;MENDELEY_CITATION_f969319a-a400-41e1-bee3-b3e471330041&quot;,&quot;properties&quot;:{&quot;noteIndex&quot;:0},&quot;isEdited&quot;:false,&quot;manualOverride&quot;:{&quot;isManuallyOverridden&quot;:true,&quot;citeprocText&quot;:&quot;(Sirinayake et al., 2021)&quot;,&quot;manualOverrideText&quot;:&quot;Sirinayake et al., 2021)&quot;},&quot;citationTag&quot;:&quot;MENDELEY_CITATION_v3_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&quot;,&quot;citationItems&quot;:[{&quot;id&quot;:&quot;038ce30c-579e-367d-953e-5c0a1ada66ed&quot;,&quot;itemData&quot;:{&quot;type&quot;:&quot;paper-conference&quot;,&quot;id&quot;:&quot;038ce30c-579e-367d-953e-5c0a1ada66ed&quot;,&quot;title&quot;:&quot;IOT-Based Intelligent Assistant Mirror For Smart Life &amp; Daily Routine Using Raspberry PI&quot;,&quot;author&quot;:[{&quot;family&quot;:&quot;Sirinayake&quot;,&quot;given&quot;:&quot;Spss&quot;,&quot;parse-names&quot;:false,&quot;dropping-particle&quot;:&quot;&quot;,&quot;non-dropping-particle&quot;:&quot;&quot;},{&quot;family&quot;:&quot;Dasanayake&quot;,&quot;given&quot;:&quot;Dkak&quot;,&quot;parse-names&quot;:false,&quot;dropping-particle&quot;:&quot;&quot;,&quot;non-dropping-particle&quot;:&quot;&quot;},{&quot;family&quot;:&quot;Rodrigo&quot;,&quot;given&quot;:&quot;Tmlu&quot;,&quot;parse-names&quot;:false,&quot;dropping-particle&quot;:&quot;&quot;,&quot;non-dropping-particle&quot;:&quot;&quot;},{&quot;family&quot;:&quot;Perera&quot;,&quot;given&quot;:&quot;Wuy&quot;,&quot;parse-names&quot;:false,&quot;dropping-particle&quot;:&quot;&quot;,&quot;non-dropping-particle&quot;:&quot;&quot;},{&quot;family&quot;:&quot;Hansika Mahaadikara&quot;,&quot;given&quot;:&quot;Mdjt&quot;,&quot;parse-names&quot;:false,&quot;dropping-particle&quot;:&quot;&quot;,&quot;non-dropping-particle&quot;:&quot;&quot;},{&quot;family&quot;:&quot;Kahandawala&quot;,&quot;given&quot;:&quot;Surath&quot;,&quot;parse-names&quot;:false,&quot;dropping-particle&quot;:&quot;&quot;,&quot;non-dropping-particle&quot;:&quot;&quot;}],&quot;container-title&quot;:&quot;21st International Conference on Advances in ICT for Emerging Regions, ICter 2021 - Proceedings&quot;,&quot;DOI&quot;:&quot;10.1109/ICter53630.2021.9774788&quot;,&quot;ISBN&quot;:&quot;9781665466837&quot;,&quot;issued&quot;:{&quot;date-parts&quot;:[[2021]]},&quot;page&quot;:&quot;30-35&quot;,&quot;abstract&quot;:&quot;Humans start their day by looking in the mirror at least once before leaving their homes every morning. In addition, they waste some considerable time of their busy workload in front of the mirror. To make this time more productive and useful, there ought to be a system that can be readily conducted, user-friendly, and smart according to the constant progress on the Internet of Things. The intelligent mirror is a new addition to the smart device family, which is a straightforward concept. There will be a screen placed behind a two-way mirror, and this Intelligent Mirror turns our room or bathroom mirror into a personal assistant with artificial intelligence. The purpose is to develop a smart mirror that can automate working humans' busy daily routines and manage their tasks when they spend their time in front of a mirror. To make the most of this moment, users can securely access all the relevant details of the day by looking in the mirror simultaneously. The intelligent mirror, which a single voice command can activate, will significantly help disabled persons and the general. Raspberry Pi has been used to build the proposed intelligent mirror, linked to the digital world via the Internet. The mirror can communicate with the user through voice commands and reply appropriately. The monitoring of emotions and health measuring function will provide a distinctive experience to the users. The mirror will reflect important elements such as weather, date &amp; time, covid-19 situation reports, local news, To-do list, water reminder, home workouts, and meal plans. The mirror can also handle specialized functions such as automating and controlling home IoT devices.&quot;,&quot;publisher&quot;:&quot;Institute of Electrical and Electronics Engineers Inc.&quot;,&quot;container-title-short&quot;:&quot;&quot;},&quot;isTemporary&quot;:false}]},{&quot;citationID&quot;:&quot;MENDELEY_CITATION_6a741c49-8324-487e-832c-e63e0bd16327&quot;,&quot;properties&quot;:{&quot;noteIndex&quot;:0},&quot;isEdited&quot;:false,&quot;manualOverride&quot;:{&quot;isManuallyOverridden&quot;:true,&quot;citeprocText&quot;:&quot;(Wang et al., 2024)&quot;,&quot;manualOverrideText&quot;:&quot;Wang et al., 2024)&quot;},&quot;citationTag&quot;:&quot;MENDELEY_CITATION_v3_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&quot;,&quot;citationItems&quot;:[{&quot;id&quot;:&quot;a114279e-0166-3af3-98c8-df6f40f8c1e7&quot;,&quot;itemData&quot;:{&quot;type&quot;:&quot;paper-conference&quot;,&quot;id&quot;:&quot;a114279e-0166-3af3-98c8-df6f40f8c1e7&quot;,&quot;title&quot;:&quot;Leveraging Large Vision-Language Model for Better Automatic Web GUI Testing&quot;,&quot;author&quot;:[{&quot;family&quot;:&quot;Wang&quot;,&quot;given&quot;:&quot;Siyi&quot;,&quot;parse-names&quot;:false,&quot;dropping-particle&quot;:&quot;&quot;,&quot;non-dropping-particle&quot;:&quot;&quot;},{&quot;family&quot;:&quot;Wang&quot;,&quot;given&quot;:&quot;Sinan&quot;,&quot;parse-names&quot;:false,&quot;dropping-particle&quot;:&quot;&quot;,&quot;non-dropping-particle&quot;:&quot;&quot;},{&quot;family&quot;:&quot;Fan&quot;,&quot;given&quot;:&quot;Yujia&quot;,&quot;parse-names&quot;:false,&quot;dropping-particle&quot;:&quot;&quot;,&quot;non-dropping-particle&quot;:&quot;&quot;},{&quot;family&quot;:&quot;Li&quot;,&quot;given&quot;:&quot;Xiaolei&quot;,&quot;parse-names&quot;:false,&quot;dropping-particle&quot;:&quot;&quot;,&quot;non-dropping-particle&quot;:&quot;&quot;},{&quot;family&quot;:&quot;Liu&quot;,&quot;given&quot;:&quot;Yepang&quot;,&quot;parse-names&quot;:false,&quot;dropping-particle&quot;:&quot;&quot;,&quot;non-dropping-particle&quot;:&quot;&quot;}],&quot;container-title&quot;:&quot;Proceedings - 2024 IEEE International Conference on Software Maintenance and Evolution, ICSME 2024&quot;,&quot;DOI&quot;:&quot;10.1109/ICSME58944.2024.00022&quot;,&quot;ISBN&quot;:&quot;9798350395686&quot;,&quot;issued&quot;:{&quot;date-parts&quot;:[[2024]]},&quot;page&quot;:&quot;125-137&quot;,&quot;abstract&quot;:&quot;With the rapid development of web technology, more and more software applications have become web-based in the past decades. To ensure software quality and user experience, various techniques have been proposed to automatically test web applications by interacting with their GUIs. To achieve high functional coverage, web GUI testing tools often need to generate high-quality text inputs and interact with the associated GUI elements (e.g., click submit buttons). However, developing a holistic approach that solves both subtasks is challenging because the web GUI context can be complicated and highly dynamic, which is hard to process programmatically. The recent development of large vision-language models (LVLM) provides new opportunities to handle these longstanding problems. We in this paper propose VETL, the first LVLM-driven end-to-end web testing technique. With LVLM's scene understanding capabilities, VETL can generate valid and meaningful text inputs focusing on the local context, while avoiding the need to extract precise textual attributes. The selection of associated GUI elements is formulated as a visual question answering problem, allowing LVLM to capture the logical connection between the input box and the relevant element based on visual instructions. Further, the GUI exploration is guided by a multi-armed bandit module employing a curiosity-oriented strategy. Experiments show that VETL is effective in exploring web state/action spaces and detecting bugs. Compared with WebExplor, the state-of-the-art web testing technique, VETL can discover 25% more unique web actions on benchmark websites. Moreover, it can expose functional bugs in top-ranking commercial websites, which have been confirmed by the website maintainers. Our work makes the first attempt of leveraging LVLM in end-to-end GUI testing, demonstrating promising results of this research direction.&quot;,&quot;publisher&quot;:&quot;Institute of Electrical and Electronics Engineers Inc.&quot;,&quot;container-title-short&quot;:&quot;&quot;},&quot;isTemporary&quot;:false}]},{&quot;citationID&quot;:&quot;MENDELEY_CITATION_35577c10-2421-41b9-8dab-c39c3fdd8824&quot;,&quot;properties&quot;:{&quot;noteIndex&quot;:0},&quot;isEdited&quot;:false,&quot;manualOverride&quot;:{&quot;isManuallyOverridden&quot;:true,&quot;citeprocText&quot;:&quot;(Graham &amp;#38; Roll, 2024)&quot;,&quot;manualOverrideText&quot;:&quot;Graham &amp; Roll, 2024)&quot;},&quot;citationTag&quot;:&quot;MENDELEY_CITATION_v3_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&quot;,&quot;citationItems&quot;:[{&quot;id&quot;:&quot;ed72393c-3dfb-3a3b-8ced-8d17ba91eb13&quot;,&quot;itemData&quot;:{&quot;type&quot;:&quot;article-journal&quot;,&quot;id&quot;:&quot;ed72393c-3dfb-3a3b-8ced-8d17ba91eb13&quot;,&quot;title&quot;:&quot;Evaluating OpenAI's Whisper ASR: Performance analysis across diverse accents and speaker traits&quot;,&quot;author&quot;:[{&quot;family&quot;:&quot;Graham&quot;,&quot;given&quot;:&quot;Calbert&quot;,&quot;parse-names&quot;:false,&quot;dropping-particle&quot;:&quot;&quot;,&quot;non-dropping-particle&quot;:&quot;&quot;},{&quot;family&quot;:&quot;Roll&quot;,&quot;given&quot;:&quot;Nathan&quot;,&quot;parse-names&quot;:false,&quot;dropping-particle&quot;:&quot;&quot;,&quot;non-dropping-particle&quot;:&quot;&quot;}],&quot;container-title&quot;:&quot;JASA Express Letters&quot;,&quot;container-title-short&quot;:&quot;JASA Express Lett&quot;,&quot;DOI&quot;:&quot;10.1121/10.0024876&quot;,&quot;ISSN&quot;:&quot;26911191&quot;,&quot;issued&quot;:{&quot;date-parts&quot;:[[2024,2,1]]},&quot;abstract&quot;:&quot;This study investigates Whisper's automatic speech recognition (ASR) system performance across diverse native and non-native English accents. Results reveal superior recognition in American compared to British and Australian English accents with similar performance in Canadian English. Overall, native English accents demonstrate higher accuracy than non-native accents. Exploring connections between speaker traits [sex, native language (L1) typology, and second language (L2) proficiency] and word error rate uncovers notable associations. Furthermore, Whisper exhibits enhanced performance in read speech over conversational speech with modifications based on speaker gender. The implications of these findings are discussed.&quot;,&quot;publisher&quot;:&quot;American Institute of Physics Inc.&quot;,&quot;issue&quot;:&quot;2&quot;,&quot;volume&quot;:&quot;4&quot;},&quot;isTemporary&quot;:false}]}]"/>
    <we:property name="MENDELEY_CITATIONS_LOCALE_CODE" value="&quot;en-GB&quot;"/>
    <we:property name="MENDELEY_CITATIONS_STYLE" value="{&quot;id&quot;:&quot;https://www.zotero.org/styles/harvard-staffordshire-university&quot;,&quot;title&quot;:&quot;Staffordshire University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61</Pages>
  <Words>16805</Words>
  <Characters>95791</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112372</CharactersWithSpaces>
  <SharedDoc>false</SharedDoc>
  <HyperlinkBase/>
  <HLinks>
    <vt:vector size="270" baseType="variant">
      <vt:variant>
        <vt:i4>2031665</vt:i4>
      </vt:variant>
      <vt:variant>
        <vt:i4>266</vt:i4>
      </vt:variant>
      <vt:variant>
        <vt:i4>0</vt:i4>
      </vt:variant>
      <vt:variant>
        <vt:i4>5</vt:i4>
      </vt:variant>
      <vt:variant>
        <vt:lpwstr/>
      </vt:variant>
      <vt:variant>
        <vt:lpwstr>_Toc196818710</vt:lpwstr>
      </vt:variant>
      <vt:variant>
        <vt:i4>1966129</vt:i4>
      </vt:variant>
      <vt:variant>
        <vt:i4>260</vt:i4>
      </vt:variant>
      <vt:variant>
        <vt:i4>0</vt:i4>
      </vt:variant>
      <vt:variant>
        <vt:i4>5</vt:i4>
      </vt:variant>
      <vt:variant>
        <vt:lpwstr/>
      </vt:variant>
      <vt:variant>
        <vt:lpwstr>_Toc196818709</vt:lpwstr>
      </vt:variant>
      <vt:variant>
        <vt:i4>1966129</vt:i4>
      </vt:variant>
      <vt:variant>
        <vt:i4>254</vt:i4>
      </vt:variant>
      <vt:variant>
        <vt:i4>0</vt:i4>
      </vt:variant>
      <vt:variant>
        <vt:i4>5</vt:i4>
      </vt:variant>
      <vt:variant>
        <vt:lpwstr/>
      </vt:variant>
      <vt:variant>
        <vt:lpwstr>_Toc196818708</vt:lpwstr>
      </vt:variant>
      <vt:variant>
        <vt:i4>1966129</vt:i4>
      </vt:variant>
      <vt:variant>
        <vt:i4>248</vt:i4>
      </vt:variant>
      <vt:variant>
        <vt:i4>0</vt:i4>
      </vt:variant>
      <vt:variant>
        <vt:i4>5</vt:i4>
      </vt:variant>
      <vt:variant>
        <vt:lpwstr/>
      </vt:variant>
      <vt:variant>
        <vt:lpwstr>_Toc196818707</vt:lpwstr>
      </vt:variant>
      <vt:variant>
        <vt:i4>1966129</vt:i4>
      </vt:variant>
      <vt:variant>
        <vt:i4>242</vt:i4>
      </vt:variant>
      <vt:variant>
        <vt:i4>0</vt:i4>
      </vt:variant>
      <vt:variant>
        <vt:i4>5</vt:i4>
      </vt:variant>
      <vt:variant>
        <vt:lpwstr/>
      </vt:variant>
      <vt:variant>
        <vt:lpwstr>_Toc196818706</vt:lpwstr>
      </vt:variant>
      <vt:variant>
        <vt:i4>1966129</vt:i4>
      </vt:variant>
      <vt:variant>
        <vt:i4>236</vt:i4>
      </vt:variant>
      <vt:variant>
        <vt:i4>0</vt:i4>
      </vt:variant>
      <vt:variant>
        <vt:i4>5</vt:i4>
      </vt:variant>
      <vt:variant>
        <vt:lpwstr/>
      </vt:variant>
      <vt:variant>
        <vt:lpwstr>_Toc196818705</vt:lpwstr>
      </vt:variant>
      <vt:variant>
        <vt:i4>1966129</vt:i4>
      </vt:variant>
      <vt:variant>
        <vt:i4>230</vt:i4>
      </vt:variant>
      <vt:variant>
        <vt:i4>0</vt:i4>
      </vt:variant>
      <vt:variant>
        <vt:i4>5</vt:i4>
      </vt:variant>
      <vt:variant>
        <vt:lpwstr/>
      </vt:variant>
      <vt:variant>
        <vt:lpwstr>_Toc196818704</vt:lpwstr>
      </vt:variant>
      <vt:variant>
        <vt:i4>1966129</vt:i4>
      </vt:variant>
      <vt:variant>
        <vt:i4>224</vt:i4>
      </vt:variant>
      <vt:variant>
        <vt:i4>0</vt:i4>
      </vt:variant>
      <vt:variant>
        <vt:i4>5</vt:i4>
      </vt:variant>
      <vt:variant>
        <vt:lpwstr/>
      </vt:variant>
      <vt:variant>
        <vt:lpwstr>_Toc196818703</vt:lpwstr>
      </vt:variant>
      <vt:variant>
        <vt:i4>1966129</vt:i4>
      </vt:variant>
      <vt:variant>
        <vt:i4>218</vt:i4>
      </vt:variant>
      <vt:variant>
        <vt:i4>0</vt:i4>
      </vt:variant>
      <vt:variant>
        <vt:i4>5</vt:i4>
      </vt:variant>
      <vt:variant>
        <vt:lpwstr/>
      </vt:variant>
      <vt:variant>
        <vt:lpwstr>_Toc196818702</vt:lpwstr>
      </vt:variant>
      <vt:variant>
        <vt:i4>1966129</vt:i4>
      </vt:variant>
      <vt:variant>
        <vt:i4>212</vt:i4>
      </vt:variant>
      <vt:variant>
        <vt:i4>0</vt:i4>
      </vt:variant>
      <vt:variant>
        <vt:i4>5</vt:i4>
      </vt:variant>
      <vt:variant>
        <vt:lpwstr/>
      </vt:variant>
      <vt:variant>
        <vt:lpwstr>_Toc196818701</vt:lpwstr>
      </vt:variant>
      <vt:variant>
        <vt:i4>1966129</vt:i4>
      </vt:variant>
      <vt:variant>
        <vt:i4>206</vt:i4>
      </vt:variant>
      <vt:variant>
        <vt:i4>0</vt:i4>
      </vt:variant>
      <vt:variant>
        <vt:i4>5</vt:i4>
      </vt:variant>
      <vt:variant>
        <vt:lpwstr/>
      </vt:variant>
      <vt:variant>
        <vt:lpwstr>_Toc196818700</vt:lpwstr>
      </vt:variant>
      <vt:variant>
        <vt:i4>1507376</vt:i4>
      </vt:variant>
      <vt:variant>
        <vt:i4>200</vt:i4>
      </vt:variant>
      <vt:variant>
        <vt:i4>0</vt:i4>
      </vt:variant>
      <vt:variant>
        <vt:i4>5</vt:i4>
      </vt:variant>
      <vt:variant>
        <vt:lpwstr/>
      </vt:variant>
      <vt:variant>
        <vt:lpwstr>_Toc196818699</vt:lpwstr>
      </vt:variant>
      <vt:variant>
        <vt:i4>1507376</vt:i4>
      </vt:variant>
      <vt:variant>
        <vt:i4>194</vt:i4>
      </vt:variant>
      <vt:variant>
        <vt:i4>0</vt:i4>
      </vt:variant>
      <vt:variant>
        <vt:i4>5</vt:i4>
      </vt:variant>
      <vt:variant>
        <vt:lpwstr/>
      </vt:variant>
      <vt:variant>
        <vt:lpwstr>_Toc196818698</vt:lpwstr>
      </vt:variant>
      <vt:variant>
        <vt:i4>1507376</vt:i4>
      </vt:variant>
      <vt:variant>
        <vt:i4>188</vt:i4>
      </vt:variant>
      <vt:variant>
        <vt:i4>0</vt:i4>
      </vt:variant>
      <vt:variant>
        <vt:i4>5</vt:i4>
      </vt:variant>
      <vt:variant>
        <vt:lpwstr/>
      </vt:variant>
      <vt:variant>
        <vt:lpwstr>_Toc196818697</vt:lpwstr>
      </vt:variant>
      <vt:variant>
        <vt:i4>1507376</vt:i4>
      </vt:variant>
      <vt:variant>
        <vt:i4>182</vt:i4>
      </vt:variant>
      <vt:variant>
        <vt:i4>0</vt:i4>
      </vt:variant>
      <vt:variant>
        <vt:i4>5</vt:i4>
      </vt:variant>
      <vt:variant>
        <vt:lpwstr/>
      </vt:variant>
      <vt:variant>
        <vt:lpwstr>_Toc196818696</vt:lpwstr>
      </vt:variant>
      <vt:variant>
        <vt:i4>1507376</vt:i4>
      </vt:variant>
      <vt:variant>
        <vt:i4>176</vt:i4>
      </vt:variant>
      <vt:variant>
        <vt:i4>0</vt:i4>
      </vt:variant>
      <vt:variant>
        <vt:i4>5</vt:i4>
      </vt:variant>
      <vt:variant>
        <vt:lpwstr/>
      </vt:variant>
      <vt:variant>
        <vt:lpwstr>_Toc196818695</vt:lpwstr>
      </vt:variant>
      <vt:variant>
        <vt:i4>1507376</vt:i4>
      </vt:variant>
      <vt:variant>
        <vt:i4>170</vt:i4>
      </vt:variant>
      <vt:variant>
        <vt:i4>0</vt:i4>
      </vt:variant>
      <vt:variant>
        <vt:i4>5</vt:i4>
      </vt:variant>
      <vt:variant>
        <vt:lpwstr/>
      </vt:variant>
      <vt:variant>
        <vt:lpwstr>_Toc196818694</vt:lpwstr>
      </vt:variant>
      <vt:variant>
        <vt:i4>1507376</vt:i4>
      </vt:variant>
      <vt:variant>
        <vt:i4>164</vt:i4>
      </vt:variant>
      <vt:variant>
        <vt:i4>0</vt:i4>
      </vt:variant>
      <vt:variant>
        <vt:i4>5</vt:i4>
      </vt:variant>
      <vt:variant>
        <vt:lpwstr/>
      </vt:variant>
      <vt:variant>
        <vt:lpwstr>_Toc196818693</vt:lpwstr>
      </vt:variant>
      <vt:variant>
        <vt:i4>1507376</vt:i4>
      </vt:variant>
      <vt:variant>
        <vt:i4>158</vt:i4>
      </vt:variant>
      <vt:variant>
        <vt:i4>0</vt:i4>
      </vt:variant>
      <vt:variant>
        <vt:i4>5</vt:i4>
      </vt:variant>
      <vt:variant>
        <vt:lpwstr/>
      </vt:variant>
      <vt:variant>
        <vt:lpwstr>_Toc196818692</vt:lpwstr>
      </vt:variant>
      <vt:variant>
        <vt:i4>1507376</vt:i4>
      </vt:variant>
      <vt:variant>
        <vt:i4>152</vt:i4>
      </vt:variant>
      <vt:variant>
        <vt:i4>0</vt:i4>
      </vt:variant>
      <vt:variant>
        <vt:i4>5</vt:i4>
      </vt:variant>
      <vt:variant>
        <vt:lpwstr/>
      </vt:variant>
      <vt:variant>
        <vt:lpwstr>_Toc196818691</vt:lpwstr>
      </vt:variant>
      <vt:variant>
        <vt:i4>1507376</vt:i4>
      </vt:variant>
      <vt:variant>
        <vt:i4>146</vt:i4>
      </vt:variant>
      <vt:variant>
        <vt:i4>0</vt:i4>
      </vt:variant>
      <vt:variant>
        <vt:i4>5</vt:i4>
      </vt:variant>
      <vt:variant>
        <vt:lpwstr/>
      </vt:variant>
      <vt:variant>
        <vt:lpwstr>_Toc196818690</vt:lpwstr>
      </vt:variant>
      <vt:variant>
        <vt:i4>1441840</vt:i4>
      </vt:variant>
      <vt:variant>
        <vt:i4>140</vt:i4>
      </vt:variant>
      <vt:variant>
        <vt:i4>0</vt:i4>
      </vt:variant>
      <vt:variant>
        <vt:i4>5</vt:i4>
      </vt:variant>
      <vt:variant>
        <vt:lpwstr/>
      </vt:variant>
      <vt:variant>
        <vt:lpwstr>_Toc196818689</vt:lpwstr>
      </vt:variant>
      <vt:variant>
        <vt:i4>1441840</vt:i4>
      </vt:variant>
      <vt:variant>
        <vt:i4>134</vt:i4>
      </vt:variant>
      <vt:variant>
        <vt:i4>0</vt:i4>
      </vt:variant>
      <vt:variant>
        <vt:i4>5</vt:i4>
      </vt:variant>
      <vt:variant>
        <vt:lpwstr/>
      </vt:variant>
      <vt:variant>
        <vt:lpwstr>_Toc196818688</vt:lpwstr>
      </vt:variant>
      <vt:variant>
        <vt:i4>1441840</vt:i4>
      </vt:variant>
      <vt:variant>
        <vt:i4>128</vt:i4>
      </vt:variant>
      <vt:variant>
        <vt:i4>0</vt:i4>
      </vt:variant>
      <vt:variant>
        <vt:i4>5</vt:i4>
      </vt:variant>
      <vt:variant>
        <vt:lpwstr/>
      </vt:variant>
      <vt:variant>
        <vt:lpwstr>_Toc196818687</vt:lpwstr>
      </vt:variant>
      <vt:variant>
        <vt:i4>1441840</vt:i4>
      </vt:variant>
      <vt:variant>
        <vt:i4>122</vt:i4>
      </vt:variant>
      <vt:variant>
        <vt:i4>0</vt:i4>
      </vt:variant>
      <vt:variant>
        <vt:i4>5</vt:i4>
      </vt:variant>
      <vt:variant>
        <vt:lpwstr/>
      </vt:variant>
      <vt:variant>
        <vt:lpwstr>_Toc196818686</vt:lpwstr>
      </vt:variant>
      <vt:variant>
        <vt:i4>1441840</vt:i4>
      </vt:variant>
      <vt:variant>
        <vt:i4>116</vt:i4>
      </vt:variant>
      <vt:variant>
        <vt:i4>0</vt:i4>
      </vt:variant>
      <vt:variant>
        <vt:i4>5</vt:i4>
      </vt:variant>
      <vt:variant>
        <vt:lpwstr/>
      </vt:variant>
      <vt:variant>
        <vt:lpwstr>_Toc196818685</vt:lpwstr>
      </vt:variant>
      <vt:variant>
        <vt:i4>1441840</vt:i4>
      </vt:variant>
      <vt:variant>
        <vt:i4>110</vt:i4>
      </vt:variant>
      <vt:variant>
        <vt:i4>0</vt:i4>
      </vt:variant>
      <vt:variant>
        <vt:i4>5</vt:i4>
      </vt:variant>
      <vt:variant>
        <vt:lpwstr/>
      </vt:variant>
      <vt:variant>
        <vt:lpwstr>_Toc196818684</vt:lpwstr>
      </vt:variant>
      <vt:variant>
        <vt:i4>1441840</vt:i4>
      </vt:variant>
      <vt:variant>
        <vt:i4>104</vt:i4>
      </vt:variant>
      <vt:variant>
        <vt:i4>0</vt:i4>
      </vt:variant>
      <vt:variant>
        <vt:i4>5</vt:i4>
      </vt:variant>
      <vt:variant>
        <vt:lpwstr/>
      </vt:variant>
      <vt:variant>
        <vt:lpwstr>_Toc196818683</vt:lpwstr>
      </vt:variant>
      <vt:variant>
        <vt:i4>1441840</vt:i4>
      </vt:variant>
      <vt:variant>
        <vt:i4>98</vt:i4>
      </vt:variant>
      <vt:variant>
        <vt:i4>0</vt:i4>
      </vt:variant>
      <vt:variant>
        <vt:i4>5</vt:i4>
      </vt:variant>
      <vt:variant>
        <vt:lpwstr/>
      </vt:variant>
      <vt:variant>
        <vt:lpwstr>_Toc196818682</vt:lpwstr>
      </vt:variant>
      <vt:variant>
        <vt:i4>1441840</vt:i4>
      </vt:variant>
      <vt:variant>
        <vt:i4>92</vt:i4>
      </vt:variant>
      <vt:variant>
        <vt:i4>0</vt:i4>
      </vt:variant>
      <vt:variant>
        <vt:i4>5</vt:i4>
      </vt:variant>
      <vt:variant>
        <vt:lpwstr/>
      </vt:variant>
      <vt:variant>
        <vt:lpwstr>_Toc196818681</vt:lpwstr>
      </vt:variant>
      <vt:variant>
        <vt:i4>1441840</vt:i4>
      </vt:variant>
      <vt:variant>
        <vt:i4>86</vt:i4>
      </vt:variant>
      <vt:variant>
        <vt:i4>0</vt:i4>
      </vt:variant>
      <vt:variant>
        <vt:i4>5</vt:i4>
      </vt:variant>
      <vt:variant>
        <vt:lpwstr/>
      </vt:variant>
      <vt:variant>
        <vt:lpwstr>_Toc196818680</vt:lpwstr>
      </vt:variant>
      <vt:variant>
        <vt:i4>1638448</vt:i4>
      </vt:variant>
      <vt:variant>
        <vt:i4>80</vt:i4>
      </vt:variant>
      <vt:variant>
        <vt:i4>0</vt:i4>
      </vt:variant>
      <vt:variant>
        <vt:i4>5</vt:i4>
      </vt:variant>
      <vt:variant>
        <vt:lpwstr/>
      </vt:variant>
      <vt:variant>
        <vt:lpwstr>_Toc196818679</vt:lpwstr>
      </vt:variant>
      <vt:variant>
        <vt:i4>1638448</vt:i4>
      </vt:variant>
      <vt:variant>
        <vt:i4>74</vt:i4>
      </vt:variant>
      <vt:variant>
        <vt:i4>0</vt:i4>
      </vt:variant>
      <vt:variant>
        <vt:i4>5</vt:i4>
      </vt:variant>
      <vt:variant>
        <vt:lpwstr/>
      </vt:variant>
      <vt:variant>
        <vt:lpwstr>_Toc196818678</vt:lpwstr>
      </vt:variant>
      <vt:variant>
        <vt:i4>1638448</vt:i4>
      </vt:variant>
      <vt:variant>
        <vt:i4>68</vt:i4>
      </vt:variant>
      <vt:variant>
        <vt:i4>0</vt:i4>
      </vt:variant>
      <vt:variant>
        <vt:i4>5</vt:i4>
      </vt:variant>
      <vt:variant>
        <vt:lpwstr/>
      </vt:variant>
      <vt:variant>
        <vt:lpwstr>_Toc196818677</vt:lpwstr>
      </vt:variant>
      <vt:variant>
        <vt:i4>1638448</vt:i4>
      </vt:variant>
      <vt:variant>
        <vt:i4>62</vt:i4>
      </vt:variant>
      <vt:variant>
        <vt:i4>0</vt:i4>
      </vt:variant>
      <vt:variant>
        <vt:i4>5</vt:i4>
      </vt:variant>
      <vt:variant>
        <vt:lpwstr/>
      </vt:variant>
      <vt:variant>
        <vt:lpwstr>_Toc196818676</vt:lpwstr>
      </vt:variant>
      <vt:variant>
        <vt:i4>1638448</vt:i4>
      </vt:variant>
      <vt:variant>
        <vt:i4>56</vt:i4>
      </vt:variant>
      <vt:variant>
        <vt:i4>0</vt:i4>
      </vt:variant>
      <vt:variant>
        <vt:i4>5</vt:i4>
      </vt:variant>
      <vt:variant>
        <vt:lpwstr/>
      </vt:variant>
      <vt:variant>
        <vt:lpwstr>_Toc196818675</vt:lpwstr>
      </vt:variant>
      <vt:variant>
        <vt:i4>1638448</vt:i4>
      </vt:variant>
      <vt:variant>
        <vt:i4>50</vt:i4>
      </vt:variant>
      <vt:variant>
        <vt:i4>0</vt:i4>
      </vt:variant>
      <vt:variant>
        <vt:i4>5</vt:i4>
      </vt:variant>
      <vt:variant>
        <vt:lpwstr/>
      </vt:variant>
      <vt:variant>
        <vt:lpwstr>_Toc196818674</vt:lpwstr>
      </vt:variant>
      <vt:variant>
        <vt:i4>1638448</vt:i4>
      </vt:variant>
      <vt:variant>
        <vt:i4>44</vt:i4>
      </vt:variant>
      <vt:variant>
        <vt:i4>0</vt:i4>
      </vt:variant>
      <vt:variant>
        <vt:i4>5</vt:i4>
      </vt:variant>
      <vt:variant>
        <vt:lpwstr/>
      </vt:variant>
      <vt:variant>
        <vt:lpwstr>_Toc196818673</vt:lpwstr>
      </vt:variant>
      <vt:variant>
        <vt:i4>1638448</vt:i4>
      </vt:variant>
      <vt:variant>
        <vt:i4>38</vt:i4>
      </vt:variant>
      <vt:variant>
        <vt:i4>0</vt:i4>
      </vt:variant>
      <vt:variant>
        <vt:i4>5</vt:i4>
      </vt:variant>
      <vt:variant>
        <vt:lpwstr/>
      </vt:variant>
      <vt:variant>
        <vt:lpwstr>_Toc196818672</vt:lpwstr>
      </vt:variant>
      <vt:variant>
        <vt:i4>1638448</vt:i4>
      </vt:variant>
      <vt:variant>
        <vt:i4>32</vt:i4>
      </vt:variant>
      <vt:variant>
        <vt:i4>0</vt:i4>
      </vt:variant>
      <vt:variant>
        <vt:i4>5</vt:i4>
      </vt:variant>
      <vt:variant>
        <vt:lpwstr/>
      </vt:variant>
      <vt:variant>
        <vt:lpwstr>_Toc196818671</vt:lpwstr>
      </vt:variant>
      <vt:variant>
        <vt:i4>1638448</vt:i4>
      </vt:variant>
      <vt:variant>
        <vt:i4>26</vt:i4>
      </vt:variant>
      <vt:variant>
        <vt:i4>0</vt:i4>
      </vt:variant>
      <vt:variant>
        <vt:i4>5</vt:i4>
      </vt:variant>
      <vt:variant>
        <vt:lpwstr/>
      </vt:variant>
      <vt:variant>
        <vt:lpwstr>_Toc196818670</vt:lpwstr>
      </vt:variant>
      <vt:variant>
        <vt:i4>1572912</vt:i4>
      </vt:variant>
      <vt:variant>
        <vt:i4>20</vt:i4>
      </vt:variant>
      <vt:variant>
        <vt:i4>0</vt:i4>
      </vt:variant>
      <vt:variant>
        <vt:i4>5</vt:i4>
      </vt:variant>
      <vt:variant>
        <vt:lpwstr/>
      </vt:variant>
      <vt:variant>
        <vt:lpwstr>_Toc196818669</vt:lpwstr>
      </vt:variant>
      <vt:variant>
        <vt:i4>1572912</vt:i4>
      </vt:variant>
      <vt:variant>
        <vt:i4>14</vt:i4>
      </vt:variant>
      <vt:variant>
        <vt:i4>0</vt:i4>
      </vt:variant>
      <vt:variant>
        <vt:i4>5</vt:i4>
      </vt:variant>
      <vt:variant>
        <vt:lpwstr/>
      </vt:variant>
      <vt:variant>
        <vt:lpwstr>_Toc196818668</vt:lpwstr>
      </vt:variant>
      <vt:variant>
        <vt:i4>1572912</vt:i4>
      </vt:variant>
      <vt:variant>
        <vt:i4>8</vt:i4>
      </vt:variant>
      <vt:variant>
        <vt:i4>0</vt:i4>
      </vt:variant>
      <vt:variant>
        <vt:i4>5</vt:i4>
      </vt:variant>
      <vt:variant>
        <vt:lpwstr/>
      </vt:variant>
      <vt:variant>
        <vt:lpwstr>_Toc196818667</vt:lpwstr>
      </vt:variant>
      <vt:variant>
        <vt:i4>1572912</vt:i4>
      </vt:variant>
      <vt:variant>
        <vt:i4>2</vt:i4>
      </vt:variant>
      <vt:variant>
        <vt:i4>0</vt:i4>
      </vt:variant>
      <vt:variant>
        <vt:i4>5</vt:i4>
      </vt:variant>
      <vt:variant>
        <vt:lpwstr/>
      </vt:variant>
      <vt:variant>
        <vt:lpwstr>_Toc196818666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George Paizakis</cp:lastModifiedBy>
  <cp:revision>368</cp:revision>
  <dcterms:created xsi:type="dcterms:W3CDTF">2025-04-14T20:41:00Z</dcterms:created>
  <dcterms:modified xsi:type="dcterms:W3CDTF">2025-05-02T03:46:00Z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http://www.zotero.org/styles/harvard-staffordshire-university</vt:lpwstr>
  </property>
  <property fmtid="{D5CDD505-2E9C-101B-9397-08002B2CF9AE}" pid="21" name="Mendeley Recent Style Name 9_1">
    <vt:lpwstr>Staffordshire University - Harvard</vt:lpwstr>
  </property>
</Properties>
</file>